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8E1FD" w14:textId="77777777" w:rsidR="00FC5CC3" w:rsidRPr="00AB014A" w:rsidRDefault="00FC5CC3" w:rsidP="00FC5CC3">
      <w:pPr>
        <w:spacing w:after="0"/>
        <w:jc w:val="center"/>
        <w:rPr>
          <w:rFonts w:ascii="Times New Roman" w:hAnsi="Times New Roman" w:cs="Times New Roman"/>
          <w:b/>
          <w:bCs/>
          <w:sz w:val="24"/>
          <w:szCs w:val="24"/>
          <w:lang w:val="it-IT"/>
        </w:rPr>
      </w:pPr>
      <w:r w:rsidRPr="00AB014A">
        <w:rPr>
          <w:rFonts w:ascii="Times New Roman" w:hAnsi="Times New Roman" w:cs="Times New Roman"/>
          <w:b/>
          <w:bCs/>
          <w:sz w:val="24"/>
          <w:szCs w:val="24"/>
          <w:lang w:val="it-IT"/>
        </w:rPr>
        <w:t>Sesioni Informues mbi Reformën Administrative-Territoriale 2026</w:t>
      </w:r>
    </w:p>
    <w:p w14:paraId="1E629069" w14:textId="66841C51" w:rsidR="00FC5CC3" w:rsidRPr="00AB014A" w:rsidRDefault="00FC5CC3" w:rsidP="00FC5CC3">
      <w:pPr>
        <w:spacing w:after="0"/>
        <w:jc w:val="center"/>
        <w:rPr>
          <w:rFonts w:ascii="Times New Roman" w:hAnsi="Times New Roman" w:cs="Times New Roman"/>
          <w:b/>
          <w:bCs/>
          <w:sz w:val="24"/>
          <w:szCs w:val="24"/>
          <w:lang w:val="it-IT"/>
        </w:rPr>
      </w:pPr>
      <w:r w:rsidRPr="00AB014A">
        <w:rPr>
          <w:rFonts w:ascii="Times New Roman" w:hAnsi="Times New Roman" w:cs="Times New Roman"/>
          <w:b/>
          <w:bCs/>
          <w:sz w:val="24"/>
          <w:szCs w:val="24"/>
          <w:lang w:val="it-IT"/>
        </w:rPr>
        <w:t>19 Maj, 2026.</w:t>
      </w:r>
    </w:p>
    <w:p w14:paraId="464ADC65" w14:textId="294A579F" w:rsidR="00FC5CC3" w:rsidRPr="00AB014A" w:rsidRDefault="00FC5CC3" w:rsidP="00FC5CC3">
      <w:pPr>
        <w:spacing w:after="0"/>
        <w:jc w:val="center"/>
        <w:rPr>
          <w:rFonts w:ascii="Times New Roman" w:hAnsi="Times New Roman" w:cs="Times New Roman"/>
          <w:b/>
          <w:bCs/>
          <w:sz w:val="24"/>
          <w:szCs w:val="24"/>
          <w:lang w:val="it-IT"/>
        </w:rPr>
      </w:pPr>
      <w:r w:rsidRPr="00AB014A">
        <w:rPr>
          <w:rFonts w:ascii="Times New Roman" w:hAnsi="Times New Roman" w:cs="Times New Roman"/>
          <w:b/>
          <w:bCs/>
          <w:sz w:val="24"/>
          <w:szCs w:val="24"/>
          <w:lang w:val="it-IT"/>
        </w:rPr>
        <w:t>Durrës, Shqipëri</w:t>
      </w:r>
    </w:p>
    <w:p w14:paraId="40F5D6C6" w14:textId="77777777" w:rsidR="00FC5CC3" w:rsidRPr="00AB014A" w:rsidRDefault="00FC5CC3" w:rsidP="00FC5CC3">
      <w:pPr>
        <w:spacing w:after="0"/>
        <w:jc w:val="center"/>
        <w:rPr>
          <w:rFonts w:ascii="Times New Roman" w:hAnsi="Times New Roman" w:cs="Times New Roman"/>
          <w:b/>
          <w:bCs/>
          <w:sz w:val="24"/>
          <w:szCs w:val="24"/>
          <w:lang w:val="it-IT"/>
        </w:rPr>
      </w:pPr>
    </w:p>
    <w:p w14:paraId="323D39BB" w14:textId="77777777" w:rsidR="00FC5CC3" w:rsidRPr="00AB014A" w:rsidRDefault="00FC5CC3" w:rsidP="00FC5CC3">
      <w:pPr>
        <w:spacing w:after="0"/>
        <w:jc w:val="center"/>
        <w:rPr>
          <w:rFonts w:ascii="Times New Roman" w:hAnsi="Times New Roman" w:cs="Times New Roman"/>
          <w:b/>
          <w:bCs/>
          <w:sz w:val="24"/>
          <w:szCs w:val="24"/>
          <w:lang w:val="it-IT"/>
        </w:rPr>
      </w:pPr>
      <w:r w:rsidRPr="00AB014A">
        <w:rPr>
          <w:rFonts w:ascii="Times New Roman" w:hAnsi="Times New Roman" w:cs="Times New Roman"/>
          <w:b/>
          <w:bCs/>
          <w:sz w:val="24"/>
          <w:szCs w:val="24"/>
          <w:lang w:val="it-IT"/>
        </w:rPr>
        <w:t>Minutat e Takimit</w:t>
      </w:r>
    </w:p>
    <w:p w14:paraId="71DC7F91" w14:textId="77777777" w:rsidR="00FC5CC3" w:rsidRPr="00AB014A" w:rsidRDefault="00FC5CC3" w:rsidP="00FC5CC3">
      <w:pPr>
        <w:jc w:val="both"/>
        <w:rPr>
          <w:rFonts w:ascii="Times New Roman" w:hAnsi="Times New Roman" w:cs="Times New Roman"/>
          <w:b/>
          <w:sz w:val="24"/>
          <w:szCs w:val="24"/>
          <w:lang w:val="it-IT"/>
        </w:rPr>
      </w:pPr>
    </w:p>
    <w:p w14:paraId="10AA4469" w14:textId="77777777" w:rsidR="00AA5231" w:rsidRPr="00AB014A" w:rsidRDefault="00FC5CC3">
      <w:pPr>
        <w:rPr>
          <w:rFonts w:ascii="Times New Roman" w:hAnsi="Times New Roman" w:cs="Times New Roman"/>
          <w:sz w:val="20"/>
          <w:szCs w:val="20"/>
          <w:lang w:val="it-IT"/>
        </w:rPr>
      </w:pPr>
      <w:r w:rsidRPr="00AB014A">
        <w:rPr>
          <w:rFonts w:ascii="Times New Roman" w:hAnsi="Times New Roman" w:cs="Times New Roman"/>
          <w:b/>
          <w:sz w:val="20"/>
          <w:szCs w:val="20"/>
          <w:lang w:val="it-IT"/>
        </w:rPr>
        <w:t>Valbona Karakaci:</w:t>
      </w:r>
    </w:p>
    <w:p w14:paraId="170DCA24" w14:textId="7271BE9B" w:rsidR="00AD1764"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Përshëndetje. Okej. Përshëndetje. Mirë se erdhët në takimin e shtatë të dëgjejsave publike, nisur me Komisionin Parlamentar për Reformën Administrative Territoriale, mbështetur e lehtësuar nga projekti "Bashki të Forta: Mbështetje e Qeverisë së Zvicrës dhe Suedisë". Ka qenë kënaqësi të shohim interesin e gjerë, pjesëmarrje aktive e qytetarëve, grupeve të interesit, biznesit, akademisë, por edhe komuniteteve të angazhuara në jetën politike, për të dhënë feedback, rekomandime, sugjerime për atë që është një prej reformave më të rëndësishme të qeverisjes. Përpara se t'ia kaloj fjalën dy bashkëkryetarëve, më lejoni që të ndaj me ju disa rregulla të dëgjejsës publike. Dëgjesa është e strukturuar në tre dimensione. Dimensioni i parë është ai i territorit dhe qeverisjes, i dyti i shërbimeve publike, funksioneve, kompetencave të bashkive dhe dimensioni i tretë është ai i financave vendore. Për secilin prej këtyre tre dimensioneve do kemi në dispozicion rreth 30 minuta. Do ju luteshim që të ishit të koncizë në ndërhyrjet tuaja, duke i dhënë mundësi gjeografikisht të tre bashkive të qarkut të Durrësit të mund të shprehin opinionet e tyre, por njëkohësisht të dëgjojmë sa më shumë zëra, që do të thotë edhe më shumë alternativa për Komisionin. Secila ndërhyrje do t'ju lutesha që të mos zgjaste më shumë sesa rreth tre minuta. Ju e shikoni që ndërkohë kemi vendosur edhe një matës, në mënyrë që të jemi korrekt me kohën. Kjo seancë transmetohet drejtpërsëdrejti në televizionin shqiptar, në kanalin e dedikuar të Kuvendit të Shqipërisë. Për të gjithë ata që nuk do të mund të marrin fjalën, përgjithësisht nga përvoja e dëgjejsave të tjera ka pasur shumë më shumë dëshirë për të folur sesa kohë dhe mundësi, por edhe për grupet e interesit, të cilët mund të kenë zhvilluar në mënyrë të strukturuar rekomandime, ju lutem aksesoni faqen e dedikuar të uebit për Reformën Administrative Territoriale, është shpërndarë tashmë kjo fletushkë me kodin e kësaj platforme, ku mund të komunikoni drejtpërsëdrejti me Komisionin, por njëkohësisht të ndiqni edhe dëgjejsat e zhvilluara në qarqe të tjera, sikundër edhe kalendarin e punës së Komisionit. Thënë kjo, më lejoni që t'ia kaloj fjalën dy bashkëdrejtuesve të Komisionit për të vendosur kuadrin e përgjithshëm të dëgjejsës.</w:t>
      </w:r>
    </w:p>
    <w:p w14:paraId="7C246A2E" w14:textId="77777777" w:rsidR="00FC5CC3" w:rsidRPr="00AB014A" w:rsidRDefault="00FC5CC3" w:rsidP="00235D08">
      <w:pPr>
        <w:jc w:val="both"/>
        <w:rPr>
          <w:rFonts w:ascii="Times New Roman" w:hAnsi="Times New Roman" w:cs="Times New Roman"/>
          <w:sz w:val="20"/>
          <w:szCs w:val="20"/>
          <w:lang w:val="it-IT"/>
        </w:rPr>
      </w:pPr>
      <w:r w:rsidRPr="00AB014A">
        <w:rPr>
          <w:rFonts w:ascii="Times New Roman" w:hAnsi="Times New Roman" w:cs="Times New Roman"/>
          <w:b/>
          <w:sz w:val="20"/>
          <w:szCs w:val="20"/>
          <w:lang w:val="it-IT"/>
        </w:rPr>
        <w:t>Arbjan Mazniku:</w:t>
      </w:r>
    </w:p>
    <w:p w14:paraId="370521A2" w14:textId="77777777" w:rsidR="00FE21A2"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Nderuar Kryetar i Bashkisë së Qarkut të Durrës, nderuar deputetë, anëtarë të këshilleve bashkiakë të të gjithë bashkive, qytetarë të angazhuar, akademikë, është kënaqësi e jashtëzakonshme që kemi mundësinë që në një tur takimesh të kemi sot ndalesën në qarkun e Durrësit për të diskutuar mbi mënyrën se si duhet të organizohen dhe të funksionojnë bashkitë tona. Në fakt, ky është një debat i cili ka ngjallur goxha interes dhe me të drejtë tek të gjithë njerëzit në Shqipëri, pasi po të pyesim një njeri normal, një njeri standard, t'i themi: "Dëgjo, si është ndërveprimi yt me shtetin? Ku është momenti që ti ndërvepron me shtetin?" dhe ai të bëjë një listë të gjithë gjërave ku një person ndërvepron me shtetin dhe pastaj t'i shohim si përgjegjësi, do të kuptojmë që pjesa më e madhe e momenteve që një njeri ndërvepron me atë që koncepton si shteti, në fakt është ndërveprimi me bashkinë. Dhe është normale kështu, sepse një njeri që në momentin që lind, që kur del nga dera e maternitetit, ke momentin që shkon në çerdhe, në kopsht, në shkollë, kur luan, ke në territorin e qarkësisë së tij, ke shtëpia, ke momentin që një njeri shkon në gjimnaz, kur martohet, kur do të blejë vetë një shtëpi, kur do të punësojë, kur do të shkojë me autobus apo me transport publik në shkollë, kur bën mbetje dhe duhet të pastrohet, kur duhet të lahet, e me radhë deri kur plaket dhe deri në momentin kur, në fakt, fundit të farë jetës, kur njeriun e përcjellin për në botën tjetër, secilin prej këtyre momenteve e ka të lidhur me </w:t>
      </w:r>
      <w:r w:rsidRPr="00AB014A">
        <w:rPr>
          <w:rFonts w:ascii="Times New Roman" w:hAnsi="Times New Roman" w:cs="Times New Roman"/>
          <w:sz w:val="20"/>
          <w:szCs w:val="20"/>
          <w:lang w:val="it-IT"/>
        </w:rPr>
        <w:lastRenderedPageBreak/>
        <w:t xml:space="preserve">bashkinë, me institucionin që është më pranë atij për të ofruar këto funksione dhe këto shërbime. Ndaj dhe pasja e mundësisë që të kemi institucione bashki të cilat funksionojnë mirë dhe ia dalin që t'i ofrojnë këto shërbime siç duhet njerëzve, është padyshim një çështje e cila i prek të gjithë njerëzit dhe ka padyshim shumë interes. Ne vijmë 10 vjet pas një reforme shumë të rëndësishme, që është reforma e 2014-s, e cila ia doli të përqendrojë 373 bashki dhe komuna në 61 bashki. Të gjitha të dhënat që kemi sot na tregojnë që situata, krahasuar me periudhën para reformës, është shumë herë më e mirë. Eficienca e institucioneve është rritur, sasia e investimeve në territor është rritur, borxhet e bashkive janë ulur qenësishëm, sasia e shërbimeve që ato ofrojnë është rritur dhe ka qenë, janë më të mira, të ardhurat e bashkisë janë rritur, eficienca e shpenzimeve nga ana e bashkisë është rritur. Pra, secila prej treguesve të mundshëm që ne mund të shohim për mënyrën se si ka funksionuar bashkitë, krahasuar me para reformës, na tregojnë që situata është përmirësuar masivisht, por sidoqoftë, sërish ka shumë sfida që mbeten përpara. Gjëja që të dhënat na tregojnë është që një pjesë shumë e madhe e bashkive, më shumë se gjysma e bashkive, nuk ia dalin të ofrojnë me cilësinë dhe eficiencën e duhur më shumë se gjysmën e shërbimeve që kanë përgjegjësi për të ofruar dhe kanë një seri probleme që kanë të bëjnë me mënyrën se si i kanë përgjegjësitë, kanë të bëjnë me mënyrën se si financohen dhe sa para kanë në dispozicion dhe sigurisht kanë të bëjnë eventualisht dhe me territorin dhe jemi përpara një seri sfidash të cilat kërkojnë që ne t'i adresojmë bashkërisht. Së pari, ajo që ne gjykojmë që është sfida e parë dhe më kryesore është sfida që ka të bëjë me eficiencën dhe efikasitetin e mënyrës se si ofrohen shërbimet. Si ia dalin bashkitë tona të zgjidhin problemin e pastrimit, problemin e infrastrukturës rrugore apo infrastrukturës tjetër në qytetin ku menaxhojnë, problemin e mirëmbajtjes së shkollave, pastrimin, ujin, ujërat e shiut dhe të gjitha ato funksione që bashkia ka për territorin, ia dalin ta bëjnë dot dhe a kemi nevojë për të pasur bashkinë më eficiente? Së dyti, ne jemi përpara një sfide të re demografike. Prej 30 vitesh tashmë, gjëja që ka ndodhur është që njerëzit kanë lëvizur nga zonat periferike drejt qyteteve më të mëdha urbane dhe kjo është arsyeja pse midis qyteteve të mëdha si Shkodra, Durrësi, Tirana, Elbasani, Vlora, ne kemi pothuajse 70% të popullsisë është e përqendruar në këto zona. Pra, këto kanë qenë qytete që kanë marrë një numër shumë të madh banorësh dhe ju duhet të adjustohen me një fluks të madh banorësh në një sipërfaqe më të madhe, me infrastrukturë shumë më të madhe që ka nevojë për vëmendje dhe kurim. Nga ana tjetër, kemi një lëvizje sistematike të njerëzve nga zonat rurale drejt zonave urbane, e cila krijon gjithashtu sfida të mëdhaja të qenësishme në zonat rurale përsa i përket mënyrës, cilësisë dhe eficiencës së ofrimit të shërbimeve atje dhe kjo është një çështje që është një realitet për të cilin ne duhet të përshtatemi të mënyrës se si i përshtatim shërbimet tona në raport me këtë çështje. Së dyti, kemi një sfidë tjetër që lidhet me zhvillimin e pabarabartë. Ne kemi shumë zona të cilat janë duke zhvilluar me ritme shumë të shpejta. Qytetet që janë pranë detit, si Durrësi, ku ka turizëm, ku ka një sens ekonomie, janë duke zhvilluar dhe punësimi është rritur, situata ekonomike është përmirësuar, ka zhvillim dhe kjo ndihet dhe dallohet dhe nga numri i turistëve dhe nga numri i vizitorëve, nga vlerat e pronës. Ka një seri tregues që tregojnë që kemi një seri zonash që po zhvillohen, por kjo nuk është e barabartë në gjithë territorin tonë. Ka zona të cilat janë duke zhvilluar më avash dhe ne kemi nevojë të shohim si mundet nëpërmjet institucioneve të bashkisë të ekuilibrojmë këtë zhvillim dhe të krijojmë zhvillim koheziv në të gjithë territorin. Dhe sfida tjetër dhe më e rëndësishmja e të gjithave, e cila i lidh deri diku sfidat e tjera, është momenti ku ne ndodhemi në raport me Integrimin Evropian. Eventualisht, shumë shpejt ne fillojmë mbylljen e kapitujve dhe brenda 2027-ës Shqipëria do t'i mbyllë të gjithë kapitujt e negociimit me Bashkimin Evropian dhe më pas, në fazën politike që kalon gjatë viteve 2028-2029, Shqipëria do të jetë një vend anëtar i BE-së. Në atë moment, Shqipërisë do t'i hapet dera për dy programe shumë të rëndësishme. Njëri prej tyre është Programi i Fondit të Kohezionit të Bashkimit Evropian dhe i dyti është Programi i Fondeve Strukturore. Këto dy janë mekanizmat se si Bashkimi Evropian ndihmon territorin dhe zonat më pak të zhvilluara që të zhvillohen më shpejt, por në atë moment është thelbësore që ne të kemi bashki të forta, të cilat mund të mendojnë projekte, të konceptojnë strategji dhe t'i zbatojnë ato në përputhje me Bashkimin Evropian, në mënyrë që të kemi mundësi të përthithim nga BE-ja financime dhe mundësi zhvillimi, në mënyrë që territori shqiptar të zhvillohet në mënyrë kohezive. Ndaj dhe ne kemi nevojë që të përdorim periudhën deri në 2027 për të bërë një reformë për të forcuar bashkitë, në mënyrë që 27-31-shi, që është mandati tjetër i kryetarëve të bashkisë, të jetë një mandat ku bashkitë forcohen, por dhe fillojnë </w:t>
      </w:r>
      <w:r w:rsidRPr="00AB014A">
        <w:rPr>
          <w:rFonts w:ascii="Times New Roman" w:hAnsi="Times New Roman" w:cs="Times New Roman"/>
          <w:sz w:val="20"/>
          <w:szCs w:val="20"/>
          <w:lang w:val="it-IT"/>
        </w:rPr>
        <w:lastRenderedPageBreak/>
        <w:t xml:space="preserve">dhe punojnë në përputhje me elementet e sfidës së Bashkimit Evropian, në mënyrë që në 2031-shin të kemi mundësi që të funksionojmë në një linjë me BE-në dhe të marrim nga BE-ja të gjithë mbështetjen e mundshme për të zhvilluar territorin tonë. Dhe kjo sfidë ka tre elementë, u përmend dhe nga Valbona, tre dimensione. Elementi i parë ka të bëjë me funksionet. Cilat funksione bashkitë sot i kryejnë mirë, cilat nuk i kryejnë aq mirë sa duhet dhe pse? Nuk kanë mjaftueshëm qartësi ligjore, nuk kanë mjaftueshëm financa. A ka funksione të tjera që sot i ka qeveria, që do të bënte sens t'i bënte bashkia? A ka funksione që sot i bëjnë bashkitë, por s'do të bënte sens t'i bëjë bashkia, por duhet t'i bëjë një nivel tjetër, i ndërmjetëm, qarqet, rajonet apo qeveria? Pra, si duhet të rregullohen funksionet? Kjo lidhet ngushtësisht me elementin e dytë: Si financohen këto funksione? Çfarë të ardhurash vijnë nga qeveria nëpërmjet grantit dhe çfarë të ardhurash bashkia mund t'i mbledhë nëpërmjet taksimit apo tarifimit të disa shërbimeve të caktuara dhe si puqen këto? Ne flasim për autonominë vendore, për të drejtën e bashkive për të vendosur për financat e tyre, por kjo është e lidhur ngushtësisht me sasinë e të ardhurave që bashkitë mbledhin në territorin e tyre dhe të dyja këto bashkë lidhen me elementin e tretë, që është gjithashtu kyç dhe është padyshim ai që zgjat më shumë interes, është dhe më i thjeshtë për t'u kuptuar, që lidhet me territorin. Pra, sa i madh është territori? A kemi mjaftueshëm burime financiare në një territor? A kemi mjaftueshëm njerëz, mjaftueshëm ekspertë, mjaftueshëm specialistë? Por si, ku është balanca midis eficiencës dhe demokracisë dhe përfaqësimit të njerëzve që zëri i tyre të dëgjohet për të marrë vendime brenda atij territori, në mënyrën që ata njerëz të duan që ai territor të qeveriset? Dhe gjetja e ekuilibrit janë ato kolona që ne duam të dëgjojmë njerëzit, duam të dëgjojmë secilin prej jush për mendimin që keni, për mënyrën se si zgjidhet kjo gjë më mirë dhe njëra pjesë është kjo që po bëjmë sot, dëgjesa me njerëzit. Kemi nisur një seri dhe do të vijojmë nesër dëgjeshash me kryetarët e bashkive, të cilët e kanë këtë punë mbi shpatulla dhe kanë ekspertizën e të pasurit këto probleme në mënyrë të përditshme dhe eventualisht një fazë të tretë do të bëjmë dëgjesa me grupe ekspertësh sipas fushave. Çdo bëjmë me strehimin, çdo bëjmë me infrastrukturën, çdo bëjmë me shërbimet sociale, në mënyrë që të kemi mundësi që bashkërisht me pjesëmarrjen e të gjithë njerëzve dhe me pjesëmarrjen, për fat të mirë, dhe të opozitës në gjithë këtë proces, të krijojmë një reformë e cila t'i shërbejë vendit, jo thjesht në vitet e ardhshme, jo thjesht në zgjedhjet e ardhshme, por t'i shërbejë vendit në 30 apo 40 vitet e ardhshme dhe të sigurojë që ne të kemi mundësi të ofrojmë shërbime dhe funksione në mënyrë më efektive, më eficiente, më afër njerëzve dhe duke pasur bashki më të forta. Kështu që mezi pres të dëgjojmë komentet e të gjithë njerëzve dhe të kuptojmë më shumë dhe të kemi mundësi që të gjejmë zgjidhjet e mira. Faleminderit! </w:t>
      </w:r>
    </w:p>
    <w:p w14:paraId="1263DF09" w14:textId="1C70172A" w:rsidR="00FE21A2" w:rsidRPr="00AB014A" w:rsidRDefault="00FE21A2" w:rsidP="00235D08">
      <w:pPr>
        <w:jc w:val="both"/>
        <w:rPr>
          <w:rFonts w:ascii="Times New Roman" w:hAnsi="Times New Roman" w:cs="Times New Roman"/>
          <w:sz w:val="20"/>
          <w:szCs w:val="20"/>
          <w:lang w:val="it-IT"/>
        </w:rPr>
      </w:pPr>
    </w:p>
    <w:p w14:paraId="13357742" w14:textId="6421B19A" w:rsidR="00FE21A2" w:rsidRPr="00AB014A" w:rsidRDefault="00FE21A2" w:rsidP="00235D08">
      <w:pPr>
        <w:spacing w:after="0"/>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Luciano Boci:</w:t>
      </w:r>
    </w:p>
    <w:p w14:paraId="5F15E2AC" w14:textId="77777777" w:rsidR="00FE21A2"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lang w:val="it-IT"/>
        </w:rPr>
        <w:t xml:space="preserve">Të dashur qytetarë të qarkut të Durrësit, të nderuar deputetë, drejtues të pushtetit vendor, përfaqësues të tij, përfaqësues të shoqërisë civile, të biznesit, të mediave, të universitetit, mirë se ju gjejmë në këtë dëgjes, që dikush mund ta quajë dëgjesë speciale, pak sepse në të vërtetë trajton një nga çështjet më themelore që ndikon drejtpërdrejt me parashkrimet, me fjalët e saj, në atë se çfarë jemi ne në vetvete, në atë se si e konceptojmë dhe si jetojmë ne dhe në atë se sa dhe si e duam vendin ku jetojmë. Duke qenë dëgjes, unë do të doja që gjithsecili prej jush të kishte një lloj përvoje në dëgjesat publike. Pse e them këtë? Sepse dëgjesat publike janë një nga format më efektive me të cilat pushteti vendor, në fakt, përfaqëson qytetarin, e tërheq atë drejt vendimmarrjes, i merr mendimin dhe në fund të fundit është një nga format kryesore të llogaridhënies së pushtetit vendor, që besoj se në Shqipëri ka munguar dhe mungon prej vitesh. Dëgjesat publike mungojnë aq shumë sa kjo dëgjesa jonë e sotmja mund të duket si dëgjese e korrave të dikushve, biblike, dhe mund të duket si e jashtëzakonshme. E them këtë për një arsye, sepse po të kishte dëgjesa publike këtu në Durrës, unë besoj se porti i Durrësit do të ishte akoma dhe do të kishte pamje tjetër në atë perspektivën e tij. Po të kishte dëgjesa publike këtu në Durrës, që është detyrë e pushtetit vendor, sepse po flasim për pushtetin vendor, projekti i tij do të ishte diçka tjetër, mendoj, në atë mënyrën si do të realizohesh dhe do të ekzekutohesh, sepse do të merrte mendimin e qytetarëve, se për ata bëhet gjithçka dhe në qoftë se do të kishte dëgjesa publike, nuk do të kishim atë betejë, atë fortunë për vlerën, çka prodhoi ajo në kohën që u vendos. Pra, ja ku </w:t>
      </w:r>
      <w:r w:rsidRPr="00AB014A">
        <w:rPr>
          <w:rFonts w:ascii="Times New Roman" w:hAnsi="Times New Roman" w:cs="Times New Roman"/>
          <w:sz w:val="20"/>
          <w:szCs w:val="20"/>
          <w:lang w:val="it-IT"/>
        </w:rPr>
        <w:lastRenderedPageBreak/>
        <w:t xml:space="preserve">është një ndër elementët kryesorë që na ka penguar dhe ka krijuar atë distancën e madhe. Megjithatë, dashur miq, nuk është dëgjese e jashtëzakonshme, por të jeni të bindur, nuk është dëgjese sa për sy e faqe. Nuk jemi këtu për t'ju thënë që erdhëm, ju dëgjuam, tani po ikim dhe vendimet do të merren në zyrat e qeverisë apo diku në zyrat e parlamentit. Jemi këtu për t'i dhënë përgjigje disa pyetjeve themelore që na shqetësojnë juve si qytetarë, si përfaqësues të pushtetit lokal, por edhe pjesën tonë të politikës. E para është: Pse duhet një reformë territoriale? Dhe unë do të thoja që përgjigjja përkufizuese, më e saktë, është: Reforma duhet për të rritur funksionalitetin e pushtetit vendor, me qëllim që t'i shërbehet sa më mirë, sa më shpejt, sa më në mënyrë efikase qytetarit dhe përtej kësaj qëllimësie, të gjithë të tjerat që janë patjetër: përfaqësimi, territori, financat, shërbimet, autonomia vendore, demokracia, të gjitha janë instrumente për të realizuar qëllimin e madh që ka një reformë. Por midis këtyre instrumentave, territori është matrica nga ku burojnë dhe kushtëzohen të gjithë elementët e tjerë që unë përmenda, sepse territori nuk është thjesht tokë apo një koordinatë gjeografike. Jo, territori është arkitektura e pushtetit në realitet, ai i prekshmi dhe kur territori ndërtohet gabim, atëherë kush është pasoja? Bosha të hiset, i largohet shërbimi dhe nuk përfaqëson identitetin e qytetarit dhe qytetari nis dhe nuk identifikohet më me territorin, largohet nga territori i tij, sepse kjo hapësirë është shumë e rëndësishme në atë si e koncepton ai jetën. Ai ka besim që jeta e tij është e mirë brenda këtij territori. Për këtë arsye, territori as nuk mund të asgjësohet, as të relativizohet, sepse përndryshe ai humbet identitetin, madje humbet edhe vazhdimësinë ekonomike, traditën historike, vazhdimësinë shpirtërore. Dhe pyetja tjetër është: Kush na ka sjellë në këtë reformë? Sepse ne kemi pasur para 12 vitesh një reformë e cila u parashtrua me bujë, më me shumë bujë se kjo reforma. Madje, unë për kuriozitet edhe tuajin edhe timin, kam marrë shumë thënie të kryeministrit dhe ajo që më bëri më shumë përshtypje ishte që në reformën e 2014-ës, qyteti do të ndihmonte fshatin, e formuluar pikërisht kështu, ndërkohë që ka ndodhur e kundërta. Pra, duhet të jemi shumë të bindur pse jemi këtu në këtë reformë. Në qoftë se 2014-ta paska qenë kaq e suksesshme sa ç'u parashtrua këtu, unë mendoj që s'kishte pse vinte dhe opozita që u falënderua, por vazhdonte qeveria me funksionalitetin se e ka detyrën e saj, vazhdonte me strategjinë, vazhdonte me rajonet zhvillimore, vazhdonte me strukturën administrative dhe gjithçka ishte e kryer. Por jo, duhet territori, se kjo është shumë e rëndësishme, duhet territori dhe ajo që na ka sjellë këtu, duhet ta shohim njëri-tjetrin në sy, ta themi troç: është dështimi i reformës së 2014-ës. Mos të fshehim krahas benefiteve me të cilat jam dakord, për qendrat e mëdha urbane, benefite financiare, benefite përqëndrime investimesh në ato qendra të mëdha, por në total, në shërbim, në përfaqësim, në distancë nga qytetari, ajo është një dështim spektakolar. Nuk e thotë Partia Demokratike, e thonë institucionet ndërkombëtare, e thonë institucionet shqiptare, e thotë vetë qeveria shqiptare në përcaktimin para dy javësh të rajoneve zhvillimore, ku tekstualisht, në tekstin e vet, përcakton që kufijtë e sotëm nuk pasqyrojnë dinamikat ekonomike të hartës aktuale të rajoneve, por këto rajone, normal që përfshihen dhe bashkitë. Dhe sot ne kemi dy realitete të ndryshme: kemi bashki të zhvilluara, bashki të varfra, kemi diskriminim brenda një bashkie, kemi zona zhvilluara urbane, zona rurale krejtësisht të lëna pas dore, në harresë, pavarësisht si u premtua dhe kudo se sa e suksesshme është kjo reformë, shihet sa shkolla janë mbyllur në zonat rurale, sa qendra shëndetësore janë mbyllur, sa shërbime mungojnë, sa kilometra duhet të bëjë ai qytetari i Durrësit për të marrë një vulë apo për të marrë një shërbim të thjeshtë. Dhe vetëm duke mos bërë lavdërime administrative, duke pranuar këtë fakt, po pranojmë faktin që duhet një reformë, sigurisht funksionale dhe territoriale, funksionale patjetër në atë lidhje midis funksionit, kompetencës që është mjet dhe financës që një bashki e madhe, e mesme, e vogël, por që duhet patjetër ta ketë. Dhe duke pranuar këtë dështim, patjetër që një punë e nisur mirë vazhdon mirë dhe përfundon mirë. Në qoftë se nuk e pranojmë, një punë e nisur keq vazhdon keq dhe përfundon keq. Këtu nuk është për të fituar një bast të Partisë Demokratike apo një qëndrim të 2014-ës, është për të treguar këtë realitet që ne duam patjetër ta ndryshojmë në raport me funksionin që duhet të ketë pushteti vendor, por edhe në raport me shërbimin që duhet të ketë qytetari. Nuk na ka sjellë këtu as BE-ja, duhet ta themi, nuk ka ndonjë kusht apo ndonjë detyrë që Shqipëria duhet ta realizojë në raport me kapitujt apo kapitullin për pushtetin vendor që të hapet rruga e anëtarësimit të Shqipërisë. Fare. E vetmja kërkesë është që gjithçka të jetë në harmoni me Kartën Evropiane të Vetëqeverisjes Vendore. Pikë. Kjo është, asgjë tjetër përtej kësaj. Janë qytetarët që na kanë detyruar që të vijmë në këtë reformë. Dhe cila është zgjidhja? Se nuk jemi thjesht këtu për të bërë kritika, unë kam shumë </w:t>
      </w:r>
      <w:r w:rsidRPr="00AB014A">
        <w:rPr>
          <w:rFonts w:ascii="Times New Roman" w:hAnsi="Times New Roman" w:cs="Times New Roman"/>
          <w:sz w:val="20"/>
          <w:szCs w:val="20"/>
          <w:lang w:val="it-IT"/>
        </w:rPr>
        <w:lastRenderedPageBreak/>
        <w:t xml:space="preserve">kritika, sidomos për Durrësin. Patjetër, Durrësi është qendër ekonomike shumë e rëndësishme, strategjike, është qarku më i dytë, por është shembulli më tipik i dështimit të reformës së 2014-s dhe të mosrespektimit brutal të identiteteve territoriale, tradicionale dhe historike. Në tre bashkitë e Durrësit u përthithën tre qytete, qytete me historinë e tyre: Sukthi, Manza, Fushëkruja. Dhe reforma u hap me premtime për afrim të shërbimeve, për përfaqësim, për çdo gjë tjetër dhe realiteti sot është që kemi një diferencë shumë të madhe zhvillimore në raport me Durrësin, me qendrën dhe periferitë. Këtu gëllojnë ndërtimet në mënyrë të latarshme, ka një zhvillim brenda Durrësit, ndërkohë që në zonat rurale njerëzit luftojnë ende për të gjetur ujësjellësin apo për të gjetur rrugën e shtëpisë. Ky është realiteti. Po, dhe kritikat unë dua t'i dëgjoj nga qytetarët vetë, nuk jam unë që do t'i shtyj më shumë. Patjetër që duhet zgjidhje dhe kjo zgjidhje na detyron dhe ne si Parti Demokratike të ulemi në tryezën e reformës zgjedhore me synimin për të sjellë atë shërbim të munguar tek qytetari. Ka dy alternativa që të jeni shumë të qartë që përplasen në këtë zgjidhje. E para është alternativa e maxhorancës konsoliduese dhe njëherë tjetër, e njëjta rrugë që u përdor në 2014-ën, ulje e numrit të bashkive për të rritur më pas pjesën e financave të administratës apo kërkesa tjera që i ka pushteti vendor dhe ndërkohë qasja e jonë është decentralizuese për të ofruar dhe afruar shërbimet, për të rritur përfaqësimin dhe për t'i dhënë autonomi pushtetit vendor. Qasja e Partisë Demokratike, qartazi, kërkon që të optimizohet numri i bashkive, jo të kthehet në 373. Nuk ka nostalgjinë dhe nuk ka dogmën që të ruajmë 61-shin. Nuk është dogmatike të ruash 61-shin. 61-shin ishte një formalitet thjesht politik, i cili ndryshoi 24 orët e fundit. Nga 27 u bë 61 vetëm brenda një nate. Ishin kufij politikë që u vendosën thjesht për efekt të votave. Dhe po, Partia Demokratike kërkon të ndryshojë modelin e qeverisjes, t'i bëjë më funksionale funksionet që sot nuk lidhen më së miri me kompetenca, të lidhen me kompetenca të qarta, të lidhen me burimet financiare dhe të rritet efikasiteti i shërbimeve të qytetarëve. Të rritet bashkëveprimi ndërbashkiak, i cili sot mungon, i cili bën që të rrafshohen edhe ndryshimet midis bashkive të mëdha, bashkive të mesme dhe bashkive të vogla. Ne duam autonomi financiare dhe mbështetje të plotë financiare. Ka dy rrugë për të rritur autonominë financiare: nëpërmjet dhënies akses të pushtetit vendor të mbledhë taksat e tij dhe nëpërmjet financimit që i bën buxheti i shtetit. I pari është model suedez, i dyti është model gjerman. Prandaj, në qoftë se sot ka dëshirë nga ana e qeverisë, mund të lëshojë njërën dhe të japë tjetrën dhe jo qeveria vazhdimisht të hartojë ligje sektoriale që bien ndesh me ligjin themelor të pushtetit organik të pushtetit vendor. Dhe unë jam i bindur që këto zgjidhje, këto kërkesa, më mirë sesa i parashtroni ju, nuk është si i parashtron politika. </w:t>
      </w:r>
      <w:r w:rsidRPr="00AB014A">
        <w:rPr>
          <w:rFonts w:ascii="Times New Roman" w:hAnsi="Times New Roman" w:cs="Times New Roman"/>
          <w:sz w:val="20"/>
          <w:szCs w:val="20"/>
        </w:rPr>
        <w:t xml:space="preserve">Politika </w:t>
      </w:r>
      <w:proofErr w:type="spellStart"/>
      <w:r w:rsidRPr="00AB014A">
        <w:rPr>
          <w:rFonts w:ascii="Times New Roman" w:hAnsi="Times New Roman" w:cs="Times New Roman"/>
          <w:sz w:val="20"/>
          <w:szCs w:val="20"/>
        </w:rPr>
        <w:t>në</w:t>
      </w:r>
      <w:proofErr w:type="spellEnd"/>
      <w:r w:rsidRPr="00AB014A">
        <w:rPr>
          <w:rFonts w:ascii="Times New Roman" w:hAnsi="Times New Roman" w:cs="Times New Roman"/>
          <w:sz w:val="20"/>
          <w:szCs w:val="20"/>
        </w:rPr>
        <w:t xml:space="preserve"> fund </w:t>
      </w:r>
      <w:proofErr w:type="spellStart"/>
      <w:r w:rsidRPr="00AB014A">
        <w:rPr>
          <w:rFonts w:ascii="Times New Roman" w:hAnsi="Times New Roman" w:cs="Times New Roman"/>
          <w:sz w:val="20"/>
          <w:szCs w:val="20"/>
        </w:rPr>
        <w:t>i</w:t>
      </w:r>
      <w:proofErr w:type="spellEnd"/>
      <w:r w:rsidRPr="00AB014A">
        <w:rPr>
          <w:rFonts w:ascii="Times New Roman" w:hAnsi="Times New Roman" w:cs="Times New Roman"/>
          <w:sz w:val="20"/>
          <w:szCs w:val="20"/>
        </w:rPr>
        <w:t xml:space="preserve"> formulon dhe i jep të drejtë ligjore dhe zbatimi. Kështu që, me shumë kënaqësi, mirëpresim mendimet tuaja për reformën territoriale këtu në qarkun e Durrësit. Faleminderit! </w:t>
      </w:r>
    </w:p>
    <w:p w14:paraId="269B5DC5" w14:textId="31690557" w:rsidR="00FE21A2" w:rsidRPr="00AB014A" w:rsidRDefault="00FE21A2" w:rsidP="00235D08">
      <w:pPr>
        <w:jc w:val="both"/>
        <w:rPr>
          <w:rFonts w:ascii="Times New Roman" w:hAnsi="Times New Roman" w:cs="Times New Roman"/>
          <w:sz w:val="20"/>
          <w:szCs w:val="20"/>
        </w:rPr>
      </w:pPr>
    </w:p>
    <w:p w14:paraId="24FEABFB" w14:textId="5598D472" w:rsidR="00FE21A2" w:rsidRPr="00AB014A" w:rsidRDefault="00FE21A2" w:rsidP="00235D08">
      <w:pPr>
        <w:spacing w:after="0"/>
        <w:jc w:val="both"/>
        <w:rPr>
          <w:rFonts w:ascii="Times New Roman" w:hAnsi="Times New Roman" w:cs="Times New Roman"/>
          <w:b/>
          <w:bCs/>
          <w:sz w:val="20"/>
          <w:szCs w:val="20"/>
        </w:rPr>
      </w:pPr>
      <w:r w:rsidRPr="00AB014A">
        <w:rPr>
          <w:rFonts w:ascii="Times New Roman" w:hAnsi="Times New Roman" w:cs="Times New Roman"/>
          <w:b/>
          <w:bCs/>
          <w:sz w:val="20"/>
          <w:szCs w:val="20"/>
        </w:rPr>
        <w:t>Valbona Karakaci:</w:t>
      </w:r>
    </w:p>
    <w:p w14:paraId="71342678" w14:textId="631B010A" w:rsidR="00FC5CC3"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rPr>
        <w:t xml:space="preserve">Jo, </w:t>
      </w:r>
      <w:proofErr w:type="spellStart"/>
      <w:r w:rsidRPr="00AB014A">
        <w:rPr>
          <w:rFonts w:ascii="Times New Roman" w:hAnsi="Times New Roman" w:cs="Times New Roman"/>
          <w:sz w:val="20"/>
          <w:szCs w:val="20"/>
        </w:rPr>
        <w:t>mirë</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atëherë</w:t>
      </w:r>
      <w:proofErr w:type="spellEnd"/>
      <w:r w:rsidRPr="00AB014A">
        <w:rPr>
          <w:rFonts w:ascii="Times New Roman" w:hAnsi="Times New Roman" w:cs="Times New Roman"/>
          <w:sz w:val="20"/>
          <w:szCs w:val="20"/>
        </w:rPr>
        <w:t xml:space="preserve"> pas </w:t>
      </w:r>
      <w:proofErr w:type="spellStart"/>
      <w:r w:rsidRPr="00AB014A">
        <w:rPr>
          <w:rFonts w:ascii="Times New Roman" w:hAnsi="Times New Roman" w:cs="Times New Roman"/>
          <w:sz w:val="20"/>
          <w:szCs w:val="20"/>
        </w:rPr>
        <w:t>kësaj</w:t>
      </w:r>
      <w:proofErr w:type="spellEnd"/>
      <w:r w:rsidRPr="00AB014A">
        <w:rPr>
          <w:rFonts w:ascii="Times New Roman" w:hAnsi="Times New Roman" w:cs="Times New Roman"/>
          <w:sz w:val="20"/>
          <w:szCs w:val="20"/>
        </w:rPr>
        <w:t xml:space="preserve"> parashtreze çelim në diskutimin me pjesëmarrësit në sallë. Dimensioni i parë ai i qeverisjes dhe territorit. Reforma e vitit 2014, e përmbyllur në fakt me financat vendore në vitin 2017, krijoi bashki më të mëdha në territor, por transformoi edhe ato që njihen si njësi administrative. Ky model i bashkive të mëdha </w:t>
      </w:r>
      <w:proofErr w:type="gramStart"/>
      <w:r w:rsidRPr="00AB014A">
        <w:rPr>
          <w:rFonts w:ascii="Times New Roman" w:hAnsi="Times New Roman" w:cs="Times New Roman"/>
          <w:sz w:val="20"/>
          <w:szCs w:val="20"/>
        </w:rPr>
        <w:t>a</w:t>
      </w:r>
      <w:proofErr w:type="gramEnd"/>
      <w:r w:rsidRPr="00AB014A">
        <w:rPr>
          <w:rFonts w:ascii="Times New Roman" w:hAnsi="Times New Roman" w:cs="Times New Roman"/>
          <w:sz w:val="20"/>
          <w:szCs w:val="20"/>
        </w:rPr>
        <w:t xml:space="preserve"> arriti që të shmangë pabarazitë në territor, të ofrojë shërbime më efikase për qytetarët dhe një përfaqësim dinjitoz? A më gjykoni dhe vlerësoni që ka modele të tjera qeverisjeje të territorit dhe specifikisht me qeverisje e kuptojmë njësi të administrative, bashkinë e madhe siç e njohin qytetarët, qarqet, por edhe rajonet administrative që janë të trajtuara në kuadrin ligjor, të cilat do të mund të korrektonin edhe mungesat që u vërejtën në reformën e parë apo të çonin më tej ato arritje që tashmë qytetarët i kanë përjetuar. Zotëria, ju lutem, kemi një. Atëherë, vajzat na ndihmojnë me mikrofonat, ju lutem, zotëria. Faleminderit! Mirë, ju ajo ishte afër mikrofonit. Ju lutem, nëse mund të prezantoheni edhe emrin dhe nga vini në mënyrë që të sigurojmë kalimin. </w:t>
      </w:r>
    </w:p>
    <w:p w14:paraId="1E03BE7E" w14:textId="10AFA3CB" w:rsidR="00FE21A2" w:rsidRPr="00AB014A" w:rsidRDefault="00FE21A2" w:rsidP="00235D08">
      <w:pPr>
        <w:jc w:val="both"/>
        <w:rPr>
          <w:rFonts w:ascii="Times New Roman" w:hAnsi="Times New Roman" w:cs="Times New Roman"/>
          <w:sz w:val="20"/>
          <w:szCs w:val="20"/>
        </w:rPr>
      </w:pPr>
    </w:p>
    <w:p w14:paraId="3D2B692E" w14:textId="2A17BCC7" w:rsidR="00FE21A2" w:rsidRPr="00AB014A" w:rsidRDefault="00FE21A2" w:rsidP="00235D08">
      <w:pPr>
        <w:jc w:val="both"/>
        <w:rPr>
          <w:rFonts w:ascii="Times New Roman" w:hAnsi="Times New Roman" w:cs="Times New Roman"/>
          <w:b/>
          <w:bCs/>
          <w:sz w:val="20"/>
          <w:szCs w:val="20"/>
        </w:rPr>
      </w:pPr>
      <w:r w:rsidRPr="00AB014A">
        <w:rPr>
          <w:rFonts w:ascii="Times New Roman" w:hAnsi="Times New Roman" w:cs="Times New Roman"/>
          <w:b/>
          <w:bCs/>
          <w:sz w:val="20"/>
          <w:szCs w:val="20"/>
        </w:rPr>
        <w:t>A</w:t>
      </w:r>
      <w:r w:rsidR="0099363B" w:rsidRPr="00AB014A">
        <w:rPr>
          <w:rFonts w:ascii="Times New Roman" w:hAnsi="Times New Roman" w:cs="Times New Roman"/>
          <w:b/>
          <w:bCs/>
          <w:sz w:val="20"/>
          <w:szCs w:val="20"/>
        </w:rPr>
        <w:t>r</w:t>
      </w:r>
      <w:r w:rsidRPr="00AB014A">
        <w:rPr>
          <w:rFonts w:ascii="Times New Roman" w:hAnsi="Times New Roman" w:cs="Times New Roman"/>
          <w:b/>
          <w:bCs/>
          <w:sz w:val="20"/>
          <w:szCs w:val="20"/>
        </w:rPr>
        <w:t xml:space="preserve">tan </w:t>
      </w:r>
      <w:proofErr w:type="spellStart"/>
      <w:r w:rsidRPr="00AB014A">
        <w:rPr>
          <w:rFonts w:ascii="Times New Roman" w:hAnsi="Times New Roman" w:cs="Times New Roman"/>
          <w:b/>
          <w:bCs/>
          <w:sz w:val="20"/>
          <w:szCs w:val="20"/>
        </w:rPr>
        <w:t>Kacani</w:t>
      </w:r>
      <w:proofErr w:type="spellEnd"/>
    </w:p>
    <w:p w14:paraId="580A5F8D" w14:textId="77777777" w:rsidR="0099363B"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rPr>
        <w:lastRenderedPageBreak/>
        <w:t xml:space="preserve">Emri </w:t>
      </w:r>
      <w:proofErr w:type="spellStart"/>
      <w:r w:rsidRPr="00AB014A">
        <w:rPr>
          <w:rFonts w:ascii="Times New Roman" w:hAnsi="Times New Roman" w:cs="Times New Roman"/>
          <w:sz w:val="20"/>
          <w:szCs w:val="20"/>
        </w:rPr>
        <w:t>im</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është</w:t>
      </w:r>
      <w:proofErr w:type="spellEnd"/>
      <w:r w:rsidRPr="00AB014A">
        <w:rPr>
          <w:rFonts w:ascii="Times New Roman" w:hAnsi="Times New Roman" w:cs="Times New Roman"/>
          <w:sz w:val="20"/>
          <w:szCs w:val="20"/>
        </w:rPr>
        <w:t xml:space="preserve"> A</w:t>
      </w:r>
      <w:r w:rsidR="0099363B" w:rsidRPr="00AB014A">
        <w:rPr>
          <w:rFonts w:ascii="Times New Roman" w:hAnsi="Times New Roman" w:cs="Times New Roman"/>
          <w:sz w:val="20"/>
          <w:szCs w:val="20"/>
        </w:rPr>
        <w:t>r</w:t>
      </w:r>
      <w:r w:rsidRPr="00AB014A">
        <w:rPr>
          <w:rFonts w:ascii="Times New Roman" w:hAnsi="Times New Roman" w:cs="Times New Roman"/>
          <w:sz w:val="20"/>
          <w:szCs w:val="20"/>
        </w:rPr>
        <w:t xml:space="preserve">tan Kacani, jam </w:t>
      </w:r>
      <w:proofErr w:type="spellStart"/>
      <w:r w:rsidRPr="00AB014A">
        <w:rPr>
          <w:rFonts w:ascii="Times New Roman" w:hAnsi="Times New Roman" w:cs="Times New Roman"/>
          <w:sz w:val="20"/>
          <w:szCs w:val="20"/>
        </w:rPr>
        <w:t>banor</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i</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lagjes</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numër</w:t>
      </w:r>
      <w:proofErr w:type="spellEnd"/>
      <w:r w:rsidRPr="00AB014A">
        <w:rPr>
          <w:rFonts w:ascii="Times New Roman" w:hAnsi="Times New Roman" w:cs="Times New Roman"/>
          <w:sz w:val="20"/>
          <w:szCs w:val="20"/>
        </w:rPr>
        <w:t xml:space="preserve"> 1 dhe jam urbanist dhe për vite që kam punuar në fushën e planifikimit urban dhe ne jemi përballë një situate ku në 2014-ën u hartua një reformë territoriale administrative për bashkitë. Qyteti i Durrësit iu deshën afërsisht 7 vite që të miratonte planin e përgjithshëm vendor urban. Plani i përgjithshëm vendor urban është miratuar në vitin 2000, miratuar them, në vitin 2022. Në qoftë se ne ndërmarrim këtë hap sot të hartimit të reformës administrative territoriale dhe sa duhet të presim për një plan të ri që të adresohet mbi të gjitha kur kemi të bëjmë me të gjithë këto emergjenca që ju thoni të Bashkimit Evropian dhe duhet të presim 2040-ën, duhet të kuptojmë që plani rregullues urban i përgjithshëm për momentin është i shkelur, është i shkelur nga të gjithë koeficientët e intensitetit të ndërtimit. Lagjës Kalasë, TID-it parashikohet një plan i cili shkon kundër vullnetit të banorëve, shkon kundër hartës së përdorimit të tokës, atij çfarë është firmosur nga kryeministri dhe nga të gjithë drejtoritë përkatëse. Parashikohet hapja e tokës për funksionet publike tokë vjerë, kundërkohë plani rregullues parashikon që aty koeficienti i ndërtimit duhet të qëndrojë intensitetin aq sa banorët kanë. A duhet të presim banorët që të restaurohen shtëpirat e tyre dhe të vlerësohet historia apo do të kemi një proces të parregullt, planesh parregulluese ku plane të ndryshme, kulla, jepen në qytet dhe shkojnë kundër planit të përgjithshëm vendor urban? A do të ketë përgjegjësi për të gjithë këto mungesa të territorit apo jo? Mbi të gjitha, porti, porto romane, e të gjitha janë në kundërshtim të planit të përgjithshëm vendor të qytetit të Durrësit. Duhet që të marrë një përgjegjësi administrative sepse banorët meritojnë përgjigje, kanë ditë, vite, muaj që nuk flejnë, nuk mbyllin sytë, letra të ndryshme i shkojnë tek dyert e tyre për t'i kërcënuar, për t'i kërcënuar se do t'i flakin mes katër rrugëve pa asnjë lloj zgjidhje. Banesat, ato që janë ndërtuar për funksion social në mesin e spitalës, nuk përgjigjen as për intensitetin, nuk përgjigjen as për zhvillimin urban dhe as për numrin e kërkesave, ndërkohë banorët mashtrohen që do të futen në këto hapësira ku janë gjithë lagështia dhe nuk janë akoma në standardet e duhura. Kërkojmë një proces të rregullt të qeverisjes së territorit në emër të të gjithë banorëve të Durrësit dhe kjo ka ngelur pezull. Shpresoj që të marrë përgjigje sa më shpejt. </w:t>
      </w:r>
    </w:p>
    <w:p w14:paraId="4B715A40" w14:textId="574562EE" w:rsidR="0099363B"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rPr>
        <w:t xml:space="preserve">Po, </w:t>
      </w:r>
      <w:proofErr w:type="spellStart"/>
      <w:r w:rsidRPr="00AB014A">
        <w:rPr>
          <w:rFonts w:ascii="Times New Roman" w:hAnsi="Times New Roman" w:cs="Times New Roman"/>
          <w:sz w:val="20"/>
          <w:szCs w:val="20"/>
        </w:rPr>
        <w:t>dikush</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tjetër</w:t>
      </w:r>
      <w:proofErr w:type="spellEnd"/>
      <w:r w:rsidRPr="00AB014A">
        <w:rPr>
          <w:rFonts w:ascii="Times New Roman" w:hAnsi="Times New Roman" w:cs="Times New Roman"/>
          <w:sz w:val="20"/>
          <w:szCs w:val="20"/>
        </w:rPr>
        <w:t xml:space="preserve">. </w:t>
      </w:r>
      <w:r w:rsidRPr="00AB014A">
        <w:rPr>
          <w:rFonts w:ascii="Times New Roman" w:hAnsi="Times New Roman" w:cs="Times New Roman"/>
          <w:sz w:val="20"/>
          <w:szCs w:val="20"/>
          <w:lang w:val="it-IT"/>
        </w:rPr>
        <w:t xml:space="preserve">Po, zotëria e kërkoi dhe pastaj zotëria atje lartë. Faleminderit! </w:t>
      </w:r>
    </w:p>
    <w:p w14:paraId="1BF11CCE" w14:textId="77777777" w:rsidR="0099363B" w:rsidRPr="00AB014A" w:rsidRDefault="0099363B" w:rsidP="00235D08">
      <w:pPr>
        <w:jc w:val="both"/>
        <w:rPr>
          <w:rFonts w:ascii="Times New Roman" w:hAnsi="Times New Roman" w:cs="Times New Roman"/>
          <w:sz w:val="20"/>
          <w:szCs w:val="20"/>
          <w:lang w:val="it-IT"/>
        </w:rPr>
      </w:pPr>
    </w:p>
    <w:p w14:paraId="150FB70D" w14:textId="77777777" w:rsidR="0099363B" w:rsidRPr="00AB014A" w:rsidRDefault="0099363B"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Fiqiri Këllari</w:t>
      </w:r>
    </w:p>
    <w:p w14:paraId="0DBAEFEF" w14:textId="77777777" w:rsidR="0099363B"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Përshëndetje! Jam Fiqiri Këllari, kryetar i Shoqatës Bosnjakë të Shqipërisë ose i minoritetit boshnjak, i cili ndodhet i vetmi në qarkun e Durrësit. Siç e dini, boshnjakët janë këtu në Shqipëri që nga viti 1865. Ne kemi pasur të gjitha drejtët siç i kanë pasur të gjithë shqiptarët, por të dini se çfarë do të bëhet me këtë komunitet, me këtë ndarjen territoriale, duke e ditur se pushteti me 3 mijë banorë ose me 5 mijë banorë, ne jemi me 10 mijë banorë në shiatje dhe kur vjen puna, çfarë do të bëhet? Kur atë që thashë që në qarkun e Durrësit jemi edhe jemi një komunitet, një minoritet më i organizuar në të gjithë Republikën e Shqipërisë. Desha një përgjigje. </w:t>
      </w:r>
    </w:p>
    <w:p w14:paraId="49978182" w14:textId="77777777" w:rsidR="0099363B" w:rsidRPr="00AB014A" w:rsidRDefault="0099363B" w:rsidP="00235D08">
      <w:pPr>
        <w:jc w:val="both"/>
        <w:rPr>
          <w:rFonts w:ascii="Times New Roman" w:hAnsi="Times New Roman" w:cs="Times New Roman"/>
          <w:sz w:val="20"/>
          <w:szCs w:val="20"/>
          <w:lang w:val="it-IT"/>
        </w:rPr>
      </w:pPr>
    </w:p>
    <w:p w14:paraId="23AEC713" w14:textId="77777777" w:rsidR="0099363B"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Faleminderit! Faleminderit! Ju lutem, dy ndërhyrje atje lart që të kemi mundësi të komunikojmë. Për informacion, dy bashkëdrejtuesit do të bëjnë një përmbledhje në fund të dëgjejsës, por dëgjesa është konceptuar më shumë si një hapësirë për të dëgjuar dhe jo për të ndërvepruar përmes dialogut. Do ketë platforma të tjera që do ta mundësojnë atë. Ju lutem! </w:t>
      </w:r>
    </w:p>
    <w:p w14:paraId="46A85F26" w14:textId="0519B522" w:rsidR="0099363B" w:rsidRPr="00AB014A" w:rsidRDefault="0099363B"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Vlas Llazëri</w:t>
      </w:r>
    </w:p>
    <w:p w14:paraId="4B2E5429" w14:textId="0317E492" w:rsidR="0099363B"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Përshëndetje! Unë jam Vlas Llazëri, jam profesor agronom, jam nga komuna e Ishmit, nga Gjiri i Lalzit. Unë ju përgëzoj për këtë iniciativë mjaft të rëndësishme për të dëgjuar zërin e qytetarit për administrimin territorial. Për mendimin tim, meqenëse kam qenë dhe drejtues në komunën e Ishmit, reforma territoriale që u bë për mendimin tim dhe shumë qytetarë mendojnë në Shqipëri ishte një ndër reformat që s'duhet </w:t>
      </w:r>
      <w:r w:rsidRPr="00AB014A">
        <w:rPr>
          <w:rFonts w:ascii="Times New Roman" w:hAnsi="Times New Roman" w:cs="Times New Roman"/>
          <w:sz w:val="20"/>
          <w:szCs w:val="20"/>
          <w:lang w:val="it-IT"/>
        </w:rPr>
        <w:lastRenderedPageBreak/>
        <w:t xml:space="preserve">përmendur, jo të mund ta gjykosh. Pse e them unë? Pse e shoh unë tani Ishmin me reformën e re, me reformën ish-reformën? Kur ne në Ishëm kishim drejtimin, qytetari problemin e zgjidhte menjëherë, vinte në komunë, kishte kryetar, kishte këshill komune, fshati kishte këroplakë që iu tha ishte një term gabim, duhet të quhesh kryetar i fshatit me me kryesinë e fshatit dhe çdo gjë shkonte si në xhiro. Çfarë shikojmë sot? Po të vish sot në Ishëm, jemi me bashkinë e Durrësit, emri i madh i bashkisë e Durrësit këto kohë. Durrësi ka 600 mijë problemet e veta siç tha zotëria poshtë edhe mendoni ju se do të ketë njeri nga Durrësi të mendojë për Ishmin 40 km larg nga këtu? Për 8 vjet që pushteti ka ardhur në Durrës, shikoni në Ishëm, Ishmi totalisht i braktisur, shkollat i ndërtoi tërmeti, ndërkohë ishte u bë, rrugët, asnjë metër asfalt në komunën e Ishmit në këtë periudhë. Tjetra, administrimi i territorit. Ne jemi tani komunë turistike atje. Po të vish në Gjiri të Lalzit, gjatë verës numëron 100 mijë pushues. Është bërë ajo, bukur është bërë pjesa turistike, por kalon nga pjesa milionëshe-herëshe e turizmit, hajde futu fshatin shtëpitë e kjo buzë detit. Plera, Plasmas, urat e zeza në kanale në det, Ferra e çfarë të shohësh pa administrim fare, kudo ankohesh. Kryetar fshati s'ka, kryetar komune është një administrator. Çfarë është administratori? Jo, unë ja garantoj se kam fakte. Administratori i Ishmit po të vije në Durrës, po të vinte te dera e kryetarit të bashkisë, kishte frikë të hynte brenda. Po të ngrejtë një ankesë sepse mund të thotë të nesërmën thotë kryetarja X se s'je më, sepse vjen tjetri, sepse kështu luhet planet. Pra, s'ka asnjë fuqi, ajo është kot. Duke qenë kot ai në Ishëm, invazioni i gjithanshëm mbi territor ka përmasa të jashtëzakonshme. Kush e pret? Vijnë njerëz nga gjithë Shqipëria, pyje, toka, dete. Të shih vuri rrjedhja ata përmbledhët. Të shih hajde hyn në det me Gjiri të Lalzit dhe territorin e Ishmit. Të gjithë territori Ishmi ka 30 km det, asnjë ishmak nuk hyn dot pa lekë. Si është? Kudo ishte, çdo gjë është bërë me lekë. Po nga kanë ardhur këto invazorë? Ai nga Tirana, nga gjithë Shqipëria. Kush i pret? Kryetar fshati s'ka, kryetar komunës s'ka. Atëherë, prandaj mendoj ndërkohë reforma territoriale duhet bërë, duhet bërë e studiuar. Pse? Sepse kishte dhe komuna me 300 vjet, por një komunë si Ishmi me 12 mijë banorë mbi sipërfaqe 10 mijë km2, mbi territor të jashtëzakonshëm edhe ta biesh shërbimin në Durrës dhe menaxhimin e Durrësit ishte skandaloze. Ishmi thashë është zonë turistike, ka dy kala, ka atje. Mirë dhe përmbyllim, ju lutem. Jo, shikoni edhe këtë t'ju them. Kur ne ishim në Ishëm në drejtim, shkuam bëmë një bilancim me komunën e Ankonës dhe na çuan në Rrenumana, 2 mijë banorë që ishte komuna atje, ishte madhështore. Veshë kishte 200 mijë banorë sepse ishte plazh edhe menaxhohesh nga ai 2 mijëshi që ishte aty. Sot Ishmi me 12 mijë banorë nuk menaxhon dot vetën. Pyjet, detet, tokat po i marrin të tjerët dhe është pakësuar Ishmi dhe që do të pakësohet. Ju faleminderit! Ju falenderoj! Merrni parasysh, komunat e rëndësishme duhet të administrohen nga njerëzit atje, nga vlerat e vetë zonës dhe jo nga... nuk po e vë emrin. </w:t>
      </w:r>
    </w:p>
    <w:p w14:paraId="2B57EA43" w14:textId="77777777" w:rsidR="0099363B"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rPr>
        <w:t xml:space="preserve">Po, </w:t>
      </w:r>
      <w:proofErr w:type="spellStart"/>
      <w:r w:rsidRPr="00AB014A">
        <w:rPr>
          <w:rFonts w:ascii="Times New Roman" w:hAnsi="Times New Roman" w:cs="Times New Roman"/>
          <w:sz w:val="20"/>
          <w:szCs w:val="20"/>
        </w:rPr>
        <w:t>ju</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Ju falenderoj dhe unë juve. Ju faleminderit! Faleminderit! Po, mbase po zotëria, ju lutem. Po, dakord. Përshëndetje të gjithëve! </w:t>
      </w:r>
    </w:p>
    <w:p w14:paraId="5BBADEC4" w14:textId="54A31CFA" w:rsidR="0099363B" w:rsidRPr="00AB014A" w:rsidRDefault="0099363B" w:rsidP="00235D08">
      <w:pPr>
        <w:jc w:val="both"/>
        <w:rPr>
          <w:rFonts w:ascii="Times New Roman" w:hAnsi="Times New Roman" w:cs="Times New Roman"/>
          <w:sz w:val="20"/>
          <w:szCs w:val="20"/>
        </w:rPr>
      </w:pPr>
    </w:p>
    <w:p w14:paraId="109B84AE" w14:textId="393DC33B" w:rsidR="0099363B" w:rsidRPr="00AB014A" w:rsidRDefault="0099363B" w:rsidP="00235D08">
      <w:pPr>
        <w:jc w:val="both"/>
        <w:rPr>
          <w:rFonts w:ascii="Times New Roman" w:hAnsi="Times New Roman" w:cs="Times New Roman"/>
          <w:b/>
          <w:bCs/>
          <w:sz w:val="20"/>
          <w:szCs w:val="20"/>
        </w:rPr>
      </w:pPr>
      <w:r w:rsidRPr="00AB014A">
        <w:rPr>
          <w:rFonts w:ascii="Times New Roman" w:hAnsi="Times New Roman" w:cs="Times New Roman"/>
          <w:b/>
          <w:bCs/>
          <w:sz w:val="20"/>
          <w:szCs w:val="20"/>
        </w:rPr>
        <w:t>Aulon Kalaja</w:t>
      </w:r>
    </w:p>
    <w:p w14:paraId="5299CEA5" w14:textId="043DF56A" w:rsidR="0099363B"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rPr>
        <w:t xml:space="preserve">Jam Aulon Kalaja, </w:t>
      </w:r>
      <w:proofErr w:type="spellStart"/>
      <w:r w:rsidRPr="00AB014A">
        <w:rPr>
          <w:rFonts w:ascii="Times New Roman" w:hAnsi="Times New Roman" w:cs="Times New Roman"/>
          <w:sz w:val="20"/>
          <w:szCs w:val="20"/>
        </w:rPr>
        <w:t>banori</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i</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Fushëkryes</w:t>
      </w:r>
      <w:proofErr w:type="spellEnd"/>
      <w:r w:rsidRPr="00AB014A">
        <w:rPr>
          <w:rFonts w:ascii="Times New Roman" w:hAnsi="Times New Roman" w:cs="Times New Roman"/>
          <w:sz w:val="20"/>
          <w:szCs w:val="20"/>
        </w:rPr>
        <w:t xml:space="preserve">. Dakord, keni të drejtë. </w:t>
      </w:r>
      <w:r w:rsidRPr="00AB014A">
        <w:rPr>
          <w:rFonts w:ascii="Times New Roman" w:hAnsi="Times New Roman" w:cs="Times New Roman"/>
          <w:sz w:val="20"/>
          <w:szCs w:val="20"/>
          <w:lang w:val="it-IT"/>
        </w:rPr>
        <w:t xml:space="preserve">Po, do e përmirësojmë. Po, ju lutem. Po, Aulon Kalaja, banori i Fushëkryes. Për mendimin tim, ka një problem konceptual. E para, sepse domethënë ka një rregull në të gjithë botën: e majta dhe e djathta. E majta gjithmonë bën rilindje, kurse e djathta bën reformë. Tani, në gjykimin tim, kjo nuk është reformë territoriale, është rilindje territoriale, sepse në rast se do të ishte reformë, nuk do të mbijetonte 10 vjet. Reformat zakonisht bëhen për 100 vite. Rilindja bëhet për një kohë të caktuar. Përsa i përket territorit, meqenëse jam tek banori i bashkisë së Krujës, u fola për territorin. Në fakt, janë disa shkolla të mbyllura. Do ja vazhdoj me Malësinë e Krujës, shkolla e Cutizallës, shkolla e Mafsheqit. Do vij në Krujë me dy shkolla të mbyllura në zemër të Krujës. Lagjja Berberu mbyllet dhe kopshti edhe shkolla. Shkolla e Brethit po ashtu, 8 km nga aeroporti i Rinës siç shkolla e Mallkuqit e mbyllur. Nikla, 11 km nga Tirana, pa gjimnaz, pa shkollë nëntëvjeçare. Vend shumë i jashtëzakonshëm, Mukja, ku është bërë konferenca e Mukjes, siç jemi këtu sot që janë bashkuar të majtë e të djathtë, edhe ajo shkollë e mbyllur. Ky është territori. Përsa i përket shqetësimit kryesor që kam, është çështja e </w:t>
      </w:r>
      <w:bookmarkStart w:id="0" w:name="_Hlk230274384"/>
      <w:r w:rsidRPr="00AB014A">
        <w:rPr>
          <w:rFonts w:ascii="Times New Roman" w:hAnsi="Times New Roman" w:cs="Times New Roman"/>
          <w:sz w:val="20"/>
          <w:szCs w:val="20"/>
          <w:lang w:val="it-IT"/>
        </w:rPr>
        <w:t>Fushëkr</w:t>
      </w:r>
      <w:r w:rsidR="0099363B" w:rsidRPr="00AB014A">
        <w:rPr>
          <w:rFonts w:ascii="Times New Roman" w:hAnsi="Times New Roman" w:cs="Times New Roman"/>
          <w:sz w:val="20"/>
          <w:szCs w:val="20"/>
          <w:lang w:val="it-IT"/>
        </w:rPr>
        <w:t>uj</w:t>
      </w:r>
      <w:r w:rsidRPr="00AB014A">
        <w:rPr>
          <w:rFonts w:ascii="Times New Roman" w:hAnsi="Times New Roman" w:cs="Times New Roman"/>
          <w:sz w:val="20"/>
          <w:szCs w:val="20"/>
          <w:lang w:val="it-IT"/>
        </w:rPr>
        <w:t>es</w:t>
      </w:r>
      <w:bookmarkEnd w:id="0"/>
      <w:r w:rsidRPr="00AB014A">
        <w:rPr>
          <w:rFonts w:ascii="Times New Roman" w:hAnsi="Times New Roman" w:cs="Times New Roman"/>
          <w:sz w:val="20"/>
          <w:szCs w:val="20"/>
          <w:lang w:val="it-IT"/>
        </w:rPr>
        <w:t xml:space="preserve">. Një vend me afër </w:t>
      </w:r>
      <w:r w:rsidRPr="00AB014A">
        <w:rPr>
          <w:rFonts w:ascii="Times New Roman" w:hAnsi="Times New Roman" w:cs="Times New Roman"/>
          <w:sz w:val="20"/>
          <w:szCs w:val="20"/>
          <w:lang w:val="it-IT"/>
        </w:rPr>
        <w:lastRenderedPageBreak/>
        <w:t>50 mijë banorë është njësi administrative. Në qoftë se i është hëngur haku një qyteti këtu në qark të Durrësit, unë gjykoj që është qyteti i Fushëkr</w:t>
      </w:r>
      <w:r w:rsidR="0099363B" w:rsidRPr="00AB014A">
        <w:rPr>
          <w:rFonts w:ascii="Times New Roman" w:hAnsi="Times New Roman" w:cs="Times New Roman"/>
          <w:sz w:val="20"/>
          <w:szCs w:val="20"/>
          <w:lang w:val="it-IT"/>
        </w:rPr>
        <w:t>uj</w:t>
      </w:r>
      <w:r w:rsidRPr="00AB014A">
        <w:rPr>
          <w:rFonts w:ascii="Times New Roman" w:hAnsi="Times New Roman" w:cs="Times New Roman"/>
          <w:sz w:val="20"/>
          <w:szCs w:val="20"/>
          <w:lang w:val="it-IT"/>
        </w:rPr>
        <w:t>es. Është e parespektuar. Nga bashkia është kthyer njësi administrative. Ne kemi qenë bashki, apo jo, dhe na kthehet njësi administrative me një të rënë të lapsit në vitin 2015, ku unë këtij komisioni mund t'i vë në dispozicion firmat që ne kemi mbledhur atëherë, që Fushëkryja të mos kthehet në njësi administrative, por të mbetet bashki. Kanë firmosur vetë majtët. Është reale, i kemi ato firma dhe janë rreth 5200 firma. Fushëkr</w:t>
      </w:r>
      <w:r w:rsidR="0099363B" w:rsidRPr="00AB014A">
        <w:rPr>
          <w:rFonts w:ascii="Times New Roman" w:hAnsi="Times New Roman" w:cs="Times New Roman"/>
          <w:sz w:val="20"/>
          <w:szCs w:val="20"/>
          <w:lang w:val="it-IT"/>
        </w:rPr>
        <w:t>u</w:t>
      </w:r>
      <w:r w:rsidRPr="00AB014A">
        <w:rPr>
          <w:rFonts w:ascii="Times New Roman" w:hAnsi="Times New Roman" w:cs="Times New Roman"/>
          <w:sz w:val="20"/>
          <w:szCs w:val="20"/>
          <w:lang w:val="it-IT"/>
        </w:rPr>
        <w:t>ja i ka dhënë Shqipërisë kryeqytetin e parë në antikitet, Albanopolisin, nga ku ne kemi marrë emrin Albania. Fushëkryja është e parespektuar nga e majta, në gjykimin tim, duke u kthyer njësi administrative, por është e respektuar nga Shtetet e Bashkuara të Amerikës, ku në 2007 erdhi presidenti George W. Bush. Fushëkr</w:t>
      </w:r>
      <w:r w:rsidR="0099363B" w:rsidRPr="00AB014A">
        <w:rPr>
          <w:rFonts w:ascii="Times New Roman" w:hAnsi="Times New Roman" w:cs="Times New Roman"/>
          <w:sz w:val="20"/>
          <w:szCs w:val="20"/>
          <w:lang w:val="it-IT"/>
        </w:rPr>
        <w:t>u</w:t>
      </w:r>
      <w:r w:rsidRPr="00AB014A">
        <w:rPr>
          <w:rFonts w:ascii="Times New Roman" w:hAnsi="Times New Roman" w:cs="Times New Roman"/>
          <w:sz w:val="20"/>
          <w:szCs w:val="20"/>
          <w:lang w:val="it-IT"/>
        </w:rPr>
        <w:t>ja është e parespektuar nga e majta, duke e kthyer në njësi administrative, por është e respektuar nga Vatikani, duke ardhur Papa Vatikanit në bukë dhe unë gjykoj që është domosdoshmëri. Në rast se kjo reformë do të mbahet për një sukses, unë gjykoj që guri i themelit, Bashkia Gjeshta e Dytë, duhet të quhet Bashkia e Fushëkryes. Është domosdoshmëri që t'i ktheni nderin atij vendi, sepse nuk u pytëm. Në rast se ju jeni të bindur që Fushëkr</w:t>
      </w:r>
      <w:r w:rsidR="0099363B" w:rsidRPr="00AB014A">
        <w:rPr>
          <w:rFonts w:ascii="Times New Roman" w:hAnsi="Times New Roman" w:cs="Times New Roman"/>
          <w:sz w:val="20"/>
          <w:szCs w:val="20"/>
          <w:lang w:val="it-IT"/>
        </w:rPr>
        <w:t>u</w:t>
      </w:r>
      <w:r w:rsidRPr="00AB014A">
        <w:rPr>
          <w:rFonts w:ascii="Times New Roman" w:hAnsi="Times New Roman" w:cs="Times New Roman"/>
          <w:sz w:val="20"/>
          <w:szCs w:val="20"/>
          <w:lang w:val="it-IT"/>
        </w:rPr>
        <w:t>ja nuk duhet të jetë bashki, atëherë unë ju sfidoj që ne të bëjmë një referendum. Zvicra i pyet qytetarët e saj. Për shembull, një nga çështjet që i ka pyetur Zvicra qytetarët është: "A t'ia japim nënshkretësinë Michael Schumacherit?" dhe i ka thërritur në referendum. Në rast se ju mendoni që e fitoni referendumin, le ta bëjmë referendumin. Unë gjykoj që edhe majta dhe e djathta do të votojnë që Fushëkr</w:t>
      </w:r>
      <w:r w:rsidR="0099363B" w:rsidRPr="00AB014A">
        <w:rPr>
          <w:rFonts w:ascii="Times New Roman" w:hAnsi="Times New Roman" w:cs="Times New Roman"/>
          <w:sz w:val="20"/>
          <w:szCs w:val="20"/>
          <w:lang w:val="it-IT"/>
        </w:rPr>
        <w:t>u</w:t>
      </w:r>
      <w:r w:rsidRPr="00AB014A">
        <w:rPr>
          <w:rFonts w:ascii="Times New Roman" w:hAnsi="Times New Roman" w:cs="Times New Roman"/>
          <w:sz w:val="20"/>
          <w:szCs w:val="20"/>
          <w:lang w:val="it-IT"/>
        </w:rPr>
        <w:t xml:space="preserve">ja të jetë edhe njëherë bashki. </w:t>
      </w:r>
    </w:p>
    <w:p w14:paraId="24793AF8" w14:textId="0BA7C7D0" w:rsidR="0099363B" w:rsidRPr="00AB014A" w:rsidRDefault="004A0371" w:rsidP="00235D08">
      <w:pPr>
        <w:jc w:val="both"/>
        <w:rPr>
          <w:rFonts w:ascii="Times New Roman" w:hAnsi="Times New Roman" w:cs="Times New Roman"/>
          <w:sz w:val="20"/>
          <w:szCs w:val="20"/>
          <w:lang w:val="it-IT"/>
        </w:rPr>
      </w:pP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Faleminderit! Po, zonja, ju lutem. </w:t>
      </w:r>
      <w:r w:rsidRPr="00AB014A">
        <w:rPr>
          <w:rFonts w:ascii="Times New Roman" w:hAnsi="Times New Roman" w:cs="Times New Roman"/>
          <w:sz w:val="20"/>
          <w:szCs w:val="20"/>
          <w:lang w:val="it-IT"/>
        </w:rPr>
        <w:t xml:space="preserve">Po, zonja dhe pastaj zotëria atje lart. Zonja dhe pastaj zotëria. </w:t>
      </w:r>
    </w:p>
    <w:p w14:paraId="3EA92159" w14:textId="77777777" w:rsidR="0099363B" w:rsidRPr="00AB014A" w:rsidRDefault="0099363B" w:rsidP="00235D08">
      <w:pPr>
        <w:jc w:val="both"/>
        <w:rPr>
          <w:rFonts w:ascii="Times New Roman" w:hAnsi="Times New Roman" w:cs="Times New Roman"/>
          <w:sz w:val="20"/>
          <w:szCs w:val="20"/>
          <w:lang w:val="it-IT"/>
        </w:rPr>
      </w:pPr>
    </w:p>
    <w:p w14:paraId="4FD45A42" w14:textId="795D4EDF" w:rsidR="0099363B" w:rsidRPr="00AB014A" w:rsidRDefault="0099363B"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Lorela Duçi</w:t>
      </w:r>
    </w:p>
    <w:p w14:paraId="728D4518" w14:textId="77777777" w:rsidR="00842FFB"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Po, përshëndetje! Jam Lorela Duçi, jam banore e njësisë administrative "Rruzhbull". Kam qenë banore e ish-komunës "Rruzhbull" dhe shoh shumë ndryshime që në momentin që jemi bërë njësi administrative, jemi bërë pjesë e bashkisë së Durrës, duke qenë pjesë edhe e shumë projekteve që ka mundësuar bashkia e Durrësit për zonën tonë. Duke u nisur që nga projekti i fundit, flasim për qendrën multifunksionale që është pjesë e njësisë administrative "Rruzhbull", që merret me shumë probleme sociale, sidomos për fëmijët. Unë jam pjesë edhe e arsimit dhe kemi dhe një bashkëpunim shumë të ngushtë me këtë qendër multifunksionale që është pjesë e bashkisë së Durrësit. Mos përmendim këtu edhe pjesën se në zonën tonë nuk ka pasur edhe transport në kohën e komunave. Në momentin që jemi bërë njësi administrative, jemi pjesë urbane e Durrësit, quhemi si lagje e Durrësit. Kemi pasur shumë të mira nga kjo reformë. Ka problematika? Sigurisht që ka. Ka problematika se jo çdo gjë zgjidhet me një laps magjik, por që mendoj që mund t'i jepet edhe më shumë kompetenca njësisë administrative për të qenë akoma më shumë afër, sepse siç thashë, ka dhe problematika. Por që mos ta bëjmë dhe të zezë të zezë, sepse ka dhe shumë të mira dhe shumë anë pozitive dhe duhen pranuar nga të gjithë. </w:t>
      </w:r>
    </w:p>
    <w:p w14:paraId="1B39BBCC" w14:textId="77777777" w:rsidR="00842FFB"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Faleminderit! Po, sikur t'ia japim edhe zë... t'i dëgjojmë ca zëra, zonjash, ju lutem. Po, zonja, edhe zotëria atje lart dhe pastaj vazhdojmë. Po, ju lutem. </w:t>
      </w:r>
    </w:p>
    <w:p w14:paraId="6F3C1975" w14:textId="77777777" w:rsidR="00842FFB" w:rsidRPr="00AB014A" w:rsidRDefault="00842FFB" w:rsidP="00235D08">
      <w:pPr>
        <w:jc w:val="both"/>
        <w:rPr>
          <w:rFonts w:ascii="Times New Roman" w:hAnsi="Times New Roman" w:cs="Times New Roman"/>
          <w:sz w:val="20"/>
          <w:szCs w:val="20"/>
          <w:lang w:val="it-IT"/>
        </w:rPr>
      </w:pPr>
    </w:p>
    <w:p w14:paraId="567BF84D" w14:textId="0485F646" w:rsidR="00842FFB" w:rsidRPr="00AB014A" w:rsidRDefault="00842FFB"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Jonada Musaraj</w:t>
      </w:r>
    </w:p>
    <w:p w14:paraId="6203C664" w14:textId="77777777" w:rsidR="00842FFB"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lang w:val="it-IT"/>
        </w:rPr>
        <w:t xml:space="preserve">Po, atëherë, përshëndetje të gjithëve! Faleminderit komisionit për prezencën sot. Unë jam Jonada Musaraj, jam nënkryetare e këshillit bashkiak. Sot vij si juriste, si dhe lektore e Universitetit të Durrësit. Jam e lumtur që sot ka pjesëmarrje në dëgjesa publike që ne kemi bërë më parë. Ka patur përfaqësim shumë të pakët, të ulët të qytetarëve. Sot tregohet interesi i lartë dhe, në fakt, të them të drejtën, me respekt për zotin Boçi, unë ju respektoj, zoti Boçi, si politikan dhe ju kam ndjekur këtë periudhë në lidhje me reformën administrative territoriale për të vetmen arsye, sepse në qoftë se jam e qartë me argumentat që sjell mazhoranca, kam parë </w:t>
      </w:r>
      <w:r w:rsidRPr="00AB014A">
        <w:rPr>
          <w:rFonts w:ascii="Times New Roman" w:hAnsi="Times New Roman" w:cs="Times New Roman"/>
          <w:sz w:val="20"/>
          <w:szCs w:val="20"/>
          <w:lang w:val="it-IT"/>
        </w:rPr>
        <w:lastRenderedPageBreak/>
        <w:t xml:space="preserve">nga ana juaj që sillni argumente shumë të vakëta, të përsëritura të para 10 viteve dhe të thoni sot që kjo reforma e 2014-2015-s ka dështuar. Në fakt, ju në atë kohë si e djathtë keni patur, është e vërtetë që keni patur dashamirësinë që të jeni pjesë e komisionit dhe kjo reformë të bëhet, por në fund të ditës pastaj ne nuk patëm një produkt të përbashkët. Unë sot do t'ju lutesha ju si opozitë që ta shikoni më shumë nga ana teknike reformën administrative territoriale dhe jo nga ana politike. Pse e them këtë? Sepse në qoftë se më parë kemi patur ata që dikur i quheshin kryepleq, më shumë i kam parë si pashallarë që kishin ofiqe, të them të drejtën, menaxhonin 5 familje, 10 familje dhe u jepnin shërbim vetëm një pjese të kufizuar. Sot unë shikoj që në rrethinat e Durrësit, shërbimet që i ofrojnë qytetarëve të Durrësit, kur jetojnë në lagjen 3 të Durrësit, është e vërtetë që janë në qendër të Durrësit, shikoj një balancim të investimeve të zonave urbane me rurale. A ka më shumë për t'u bërë? Patjetër, është e vërtetë kjo, por që do të doja nga ana juaj që të shikoni dhe të dëgjoni më shumë qytetarët. Dhe kur them qytetarët, do të doja që mos t'i ndani në të majtë dhe në të djathtë. Dhe sot unë nuk flas vetëm për bashkinë e Durrësit, flas për gjithë qarkun e Durrësit, sepse kam interes që, siç unë marr shërbime nga Bashkia e Durrësit, të gjithë qytetarët të marrin shërbimet ashtu siç u takon. Zoti Boçi, unë jam e bindur që në fund të ditës ky komision do të dalë me një produkt dhe do të doja nga ana juaj që të shikoni faktet dhe jo interesat politike që janë të 2027-s. Ju keni folur për shpopullimin nga njëra anë dhe nga ana tjetër kërkoni rritje të numrit të bashkive. Kujtoj kryetarin, të them të drejtën, do të thoja ish-kryetarin për zotin Berisha, po harrova që është akoma, për kryetarin tuaj aktual, Berishën, që jo vetëm një diçka, nuk është. Ju lutem, pa emra, ju lutem. Pa emra, ju lutem. </w:t>
      </w:r>
      <w:r w:rsidRPr="00AB014A">
        <w:rPr>
          <w:rFonts w:ascii="Times New Roman" w:hAnsi="Times New Roman" w:cs="Times New Roman"/>
          <w:sz w:val="20"/>
          <w:szCs w:val="20"/>
        </w:rPr>
        <w:t xml:space="preserve">Do </w:t>
      </w:r>
      <w:proofErr w:type="spellStart"/>
      <w:r w:rsidRPr="00AB014A">
        <w:rPr>
          <w:rFonts w:ascii="Times New Roman" w:hAnsi="Times New Roman" w:cs="Times New Roman"/>
          <w:sz w:val="20"/>
          <w:szCs w:val="20"/>
        </w:rPr>
        <w:t>të</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doja</w:t>
      </w:r>
      <w:proofErr w:type="spellEnd"/>
      <w:r w:rsidRPr="00AB014A">
        <w:rPr>
          <w:rFonts w:ascii="Times New Roman" w:hAnsi="Times New Roman" w:cs="Times New Roman"/>
          <w:sz w:val="20"/>
          <w:szCs w:val="20"/>
        </w:rPr>
        <w:t xml:space="preserve">... Jo, ju lutem, pa emra, ju lutem. Ju lutem. Nuk e përmenda për diçka. Ju lutem, e përmbyllim. Atje do të doja... E përmbyllim. Ju doja që ka qenë pro bërjes... Do ja thoja vetëm një diçka. Ka qenë pro reformës territoriale. Kaq do ja thoja. Asgjë tjetër. Kështu që do të doja që, përveç konsensusit aktual që ka ky komision, në fund të ditës që produkti që do të dalë nga ky komision të jetë me votat e çdo ligjvënësi në Kuvend. </w:t>
      </w:r>
    </w:p>
    <w:p w14:paraId="1037BEDB" w14:textId="77777777" w:rsidR="00842FFB" w:rsidRPr="00AB014A" w:rsidRDefault="00842FFB" w:rsidP="00235D08">
      <w:pPr>
        <w:jc w:val="both"/>
        <w:rPr>
          <w:rFonts w:ascii="Times New Roman" w:hAnsi="Times New Roman" w:cs="Times New Roman"/>
          <w:sz w:val="20"/>
          <w:szCs w:val="20"/>
        </w:rPr>
      </w:pPr>
    </w:p>
    <w:p w14:paraId="5F90DEC3" w14:textId="2ABC9B87" w:rsidR="00842FFB" w:rsidRPr="00AB014A" w:rsidRDefault="004A0371" w:rsidP="00235D08">
      <w:pPr>
        <w:jc w:val="both"/>
        <w:rPr>
          <w:rFonts w:ascii="Times New Roman" w:hAnsi="Times New Roman" w:cs="Times New Roman"/>
          <w:sz w:val="20"/>
          <w:szCs w:val="20"/>
          <w:lang w:val="it-IT"/>
        </w:rPr>
      </w:pPr>
      <w:proofErr w:type="spellStart"/>
      <w:r w:rsidRPr="00AB014A">
        <w:rPr>
          <w:rFonts w:ascii="Times New Roman" w:hAnsi="Times New Roman" w:cs="Times New Roman"/>
          <w:sz w:val="20"/>
          <w:szCs w:val="20"/>
        </w:rPr>
        <w:t>Shumë</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Po, e përmbyllim, ju lutem. Faleminderit! Ju faleminderit! </w:t>
      </w:r>
      <w:r w:rsidRPr="00AB014A">
        <w:rPr>
          <w:rFonts w:ascii="Times New Roman" w:hAnsi="Times New Roman" w:cs="Times New Roman"/>
          <w:sz w:val="20"/>
          <w:szCs w:val="20"/>
          <w:lang w:val="it-IT"/>
        </w:rPr>
        <w:t xml:space="preserve">Po, zotëria atje dhe pastaj zonja me portokalli këtu. Ju lutem, zotëria dhe zonja me portokalli. Po, ju lutem, një mikrofon atje lart që të kemi... Do kemi mundësi të gjithë të flasim. A dëshironi se jua dha... Po, ju lutem, sepse duket sikur atje lart nuk shkon mikrofoni dhe pastaj zonja me portokalli. Po. </w:t>
      </w:r>
    </w:p>
    <w:p w14:paraId="20A747A3" w14:textId="77777777" w:rsidR="00842FFB" w:rsidRPr="00AB014A" w:rsidRDefault="00842FFB" w:rsidP="00235D08">
      <w:pPr>
        <w:jc w:val="both"/>
        <w:rPr>
          <w:rFonts w:ascii="Times New Roman" w:hAnsi="Times New Roman" w:cs="Times New Roman"/>
          <w:sz w:val="20"/>
          <w:szCs w:val="20"/>
          <w:lang w:val="it-IT"/>
        </w:rPr>
      </w:pPr>
    </w:p>
    <w:p w14:paraId="58608A21" w14:textId="39311342" w:rsidR="00842FFB" w:rsidRPr="00AB014A" w:rsidRDefault="00842FFB"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Agim Cani</w:t>
      </w:r>
    </w:p>
    <w:p w14:paraId="17EBE28B" w14:textId="77777777" w:rsidR="00842FFB"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Mirëmbrëma të gjithëve! Agim Cani nga njësia administrative "Ishëm". Për mendimin tim, reforma ishte një zhgënjim, një mospërfillje për zonat rurale. Unë flas për atje ku banoj edhe nuk di as Rruzhbullin, as qendrat afër qytetit. Ne jemi të zhgënjyer totalisht. Ne nuk kemi as edhe një përkrahje, as edhe një mbështetje në të gjitha drejtimet, qoftë njëherë si popull që jemi, si njerëz që jemi, si votues, pa marrë shiskujt krahu. Në "Ishëm", të gjitha "Ishëm", emër historik, emër i lashtë me histori të vjetra, me të ardhura, pyje det, kalana, sa që jo të gjithë i kanë. Atje çdo gjë po shpërbëhet nga dita në ditë. Bujqësia është degraduar totalisht, gjithashtu degtoria, por edhe pyjet nuk e kanë më atë formën e vet siç ishte. Thjesht edhe punëtori i krahut, i mirëmbajtjes, rruga-ura, apo ju, i sjellësit, vijmë, shkojmë për Vlorë, shkojmë për Gjirokastër, i shohim mishmakët tanë në plepa, duke pastruar gjithë plepash në rrugë. Shkojmë në spital, i gjejmë në spital, ndërkohë që te ne janë rrugët, qyku ra në ato rreshtjet që s'kishte bërë ndonjëherë zoti Vafi, siç thanë këta pushtetarë që ky lloj shiu s'ka ra ndonjëherë, që këtu ka ra çdo vjet shi. Rrugët janë të bllokuara. Nga gjyqësia deri në "Ishëm", edhe sot aktualisht rrugët janë njëkalimëshe apo kalohet me shumë sekletë. I lejmë shërbimet të bashkisë. Ndoshta edhe kryetarja nuk ka faj se aq kompetencë ka, por kompetencat për njësitë vendore janë në zero. Për mua është masakër edhe zhgënjim i madh për atë që bëhet. Kështu që me çdo kusht duhet ndërhyrë edhe duhet një reformë e dytë. Duhet edhe ai fshatari i fundit ta gjejë vetveten, të gjejë mbështetjen </w:t>
      </w:r>
      <w:r w:rsidRPr="00AB014A">
        <w:rPr>
          <w:rFonts w:ascii="Times New Roman" w:hAnsi="Times New Roman" w:cs="Times New Roman"/>
          <w:sz w:val="20"/>
          <w:szCs w:val="20"/>
          <w:lang w:val="it-IT"/>
        </w:rPr>
        <w:lastRenderedPageBreak/>
        <w:t xml:space="preserve">edhe t'i përshtatet kushteve të detyrueshme. Të gjitha vlerësimet duhet t'i kalojnë njeriut përderisa kontribuon për këtë vend. </w:t>
      </w:r>
    </w:p>
    <w:p w14:paraId="486B54CE" w14:textId="77777777" w:rsidR="00842FFB"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Faleminderit! Faleminderit! Po, zonja, ju lutem, zonja dhe pastaj zotëria në... Përshëndetje! Po, më dëgjoni? Ju lutem, po do flisni të gjithë, do kemi kohë. Ju lutem, po. </w:t>
      </w:r>
    </w:p>
    <w:p w14:paraId="3DFA7B00" w14:textId="77777777" w:rsidR="00842FFB" w:rsidRPr="00AB014A" w:rsidRDefault="00842FFB" w:rsidP="00235D08">
      <w:pPr>
        <w:jc w:val="both"/>
        <w:rPr>
          <w:rFonts w:ascii="Times New Roman" w:hAnsi="Times New Roman" w:cs="Times New Roman"/>
          <w:sz w:val="20"/>
          <w:szCs w:val="20"/>
          <w:lang w:val="it-IT"/>
        </w:rPr>
      </w:pPr>
    </w:p>
    <w:p w14:paraId="58736DBB" w14:textId="77777777" w:rsidR="00842FFB" w:rsidRPr="00AB014A" w:rsidRDefault="00842FFB" w:rsidP="00235D08">
      <w:pPr>
        <w:jc w:val="both"/>
        <w:rPr>
          <w:rFonts w:ascii="Times New Roman" w:hAnsi="Times New Roman" w:cs="Times New Roman"/>
          <w:sz w:val="20"/>
          <w:szCs w:val="20"/>
          <w:lang w:val="it-IT"/>
        </w:rPr>
      </w:pPr>
    </w:p>
    <w:p w14:paraId="0B6A253D" w14:textId="02234172" w:rsidR="00842FFB" w:rsidRPr="00AB014A" w:rsidRDefault="00842FFB"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Entela Koja</w:t>
      </w:r>
    </w:p>
    <w:p w14:paraId="79B4AF95" w14:textId="77777777" w:rsidR="0057465D"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Përshëndetje! Atëherë, emri im është Entela Koja. Unë flas këtu si arkitekte urbaniste, flas në emër të komunitetit të prekur nga projekti i tij, por dhe si eksperte në profesionin tim, arkitekte urbaniste. Tani po flasim për reformën territoriale dhe sipas sugjerimit që bëri më parë zonja, të flasim për teknikalitete. Le të flasim për teknikalitete. Teknikalitetet fillojnë që nga fakti që reforma e 2014-s e agravoi çështjen e zhvillimit të territorit, duke i përqendruar vendimmarrjet jo më në pushtetin lokal, por shumë më lart se pushteti lokal, në ministri, në entet qendrore. Dhe shembull i kësaj është projekti i tij, ku çdo gjë që është bërë në këtë projekt është bërë pa dijeni, pa informim, pa konsultim dhe në fund është marrë vendimi në entet si KKT, Këshilli Kombëtar i Rregullimit të Territorit, KKTKM, Instituti i Trashëgimisë Kulturore. Unë mund t'i numëroj me radhë të gjithë institucionet shtetërore, qendrore, të cilat kanë vënë gishtin mbi pronat e Durrësakëve. Pra, në qoftë se do flasim për teknikalitetin, e dashur zonjë, do flasim që që në reformën e 2014-s ju keni bërë gabimin e madh që keni deleguar kompetencat e pushtetit vendor në atë qendror dhe, me sa duket, akoma dhe më shumë centralizim do ta sjellë, do ta agravojë situatën. Në konventat ndërkombëtare që Shqipëria ka ratifikuar si ajo e Arhusit, etj., unë mund të përmendja shumë të tjera, konsultimi me popullsinë lokale, fillimi i procesit të projektimit, të planifikimit, të vendimmarrjes është shumë i lidhur me banorët e një qyteti. Projekti i tij është shembulli direkt i mosbërjes së saj. Prandaj, në qoftë se do të flitet për një reformë territoriale e cila do ta centralizojë akoma dhe më shumë vendimmarrjen, kjo padiskutim është në kundërshtim dhe është kundër interesave të qytetarëve të Durrësit. Por në rastin, në qoftë se në këtë mbledhje po mbahen shënim vërejtjet tona, të paktën reforma territoriale duhet të garantojë pikërisht këtë, atë që nuk i garantoi banorëve të prekur nga projekti i tij i Durrësit. Jo vendimmarrje nga lart, jo vendimmarrje të ardhur me porosi nga lart dhe, mbi të gjitha, mekanizmi i rishikimit, i korrigjimit dhe i riparjes së projekteve duhet të jetë më fleksibël. Kemi nëntë muaj që luftojmë për t'i treguar qeverisë shqiptare dhe organeve qendrore të shtetit shqiptar që gabimet korrigjohen dhe ato fillojnë e mbarojnë aty, në pushtetin lokal, aty te banorët e qytetit. Pa banorët e një qyteti nuk. Këtë duhet të garantojë reforma territoriale. </w:t>
      </w:r>
    </w:p>
    <w:p w14:paraId="383335EB" w14:textId="77777777" w:rsidR="0057465D"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Faleminderit! Faleminderit! Po, zotëria dhe pastaj zonjusha, që të dëgjojmë edhe një zotëri</w:t>
      </w:r>
    </w:p>
    <w:p w14:paraId="1361A197" w14:textId="77777777" w:rsidR="0057465D" w:rsidRPr="00AB014A" w:rsidRDefault="0057465D" w:rsidP="00235D08">
      <w:pPr>
        <w:jc w:val="both"/>
        <w:rPr>
          <w:rFonts w:ascii="Times New Roman" w:hAnsi="Times New Roman" w:cs="Times New Roman"/>
          <w:sz w:val="20"/>
          <w:szCs w:val="20"/>
          <w:lang w:val="it-IT"/>
        </w:rPr>
      </w:pPr>
    </w:p>
    <w:p w14:paraId="227ADE11" w14:textId="2518383A" w:rsidR="0057465D" w:rsidRPr="00AB014A" w:rsidRDefault="0057465D"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Xhevdeto Xholli</w:t>
      </w:r>
    </w:p>
    <w:p w14:paraId="6920ACC3" w14:textId="77777777" w:rsidR="0057465D"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Po, përshëndetje! Quhem Xhevdeto Xholli, banor i Durrësit. Më vjen shumë mirë dhe të gjithëve më vjen mirë për këto takime të tilla, ku rrihen mendime dhe merren sugjerime. Unë do të doja, si çdo qytetar, mbase që shumë gjëra të mos politizohen, se kam idenë që reforma territoriale duhet t'i shërbejë të gjithë njerëzve. Domethënë, duhet të lënë mënjanë politikat dhe duhet të bëjnë gjëra që t'u shërbejnë në të ardhmen, sot dhe në të ardhmen. Vërtetë ka problematika, por unë do të thosha që, duke patur pak edhe përvojën time në lidhje me pushtetin lokal, do të thosha që pushtetit lokal duhet t'i shtohen kompetencat patjetër, më shumë. Dhe pushteti lokal duhet të ketë, ose territori që përfaqëson, mundësi që jo vetëm të menaxhojë burimet, por të ketë fuqi për t'i zgjidhur problematikat që ka. Dihet që shërbimet shtohen, por edhe kanë kostot e tyre. Kështu që jo në çdo moment dhe në çdo lagje me forcat e veta mund të zgjidhin problemet apo rrugën e një fshati </w:t>
      </w:r>
      <w:r w:rsidRPr="00AB014A">
        <w:rPr>
          <w:rFonts w:ascii="Times New Roman" w:hAnsi="Times New Roman" w:cs="Times New Roman"/>
          <w:sz w:val="20"/>
          <w:szCs w:val="20"/>
          <w:lang w:val="it-IT"/>
        </w:rPr>
        <w:lastRenderedPageBreak/>
        <w:t xml:space="preserve">apo të një lagjeje. Ndërsa, ana tjetër, duke patur parasysh edhe trendin për të shkuar drejt BE-së, blerja e projekteve, menaxhimi i tyre, prezantimi i tyre do edhe fuqi njerëzore, të saktë. Kështu që, në këtë reformë, me anë të ligjeve që mund të bëhet një diskutim me të gjithë ekspertët, të ketë fuqi pushteti lokal, të rritet kompetenca edhe e atyre administratorëve, atyre që janë më afër njerëzve dhe kontaktet me njerëzit të jenë sa më të shpejta dhe, pavarësisht që janë në pozicione apo në vende të largëta, duhet të jetë pranë tyre për çdo hall dhe për çdo problem që do të kenë. Unë ju falenderoj dhe faleminderit të gjithëve për këtë takim. </w:t>
      </w:r>
    </w:p>
    <w:p w14:paraId="36F7CCCA" w14:textId="77777777" w:rsidR="0057465D"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Faleminderit! Po, zonjusha, ju lutem, në radhën e dytë, një mikrofon, ju lutem. Faleminderit! Falenderojmë dhe komisionin për këtë takim dhe të gjitha publiket, sepse besoj që, në fakt, vendit tonë mund t'i duhen dhe i shërbejnë më shumë konsultat publike, duke parë që rrallëherë i shohim dhe duhet që në momente të caktuara të dëgjojmë dhe opinionin e qytetarëve dhe atyre që vërtetë jetojnë në këto zona ku ne sot i cilësojmë ndoshta si zona rurale apo urbane.</w:t>
      </w:r>
    </w:p>
    <w:p w14:paraId="2A601B1A" w14:textId="7B1A2812" w:rsidR="0057465D" w:rsidRPr="00AB014A" w:rsidRDefault="0057465D" w:rsidP="00235D08">
      <w:pPr>
        <w:jc w:val="both"/>
        <w:rPr>
          <w:rFonts w:ascii="Times New Roman" w:hAnsi="Times New Roman" w:cs="Times New Roman"/>
          <w:sz w:val="20"/>
          <w:szCs w:val="20"/>
          <w:lang w:val="it-IT"/>
        </w:rPr>
      </w:pPr>
    </w:p>
    <w:p w14:paraId="3580344C" w14:textId="126327E5" w:rsidR="0057465D" w:rsidRPr="00AB014A" w:rsidRDefault="0057465D"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Andja Ulliri</w:t>
      </w:r>
    </w:p>
    <w:p w14:paraId="7FA037E8" w14:textId="77777777" w:rsidR="00AA6F9F"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 Unë jam Andja Ulliri, jam arkitekte, kam patur mundësinë të punoj ndër vite me shumë njerëz dhe shumë qytetarë. Unë jam banuese në Nikël, të Fushë Krujës, por sot banore e bashkisë së Krujës. Fatkeqësisht për ne, ne kemi shumë vite të cilët dëshmojmë dhe jemi dëshmitarë të një reforme territoriale të dështuar. Dhe pse? Sepse në zonën tonë, prej vitesh tashmë, prej ndoshta tre mandatesh, ka mungesë të investimeve serioze. Ne jemi, në fakt, një zonë historike, një nga zonat më të vjetra historike në Shqipëri dhe ne kurrë nuk e kemi patur apo nuk e kemi parë interesin e investimeve serioze në vendin tonë. Mund të themi që, duke parë nga problematikat që kemi patur me rrugët, kanalizimet, kanalet kulluese, faktin që ne kemi toka bujqësore të cilat nuk vaditen, mund të them që 70% e tokave bujqësore në Bashkinë Krujë nuk kanë vaditje dhe nuk kanë sistem vaditës, pavarësisht se kemi liqene. Ne shikojmë që përmbyten zona si Bupçi, që janë disa fshatra, Murqina, Bilaj, ndërkohë që ato përmbyten jo vetëm në dimër, por përmbyten tre apo katër herë në verë, sepse mungojnë shërbimet e pastrimeve të kanaleve të ujërave. Po ashtu, kemi zona si Kruja, që i vjen emri nga kroi, krua, pra ujë, të cilat nuk kanë sisteme ujësjellësi që punojnë dhe janë, në fakt, pra mungon shërbimi i ujit të pijshëm. Po ashtu, ne dikur, kur ishim bashki, Fushë Kruja, ne kishim një pallat kulture, ne kishim jetë sociale, ne kishim mundësinë për t'u zhvilluar, për të pasur disa parqe, për të pasur një bibliotekë, për të pasur ndoshta nesër-pasnesër edhe arsim profesional për një zonë si Nikëla, që duhet të ishte sot, në fakt, zonë industriale dhe nuk është, që është fatkeqësi një zonë me biznese nga fillimi i rrugës deri në fund në Fuman, nuk quhet zonë industriale, por, në fakt, është veçse një njësi administrative. Dhe, në fakt, mund të themi që ne banorët e njësive Fushë Krujë, Nikël, Bupçi, ne që duhet të ishim ndoshta sot bashki, jemi vetëm njësi administrative. Ne nuk marrim shërbim, sepse nëse, fatkeqësisht, tek ne sëmuret ndonjë i afërm, ne nuk marrim shërbime spitalore, sepse nuk ka spitale për 50 mijë banorë. Ne kemi një qendër urgjence në Fushë Krujë, por ajo qendër urgjence jo vetëm që nuk është rikonstruktuar, por, në fakt, është një qendër urgjence mediokër në raport me 50 mijë banorë. Si mund të marrin 50 mijë banorë shërbime në një qendër urgjence? Në vende të tjera, ku 50 mijë banorë, ne kemi bashki në Shqipëri me 10 mijë banorë apo më pak, 50 mijë banorë, një diskriminim total dhe mungesë e autonomisë në bashki, sidomos autonomisë financiare apo territoriale në raport me qytetarët e saj. Flas në emër të qytetarëve të Bashkisë Krujë kur them që në bashkinë tonë dhe besoj për shumë qytetarë shqiptarë, ne nuk marrim investimet që duhet. Ne shërbimet tona i kemi shumë larg. Nuk e perceptoj dot se si një banor i Ishmit do të mund të marrë shërbime në Durrës me distanca kilometrike. Po, e përmendëm, ju lutem. Po, prandaj dua të them që reforma territoriale ka nevojë për rishikim, por nuk ka nevojë për centralizim. Ne kemi nevojë që shërbimet tona të jenë aty ku është qytetari, ku është votuesi. Prandaj ju falenderoj dhe merr parasysh që duhet t'i merrni këto në konsideratë. Ju faleminderit dhe natyrshëm diskutimi kalon nga modeli i qeverisjes tek shërbimet, kompetencat dhe funksionet e bashkive. Kalojmë kësisoj tek dimensioni i dytë. Sigurisht që do të flisni, që lidhet, jo, ju lutem, një moment, bëj parashtresën, një moment, që lidhet me funksionet, kompetencat dhe shërbimet për qytetarët. </w:t>
      </w:r>
      <w:r w:rsidRPr="00AB014A">
        <w:rPr>
          <w:rFonts w:ascii="Times New Roman" w:hAnsi="Times New Roman" w:cs="Times New Roman"/>
          <w:sz w:val="20"/>
          <w:szCs w:val="20"/>
          <w:lang w:val="it-IT"/>
        </w:rPr>
        <w:lastRenderedPageBreak/>
        <w:t>Komisioni është i interesuar që të jeni sa më specifikë në ndërhyrjet tuaja. Disa reagime u dhanë. Ka pasur tendenca të ndryshme, siç është ujësjellësi, kanalizimet, janë riqëndërzuar, por vaditja, kullimi, funksione të tjera janë decentralizuar. Cili është modeli i duhur që shërbimet të jenë sa më afër qytetarëve dhe qytetarët të përfitojnë nga shërbime efikase, por edhe të përballueshme nga pikëpamja financiare? J</w:t>
      </w:r>
    </w:p>
    <w:p w14:paraId="1AE6338D" w14:textId="67451581" w:rsidR="00AA6F9F"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u lutem, sa më specifikë me ilustrime për shërbime të caktuara dhe do e kalojmë njëherë këtej, sepse folëm këtej. Zotëria atje ma ka kërkuar disa herë fjalën dhe pastaj zonja, zonja me syze, ju lutem, po, zotëria. Faleminderit! </w:t>
      </w:r>
    </w:p>
    <w:p w14:paraId="6056E3A2" w14:textId="77777777" w:rsidR="00AA6F9F" w:rsidRPr="00AB014A" w:rsidRDefault="00AA6F9F" w:rsidP="00235D08">
      <w:pPr>
        <w:jc w:val="both"/>
        <w:rPr>
          <w:rFonts w:ascii="Times New Roman" w:hAnsi="Times New Roman" w:cs="Times New Roman"/>
          <w:sz w:val="20"/>
          <w:szCs w:val="20"/>
          <w:lang w:val="it-IT"/>
        </w:rPr>
      </w:pPr>
    </w:p>
    <w:p w14:paraId="1F4B25CA" w14:textId="6B02D8D3" w:rsidR="00AA6F9F" w:rsidRPr="00AB014A" w:rsidRDefault="00AA6F9F"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Bashkim Shyle</w:t>
      </w:r>
    </w:p>
    <w:p w14:paraId="6B03DAED" w14:textId="77777777" w:rsidR="00AA6F9F"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Unë jam Bashkim Shyle, mësues, ish-drejtues i arsimit, aktualisht edhe sindikalist, pra kryesindikalist, sekretar organizativ i Federatës Sindikale të Arsimit dhe do flas mora shkast nga fjala e zotit Boçi, njëkohësisht dhe zotit Kalaja, banori i Fushë Krujës. Unë në këtë diskutimin tim në këtë dëgjim do ta referoj në tre periudha: 2015 deri në 2026 dhe para 2015-s. Them që reforma territoriale është mëma e të gjitha reformave të tjera institucionale në Shqipëri, qoftë e reformës zgjedhore, qoftë e reformës arsimore. Dhe pse mora 2015-tën? 2015-ta është viti, pra, pikë e referimit ku u fut në zbatim reforma e parë territoriale në Shqipëri. Pra, në gjithë periudhën e shtetit shqiptar është bërë një reformë territoriale ashtu si u bë. Shumë e mirë, por pa pjesëmarrjen e opozitës. Dhe po bëj një parantezë tani, meqenëse këtu janë shumë aktorë për reformën territoriale, është pozita, opozita, komuniteti i interesuar që është këtu, bizneset e të gjitha dhe një aktor tjetër që nuk e përmendim ne është modeli i Bashkimit Europian, që kjo reformë territoriale patjetër do përshtatet me një nga reformat e shteteve të Bashkimit Europian, qoftë të Gjermanisë, qoftë të Francës, Zvicrës e ku tjera, tjera që edhe reforma territoriale e parë pati këtë. Po them ndikimi tani i reformës territoriale të 2015-s në fushën e arsimit. Po që se do të shtrihemi para 2015-s, unë duke qenë ekspert i fushës së arsimit dhe drejtues i saj për një periudhë kohe të gjatë dhe tashi, duke qenë se shkojnë në të gjitha njëësitë vendore arsimore dhe njëësitë e qeverisjes vendore nëpër gjithë Shqipërinë, po sjell eksperiencën time për atë që tha dhe zoti Boçi, pra të na vijë me eksperienca këtu. Të gjithë paraporësit kanë shumë të drejtë për problemet që ngritën, por unë po ngre problem tërësor të reformës territoriale në funksion dhe si ndikim direkt në reformën arsimore. Në 2015-ën, më fal, para 2015-s, gjithë sistemi arsimor varej nga Ministria e Arsimit, që nga kurrikulat, që nga transporti deri tek investimet. Tenderat e të gjitha i bënin nëpërmjet Ministrisë së Arsimit, në mënyrë vertikale, drejtoritë arsimore rajonale që quheshin atëherë, etj., etj. Dhe dihet nga të gjithë ne se si ishte niveli i institucioneve arsimore për të ardhur keq. Kushtet e punës së mësuesve dhe të nxënësve ishin të vështira, kryesisht në zonat rurale, kryesisht në shkollat. Në qoftë se doni një mendim, e them; në qoftë se nuk e doni, unë e mbyll dhe ju falenderoj dhe për kaq. Vijmë tani në mbas reformës territoriale, pra mbas 2015-s. Një pjesë e përgjegjësisë nga Ministria e Arsimit kaloi në pushtetin vendor, pra në bashki. Kryesisht, qendrat ekonomike të arsimit, çuarja tek bashkitë ka një ndikim shumë të madh në mirëqenien e institucioneve arsimore. Shikoni të gjitha shkollat në Republikën e Shqipërisë, unë po flas për Durrësin. Atë që tha dhe zoti Kalaja, ndërhyrja e pushtetit lokal në rrjetëzimin e shkollave tani në të gjitha zonat rurale dhe në zonën e Fushë Krujës, që tha i nderuari, që janë mbyllur shkolla për shkak të emigrimit dhe për shkak të lëvizjeve demografike të popullsisë. E përmbledhim: bëri të mundur që shumë shkolla të mbyllen. Ku futet tani puna e bashkisë ose e bashkive? Puna e bashkive futet në faktin e përcaktimit të shkollës qendër, të shkollës më të mirë dhe transportimin e nxënësve nga shkollat ose nga fshatrat ku u mbyll shkolla, transportimi i tyre në... </w:t>
      </w:r>
    </w:p>
    <w:p w14:paraId="30AD97B9" w14:textId="77777777" w:rsidR="00AA6F9F" w:rsidRPr="00AB014A" w:rsidRDefault="00AA6F9F" w:rsidP="00235D08">
      <w:pPr>
        <w:jc w:val="both"/>
        <w:rPr>
          <w:rFonts w:ascii="Times New Roman" w:hAnsi="Times New Roman" w:cs="Times New Roman"/>
          <w:sz w:val="20"/>
          <w:szCs w:val="20"/>
          <w:lang w:val="it-IT"/>
        </w:rPr>
      </w:pPr>
    </w:p>
    <w:p w14:paraId="08EBADF5" w14:textId="0C3E84D7" w:rsidR="00AA6F9F"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rPr>
        <w:lastRenderedPageBreak/>
        <w:t xml:space="preserve">Ju </w:t>
      </w: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ju</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Unë kam akoma... E shikoj pasionin tuaj, por do duhet ta përmbyllim. Zonja, ju lutem, po. Zonja dhe pastaj... Po, zonja ti, po. Ju lutem, edhe djathtas edhe majtas. Zonja, ju lutem. Besoj që këtu jemi të gjithë qytetarë përtej të djathtës dhe të majtës. Po, ju lutem, zonja. Zonja, ju lutem. </w:t>
      </w:r>
    </w:p>
    <w:p w14:paraId="557AEEB7" w14:textId="6824CEAD" w:rsidR="00AA6F9F" w:rsidRPr="00AB014A" w:rsidRDefault="00AA6F9F" w:rsidP="00235D08">
      <w:pPr>
        <w:jc w:val="both"/>
        <w:rPr>
          <w:rFonts w:ascii="Times New Roman" w:hAnsi="Times New Roman" w:cs="Times New Roman"/>
          <w:sz w:val="20"/>
          <w:szCs w:val="20"/>
        </w:rPr>
      </w:pPr>
    </w:p>
    <w:p w14:paraId="6719A7C6" w14:textId="5E464A78" w:rsidR="00AA6F9F" w:rsidRPr="00AB014A" w:rsidRDefault="00AA6F9F" w:rsidP="00235D08">
      <w:pPr>
        <w:jc w:val="both"/>
        <w:rPr>
          <w:rFonts w:ascii="Times New Roman" w:hAnsi="Times New Roman" w:cs="Times New Roman"/>
          <w:b/>
          <w:bCs/>
          <w:sz w:val="20"/>
          <w:szCs w:val="20"/>
        </w:rPr>
      </w:pPr>
      <w:r w:rsidRPr="00AB014A">
        <w:rPr>
          <w:rFonts w:ascii="Times New Roman" w:hAnsi="Times New Roman" w:cs="Times New Roman"/>
          <w:b/>
          <w:bCs/>
          <w:sz w:val="20"/>
          <w:szCs w:val="20"/>
        </w:rPr>
        <w:t>Rita Kazazi</w:t>
      </w:r>
    </w:p>
    <w:p w14:paraId="2945290C" w14:textId="5C116C4B" w:rsidR="00AA6F9F" w:rsidRPr="00AB014A" w:rsidRDefault="004A0371" w:rsidP="00235D08">
      <w:pPr>
        <w:jc w:val="both"/>
        <w:rPr>
          <w:rFonts w:ascii="Times New Roman" w:hAnsi="Times New Roman" w:cs="Times New Roman"/>
          <w:sz w:val="20"/>
          <w:szCs w:val="20"/>
          <w:lang w:val="it-IT"/>
        </w:rPr>
      </w:pPr>
      <w:proofErr w:type="spellStart"/>
      <w:r w:rsidRPr="00AB014A">
        <w:rPr>
          <w:rFonts w:ascii="Times New Roman" w:hAnsi="Times New Roman" w:cs="Times New Roman"/>
          <w:sz w:val="20"/>
          <w:szCs w:val="20"/>
        </w:rPr>
        <w:t>Përshëndetje</w:t>
      </w:r>
      <w:proofErr w:type="spellEnd"/>
      <w:r w:rsidRPr="00AB014A">
        <w:rPr>
          <w:rFonts w:ascii="Times New Roman" w:hAnsi="Times New Roman" w:cs="Times New Roman"/>
          <w:sz w:val="20"/>
          <w:szCs w:val="20"/>
        </w:rPr>
        <w:t xml:space="preserve">. </w:t>
      </w:r>
      <w:r w:rsidRPr="00AB014A">
        <w:rPr>
          <w:rFonts w:ascii="Times New Roman" w:hAnsi="Times New Roman" w:cs="Times New Roman"/>
          <w:sz w:val="20"/>
          <w:szCs w:val="20"/>
          <w:lang w:val="it-IT"/>
        </w:rPr>
        <w:t xml:space="preserve">Ne po flasim për reformën. Po, a ka më të rëndësishme se kjo reformë që po na bie ne, po na marrin shpirt? Unë jam Rita Kazazi e grupit TIT. Me zonjën që foli këtu, është kelaqja tre, është komshia ime. Po, një fjalë të bukura, patjetër fjalë të bukura, se punoj në bashki. Ne po na merret shtëpia, zonjë, me të padrejtë. Projekti i TIT, pa na informu, pa na lajmëru, pa asnjë gjë fare, një ditë të bukur na vjen një letër për të dalë nga shtëpia. Projekt publik thotë bashkia. Ka në botë, dhe keni dëgjuar në një vend të botës, të prishet shtëpia me hipotekë, me tokë, me tapi të vjetër në mes të Durrësit? Mos u mërzit, se zëri kështu e ka më mësuar shqetësoj ti, se unë nuk shqetësohem kur bën ti kështu. Nuk shqetësohem. Nuk shqetësohemi, ju lutem. Tani, ty s'të merret shtëpia të më dalin këto socialistë të gjithë të bashkisë që kanë nga tre-katër shtëpi. A i shënojnë shtëpia ndonjëherë të këtyre? Ne jemi në qendër të Durrësit. Projekt publik, se don bashkia edhe don kryeministri të shënojë shpërndarjen në vitin e parë, zonjë. Projekt publik për lulishte. A keni gjuhë në vend të botës ju? Në Kinë, që është komuniste, e ndanë autostradën se s'deshe kinezi të prishte shtëpinë. Jo unë që e kam me dokumenta, edhe vila parë, domethënë mua po më bëhet nga gjëra selektive, sepse vila dy katëshe lart e ka blerë shteti. Kur je i shtetit, je i fuqishëm, je i fortë. Çfarë reforme po flasim ne? Këtu është skandal. Në bashki s'të pret asnjë. Ne kemi nëntë muaj që dalim në bashki. Zonjë, po na merret jeta, po na merret shtëpia. Ne nuk jemi që e kemi me lekë fistiku, e kemi me lekë djerse. Në qoftë se ka të gjithë këtu që janë këto një shtëpi, unë pranoj. Po, unë e di, i njohim, se jemi Durrësak. Po, ama kur i takojmë kështu, na japin të drejtë. Kur hyjnë në bashki, kanë frikë. Mirjana Sako i vjedh e keq për ne. Jo, i vjedh e keq, e kuptoj, po dikush i ka dhënë një urdhër që ka firmosur, por shtëpinë unë nuk e dorëzoj. E kam thënë, e them e do ta vazhdoj akoma. Shtëpia është jeta. Ju flisni reformë, ju po na leni pa shtëpi. Ju s'po na prisni as për popull, as për gjë. Çfarë po na bëni? Jemi në një situatë shumë të vështirë. Ta dish ti, zonjë, se kjo është bërë legjendë. Kjo shtëpia e kuqe këtu është e Spartaku Kovaçit, që sot është bashkë me djalin në SPAK, njeriu i qeverisë të Belind Davallukut. Edhe këtu është shtëpia ime, jo zonjëve. Sa më djeg mua, s'u djeg asnjërit nga ju. Në qendër të Durrësit mos na bëni si të ndershëm fare, se mua po lunë me jetën. Unë nuk e dorëzoj shtëpinë. Ta harroj. Me gjak e kam bërë, me gjak do ta bëj. Po do mbajni mend si qeveri që i dini gjithë të gjitha, po bëheni sikur s'dini gjë. </w:t>
      </w:r>
    </w:p>
    <w:p w14:paraId="654A8CF9" w14:textId="77777777" w:rsidR="00AA6F9F" w:rsidRPr="00AB014A" w:rsidRDefault="00AA6F9F" w:rsidP="00235D08">
      <w:pPr>
        <w:jc w:val="both"/>
        <w:rPr>
          <w:rFonts w:ascii="Times New Roman" w:hAnsi="Times New Roman" w:cs="Times New Roman"/>
          <w:sz w:val="20"/>
          <w:szCs w:val="20"/>
          <w:lang w:val="it-IT"/>
        </w:rPr>
      </w:pPr>
    </w:p>
    <w:p w14:paraId="29E1F219" w14:textId="75FD03C5" w:rsidR="00AA6F9F"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lang w:val="it-IT"/>
        </w:rPr>
        <w:t xml:space="preserve">Faleminderit. Zonja, ju lutem, zonja dhe pastaj zotëria atje. Zotëria, zonja këtu dhe pastaj zotëria. Jo, ju lutem, zotëria atje në fund te kamera, ju lutem, se e ka. Po, zonja dhe pastaj zotëria. A mund t'i jepni? Keni një mikrofon? </w:t>
      </w:r>
      <w:r w:rsidRPr="00AB014A">
        <w:rPr>
          <w:rFonts w:ascii="Times New Roman" w:hAnsi="Times New Roman" w:cs="Times New Roman"/>
          <w:sz w:val="20"/>
          <w:szCs w:val="20"/>
        </w:rPr>
        <w:t xml:space="preserve">Ju </w:t>
      </w:r>
      <w:proofErr w:type="spellStart"/>
      <w:r w:rsidRPr="00AB014A">
        <w:rPr>
          <w:rFonts w:ascii="Times New Roman" w:hAnsi="Times New Roman" w:cs="Times New Roman"/>
          <w:sz w:val="20"/>
          <w:szCs w:val="20"/>
        </w:rPr>
        <w:t>lutem</w:t>
      </w:r>
      <w:proofErr w:type="spellEnd"/>
      <w:r w:rsidRPr="00AB014A">
        <w:rPr>
          <w:rFonts w:ascii="Times New Roman" w:hAnsi="Times New Roman" w:cs="Times New Roman"/>
          <w:sz w:val="20"/>
          <w:szCs w:val="20"/>
        </w:rPr>
        <w:t xml:space="preserve">, po. Dhe pastaj zotëria atje. </w:t>
      </w:r>
    </w:p>
    <w:p w14:paraId="0686943B" w14:textId="09F1E63A" w:rsidR="00AA6F9F" w:rsidRPr="00AB014A" w:rsidRDefault="00AA6F9F" w:rsidP="00235D08">
      <w:pPr>
        <w:jc w:val="both"/>
        <w:rPr>
          <w:rFonts w:ascii="Times New Roman" w:hAnsi="Times New Roman" w:cs="Times New Roman"/>
          <w:sz w:val="20"/>
          <w:szCs w:val="20"/>
        </w:rPr>
      </w:pPr>
    </w:p>
    <w:p w14:paraId="2019F6AB" w14:textId="15DA18C9" w:rsidR="00AA6F9F" w:rsidRPr="00AB014A" w:rsidRDefault="00AA6F9F" w:rsidP="00235D08">
      <w:pPr>
        <w:jc w:val="both"/>
        <w:rPr>
          <w:rFonts w:ascii="Times New Roman" w:hAnsi="Times New Roman" w:cs="Times New Roman"/>
          <w:b/>
          <w:bCs/>
          <w:sz w:val="20"/>
          <w:szCs w:val="20"/>
        </w:rPr>
      </w:pPr>
      <w:r w:rsidRPr="00AB014A">
        <w:rPr>
          <w:rFonts w:ascii="Times New Roman" w:hAnsi="Times New Roman" w:cs="Times New Roman"/>
          <w:b/>
          <w:bCs/>
          <w:sz w:val="20"/>
          <w:szCs w:val="20"/>
        </w:rPr>
        <w:t>Teuta</w:t>
      </w:r>
    </w:p>
    <w:p w14:paraId="0C3C6DC3" w14:textId="77777777" w:rsidR="00A067A3" w:rsidRPr="00AB014A" w:rsidRDefault="004A0371" w:rsidP="00235D08">
      <w:pPr>
        <w:jc w:val="both"/>
        <w:rPr>
          <w:rFonts w:ascii="Times New Roman" w:hAnsi="Times New Roman" w:cs="Times New Roman"/>
          <w:sz w:val="20"/>
          <w:szCs w:val="20"/>
          <w:lang w:val="it-IT"/>
        </w:rPr>
      </w:pPr>
      <w:proofErr w:type="spellStart"/>
      <w:r w:rsidRPr="00AB014A">
        <w:rPr>
          <w:rFonts w:ascii="Times New Roman" w:hAnsi="Times New Roman" w:cs="Times New Roman"/>
          <w:sz w:val="20"/>
          <w:szCs w:val="20"/>
        </w:rPr>
        <w:t>Përshëndetje</w:t>
      </w:r>
      <w:proofErr w:type="spellEnd"/>
      <w:r w:rsidRPr="00AB014A">
        <w:rPr>
          <w:rFonts w:ascii="Times New Roman" w:hAnsi="Times New Roman" w:cs="Times New Roman"/>
          <w:sz w:val="20"/>
          <w:szCs w:val="20"/>
        </w:rPr>
        <w:t xml:space="preserve">. Unë jam Teuta, jam banorja e plazhit dhe që nga ndarja administrative territoriale e 2014-s, plazhi ka ndryshuar shumë. Shëtitorja ka ndryshuar, kemi pasur vizitorë të shumtë dhe çdo gjë është shumë e bukur. Kemi sheshpushime, ndriçim, shëtitorja është bërë shumë e bukur dhe kjo është diçka pozitive për ne. Ju lutem, po, vazhdoni. Okej? Okej, faleminderit. Atëherë, zotëria, ju lutem. Po. Dhe pastaj zonja. Po, ju lutem. Quhem Llesh Çuni, ish-kryetar i Bashkisë së Vogël Manës, sot Njësi Administrative e Durrësit, dhe më vjen keq që nga një pjesë e mirë, edhe njëri nga bashkëkryetarët, tha se Manza është përthithur nga Bashkia e Madhe dhe sot është degraduar si bashki. Unë po ju them, në 2000 deri në 2007-ën, para se sa të </w:t>
      </w:r>
      <w:r w:rsidRPr="00AB014A">
        <w:rPr>
          <w:rFonts w:ascii="Times New Roman" w:hAnsi="Times New Roman" w:cs="Times New Roman"/>
          <w:sz w:val="20"/>
          <w:szCs w:val="20"/>
        </w:rPr>
        <w:lastRenderedPageBreak/>
        <w:t xml:space="preserve">bëhesh reforma, ne mblidhnim nga bizneset tona rreth katër deri në pesë milionë lekë. E ku t'i çonim më parë ata? Të bënim një kanalizim të ujërave të nxehta, një linjë ujësjellësi apo një shërbim tjetër? Ndërsa pas reformës së 2014-ës, në 2015-ën, le t'i verifikojnë njerëzit kushdo faktet që do të them. Njësi Administrative e Manzës merr vetëm për infrastrukturën 40 milionë lekë të reja çdo vit, pa llogaritur ndërhyrjet, ndërtimet e gjimnazit të ri, ndërtim kopshtesh, çerdhesh, ndërhyrjen në ujësjellësa që nuk kishte fuqi Bashkia e Vogël atëherë me 12.000 banorë dhe nuk i plotësonte ato 12.000 banorë. Pra, nuk është dështim total. Ne ndjehemi shumë herë më të vlerësuar. A ka </w:t>
      </w:r>
      <w:proofErr w:type="gramStart"/>
      <w:r w:rsidRPr="00AB014A">
        <w:rPr>
          <w:rFonts w:ascii="Times New Roman" w:hAnsi="Times New Roman" w:cs="Times New Roman"/>
          <w:sz w:val="20"/>
          <w:szCs w:val="20"/>
        </w:rPr>
        <w:t>vend</w:t>
      </w:r>
      <w:proofErr w:type="gramEnd"/>
      <w:r w:rsidRPr="00AB014A">
        <w:rPr>
          <w:rFonts w:ascii="Times New Roman" w:hAnsi="Times New Roman" w:cs="Times New Roman"/>
          <w:sz w:val="20"/>
          <w:szCs w:val="20"/>
        </w:rPr>
        <w:t xml:space="preserve"> përmirësim? Ka. Edhe ne kërkojmë nga 40 milionë lekë të reja çdo vit të shkojë 70-80. Pastaj, fakti tjetër që na janë larguar shërbimet. Nuk e kuptoj kush është ai qytetar që vjen te Bashkia e Durrësit nga Manza për të marrë një dokument me vulë. Sot futesh në Jellbenia dhe i merr të gjitha çfarëdo lloj shërbimi të duash. </w:t>
      </w:r>
      <w:r w:rsidRPr="00AB014A">
        <w:rPr>
          <w:rFonts w:ascii="Times New Roman" w:hAnsi="Times New Roman" w:cs="Times New Roman"/>
          <w:sz w:val="20"/>
          <w:szCs w:val="20"/>
          <w:lang w:val="it-IT"/>
        </w:rPr>
        <w:t xml:space="preserve">Po, po, më po, më po, çfarë i nxjerr unë? Prandaj, prandaj, ama a s'është varur njeri ky? Të lutem, po, po, ç'ka hapet? Ç'ka hapet? Hapet tani. U, ja Allah! Përmbylleni, ju lutem. Vazhdoni. Përmbylleni. Po, po, do ta mbyll. Pra, reforma territoriale të mos politizohet nga politikanët për një depo të vetme më shumë, për një bashki më shumë në listën fituese, qoftë që të zgjedhet lokale apo parlamentare, por të bëhet në interes të qytetarëve. Unë dëgjova dhe njerëz të tjerë këtu që thanë: "Ishmi nuk ka asnjë rrugë të shtruar." Edhe ishmi si Manza. Kam qenë në të gjitha publike që kanë përfituar dhe ata po aq sa Manza. Është e drejtë e tyre të thonë: "Duam të jemi më vete." Edhe faleminderit. </w:t>
      </w:r>
    </w:p>
    <w:p w14:paraId="3C774F69" w14:textId="77777777" w:rsidR="00A067A3" w:rsidRPr="00AB014A" w:rsidRDefault="00A067A3" w:rsidP="00235D08">
      <w:pPr>
        <w:jc w:val="both"/>
        <w:rPr>
          <w:rFonts w:ascii="Times New Roman" w:hAnsi="Times New Roman" w:cs="Times New Roman"/>
          <w:sz w:val="20"/>
          <w:szCs w:val="20"/>
          <w:lang w:val="it-IT"/>
        </w:rPr>
      </w:pPr>
    </w:p>
    <w:p w14:paraId="311A8F96" w14:textId="459002FF" w:rsidR="00A067A3"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Po, zonja, dhe pastaj zonja tjetër. Po, ju lutem. </w:t>
      </w:r>
    </w:p>
    <w:p w14:paraId="40CFD39E" w14:textId="77777777" w:rsidR="00A067A3" w:rsidRPr="00AB014A" w:rsidRDefault="00A067A3" w:rsidP="00235D08">
      <w:pPr>
        <w:jc w:val="both"/>
        <w:rPr>
          <w:rFonts w:ascii="Times New Roman" w:hAnsi="Times New Roman" w:cs="Times New Roman"/>
          <w:sz w:val="20"/>
          <w:szCs w:val="20"/>
          <w:lang w:val="it-IT"/>
        </w:rPr>
      </w:pPr>
    </w:p>
    <w:p w14:paraId="0B790BBC" w14:textId="490E52EC" w:rsidR="00A067A3" w:rsidRPr="00AB014A" w:rsidRDefault="00A067A3"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Arsida Feshti</w:t>
      </w:r>
    </w:p>
    <w:p w14:paraId="220B0F53" w14:textId="77777777" w:rsidR="00A067A3"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Po, përshëndetje. Faleminderit për fjalën. Arsida Feshti, pedagoge pranë Departamentit të Drejtësisë në UAMD. Sigurisht që reforma në drejtësi është një nga proceset më të rëndësishme për mënyrën e qeverisë. Procedurat që duhen ndjekur për të pasur një pasqyrë të qartë të kompetencave ndërmjet pushtetit qendror dhe pushtetit vendor. Sigurisht që ligji i vitit 2015 për mbi vetëqeverisjen vendore solli një ndryshim, synoi sigurisht autonominë vendore, bëri një rregullim shumë të mirë të funksioneve të vetëqeverisjes vendore, duke hequr funksionet e përbashkëta dhe duke lënë vetëm funksione të veta dhe të deleguara. Por mendoj që në praktikë, në shumë fusha si në arsim, në infrastrukturë, në shëndetësi, janë funksione të cilat, pavarësisht se janë funksione që i përkasin pushtetit qendror, po preken edhe nga pushteti që i përkasin pushtetit vendor, po preken nga pushteti qendror. Shumë ligje sektoriale po cënojnë disa funksione të cilat parashikon karta e autonomisë vendore, parimi i subsidiaritetit, të cilat duhet të jenë drejtpërdrejt në shërbim të qytetarëve, të cilat realizohen më së miri nga pushteti vendor. Pra, dua ta përmbledh duke thënë që mendoj që reforma duhet të ketë një qasje në harmonizimin e politikave përsa i përket legjislacioneve sektoriale me parimet e decentralizimit. Gjithashtu, hartimi i disa parimeve bazë, disa procedurave bazë të cilat të bëjnë një ndarje të kompetencave qendrore nga kompetencat vendore. Çfarë dua të shtoj tjetër? Dua të shtoj edhe diçka tjetër që këtu është mirë që të bëhet një ndryshim ndërmjet bashkive të vogla që kanë qenë dhe bashkive të mëdhaja. Çfarë investimesh kanë ardhur në këto zona nga bashkitë e vogla edhe çfarë investimesh kanë ardhur pas 2015-ës nga bashkitë e mëdhaja? Konkretisht, rrugat në Katundin e Ri, rrugët në ish-Manës, Rashbull, shkollat qendër-shëndetësore. Në dijeninë time, për shembull, në Katundin e Ri ka furnizim me ujë të pijshëm, gjë që nuk ka qenë para reformës të 2015-ës. Prandaj, është e mirë që të shihet ky diferencim. Bashkitë e mëdhaja, çfarë lloj investimesh, çfarë lloj mundësish sjellin për këto zona dhe çfarë lloj, se e dëgjova që flitej shpesh për qendrat shëndetësore. Kam qenë prej vitesh pjesë e klinikës së ligjit, kam qenë prej vitesh ku shihja qendrat shëndetësore në këto zona që vetëm qendra shëndetësore nuk quheshin. Dhe realisht mendoj që bashkitë e mëdhaja sjellin më shumë mundësi, më shumë investime për qytetarët dhe sigurisht kjo është edhe e mira e përbashkët. </w:t>
      </w:r>
    </w:p>
    <w:p w14:paraId="49593530" w14:textId="17073C8D" w:rsidR="00A067A3"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lastRenderedPageBreak/>
        <w:t xml:space="preserve">Faleminderit. </w:t>
      </w:r>
    </w:p>
    <w:p w14:paraId="0BAAAB7E" w14:textId="77777777" w:rsidR="00A067A3" w:rsidRPr="00AB014A" w:rsidRDefault="00A067A3" w:rsidP="00235D08">
      <w:pPr>
        <w:jc w:val="both"/>
        <w:rPr>
          <w:rFonts w:ascii="Times New Roman" w:hAnsi="Times New Roman" w:cs="Times New Roman"/>
          <w:sz w:val="20"/>
          <w:szCs w:val="20"/>
          <w:lang w:val="it-IT"/>
        </w:rPr>
      </w:pPr>
    </w:p>
    <w:p w14:paraId="6932D134" w14:textId="7E5ED466" w:rsidR="00A067A3" w:rsidRPr="00AB014A" w:rsidRDefault="00A067A3"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Elira Harizi</w:t>
      </w:r>
    </w:p>
    <w:p w14:paraId="4449FE2E" w14:textId="77777777" w:rsidR="00A067A3"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Përshëndetje. Unë jam doktoreshë Elira Harizi, anëtare e Këshillit Bashkiak dhe kryetare e Komisionit për Çështjet Sociale dhe kundër Diskriminimit. Reforma administrative territoriale e kaluar, duke bërë një bashki të madhe në Durrës, në fakt nuk e rriti shërbimin ndaj popullatës, ndaj banorëve të zonave, sidomos të zonave rurale, pasi Durrësi ka një shirit të madh në zonat rurale. Ajo reformë bëri që me mbylljen e shumë qendrave administrative të ulej shërbimi ndaj popullatës, sidomos unë flas për shërbimin shëndetësor dhe atë të shërbimit social. U mbyllën qendrat shëndetësore, pasi u hoq, u mbyllën qendrat shëndetësore, pasi u hoqën punonjësit, infermierët apo punonjësit socialë, u mbyllën zyrat e asistencës sociale dhe si rrjedhojë këta banorë, një pjesë e të cilëve unë jam mjeke dhe e di mirë këtë problematikë, nuk dua të kundërshtoj ata që folën më parë, por e njoh mirë problematikën e sëmurëve rëndë me invaliditete të rënda që kanë probleme mjekësore, por dhe sociale, të cilët me këtë reformë që është aktualisht e kanë humbur aksesin për të pasur shërbim afër qendrave ku ato janë, sepse një shtet duke i thënë social është e si i trajton me dinjitet pikërisht ata të pamundurit dhe këta të pamundurit të lejnë muaj të tërë pa marrë recetat, se nuk arrijnë dot të shkojnë, se janë shpesh vetëm të moshuar, presin të vijnë fëmijët nga emigracioni që t'i çojnë për t'i vizituar, se s'ka kush t'iu shkojë te shtëpia, një infermier që ta paguajë ajo bashkia, ajo qendra administrative që nuk ekziston më dhe nuk marrin dot asistencën sociale. E tha zotëria, nuk ka nevojë se është e</w:t>
      </w:r>
      <w:r w:rsidR="00A067A3" w:rsidRPr="00AB014A">
        <w:rPr>
          <w:rFonts w:ascii="Times New Roman" w:hAnsi="Times New Roman" w:cs="Times New Roman"/>
          <w:sz w:val="20"/>
          <w:szCs w:val="20"/>
          <w:lang w:val="it-IT"/>
        </w:rPr>
        <w:t>-a</w:t>
      </w:r>
      <w:r w:rsidRPr="00AB014A">
        <w:rPr>
          <w:rFonts w:ascii="Times New Roman" w:hAnsi="Times New Roman" w:cs="Times New Roman"/>
          <w:sz w:val="20"/>
          <w:szCs w:val="20"/>
          <w:lang w:val="it-IT"/>
        </w:rPr>
        <w:t>lbania, por për ata që janë invalidë, për ata që janë të moshuar, nuk mund t'iu thuash keni e</w:t>
      </w:r>
      <w:r w:rsidR="00A067A3" w:rsidRPr="00AB014A">
        <w:rPr>
          <w:rFonts w:ascii="Times New Roman" w:hAnsi="Times New Roman" w:cs="Times New Roman"/>
          <w:sz w:val="20"/>
          <w:szCs w:val="20"/>
          <w:lang w:val="it-IT"/>
        </w:rPr>
        <w:t>-a</w:t>
      </w:r>
      <w:r w:rsidRPr="00AB014A">
        <w:rPr>
          <w:rFonts w:ascii="Times New Roman" w:hAnsi="Times New Roman" w:cs="Times New Roman"/>
          <w:sz w:val="20"/>
          <w:szCs w:val="20"/>
          <w:lang w:val="it-IT"/>
        </w:rPr>
        <w:t xml:space="preserve">lbanian. Duhet patjetër të marrin akses aty pranë qendrave ku janë nga një punonjës i asistencës sociale a punonjës tjetër i administratës, që tashmë nuk ekziston më, sepse këto qendra administrative janë të mbyllura dhe unë këtu jam, unë jam përfaqësuese e PD-së në Këshillin Bashkiak. Por këto që po them, i them sinqerisht me zemrën, e një qytetare e Durrësit dhe një mjeke. Këto janë kështu siç them unë, dhe unë i them të shëndjejt. Qytetarët në ato zona nuk janë të majtë e të djathtë, janë qytetarë të barabartë, të cilët nuk mund të diskriminohen dhe kanë të drejtën para ligjit t'u shërbehet aty ku ata jetojnë, duke i dhënë dinjitetin që jetojnë. Se prandaj ne kalojmë në këto zona dhe shohim që e pena e dyerve të mbyllura, sepse kanë ikur, kanë ikur pikërisht për mungesë shërbimesh, kanë marrë 10 fëmijë dhe janë larguar, sepse ka mungesë shërbimesh, po përputhen pastaj për mbylljen e shkollave dhe e çerdheve. Dhe prandaj ato zona tash po shpopullohen dhe po vazhduam kështu, vërtetë do na ngelen vetëm aty në hartë, por pa banorë. Reforma nuk duhet të jetë thjesht reformë për hartën, por reformë funksionale, reformë për njerëzit. </w:t>
      </w:r>
    </w:p>
    <w:p w14:paraId="08532E4B" w14:textId="65A913AF" w:rsidR="00A067A3"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Faleminderit. Faleminderit. Po, zoti Osman dhe pastaj atje lartë zotëria. Po, dhe pastaj zotëria dhe zonja. Po, zotëria atje lartë pas Osmanit dhe zonja në radhën e tretë. Ju lutem. Atje jemi mbrëmë të gjithëve.</w:t>
      </w:r>
    </w:p>
    <w:p w14:paraId="22650CC6" w14:textId="6B2FB159" w:rsidR="00A067A3" w:rsidRPr="00AB014A" w:rsidRDefault="00A067A3" w:rsidP="00235D08">
      <w:pPr>
        <w:jc w:val="both"/>
        <w:rPr>
          <w:rFonts w:ascii="Times New Roman" w:hAnsi="Times New Roman" w:cs="Times New Roman"/>
          <w:sz w:val="20"/>
          <w:szCs w:val="20"/>
          <w:lang w:val="it-IT"/>
        </w:rPr>
      </w:pPr>
    </w:p>
    <w:p w14:paraId="1FB382A5" w14:textId="44A7A937" w:rsidR="00A067A3" w:rsidRPr="00AB014A" w:rsidRDefault="00A067A3"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Osman Stafa</w:t>
      </w:r>
    </w:p>
    <w:p w14:paraId="391B36B6" w14:textId="77777777" w:rsidR="00A067A3"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 Ju përshëndes. </w:t>
      </w:r>
      <w:proofErr w:type="spellStart"/>
      <w:r w:rsidRPr="00AB014A">
        <w:rPr>
          <w:rFonts w:ascii="Times New Roman" w:hAnsi="Times New Roman" w:cs="Times New Roman"/>
          <w:sz w:val="20"/>
          <w:szCs w:val="20"/>
        </w:rPr>
        <w:t>Unë</w:t>
      </w:r>
      <w:proofErr w:type="spellEnd"/>
      <w:r w:rsidRPr="00AB014A">
        <w:rPr>
          <w:rFonts w:ascii="Times New Roman" w:hAnsi="Times New Roman" w:cs="Times New Roman"/>
          <w:sz w:val="20"/>
          <w:szCs w:val="20"/>
        </w:rPr>
        <w:t xml:space="preserve"> jam Osman Stafa, banor i Durrësit. Më vjen mirë nga ai pozicioni i këndshëm që keni ulur dhe ajo që ju predikoni në lidhje me debatin e famshëm në fjalë të reformës territoriale. Është bukur një fjalë të klasës, por është shumë e vështirë të kuptojsh, sepse ju duhet të kuptoni realitetin për hir të vërtetës. Nuk duhet të bëj politikë dhe kam dëshirë të jem shumë i hapur, sepse të gjithë jemi qytetarë dhe banorë të këtij qyteti. Ky mund të jetë debat midis të majtës dhe të djathtës, por jo një debat publik për qytetarët dhe me qytetarët. Nëse doni debat me qytetarët dhe për qytetarët, duhet të zbresim ose në shesh dhe të jemi të hapur për publikun, ose atje ku janë problematikat. Por ky është thjesht një takim formal me të punësuarit e bashkisë dhe të opozitës. Ky është realiteti dhe mos shtirjeni, sepse banorët, qytetarët na njohin. Kjo është e vërteta. Në lidhje me reformën, kur flasim për reformën, kemi parasysh diçka. Çfarë nënkupton termi </w:t>
      </w:r>
      <w:r w:rsidRPr="00AB014A">
        <w:rPr>
          <w:rFonts w:ascii="Times New Roman" w:hAnsi="Times New Roman" w:cs="Times New Roman"/>
          <w:sz w:val="20"/>
          <w:szCs w:val="20"/>
        </w:rPr>
        <w:lastRenderedPageBreak/>
        <w:t xml:space="preserve">reformë? Do të thotë që diçka nuk ka shkuar mirë, ka çaluar dhe ndërhyjmë për ta riparuar. Reforma territoriale për hir të vërtetës nuk është një çelës suksesi i pushtetit vendor, por përkundrazi. Pse? Tek e fundit, çfarë është çdo reformë? Është në shërbim të qytetarit. Por unë shoh që shërbimi ndaj qytetarit është larguar dhe jo afruar. Nuk bëj, e përsëris dhe herë, nuk bëj politikë. Po flas mbi realitete dhe nëse duan, jap dhe fakte dhe argumente. Unë do t'ju them një dy gjëra që janë të dhimbshme për shoqërinë shqiptare për hir të vërtetës. Kjo është. Dhe kjo është produkt i reformës territoriale. Besoj Romanatin e keni dëgjuar të gjithë si fshat. Ka qenë një nga zonat më të interesante dje dhe sot, buzë rrugës nacionale. Një fshat me shumë banorë, goxha i populluar, me një pozicion goxha strategjik. E lejmë rrugën dhe infrastrukturën që e ka mizerja, por në atë zonë ka dy vjet e gjysmë që s'ka lindje dhe kjo është e dhimbshme. Rrushkullën besoj e keni dëgjuar, sepse ka dhe plazhin goxha të bukur, turistik, buzë rrugës, pra buzë detit. Edhe në Rrushkull ka mbi një vit e gjysmë që s'ka lindje dhe unë po ju drejtoj juve, zoti Mazniku, klasës politike në tërësinë, banorëve këtu, se tek e fundit, në darkë, të gjithë jemi banorë të një qyteti. Ky është realiteti dhe ne duhet të jemi më të kujdesshëm. Reformën territoriale do ta shohim si reformë shërbimi, jo si një reformë elektorale për t'i shërbyer pushtetit sot, në qoftë se ne. Unë do t'ju them diçka. U fola këtu për ishmin dhe më erdhi mirë që dy banorët e ishmit folën dhe diskutuan probleme. A e dini ju që tek komplekset turistike ka ujë pa mbarim dhe tek fshatrat buzë nuk ka ujë? Kush ka oponencë përndryshe të vijë dhe nesër e ballafaqojë me faktin? Këto janë realitete. Unë ju them një gjë shumë të thjeshtë. Në Rrushkull kam një shkollë e cila ka patur afërsisht rreth 700 nxënës para 10 vitesh. </w:t>
      </w:r>
      <w:r w:rsidRPr="00AB014A">
        <w:rPr>
          <w:rFonts w:ascii="Times New Roman" w:hAnsi="Times New Roman" w:cs="Times New Roman"/>
          <w:sz w:val="20"/>
          <w:szCs w:val="20"/>
          <w:lang w:val="it-IT"/>
        </w:rPr>
        <w:t xml:space="preserve">Sot disa janë 169. Pas disa vitesh, klasa e parë, e dyta dhe e treta mund të mos kenë nxënës fare. Ky është një shqetësim madhor. Unë mund ta drejtoj gishtin shumë mirë tek kryetarja e bashkisë, por respektoj rregullat që keni vendosur ju. Por unë po ju them një gjë shumë të thjeshtë juve, sepse zotëria foli për Manzën dhe tha që mbledhim çdo vit kaq milionë euro, por në qoftë se për kaq vite, atëherë ku kanë shkuar këto para? Sepse, sepse po do ta përmbyll, do ta përmbyll. Ju keni hallin e minutazhit, kurse unë kam, pra duhet të prezantoj problematikat reale për hir të vërtetës. Ne kemi hallin që të flasin sa më shumë pjesëmarrës. Ndoshta, ndoshta unë nuk ligjëroj bukur, por i kam të drejtpërdrejta shqetësimet e mia, zonjë, dhe këto janë realitetet për hir të vërtetës. A e dini ju që zonat rurale pothuajse nuk kanë investime fare? A e dini ju që, pra, në Durrës, sepse po të drejtojmë gishtin, mund ta mbyllësh se e mbyll vetur, por këto janë problematika, zonjë. Zoti Mazniku, zoti Boçi, këto janë realitete dhe nëse doni t'i prekni, zbrisni atje në terren dhe jo këtu në podium. Faleminderit ju përshëndetjes të gjithëve. Faleminderit edhe për audiencën dhe ato që na ndjekin. </w:t>
      </w:r>
    </w:p>
    <w:p w14:paraId="728EB48C" w14:textId="77777777" w:rsidR="002A2CE9"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Po, zotëria, do ta marr fjalën. Këto takime janë takime të hapura në të cilat janë të ftuar të marrin pjesë të gjithë qytetarët. Publikohen në uebin e parlamentit dhe ne shpresojmë që të kemi një pjesëmarrje të tillë. Zotëria, po. Ju, të nderuar të gjithë në këshillat, këtu me sa shoh unë, po flitet vetëm për politikë, asnjë gjë për ndarjen territoriale, asnjë gjë për shërbimet dhe asnjë gjë për të ardhurat ekonomike të bashkisë. Unë kam qenë pjesëmarrës edhe në vitin 2014 dhe kam folur atëherë se si mund të ndahet një bashki. Një bashki ndahet nga territori gjeografik, ndahet nga resurset që ka dhe ndahet sa të ardhura mund t'i rritet kësaj bashkie ekonomia. Pra, </w:t>
      </w:r>
      <w:r w:rsidR="00A067A3"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 xml:space="preserve">hijaku ka pasur një zhvillim të jashtëzakonshëm nga viti 2015 e sot. S'mund të krahasohet me këtë ndarje. Në kohën e komunave janë asfaltuar vetëm disa rrugë fshati, por asnjë ndërtim social-kulturor. Sot kemi një pallat kulture që nuk e ka Shqipëria, një pallat kulture historik. Kemi ndërtuar, më fal, nuk flas, nuk flas një koleksionist si një etnograf. Janë ndërtuar 30 e ca pallate, janë ndërtuar 806 shtëpi të reja. Nuk mund të imagjinohet. Janë ndërtuar të gjitha rrugët e fshatrave dhe sot besoj se ka ardhur rasti që </w:t>
      </w:r>
      <w:r w:rsidR="00A067A3"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 xml:space="preserve">hijaku, qoftë se do të ketë lëvizje, të marri dhe </w:t>
      </w:r>
      <w:r w:rsidR="00A067A3" w:rsidRPr="00AB014A">
        <w:rPr>
          <w:rFonts w:ascii="Times New Roman" w:hAnsi="Times New Roman" w:cs="Times New Roman"/>
          <w:sz w:val="20"/>
          <w:szCs w:val="20"/>
          <w:lang w:val="it-IT"/>
        </w:rPr>
        <w:t>I</w:t>
      </w:r>
      <w:r w:rsidRPr="00AB014A">
        <w:rPr>
          <w:rFonts w:ascii="Times New Roman" w:hAnsi="Times New Roman" w:cs="Times New Roman"/>
          <w:sz w:val="20"/>
          <w:szCs w:val="20"/>
          <w:lang w:val="it-IT"/>
        </w:rPr>
        <w:t xml:space="preserve">shmin, ta marri deri në bregdet sepse këto i ka pasur qysh nga 1910 deri në 1946. Pra, ndarja e bashkisë në madhësi nuk ka të bëjë me të ardhurat. Ne kemi nevojë për rritje të shërbimeve dhe shërbimet te </w:t>
      </w:r>
      <w:r w:rsidR="00A067A3"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hijaku janë rritur shumë herë. Po, ëh, e përmbyllet.</w:t>
      </w:r>
    </w:p>
    <w:p w14:paraId="551F043D" w14:textId="7A967DF9" w:rsidR="002A2CE9" w:rsidRPr="00AB014A" w:rsidRDefault="002A2CE9"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br/>
      </w:r>
      <w:r w:rsidR="004A0371" w:rsidRPr="00AB014A">
        <w:rPr>
          <w:rFonts w:ascii="Times New Roman" w:hAnsi="Times New Roman" w:cs="Times New Roman"/>
          <w:sz w:val="20"/>
          <w:szCs w:val="20"/>
          <w:lang w:val="it-IT"/>
        </w:rPr>
        <w:t xml:space="preserve">Faleminderit. Po, zonja, ju lutem, zonja, dhe pastaj jo, zotëria, po se po ju kërkoja, po zonja, dhe pastaj zotëria. </w:t>
      </w:r>
    </w:p>
    <w:p w14:paraId="7A6BA4C1" w14:textId="77777777" w:rsidR="002A2CE9" w:rsidRPr="00AB014A" w:rsidRDefault="002A2CE9" w:rsidP="00235D08">
      <w:pPr>
        <w:jc w:val="both"/>
        <w:rPr>
          <w:rFonts w:ascii="Times New Roman" w:hAnsi="Times New Roman" w:cs="Times New Roman"/>
          <w:sz w:val="20"/>
          <w:szCs w:val="20"/>
          <w:lang w:val="it-IT"/>
        </w:rPr>
      </w:pPr>
    </w:p>
    <w:p w14:paraId="0C5A6805" w14:textId="03554DCE" w:rsidR="002A2CE9" w:rsidRPr="00AB014A" w:rsidRDefault="002A2CE9"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Denisa Luarasi</w:t>
      </w:r>
    </w:p>
    <w:p w14:paraId="460A6535" w14:textId="77777777" w:rsidR="002C7865"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Po, mirëmbrëma. Faleminderit për këtë të gjithë. Unë jam Denisa Luarasi, kryetarja e Këshillit Bashkiak. Vij nga sektori privat. Ëh, reforma mendoj që ka pasur impakt pozitiv pasi rritja e kufijve të bashkisë së Durrësit patjetër që sjell impakt pozitiv, sjell investime, ka peshë më të madhe. Ëh, por patjetër që ne këtu nuk duhet të debatojmë reforma është e mirë apo është e keqe. Ne këtu duhet të debatojmë cilat funksione janë në dobi të qytetarëve dhe mendoj shumë shkurt do t'i bie, do ta përfundoj. Për shembull, procesi i legalizimit duhet t'i kalojë si kompetencë bashkisë, jo ai i regjistrimit, por procesi i legalizimit sepse të gjithë qytetarët nuk e dinë dhe s'kanë pse ta dinë që ky funksion i takon qeverisë apo i pushtetit vendor dhe mendoj që ky funksion duhet t'i kalojë patjetër bashkisë. Tjetër, qendrat shëndetësore duhet të kalojnë kompetencën e bashkisë. Arsimi parauniversitar, siç e tha dhe profesori, patjetër duhet t'i kalojë bashkisë si dhe qendra rezidenciale që e fëmijëve me aftësi të kufizuar që i është në varësi të shërbimit social duhet t'i kalojë bashkisë së Durrësit pasi ajo duhet të plotësojë në radhë të parë nevojat e qytetarëve të Durrësit, qarkut të Durrësit e mandej në të gjithë Shqipërinë. Por gjithë kjo çfarë kërkon? Kërkon një administratë cilësore në nivelet e Bashkimit Evropian dhe të gjitha këto duhet të shoqërohen me financa. Dhe e fundit, të gjithë ne këtu që jemi, kam dhe fëmijët në shkollë, prezantohemi, jetojmë në Durrës, në portin më të madh në vend. Ndërkohë, Bashkia e Durrësit nuk ka asnjë përfitim, asnjë përqindje direkte nga të ardhurat e Autoritetit Portual të Durrësit, përveçse taksave vendore që është normale, që janë pastrim, gjelbërim etj., si dhe pagat e punonjësve. Patjetër që Durrësi duhet të përfitojë përqindje direkte nga të ardhurat e Autoritetit Portual të Durrësit. </w:t>
      </w:r>
    </w:p>
    <w:p w14:paraId="0FE75A76" w14:textId="254CB645" w:rsidR="002C7865"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Faleminderit. Faleminderit, po, zotëria. </w:t>
      </w:r>
    </w:p>
    <w:p w14:paraId="0AF93000" w14:textId="77777777" w:rsidR="002C7865" w:rsidRPr="00AB014A" w:rsidRDefault="002C7865" w:rsidP="00235D08">
      <w:pPr>
        <w:jc w:val="both"/>
        <w:rPr>
          <w:rFonts w:ascii="Times New Roman" w:hAnsi="Times New Roman" w:cs="Times New Roman"/>
          <w:sz w:val="20"/>
          <w:szCs w:val="20"/>
          <w:lang w:val="it-IT"/>
        </w:rPr>
      </w:pPr>
    </w:p>
    <w:p w14:paraId="668B13DD" w14:textId="26DDC7F4" w:rsidR="002C7865" w:rsidRPr="00AB014A" w:rsidRDefault="002C7865"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Ilir Dizdari</w:t>
      </w:r>
    </w:p>
    <w:p w14:paraId="5323C24C" w14:textId="77777777" w:rsidR="002C7865"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Jam Ilir Dizdari, inxhinier elektrik, banor i qytetit të Fshijakut. Unë nuk do merrem me diskutimet u bë mirë apo nuk u bë mirë reforma territoriale e 2014-s, se nëse është bërë keq diku, i ka dhënë rezultatet e veta dhe nëse është bërë mirë diku, i ka dhënë rezultatet e veta. Nuk do merrem as me kritika dhe me ide të mëdha se si mund të bëhet dhe si mund të ndryshohen parimet, por do merrem shumë teknikisht edhe për shkak të profesionit me tre elementë themelorë me të cilët i prekën dy bashkëkryetarët, e cila ishte kohezioni social, ndarja administrative dhe e treta që dikujt i pëlqen, dikujt s'i pëlqen, është rezultati i këtyre bashkive aktuale. Atëherë, po ndalem dhe po flas vetëm për </w:t>
      </w:r>
      <w:r w:rsidR="002C7865"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 xml:space="preserve">hijakun. Nuk po zgjerohem më tepër, meqënëse këtu folën të gjithë këto profesuesit e zonave përreth Durrësit. E para, ne duhet të mësojmë nga historia dhe historia na ka mësuar që në këto mijëra vjeçarët e fundit, Durrësi dhe zonat përreth, sepse Durrësi ka qenë epicentra, ka pasur mënyrën e vet organizative. Nuk po shkoj para erës së re, kur ranë tërmetet dhe si u rindërtua qyteti i Durrësit disa herë nga zonat përreth, por duhet të theksoj që zonat përreth duhet të kenë rëndësinë e vetë. Të ndalojmë te kohezioni social. Ku e ndjejnë veten zonat se janë të përfshiera dhe ku u gabu sipas meje në 2014-n? U bashkuan një grup specialistësh dhe vendosën vizoren se si do ta ndajnë një zonë të caktuar. Nuk pati dëgjesa apo nuk pati një referendum lokal. Në qoftë se një njeri e ndjen veten që është fshijak, më fali se po e kaloj në këtë drejtim, përse duhet ta kalojmë ne në Vlorë apo në Durrës? Pra, ky unë propozoj që të ketë një format të një referendumi ku njerëzit mund të jenë online apo diçka tjetër, të shprehen se ku e ndjejnë veten mirë dhe ku shërbehen, sepse të gjithë ekspertët që flasin, flasin nga poltroni, nuk flasin nga realiteti. Në qoftë se ne nisemi sot, ata zotërinj që nisen nga </w:t>
      </w:r>
      <w:r w:rsidR="002C7865" w:rsidRPr="00AB014A">
        <w:rPr>
          <w:rFonts w:ascii="Times New Roman" w:hAnsi="Times New Roman" w:cs="Times New Roman"/>
          <w:sz w:val="20"/>
          <w:szCs w:val="20"/>
          <w:lang w:val="it-IT"/>
        </w:rPr>
        <w:t>I</w:t>
      </w:r>
      <w:r w:rsidRPr="00AB014A">
        <w:rPr>
          <w:rFonts w:ascii="Times New Roman" w:hAnsi="Times New Roman" w:cs="Times New Roman"/>
          <w:sz w:val="20"/>
          <w:szCs w:val="20"/>
          <w:lang w:val="it-IT"/>
        </w:rPr>
        <w:t xml:space="preserve">shmi apo nga vendet tjera, ku e marrin sot shërbimin e OSHE-së, shërbimin e ujësjellësit? Ku paraqiten për herë të parë? Paraqiten në Spitalin Rajonal të Durrësit apo vijnë në atë qendrën shëndetësore të </w:t>
      </w:r>
      <w:r w:rsidR="002C7865"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 xml:space="preserve">hijakut, e cila vit pas viti është shkarësitë? Po pse është shkarësitë ajo? Është shkarësitë sepse </w:t>
      </w:r>
      <w:r w:rsidR="002C7865"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 xml:space="preserve">hijaku ka humbur atë fuqi që ka pasur duke i marrë territore që nuk duhen. I është dhënë Marika, në qoftë se shkojmë në Marika, për shembull, ose në Vlorë, në Picarë, në Muçaj, t'u </w:t>
      </w:r>
      <w:r w:rsidRPr="00AB014A">
        <w:rPr>
          <w:rFonts w:ascii="Times New Roman" w:hAnsi="Times New Roman" w:cs="Times New Roman"/>
          <w:sz w:val="20"/>
          <w:szCs w:val="20"/>
          <w:lang w:val="it-IT"/>
        </w:rPr>
        <w:lastRenderedPageBreak/>
        <w:t xml:space="preserve">themi atyre zotërinjve atje: "Ore, çfarë e njihni veten ju? Durrësake apo tironase?" Do të thonë: "E njihni veten si </w:t>
      </w:r>
      <w:r w:rsidR="002C7865"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 xml:space="preserve">hijaksa." Më fali se po e kaloj kështu. Tjetra, te kohezioni social flasim dhe për një çështje tjetër. Kemi një prezencë të një minoriteti apo të një komësie. Janë boshnjakët e ardhur në 1845-ën, prurja e parë, dhe më vonë grupet e tjera që kanë formësuar identitetin e qytetit. Durrësi, në mënyrë të padrejtë, i ka marrë zonës sipër, ku Sukthi e sipër, ku banojnë dhe një pjesë e boshnjakëve, atyre nuk u ofrohet asnjë shërbim, ndërkohë që Bashkia e Fshijakut, mirë apo keq, po u jep mundësinë atyre të mësojnë gjuhën e tyre dhe ne duhet të kujdesemi për këtë, sepse janë pakicë kombëtare. Pra, unë mendoj që te ndarja administrative propozoj konkretisht referendumin lokal si formë. E para. E dyta, propozoj që konkretisht për Fshijakun, nuk po merrem me Durrësin, se Durrësi ka hallet e veta edhe zonat e tjera kanë hallet e veta. Propozoj që </w:t>
      </w:r>
      <w:r w:rsidR="002C7865"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 xml:space="preserve">hijaku po e përdor një shprehje që e kanë përdorur patriotët shqiptarë: "Të shkojë te </w:t>
      </w:r>
      <w:r w:rsidR="002C7865"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 xml:space="preserve">hijaku natyral." Dhe kush ka qenë në </w:t>
      </w:r>
      <w:r w:rsidR="002C7865" w:rsidRPr="00AB014A">
        <w:rPr>
          <w:rFonts w:ascii="Times New Roman" w:hAnsi="Times New Roman" w:cs="Times New Roman"/>
          <w:sz w:val="20"/>
          <w:szCs w:val="20"/>
          <w:lang w:val="it-IT"/>
        </w:rPr>
        <w:t>S</w:t>
      </w:r>
      <w:r w:rsidRPr="00AB014A">
        <w:rPr>
          <w:rFonts w:ascii="Times New Roman" w:hAnsi="Times New Roman" w:cs="Times New Roman"/>
          <w:sz w:val="20"/>
          <w:szCs w:val="20"/>
          <w:lang w:val="it-IT"/>
        </w:rPr>
        <w:t xml:space="preserve">hijakun natyral, e di dhe e njohin të gjithë. Ju faleminderit. </w:t>
      </w:r>
    </w:p>
    <w:p w14:paraId="247FA33C" w14:textId="77777777" w:rsidR="000F2535"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Faleminderit. Kalojmë në sesionin e tretë, atë të financave vendore. Sigurisht, ato nuk janë të ndara nga shërbimet, funksionet apo modeli i qeverisjes. Sidoqoftë, komisioni do të ishte i interesuar të dëgjonte mbi modelin e financimit të pushtetit vendor. A janë të mjaftueshme sot transfertat, pra paratë që ka në dispozicion pushteti vendor për të zbatuar funksionet e alokuara? Modeli i taksimit a ka sjellë rezultat? A keni sugjerime se si ai mund të përmirësohet në mënyrë që të përkthehet në shërbime më të mira për qytetarët? Po, shkojmë pak tek kamera atje. Po, ju lutem, mikrofonin. </w:t>
      </w:r>
    </w:p>
    <w:p w14:paraId="2FA09F7E" w14:textId="77777777" w:rsidR="000F2535" w:rsidRPr="00AB014A" w:rsidRDefault="000F2535" w:rsidP="00235D08">
      <w:pPr>
        <w:jc w:val="both"/>
        <w:rPr>
          <w:rFonts w:ascii="Times New Roman" w:hAnsi="Times New Roman" w:cs="Times New Roman"/>
          <w:sz w:val="20"/>
          <w:szCs w:val="20"/>
          <w:lang w:val="it-IT"/>
        </w:rPr>
      </w:pPr>
    </w:p>
    <w:p w14:paraId="766192CB" w14:textId="4FA6087E" w:rsidR="002C7865"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Po, u prekën të gjitha kombinimet, u prekën dhe kombinimet tjera. Tani po veprojmë me financat. Ne kemi për të përballuar këtë situatë. </w:t>
      </w:r>
    </w:p>
    <w:p w14:paraId="0B275EA6" w14:textId="77777777" w:rsidR="002C7865" w:rsidRPr="00AB014A" w:rsidRDefault="002C7865" w:rsidP="00235D08">
      <w:pPr>
        <w:jc w:val="both"/>
        <w:rPr>
          <w:rFonts w:ascii="Times New Roman" w:hAnsi="Times New Roman" w:cs="Times New Roman"/>
          <w:sz w:val="20"/>
          <w:szCs w:val="20"/>
          <w:lang w:val="it-IT"/>
        </w:rPr>
      </w:pPr>
    </w:p>
    <w:p w14:paraId="52D798B3" w14:textId="7B7AA652" w:rsidR="002C7865" w:rsidRPr="00AB014A" w:rsidRDefault="002C7865"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Shpresa Gjeta</w:t>
      </w:r>
    </w:p>
    <w:p w14:paraId="008498BD" w14:textId="77777777" w:rsidR="002C7865"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Përshëndetje, unë jam Shpresa Gjeta, banore e lagjes 17 në Durrës. Doktor, patjetër. Fjala ime konsonon në një pyetje të vetme, ju lutem, që besoj që përmbledh mendimin tim menjëherë mbrapa. Menjëherë mbrapa. Menjëherë mbrapa. Po, ju lutem. Fjala ime është e përmbledhur në një pyetje që besoj që ka gjithë mendimin tim. Pse duhet të funksionojnë ato bashki, nuk po flas vetëm për Durrësin, por gjithë territorin e Shqipërisë, që nuk janë në gjendje të nxjerrin shërbimet e veta, të paguajnë punonjësit e vet pa leje të bëjnë shërbime për komunitetin, ujësjellësa, pastrim, gjelbërim e gjëra të tjera të ndryshme? Në qoftë se ato bashki marrin fonde nga qeveria, si mund të japin shërbime për komunitetin? Kjo ishte pyetja ime. </w:t>
      </w:r>
    </w:p>
    <w:p w14:paraId="415F2539" w14:textId="77777777" w:rsidR="002C7865" w:rsidRPr="00AB014A" w:rsidRDefault="002C7865" w:rsidP="00235D08">
      <w:pPr>
        <w:jc w:val="both"/>
        <w:rPr>
          <w:rFonts w:ascii="Times New Roman" w:hAnsi="Times New Roman" w:cs="Times New Roman"/>
          <w:sz w:val="20"/>
          <w:szCs w:val="20"/>
          <w:lang w:val="it-IT"/>
        </w:rPr>
      </w:pPr>
    </w:p>
    <w:p w14:paraId="49124C92" w14:textId="77777777" w:rsidR="002C7865"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Faleminderit. Faleminderit. Po, zotëria. Po, komuniteti i Durrësit të ri. Dikush, ju lutem. Ju lutem dhe pastaj zotëria. Po. </w:t>
      </w:r>
    </w:p>
    <w:p w14:paraId="3294566A" w14:textId="7C7DE0C8" w:rsidR="002C7865" w:rsidRPr="00AB014A" w:rsidRDefault="002431DF" w:rsidP="00235D08">
      <w:pPr>
        <w:jc w:val="both"/>
        <w:rPr>
          <w:rFonts w:ascii="Times New Roman" w:hAnsi="Times New Roman" w:cs="Times New Roman"/>
          <w:b/>
          <w:bCs/>
          <w:sz w:val="20"/>
          <w:szCs w:val="20"/>
          <w:lang w:val="it-IT"/>
        </w:rPr>
      </w:pPr>
      <w:r w:rsidRPr="00235D08">
        <w:rPr>
          <w:rFonts w:ascii="Times New Roman" w:hAnsi="Times New Roman" w:cs="Times New Roman"/>
          <w:b/>
          <w:bCs/>
          <w:sz w:val="20"/>
          <w:szCs w:val="20"/>
          <w:lang w:val="it-IT"/>
        </w:rPr>
        <w:t>Shyqyri Meftillari</w:t>
      </w:r>
    </w:p>
    <w:p w14:paraId="1D222B69" w14:textId="37AAA440" w:rsidR="002C7865" w:rsidRPr="00AB014A" w:rsidRDefault="004A0371" w:rsidP="00235D08">
      <w:pPr>
        <w:jc w:val="both"/>
        <w:rPr>
          <w:rFonts w:ascii="Times New Roman" w:hAnsi="Times New Roman" w:cs="Times New Roman"/>
          <w:b/>
          <w:bCs/>
          <w:sz w:val="20"/>
          <w:szCs w:val="20"/>
        </w:rPr>
      </w:pPr>
      <w:r w:rsidRPr="00AB014A">
        <w:rPr>
          <w:rFonts w:ascii="Times New Roman" w:hAnsi="Times New Roman" w:cs="Times New Roman"/>
          <w:sz w:val="20"/>
          <w:szCs w:val="20"/>
          <w:lang w:val="it-IT"/>
        </w:rPr>
        <w:t xml:space="preserve">Përshëndetje të gjithëve. </w:t>
      </w:r>
      <w:r w:rsidRPr="00235D08">
        <w:rPr>
          <w:rFonts w:ascii="Times New Roman" w:hAnsi="Times New Roman" w:cs="Times New Roman"/>
          <w:sz w:val="20"/>
          <w:szCs w:val="20"/>
          <w:lang w:val="it-IT"/>
        </w:rPr>
        <w:t>Jam</w:t>
      </w:r>
      <w:r w:rsidR="002431DF" w:rsidRPr="00235D08">
        <w:rPr>
          <w:rFonts w:ascii="Times New Roman" w:hAnsi="Times New Roman" w:cs="Times New Roman"/>
          <w:sz w:val="20"/>
          <w:szCs w:val="20"/>
          <w:lang w:val="it-IT"/>
        </w:rPr>
        <w:t xml:space="preserve"> Shyqyri</w:t>
      </w:r>
      <w:r w:rsidR="002431DF" w:rsidRPr="00235D08">
        <w:rPr>
          <w:rFonts w:ascii="Times New Roman" w:hAnsi="Times New Roman" w:cs="Times New Roman"/>
          <w:b/>
          <w:bCs/>
          <w:sz w:val="20"/>
          <w:szCs w:val="20"/>
          <w:lang w:val="it-IT"/>
        </w:rPr>
        <w:t xml:space="preserve"> </w:t>
      </w:r>
      <w:r w:rsidR="002431DF" w:rsidRPr="00235D08">
        <w:rPr>
          <w:rFonts w:ascii="Times New Roman" w:hAnsi="Times New Roman" w:cs="Times New Roman"/>
          <w:sz w:val="20"/>
          <w:szCs w:val="20"/>
          <w:lang w:val="it-IT"/>
        </w:rPr>
        <w:t>Meftillari</w:t>
      </w:r>
      <w:r w:rsidRPr="00235D08">
        <w:rPr>
          <w:rFonts w:ascii="Times New Roman" w:hAnsi="Times New Roman" w:cs="Times New Roman"/>
          <w:sz w:val="20"/>
          <w:szCs w:val="20"/>
          <w:lang w:val="it-IT"/>
        </w:rPr>
        <w:t>,</w:t>
      </w:r>
      <w:r w:rsidRPr="00AB014A">
        <w:rPr>
          <w:rFonts w:ascii="Times New Roman" w:hAnsi="Times New Roman" w:cs="Times New Roman"/>
          <w:sz w:val="20"/>
          <w:szCs w:val="20"/>
          <w:lang w:val="it-IT"/>
        </w:rPr>
        <w:t xml:space="preserve"> banor i Njësisë Administrative numër gjashtë. Më vjen keq që gjithë diskutimi jonë këtu bëhet sikur ne jemi për t'ua nxjerrë punën atyre dhe ata për t'u mbrojtur nga ne, por qëllimi i kësaj dëgjese publike është që të sjellim një reformë t'ju shërbejë të gjithë qytetarëve, se në fund të fundit ata që janë votues të thjeshtë janë të majtë, janë të djathtë, janë pa bindje politike fare, s'u intereson fare politika dhe që të flasim, të flasim pak në parim. Së pari, ato bashkitë e mëdhaja, çfarë prodhuan? Këtu do të dalim. Kjo ishte pyetja më e madhe. Se po, u diskutonin këtu vazhdimisht për çështjen e investimeve. Ku i gjetën paratë këto bashkitë e mëdhaja për të investuar? A u bënë me vetëfinancim apo u morën me projekte nga qeveria? Për mua, çfarë prodhoi ky zmadhim i këtyre partive të mëdha dhe centralizimi i tyre? </w:t>
      </w:r>
      <w:r w:rsidRPr="00AB014A">
        <w:rPr>
          <w:rFonts w:ascii="Times New Roman" w:hAnsi="Times New Roman" w:cs="Times New Roman"/>
          <w:sz w:val="20"/>
          <w:szCs w:val="20"/>
          <w:lang w:val="it-IT"/>
        </w:rPr>
        <w:lastRenderedPageBreak/>
        <w:t xml:space="preserve">Është njësoj sikur të kishim 10 mollë në 10 duar të ndryshme, i mblodhëm, i çuam në një mollë dhe në një dorë, dhe kjo dora tani do të zgjedhë kujt t'ia japi për t'i ngrënë. Dhe kjo solli një diskriminim në investime për të gjitha këto zonat që kanë qenë më mbrapa. Dhe e di unë që do të thoni ju: "Nuk ka pasur diskriminim." Unë kam këtu një vendim të Komisionerit të Diskriminimit Publik të datës 13.04.2021, vendimi numër 61 me numër protokolli 621/1, i cili ka vendosur që banorët e zonës së Shknetës, në rrugën Gjelbërimi, rrugën Azel Majdari, për shkak të vendbanimit, janë diskriminuar nga Bashkia e Durrësit. Kjo është me dokument, është me vulën e Komisionerit të Diskriminimit Publik. Jam shumë i sigurt që në qoftë se do të kishte denoncime të tjera të zonave të tjera, do të kishte ndodhur e njëjta gjë, sepse këtu ka çfarë ka ndodhur në Durrës dhe të gjithë qytetarët e dinë: është bërë tre herë rruga e plazhit, është bërë tre-katër herë rruga e gjykatës, por nuk ka pasur shpërndarje të drejtë në mënyrë proporcionale në të gjitha njësitë administrative të qytetit. Pra, ne po themi që pasi kemi bërë investime, kemi mbledhur taksa, kemi mbledhur taksa nga të gjithë Bashkia e Durrësit, kemi marrë taksa dhe nga Bashkia e Ishkomunës së Ishmit, Manzës, Njësia Administrative e Arapajt, por në fund i kemi shpërndarë ne si kemi dashur ne dhe ku kemi dashur ne, ku kemi pasur interesin ne. Pra, në fund fare dua të them që këto bashkitë e mëdha janë njësoj si ajo shprehja që themi: "Në afër syrit, afër zemrës." Duke qenë maja e thojit, ti nuk ke për të marrë kurrë investime, se kështu i bie. Por a kanë pasur mundësi, në qoftë se ne do të kishim njësitë të vogla, po me më tepër kompetenca, do të kishim mundësi të kishim më shumë investime dhe do të kishim mundësi që të kishin të gjitha njësitë administrative diçka tjetër? Patjetër, në qoftë se unë bëj një projekt që është i duhur, i mund të përfitojë projekti, por bashkitë nuk kanë pasur. Pra, më fal, Njësia Administrative numër gjashtë, cilat kanë qenë investimet e saj dhe cilat kanë qenë investimet të cilat kanë qenë në bazë të këtij projekti? Ka qenë mirë? Ka pasur një projekt për sa i përket kullimit? Ka pasur apo s'ka pasur? Dhe këtu mund t'ju sjell tjetër gjë. Ne paguajmë të gjithë tek fatura e ujit 50 lekë për largimin e ujërave nga banesa, të gjitha rrugicat e vogla në zonën e Ishknetës, Njësia Administrative numër gjashtë, nuk e kanë marrë këtë shërbim, sepse kanalizimet e vogla në të gjitha rrugicat janë bërë me kontribut banorëve dhe e kemi bërë vetë. Edhe unë këtu jam dëshmitar, mund t'ju gjej të gjithëve ju që këto i kemi bërë vetë dhe në qoftë se ka këtu dhe të majtë që janë, se i di se i parë sa që i njohëve, më thotë: "I ka bërë bashkia" apo "i kemi bërë vetë ne këto kanalizimet"? Çfarë investimesh kemi marrë ne nga këto bashkitë e mëdha? Nuk e kemi marrë, pra nuk ka njëherë shpërndarje. Këto mungesa investimesh kanë sjellë një tre përmbytje njëra pas tjetrës në zonën administrative numër gjashtë. Do bëj një përmbledhje shumë të shkurtër dhe do dalë pse ka ndodhur. Sot po shohim që kanë vazhduar apo bëhen këto pastrimet e kanaleve. Është dorëzuar një peticion nga banorët e Durrësit të ri në datën 6 tetor 2025, fiks tre muaj përpara se të ndodhte përmbytja e datës 6 janar të 2026-s. Dhe nuk është marrë asnjë masë për këtë kohë. Kishin kohë tre muaj. Tani, masë përmbytjeve u bë dhe u mor parasysh. Pra, kjo reforma territoriale nuk e mori parasysh as peticionin e banorëve të cilët i vunë përpara përgjegjësisë. Edhe pse në një mënyrë jo formale, një punonjës atje te Njësia Administrative më tha që: "Më vjen keq, por nuk kemi kompetenca, ne kaq mund ta delegojmë, ta çojmë, ta bëjmë..." Dhe duke tejkaluar këtë dhe duke tejkaluar këtë... OK, do ta mbyll. Kjo është fjalia e fundit. Jeni besnikë ndaj fjalisë suaj. </w:t>
      </w:r>
      <w:r w:rsidRPr="00AB014A">
        <w:rPr>
          <w:rFonts w:ascii="Times New Roman" w:hAnsi="Times New Roman" w:cs="Times New Roman"/>
          <w:sz w:val="20"/>
          <w:szCs w:val="20"/>
        </w:rPr>
        <w:t xml:space="preserve">Duke </w:t>
      </w:r>
      <w:proofErr w:type="spellStart"/>
      <w:r w:rsidRPr="00AB014A">
        <w:rPr>
          <w:rFonts w:ascii="Times New Roman" w:hAnsi="Times New Roman" w:cs="Times New Roman"/>
          <w:sz w:val="20"/>
          <w:szCs w:val="20"/>
        </w:rPr>
        <w:t>deleguar</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detyrat</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shmanget</w:t>
      </w:r>
      <w:proofErr w:type="spellEnd"/>
      <w:r w:rsidRPr="00AB014A">
        <w:rPr>
          <w:rFonts w:ascii="Times New Roman" w:hAnsi="Times New Roman" w:cs="Times New Roman"/>
          <w:sz w:val="20"/>
          <w:szCs w:val="20"/>
        </w:rPr>
        <w:t xml:space="preserve"> dhe përgjegjësia. </w:t>
      </w:r>
    </w:p>
    <w:p w14:paraId="5FEF689B" w14:textId="77777777" w:rsidR="002C7865" w:rsidRPr="00AB014A" w:rsidRDefault="002C7865" w:rsidP="00235D08">
      <w:pPr>
        <w:jc w:val="both"/>
        <w:rPr>
          <w:rFonts w:ascii="Times New Roman" w:hAnsi="Times New Roman" w:cs="Times New Roman"/>
          <w:sz w:val="20"/>
          <w:szCs w:val="20"/>
        </w:rPr>
      </w:pPr>
    </w:p>
    <w:p w14:paraId="7A1104A4" w14:textId="77777777" w:rsidR="00F42CFF" w:rsidRPr="00AB014A" w:rsidRDefault="004A0371" w:rsidP="00235D08">
      <w:pPr>
        <w:jc w:val="both"/>
        <w:rPr>
          <w:rFonts w:ascii="Times New Roman" w:hAnsi="Times New Roman" w:cs="Times New Roman"/>
          <w:sz w:val="20"/>
          <w:szCs w:val="20"/>
          <w:lang w:val="it-IT"/>
        </w:rPr>
      </w:pP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Faleminderit. Zotëria, ju lutem. </w:t>
      </w:r>
      <w:r w:rsidRPr="00AB014A">
        <w:rPr>
          <w:rFonts w:ascii="Times New Roman" w:hAnsi="Times New Roman" w:cs="Times New Roman"/>
          <w:sz w:val="20"/>
          <w:szCs w:val="20"/>
          <w:lang w:val="it-IT"/>
        </w:rPr>
        <w:t xml:space="preserve">Zotëria. Dhe pastaj zoti Muka. </w:t>
      </w:r>
    </w:p>
    <w:p w14:paraId="6EA2D906" w14:textId="286BF1C2" w:rsidR="00F42CFF" w:rsidRPr="00AB014A" w:rsidRDefault="00F42CFF" w:rsidP="00235D08">
      <w:pPr>
        <w:jc w:val="both"/>
        <w:rPr>
          <w:rFonts w:ascii="Times New Roman" w:hAnsi="Times New Roman" w:cs="Times New Roman"/>
          <w:sz w:val="20"/>
          <w:szCs w:val="20"/>
          <w:lang w:val="it-IT"/>
        </w:rPr>
      </w:pPr>
    </w:p>
    <w:p w14:paraId="50267665" w14:textId="0F3886BC" w:rsidR="002431DF" w:rsidRPr="00AB014A" w:rsidRDefault="002431DF"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highlight w:val="yellow"/>
          <w:lang w:val="it-IT"/>
        </w:rPr>
        <w:t>Qerreti</w:t>
      </w:r>
    </w:p>
    <w:p w14:paraId="22AE135C" w14:textId="77777777" w:rsidR="00F42CFF"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Me mamatë gjithëve përshëndetje për atë që rriten nga Durrësi i Ri. Atëherë, me zotërinjtë që banojnë në të njëjtën zonë, do të doja vetëm të thoja kaq: nga 2005 deri në 2013, në zonën e Durrësit të Ri nuk na njoftoi askush. Falë bashkisë së madhe, ne u bëmë një njësi administrative, u bëmë me shkolla 10-vjeçare, me gjimnaz, me çerdhe dhe çdo gjë në atë zonë. Dhe nga treguj makinave deri në hyrjet e qytetit, i kemi parë të </w:t>
      </w:r>
      <w:r w:rsidRPr="00AB014A">
        <w:rPr>
          <w:rFonts w:ascii="Times New Roman" w:hAnsi="Times New Roman" w:cs="Times New Roman"/>
          <w:sz w:val="20"/>
          <w:szCs w:val="20"/>
          <w:lang w:val="it-IT"/>
        </w:rPr>
        <w:lastRenderedPageBreak/>
        <w:t>gjithë me kanalizime, me asfalt, të gjitha dhe me unazë. Në rast se s'është kështu, krijojmë dhe shkojmë dhe ta shërojmë aty ndanë. A ka problematika? Ka dhe në Amerikë problematika, se ashtu jemi vetëm ne pa problematika. A ndodhi përmbytje? Përmbytje ndodhi dhe në Durrësin tani, dhe në Itali ka ndodhur përmbytje. Dhe Zoti nuk bën atë luftë. Pra, ne bashkisë së madhe i kemi shikuar shumë më hajr dhe falënderojmë shumë për mbështetjen dhe punët e mira që ka bërë në atë zonë.</w:t>
      </w:r>
    </w:p>
    <w:p w14:paraId="79A626A9" w14:textId="457A21A3" w:rsidR="00F42CFF"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 Faleminderit të gjithëve. Faleminderit. Zoti Muka, dhe do ju lutesha, ju lutem, ju lutem, le të mos hyjmë në dialog njëri me tjetrin. Le t'i ofrojmë mundësinë komisionit që të marrë feedback-un tuaj. </w:t>
      </w:r>
    </w:p>
    <w:p w14:paraId="796944CD" w14:textId="77777777" w:rsidR="00F42CFF" w:rsidRPr="00AB014A" w:rsidRDefault="00F42CFF" w:rsidP="00235D08">
      <w:pPr>
        <w:jc w:val="both"/>
        <w:rPr>
          <w:rFonts w:ascii="Times New Roman" w:hAnsi="Times New Roman" w:cs="Times New Roman"/>
          <w:sz w:val="20"/>
          <w:szCs w:val="20"/>
          <w:lang w:val="it-IT"/>
        </w:rPr>
      </w:pPr>
    </w:p>
    <w:p w14:paraId="318D2931" w14:textId="085BD153" w:rsidR="00F42CFF" w:rsidRPr="00AB014A" w:rsidRDefault="00F42CFF"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Zoti Muka</w:t>
      </w:r>
    </w:p>
    <w:p w14:paraId="3143728C" w14:textId="77777777" w:rsidR="00F42CFF"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Po. Mirëmbrëma të gjithëve. Do përpiqem të jem konçiz. Të flasësh për reformën administrative territoriale në tre minuta është realisht pak, por unë do përpiqem të kap disa gjëra që besoj që bashkia e madhe e Durrësit nuk ka shkuar në sensin e duhur. Natyrisht, reforma e përpara 2014-ës, me 373 bashki, komuna dhe njësitë administrative, tregoi që kishte problematika, por si rezultat i zhvillimit të asaj kohe, natyrisht kryetarët e bashkive, të njësive administrative, qoftë edhe të komunave, nuk treguan, flas për Durrësin, nuk u treguan në lartësinë e duhur për t'i përballuar presionit që kishin nga ana e zhvillimit që njerëzit pretendonin të bënin. Dhe neve arritëm që në Durrës të kemi një sërë problematikash të trashëguara nga e koha, por reforma e 2014-ës, krijimi i bashkisë së madhe, çfarë na tregon? Në Durrës kemi të aprovuar planin e përgjithshëm vendor dhe kur flasim për planin e përgjithshëm vendor, kemi parasysh që ajo çfarë është baza e qytetit, pesuti i qytetit, lejet e ndërtimit dhe gjithë pjesa tjetër e jetës sociale të qytetit kalojnë dhe bazohen tek plani i përgjithshëm vendor. Ky plan i përgjithshëm vendor është cunguar. Momentalisht, bashkia e Durrësit nuk jep leje më shumë se 450 m2 sipërfaqe, falë atyre PDV-ve të famshme dhe të gjitha që ka bërë. Dhe gjithçka në Durrës, në më shumë se 50% të rasteve, në komplet pjesën e bregdetit, janë të detyruar të shkojnë në KKT. Pra, një kompetencë të cilës bashkisë së Durrësit ia jep plani i përgjithshëm vendor dhe autonomia vendore, natyrisht shkon dhe është zaptuar nga qeveria në Tiranë, nga qeveria qendrore. Një nga funksionet kryesore të bashkisë është furnizimi me ujë të qytetit, jetësore. Kemi dështuar me bashkinë e madhe, kemi dështuar në të gjithë hapësirën e vet. Pse? Kemi investuar gati 86 milionë dollarë në ujësjellësin e ri, kemi gati 12 milionë të tjera të cilat na janë dhënë nga fondet japoneze për trajtimin e ujërave të ndotura dhe Durrësi është, në qoftë se dikush mund të thotë të kundërtën, nuk ka më shumë se tre orë furnizim me ujë në ditë. Ndërkohë që, nga ana tjetër, kemi problematikën që sa herë bie shi, të paktën në dy vitet e fundit, kemi tre raste të përmbytjes. Pra, largimi i ujërave ka dështuar in pieno këtu në Durrës. Përsa i takon mbetjeve, një detyrë tjetër funksionale e bashkisë së Durrësit, fakti që ne shkuam dhe shpallëm emergjencën ambientale në Durrës, tregon që bashkia e madhe nuk i ka kryer funksionet e saj, nuk i ka kryer për shumë motivacione, sepse si shtrirja territoriale, por dhe mënyra dhe strukturimi që është nga ana e bashkisë për funksionin e tërheqjes dhe përpunimit të mbetjeve, rezultoi që në Durrës ishte një dështim i plotë. Përsa i takon pjesës ekonomike që ju trajtuat, një nga shtytësit e ekonomisë së qytetit është turizmi. E dini që në Durrës, përsa i takon pjesës së plazheve, nuk vendos më bashkia e Durrësit, por vendos agjensi të cilat ka krijuar qeveria për secilën nga këto që unë përmenda. Për trajtimin e ujërave kemi një agjensi rajonale kombëtare, për trajtimin e mbetjeve kemi një agjensi rajonale kombëtare, për trajtimin e plazheve kemi një agjensi rajonale kombëtare. Të gjitha këto janë funksionet e bashkisë së Durrësit, ndërkohë që nuk i gëzon bashkia e Durrësit. Neve po duam që t'i japim akoma dhe më shumë, t'i bëjmë akoma dhe më të mëdha këto bashki. Për të rritur këtë mosefiçencë, ajo që unë do të thoja është që neve duhet të shkojmë drejt bashkive më të vogla, ku autonomia vendore të jetë fjala e parë të cilat duhet të vendosi dhe të jetë prioritare, dhe ku shërbimet dhe financimet dhe investimet të jenë gjithmonë e më afër qytetarëve. Në konceptin tim, do propozoja që dhe për strukturën qyteti, flas për Durrësin, me pjesën rurale, do ishte më e natyrshme që qyteti të kishte bashkinë e tij dhe të kalonin në bashkinë, po flasim zona e Sukët, Ishëm Manzë, Katund</w:t>
      </w:r>
      <w:r w:rsidR="00F42CFF" w:rsidRPr="00AB014A">
        <w:rPr>
          <w:rFonts w:ascii="Times New Roman" w:hAnsi="Times New Roman" w:cs="Times New Roman"/>
          <w:sz w:val="20"/>
          <w:szCs w:val="20"/>
          <w:lang w:val="it-IT"/>
        </w:rPr>
        <w:t xml:space="preserve"> I R</w:t>
      </w:r>
      <w:r w:rsidRPr="00AB014A">
        <w:rPr>
          <w:rFonts w:ascii="Times New Roman" w:hAnsi="Times New Roman" w:cs="Times New Roman"/>
          <w:sz w:val="20"/>
          <w:szCs w:val="20"/>
          <w:lang w:val="it-IT"/>
        </w:rPr>
        <w:t xml:space="preserve">i. Natyrisht, pastaj, siç u shprehën dhe kolegët </w:t>
      </w:r>
      <w:r w:rsidRPr="00AB014A">
        <w:rPr>
          <w:rFonts w:ascii="Times New Roman" w:hAnsi="Times New Roman" w:cs="Times New Roman"/>
          <w:sz w:val="20"/>
          <w:szCs w:val="20"/>
          <w:lang w:val="it-IT"/>
        </w:rPr>
        <w:lastRenderedPageBreak/>
        <w:t xml:space="preserve">për pjesën e Krujës dhe </w:t>
      </w:r>
      <w:r w:rsidR="00F42CFF" w:rsidRPr="00AB014A">
        <w:rPr>
          <w:rFonts w:ascii="Times New Roman" w:hAnsi="Times New Roman" w:cs="Times New Roman"/>
          <w:sz w:val="20"/>
          <w:szCs w:val="20"/>
          <w:lang w:val="it-IT"/>
        </w:rPr>
        <w:t>F</w:t>
      </w:r>
      <w:r w:rsidRPr="00AB014A">
        <w:rPr>
          <w:rFonts w:ascii="Times New Roman" w:hAnsi="Times New Roman" w:cs="Times New Roman"/>
          <w:sz w:val="20"/>
          <w:szCs w:val="20"/>
          <w:lang w:val="it-IT"/>
        </w:rPr>
        <w:t>ush</w:t>
      </w:r>
      <w:r w:rsidR="00F42CFF" w:rsidRPr="00AB014A">
        <w:rPr>
          <w:rFonts w:ascii="Times New Roman" w:hAnsi="Times New Roman" w:cs="Times New Roman"/>
          <w:sz w:val="20"/>
          <w:szCs w:val="20"/>
          <w:lang w:val="it-IT"/>
        </w:rPr>
        <w:t>ë K</w:t>
      </w:r>
      <w:r w:rsidRPr="00AB014A">
        <w:rPr>
          <w:rFonts w:ascii="Times New Roman" w:hAnsi="Times New Roman" w:cs="Times New Roman"/>
          <w:sz w:val="20"/>
          <w:szCs w:val="20"/>
          <w:lang w:val="it-IT"/>
        </w:rPr>
        <w:t xml:space="preserve">rujës dhe bashkia e Sukët, pra, nga një sistem me tre bashki që kemi momentalisht, do propozoja që të kalojmë në një sistem me pesë bashki. </w:t>
      </w:r>
    </w:p>
    <w:p w14:paraId="03FF5F95" w14:textId="77777777" w:rsidR="00F42CFF" w:rsidRPr="00AB014A" w:rsidRDefault="00F42CFF" w:rsidP="00235D08">
      <w:pPr>
        <w:jc w:val="both"/>
        <w:rPr>
          <w:rFonts w:ascii="Times New Roman" w:hAnsi="Times New Roman" w:cs="Times New Roman"/>
          <w:sz w:val="20"/>
          <w:szCs w:val="20"/>
          <w:lang w:val="it-IT"/>
        </w:rPr>
      </w:pPr>
    </w:p>
    <w:p w14:paraId="361C3E89" w14:textId="1B61B7D8" w:rsidR="00F42CFF"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lang w:val="it-IT"/>
        </w:rPr>
        <w:t xml:space="preserve">Faleminderit. Ju faleminderit. Po, zotëria dhe Morena pastaj aty. </w:t>
      </w:r>
      <w:r w:rsidRPr="00AB014A">
        <w:rPr>
          <w:rFonts w:ascii="Times New Roman" w:hAnsi="Times New Roman" w:cs="Times New Roman"/>
          <w:sz w:val="20"/>
          <w:szCs w:val="20"/>
        </w:rPr>
        <w:t xml:space="preserve">Po, </w:t>
      </w:r>
      <w:proofErr w:type="spellStart"/>
      <w:r w:rsidRPr="00AB014A">
        <w:rPr>
          <w:rFonts w:ascii="Times New Roman" w:hAnsi="Times New Roman" w:cs="Times New Roman"/>
          <w:sz w:val="20"/>
          <w:szCs w:val="20"/>
        </w:rPr>
        <w:t>ju</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lutem</w:t>
      </w:r>
      <w:proofErr w:type="spellEnd"/>
      <w:r w:rsidRPr="00AB014A">
        <w:rPr>
          <w:rFonts w:ascii="Times New Roman" w:hAnsi="Times New Roman" w:cs="Times New Roman"/>
          <w:sz w:val="20"/>
          <w:szCs w:val="20"/>
        </w:rPr>
        <w:t xml:space="preserve">. </w:t>
      </w:r>
    </w:p>
    <w:p w14:paraId="0ED68B86" w14:textId="77777777" w:rsidR="004D0F9D" w:rsidRPr="00AB014A" w:rsidRDefault="004D0F9D" w:rsidP="00235D08">
      <w:pPr>
        <w:jc w:val="both"/>
        <w:rPr>
          <w:rFonts w:ascii="Times New Roman" w:hAnsi="Times New Roman" w:cs="Times New Roman"/>
          <w:sz w:val="20"/>
          <w:szCs w:val="20"/>
        </w:rPr>
      </w:pPr>
    </w:p>
    <w:p w14:paraId="042CF8F2" w14:textId="77777777" w:rsidR="00F42CFF" w:rsidRPr="00AB014A" w:rsidRDefault="004A0371" w:rsidP="00235D08">
      <w:pPr>
        <w:jc w:val="both"/>
        <w:rPr>
          <w:rFonts w:ascii="Times New Roman" w:hAnsi="Times New Roman" w:cs="Times New Roman"/>
          <w:sz w:val="20"/>
          <w:szCs w:val="20"/>
          <w:lang w:val="it-IT"/>
        </w:rPr>
      </w:pPr>
      <w:proofErr w:type="spellStart"/>
      <w:r w:rsidRPr="00AB014A">
        <w:rPr>
          <w:rFonts w:ascii="Times New Roman" w:hAnsi="Times New Roman" w:cs="Times New Roman"/>
          <w:sz w:val="20"/>
          <w:szCs w:val="20"/>
        </w:rPr>
        <w:t>Përshëndetje</w:t>
      </w:r>
      <w:proofErr w:type="spellEnd"/>
      <w:r w:rsidRPr="00AB014A">
        <w:rPr>
          <w:rFonts w:ascii="Times New Roman" w:hAnsi="Times New Roman" w:cs="Times New Roman"/>
          <w:sz w:val="20"/>
          <w:szCs w:val="20"/>
        </w:rPr>
        <w:t xml:space="preserve">. Nuk do </w:t>
      </w:r>
      <w:proofErr w:type="spellStart"/>
      <w:r w:rsidRPr="00AB014A">
        <w:rPr>
          <w:rFonts w:ascii="Times New Roman" w:hAnsi="Times New Roman" w:cs="Times New Roman"/>
          <w:sz w:val="20"/>
          <w:szCs w:val="20"/>
        </w:rPr>
        <w:t>shumë</w:t>
      </w:r>
      <w:proofErr w:type="spellEnd"/>
      <w:r w:rsidRPr="00AB014A">
        <w:rPr>
          <w:rFonts w:ascii="Times New Roman" w:hAnsi="Times New Roman" w:cs="Times New Roman"/>
          <w:sz w:val="20"/>
          <w:szCs w:val="20"/>
        </w:rPr>
        <w:t xml:space="preserve"> laps</w:t>
      </w:r>
      <w:r w:rsidR="00F42CFF" w:rsidRPr="00AB014A">
        <w:rPr>
          <w:rFonts w:ascii="Times New Roman" w:hAnsi="Times New Roman" w:cs="Times New Roman"/>
          <w:sz w:val="20"/>
          <w:szCs w:val="20"/>
        </w:rPr>
        <w:t xml:space="preserve"> </w:t>
      </w:r>
      <w:r w:rsidRPr="00AB014A">
        <w:rPr>
          <w:rFonts w:ascii="Times New Roman" w:hAnsi="Times New Roman" w:cs="Times New Roman"/>
          <w:sz w:val="20"/>
          <w:szCs w:val="20"/>
        </w:rPr>
        <w:t xml:space="preserve">e </w:t>
      </w:r>
      <w:proofErr w:type="spellStart"/>
      <w:r w:rsidRPr="00AB014A">
        <w:rPr>
          <w:rFonts w:ascii="Times New Roman" w:hAnsi="Times New Roman" w:cs="Times New Roman"/>
          <w:sz w:val="20"/>
          <w:szCs w:val="20"/>
        </w:rPr>
        <w:t>kalem</w:t>
      </w:r>
      <w:proofErr w:type="spellEnd"/>
      <w:r w:rsidRPr="00AB014A">
        <w:rPr>
          <w:rFonts w:ascii="Times New Roman" w:hAnsi="Times New Roman" w:cs="Times New Roman"/>
          <w:sz w:val="20"/>
          <w:szCs w:val="20"/>
        </w:rPr>
        <w:t xml:space="preserve">. Unë do flas popullorçe. Jam pensionist, kam sot e 60 pensione dhe nga 2013-ta dhe këtej, bashkitë të gjitha i janë me atyzim të rregullt. </w:t>
      </w:r>
      <w:r w:rsidRPr="00AB014A">
        <w:rPr>
          <w:rFonts w:ascii="Times New Roman" w:hAnsi="Times New Roman" w:cs="Times New Roman"/>
          <w:sz w:val="20"/>
          <w:szCs w:val="20"/>
          <w:lang w:val="it-IT"/>
        </w:rPr>
        <w:t>Po të marrësh para '13-ës, çdo bashki, e çdo. Nuk ka qenë në rregull, kurse këtej mbrapa janë bërë si fshatrat, si qyteti, edhe rrugët dhe këto prova janë dhënë se kemi dhënë shumë që ke tërmetin, ke apedemia, ke kjo përmbytja. Çdo gjë, çdo bashki, çdo bashki varet nga bashkia e madhe. Bashkia e madhe i ka kujdesur të gjitha bashkitë që janë në Durrës, duke përfshirë, duke përfshirë në përmbytje, janë në kontroll nga në fund, në si quhet ajo, në kufij me Tiranën dhe të gjitha janë në atyzim të rregullt. Prandaj, qoftë që thonë ata shokët andej, nuk janë asgjë në rregull. Dakord? Kjo po bëhet kështu. Ju përshëndes.</w:t>
      </w:r>
    </w:p>
    <w:p w14:paraId="17B31F5D" w14:textId="04C27CE9" w:rsidR="00F42CFF" w:rsidRPr="00AB014A"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Ju lutem, Morena. Po, ju lutem, mikrofonin. Po, ju lutem. Dhe pastaj, zotëria në qendër te kamera. Po, ju lutem. Është OK? </w:t>
      </w:r>
    </w:p>
    <w:p w14:paraId="343EA686" w14:textId="77777777" w:rsidR="00F42CFF" w:rsidRPr="00AB014A" w:rsidRDefault="00F42CFF" w:rsidP="00235D08">
      <w:pPr>
        <w:jc w:val="both"/>
        <w:rPr>
          <w:rFonts w:ascii="Times New Roman" w:hAnsi="Times New Roman" w:cs="Times New Roman"/>
          <w:sz w:val="20"/>
          <w:szCs w:val="20"/>
          <w:lang w:val="it-IT"/>
        </w:rPr>
      </w:pPr>
    </w:p>
    <w:p w14:paraId="661A005E" w14:textId="2E8A2537" w:rsidR="00F42CFF" w:rsidRPr="00AB014A" w:rsidRDefault="00F42CFF" w:rsidP="00235D08">
      <w:pPr>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Morena Boja</w:t>
      </w:r>
    </w:p>
    <w:p w14:paraId="00B1177A" w14:textId="77777777" w:rsidR="008C7B26"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lang w:val="it-IT"/>
        </w:rPr>
        <w:t xml:space="preserve">Përshëndetje të gjithëve. Unë quhem Morena Boja. E kam marrë të drejtën e fjalës sot e para si ish-anëtare e Këshillit Bashkiak në Bashkinë e Durrësit, por dhe si njohëse, le të themi, deri diku e mirë e reformës territoriale dhe duke qenë se merrem edhe me kërkime në lidhje me çështje të reformës territoriale dhe qeverisjes kryesisht lokale. Së pari, mendoj që reforma territoriale duhej rishikuar, sepse ne kemi arritur në konkluzion që reforma territoriale e 2014-ës, që u ndërmor me qëllim që të rriste efiçencën ose të përmirësonte shërbimet dhe të rriste autonominë financiare, sot nuk e ka më atë funksion, sepse ne jemi pothuajse më shumë se një dekadë nga reforma, pra janë më shumë se 10 vite dhe ne shikojmë që njësitë e vetëqeverisjes vendore kanë sërish po të njëjtin raport në përqindje në financat totale. Pra, pothuajse është diku tek 10% edhe mund të jetë rritur, por rritja është e papërfillshme dhe në raport me totalin overall të financave vendore, mendoj që është po sërish të 10%. Kështu që kjo tregon që decentralizimi nuk ka qenë i efektshëm dhe më shumë ka qenë një transferim përgjegjësisht sesa transferim real i burimeve financiare dhe ajo që vihet re është që bashkitë kanë më shumë detyra. Është e vërtetë, sepse në 2016-ën ju kaluan dhe disa funksione të tjera, por ama nuk kanë para. Pra, totali i financave publike është i njëjtë që nga i financave publike vendore, është i njëjtë që nga 2014-ta edhe deri sot. Ajo që unë do të sugjeroja përtej pëlqyeshmërive politike, sepse mendoj që të gjithë ne që jemi këtu kemi preferenca politike, nuk është keq të kesh preferenca politike ose të përfaqësosh forca të caktuara, por mendoj që është shumë keq që të përdorësh preferencat politike ose postet politike për të deformuar qoftë reformën ose shumë elementë të tjerë. Dhe mendoj që reforma territoriale, pra reforma e re territoriale, së pari duhet të garantojë një autonomi reale fiskale dhe financiare dhe kjo autonomi duhet të jetë reale, pra në përputhje me ligjin për financat vendore dhe në përputhje me Kartën Evropiane për Autonominë Vendore. Dhe ajo që është më e rëndësishme, mendoj sidomos për qarkun e Durrësit, është që duhet të rishikohet organizimi i bashkive, sepse siç u përmend më parë, ka vështirësi jo vetëm në marrjen e shërbimeve, sepse mendoj që janë të lidhura bashkë, pra reforma, territori, shërbimet edhe financat. Pra, ka vështirësi jo vetëm në marrjen e shërbimeve, por më së shumti ka ish-komuna që më parë performonin shumë mirë dhe në to investoheshin dhe sot, falë reformës së re territoriale, nuk ka asnjë investim, siç mund të jetë rasti i Ishmit apo edhe rasti i ish-komunës së Xhavzotait, që tani është pjesë me Shijahun, por që investimet janë ato që kanë qenë më parë dhe sot është pothuajse </w:t>
      </w:r>
      <w:r w:rsidRPr="00AB014A">
        <w:rPr>
          <w:rFonts w:ascii="Times New Roman" w:hAnsi="Times New Roman" w:cs="Times New Roman"/>
          <w:sz w:val="20"/>
          <w:szCs w:val="20"/>
          <w:lang w:val="it-IT"/>
        </w:rPr>
        <w:lastRenderedPageBreak/>
        <w:t xml:space="preserve">jashtë investimeve infrastrukturore. </w:t>
      </w:r>
      <w:r w:rsidRPr="00AB014A">
        <w:rPr>
          <w:rFonts w:ascii="Times New Roman" w:hAnsi="Times New Roman" w:cs="Times New Roman"/>
          <w:sz w:val="20"/>
          <w:szCs w:val="20"/>
        </w:rPr>
        <w:t xml:space="preserve">OK, e </w:t>
      </w:r>
      <w:proofErr w:type="spellStart"/>
      <w:r w:rsidRPr="00AB014A">
        <w:rPr>
          <w:rFonts w:ascii="Times New Roman" w:hAnsi="Times New Roman" w:cs="Times New Roman"/>
          <w:sz w:val="20"/>
          <w:szCs w:val="20"/>
        </w:rPr>
        <w:t>kalova</w:t>
      </w:r>
      <w:proofErr w:type="spellEnd"/>
      <w:r w:rsidRPr="00AB014A">
        <w:rPr>
          <w:rFonts w:ascii="Times New Roman" w:hAnsi="Times New Roman" w:cs="Times New Roman"/>
          <w:sz w:val="20"/>
          <w:szCs w:val="20"/>
        </w:rPr>
        <w:t xml:space="preserve">. It's OK. </w:t>
      </w: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Kemi toleruar një numër. E përmbyllim, ju lutem. Duhet të dëgjojmë atë që themi, se shiko që jemi më të shqetësuar te minutat sesa te ajo që themi ne. </w:t>
      </w:r>
    </w:p>
    <w:p w14:paraId="019D7750" w14:textId="77777777" w:rsidR="008C7B26" w:rsidRPr="00AB014A" w:rsidRDefault="008C7B26" w:rsidP="00235D08">
      <w:pPr>
        <w:jc w:val="both"/>
        <w:rPr>
          <w:rFonts w:ascii="Times New Roman" w:hAnsi="Times New Roman" w:cs="Times New Roman"/>
          <w:sz w:val="20"/>
          <w:szCs w:val="20"/>
        </w:rPr>
      </w:pPr>
    </w:p>
    <w:p w14:paraId="6956EA28" w14:textId="77777777" w:rsidR="008C7B26" w:rsidRPr="00AB014A" w:rsidRDefault="004A0371" w:rsidP="00235D08">
      <w:pPr>
        <w:jc w:val="both"/>
        <w:rPr>
          <w:rFonts w:ascii="Times New Roman" w:hAnsi="Times New Roman" w:cs="Times New Roman"/>
          <w:sz w:val="20"/>
          <w:szCs w:val="20"/>
        </w:rPr>
      </w:pP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Ju faleminderit. Për korrektesë, kemi toleruar një numër folësish, prandaj kërkoj mirëkuptimin tuaj. Zotëria në qendër, pastaj zotëria. Po, </w:t>
      </w:r>
      <w:proofErr w:type="spellStart"/>
      <w:r w:rsidRPr="00AB014A">
        <w:rPr>
          <w:rFonts w:ascii="Times New Roman" w:hAnsi="Times New Roman" w:cs="Times New Roman"/>
          <w:sz w:val="20"/>
          <w:szCs w:val="20"/>
        </w:rPr>
        <w:t>zotëria</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në</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qendër</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pastaj</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zotëria</w:t>
      </w:r>
      <w:proofErr w:type="spellEnd"/>
      <w:r w:rsidRPr="00AB014A">
        <w:rPr>
          <w:rFonts w:ascii="Times New Roman" w:hAnsi="Times New Roman" w:cs="Times New Roman"/>
          <w:sz w:val="20"/>
          <w:szCs w:val="20"/>
        </w:rPr>
        <w:t>.</w:t>
      </w:r>
    </w:p>
    <w:p w14:paraId="35EE9E8F" w14:textId="1E45B00A" w:rsidR="008C7B26" w:rsidRPr="00AB014A" w:rsidRDefault="008C7B26" w:rsidP="00235D08">
      <w:pPr>
        <w:jc w:val="both"/>
        <w:rPr>
          <w:rFonts w:ascii="Times New Roman" w:hAnsi="Times New Roman" w:cs="Times New Roman"/>
          <w:sz w:val="20"/>
          <w:szCs w:val="20"/>
        </w:rPr>
      </w:pPr>
    </w:p>
    <w:p w14:paraId="727F2C2C" w14:textId="7B270244" w:rsidR="008C7B26" w:rsidRPr="00AB014A" w:rsidRDefault="008C7B26" w:rsidP="00235D08">
      <w:pPr>
        <w:jc w:val="both"/>
        <w:rPr>
          <w:rFonts w:ascii="Times New Roman" w:hAnsi="Times New Roman" w:cs="Times New Roman"/>
          <w:b/>
          <w:bCs/>
          <w:sz w:val="20"/>
          <w:szCs w:val="20"/>
        </w:rPr>
      </w:pPr>
      <w:r w:rsidRPr="00AB014A">
        <w:rPr>
          <w:rFonts w:ascii="Times New Roman" w:hAnsi="Times New Roman" w:cs="Times New Roman"/>
          <w:b/>
          <w:bCs/>
          <w:sz w:val="20"/>
          <w:szCs w:val="20"/>
        </w:rPr>
        <w:t xml:space="preserve">Nuk u </w:t>
      </w:r>
      <w:proofErr w:type="spellStart"/>
      <w:r w:rsidRPr="00AB014A">
        <w:rPr>
          <w:rFonts w:ascii="Times New Roman" w:hAnsi="Times New Roman" w:cs="Times New Roman"/>
          <w:b/>
          <w:bCs/>
          <w:sz w:val="20"/>
          <w:szCs w:val="20"/>
        </w:rPr>
        <w:t>prezantua</w:t>
      </w:r>
      <w:proofErr w:type="spellEnd"/>
    </w:p>
    <w:p w14:paraId="2CBB0E7C" w14:textId="15AC04F6" w:rsidR="008C7B26"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rPr>
        <w:t xml:space="preserve"> Mirëmbrëma të gjithëve. Përshëndes të gjithë qytetarët e Durrësit, të gjithë pjesëmarrësit, njëkohësisht edhe panelin. Tani dy gjëra kam për të thënë shkurt, shpejt e shpejt. Ju përshëndes njëherë përkrahësit që jeni mbledhur aty në komision. Është një gjë shumë e rëndësishme për reformën alternative. Për mendimin tim, unë jam banori i Krujës. Jo, lutem, banues në Rinas. Sa më lehtë. Deri tani, kjo reformë territoriale ka funksionuar shumë mirë për në Krujë. Janë bërë investime shumë të dukshme. Aty janë investimet, ato që flasin ndryshe, çkojtë që shohin. Rehabilitimi i lumit Zezës, që para </w:t>
      </w:r>
      <w:proofErr w:type="spellStart"/>
      <w:r w:rsidRPr="00AB014A">
        <w:rPr>
          <w:rFonts w:ascii="Times New Roman" w:hAnsi="Times New Roman" w:cs="Times New Roman"/>
          <w:sz w:val="20"/>
          <w:szCs w:val="20"/>
        </w:rPr>
        <w:t>reformës</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territoriale</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i</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lumit</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Zezës</w:t>
      </w:r>
      <w:proofErr w:type="spellEnd"/>
      <w:r w:rsidRPr="00AB014A">
        <w:rPr>
          <w:rFonts w:ascii="Times New Roman" w:hAnsi="Times New Roman" w:cs="Times New Roman"/>
          <w:sz w:val="20"/>
          <w:szCs w:val="20"/>
        </w:rPr>
        <w:t xml:space="preserve">, </w:t>
      </w:r>
      <w:proofErr w:type="spellStart"/>
      <w:r w:rsidR="004D0F9D" w:rsidRPr="00AB014A">
        <w:rPr>
          <w:rFonts w:ascii="Times New Roman" w:hAnsi="Times New Roman" w:cs="Times New Roman"/>
          <w:sz w:val="20"/>
          <w:szCs w:val="20"/>
        </w:rPr>
        <w:t>F</w:t>
      </w:r>
      <w:r w:rsidRPr="00AB014A">
        <w:rPr>
          <w:rFonts w:ascii="Times New Roman" w:hAnsi="Times New Roman" w:cs="Times New Roman"/>
          <w:sz w:val="20"/>
          <w:szCs w:val="20"/>
        </w:rPr>
        <w:t>ushkruja</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përmbyste</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dy</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herë</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në</w:t>
      </w:r>
      <w:proofErr w:type="spellEnd"/>
      <w:r w:rsidRPr="00AB014A">
        <w:rPr>
          <w:rFonts w:ascii="Times New Roman" w:hAnsi="Times New Roman" w:cs="Times New Roman"/>
          <w:sz w:val="20"/>
          <w:szCs w:val="20"/>
        </w:rPr>
        <w:t xml:space="preserve"> vit, ka nga 2015-ta këtej. Është shkëlqyer. </w:t>
      </w:r>
      <w:proofErr w:type="spellStart"/>
      <w:r w:rsidRPr="00AB014A">
        <w:rPr>
          <w:rFonts w:ascii="Times New Roman" w:hAnsi="Times New Roman" w:cs="Times New Roman"/>
          <w:sz w:val="20"/>
          <w:szCs w:val="20"/>
        </w:rPr>
        <w:t>Rruga</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nga</w:t>
      </w:r>
      <w:proofErr w:type="spellEnd"/>
      <w:r w:rsidRPr="00AB014A">
        <w:rPr>
          <w:rFonts w:ascii="Times New Roman" w:hAnsi="Times New Roman" w:cs="Times New Roman"/>
          <w:sz w:val="20"/>
          <w:szCs w:val="20"/>
        </w:rPr>
        <w:t xml:space="preserve"> </w:t>
      </w:r>
      <w:proofErr w:type="spellStart"/>
      <w:r w:rsidR="008C7B26" w:rsidRPr="00AB014A">
        <w:rPr>
          <w:rFonts w:ascii="Times New Roman" w:hAnsi="Times New Roman" w:cs="Times New Roman"/>
          <w:sz w:val="20"/>
          <w:szCs w:val="20"/>
        </w:rPr>
        <w:t>F</w:t>
      </w:r>
      <w:r w:rsidRPr="00AB014A">
        <w:rPr>
          <w:rFonts w:ascii="Times New Roman" w:hAnsi="Times New Roman" w:cs="Times New Roman"/>
          <w:sz w:val="20"/>
          <w:szCs w:val="20"/>
        </w:rPr>
        <w:t>ush</w:t>
      </w:r>
      <w:r w:rsidR="008C7B26" w:rsidRPr="00AB014A">
        <w:rPr>
          <w:rFonts w:ascii="Times New Roman" w:hAnsi="Times New Roman" w:cs="Times New Roman"/>
          <w:sz w:val="20"/>
          <w:szCs w:val="20"/>
        </w:rPr>
        <w:t>ë</w:t>
      </w:r>
      <w:proofErr w:type="spellEnd"/>
      <w:r w:rsidR="008C7B26" w:rsidRPr="00AB014A">
        <w:rPr>
          <w:rFonts w:ascii="Times New Roman" w:hAnsi="Times New Roman" w:cs="Times New Roman"/>
          <w:sz w:val="20"/>
          <w:szCs w:val="20"/>
        </w:rPr>
        <w:t xml:space="preserve"> K</w:t>
      </w:r>
      <w:r w:rsidRPr="00AB014A">
        <w:rPr>
          <w:rFonts w:ascii="Times New Roman" w:hAnsi="Times New Roman" w:cs="Times New Roman"/>
          <w:sz w:val="20"/>
          <w:szCs w:val="20"/>
        </w:rPr>
        <w:t xml:space="preserve">ruja </w:t>
      </w:r>
      <w:proofErr w:type="spellStart"/>
      <w:r w:rsidRPr="00AB014A">
        <w:rPr>
          <w:rFonts w:ascii="Times New Roman" w:hAnsi="Times New Roman" w:cs="Times New Roman"/>
          <w:sz w:val="20"/>
          <w:szCs w:val="20"/>
        </w:rPr>
        <w:t>në</w:t>
      </w:r>
      <w:proofErr w:type="spellEnd"/>
      <w:r w:rsidRPr="00AB014A">
        <w:rPr>
          <w:rFonts w:ascii="Times New Roman" w:hAnsi="Times New Roman" w:cs="Times New Roman"/>
          <w:sz w:val="20"/>
          <w:szCs w:val="20"/>
        </w:rPr>
        <w:t xml:space="preserve"> Fuman, Unaza e </w:t>
      </w:r>
      <w:proofErr w:type="spellStart"/>
      <w:r w:rsidR="008C7B26" w:rsidRPr="00AB014A">
        <w:rPr>
          <w:rFonts w:ascii="Times New Roman" w:hAnsi="Times New Roman" w:cs="Times New Roman"/>
          <w:sz w:val="20"/>
          <w:szCs w:val="20"/>
        </w:rPr>
        <w:t>F</w:t>
      </w:r>
      <w:r w:rsidRPr="00AB014A">
        <w:rPr>
          <w:rFonts w:ascii="Times New Roman" w:hAnsi="Times New Roman" w:cs="Times New Roman"/>
          <w:sz w:val="20"/>
          <w:szCs w:val="20"/>
        </w:rPr>
        <w:t>ush</w:t>
      </w:r>
      <w:r w:rsidR="008C7B26" w:rsidRPr="00AB014A">
        <w:rPr>
          <w:rFonts w:ascii="Times New Roman" w:hAnsi="Times New Roman" w:cs="Times New Roman"/>
          <w:sz w:val="20"/>
          <w:szCs w:val="20"/>
        </w:rPr>
        <w:t>ë</w:t>
      </w:r>
      <w:proofErr w:type="spellEnd"/>
      <w:r w:rsidR="008C7B26" w:rsidRPr="00AB014A">
        <w:rPr>
          <w:rFonts w:ascii="Times New Roman" w:hAnsi="Times New Roman" w:cs="Times New Roman"/>
          <w:sz w:val="20"/>
          <w:szCs w:val="20"/>
        </w:rPr>
        <w:t xml:space="preserve"> </w:t>
      </w:r>
      <w:proofErr w:type="spellStart"/>
      <w:r w:rsidR="008C7B26" w:rsidRPr="00AB014A">
        <w:rPr>
          <w:rFonts w:ascii="Times New Roman" w:hAnsi="Times New Roman" w:cs="Times New Roman"/>
          <w:sz w:val="20"/>
          <w:szCs w:val="20"/>
        </w:rPr>
        <w:t>K</w:t>
      </w:r>
      <w:r w:rsidRPr="00AB014A">
        <w:rPr>
          <w:rFonts w:ascii="Times New Roman" w:hAnsi="Times New Roman" w:cs="Times New Roman"/>
          <w:sz w:val="20"/>
          <w:szCs w:val="20"/>
        </w:rPr>
        <w:t>rujës</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qyteti</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i</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Krujës</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edhe</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zonat</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rurale</w:t>
      </w:r>
      <w:proofErr w:type="spellEnd"/>
      <w:r w:rsidRPr="00AB014A">
        <w:rPr>
          <w:rFonts w:ascii="Times New Roman" w:hAnsi="Times New Roman" w:cs="Times New Roman"/>
          <w:sz w:val="20"/>
          <w:szCs w:val="20"/>
        </w:rPr>
        <w:t xml:space="preserve"> me shkolla, me ambulanca, me të gjitha janë perfekt. Ka problematika, kjo nuk mohet dhe as nuk u ndërmend më në një viti, as një mandati. Ato do ekzistojnë, do bëhen, por për mendimin tim personal dhe të komunitetit ku unë bëj pjesë, kjo reformë është shumë efektive. Njëkohësisht, njësive administrative me aktet e ligjore duhet t'u jepet më shumë kompetenca për shumë gjëra të tjera, por si ndarje territoriale është shumë efektive. Para 2015-ës që kam pasur këtu. Ju përshëndes të gjithëve. Suksese. </w:t>
      </w:r>
    </w:p>
    <w:p w14:paraId="48AC1AF3" w14:textId="77777777" w:rsidR="008C7B26" w:rsidRPr="00AB014A" w:rsidRDefault="004A0371" w:rsidP="00235D08">
      <w:pPr>
        <w:jc w:val="both"/>
        <w:rPr>
          <w:rFonts w:ascii="Times New Roman" w:hAnsi="Times New Roman" w:cs="Times New Roman"/>
          <w:sz w:val="20"/>
          <w:szCs w:val="20"/>
        </w:rPr>
      </w:pP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Po, a mund t'ia japim zotërisë? Meqë ia dhashë, pastaj do t'jua kaloj juve. Ju lutem, zotëria. Po, do flisni të gjithë. Do flisni. </w:t>
      </w:r>
    </w:p>
    <w:p w14:paraId="501C71AC" w14:textId="5F8AE866" w:rsidR="008C7B26" w:rsidRPr="00AB014A" w:rsidRDefault="008C7B26" w:rsidP="00235D08">
      <w:pPr>
        <w:jc w:val="both"/>
        <w:rPr>
          <w:rFonts w:ascii="Times New Roman" w:hAnsi="Times New Roman" w:cs="Times New Roman"/>
          <w:b/>
          <w:bCs/>
          <w:sz w:val="20"/>
          <w:szCs w:val="20"/>
        </w:rPr>
      </w:pPr>
      <w:r w:rsidRPr="00AB014A">
        <w:rPr>
          <w:rFonts w:ascii="Times New Roman" w:hAnsi="Times New Roman" w:cs="Times New Roman"/>
          <w:b/>
          <w:bCs/>
          <w:sz w:val="20"/>
          <w:szCs w:val="20"/>
        </w:rPr>
        <w:t xml:space="preserve">Nuk u </w:t>
      </w:r>
      <w:proofErr w:type="spellStart"/>
      <w:r w:rsidRPr="00AB014A">
        <w:rPr>
          <w:rFonts w:ascii="Times New Roman" w:hAnsi="Times New Roman" w:cs="Times New Roman"/>
          <w:b/>
          <w:bCs/>
          <w:sz w:val="20"/>
          <w:szCs w:val="20"/>
        </w:rPr>
        <w:t>prezantua</w:t>
      </w:r>
      <w:proofErr w:type="spellEnd"/>
    </w:p>
    <w:p w14:paraId="4A7B287C" w14:textId="77777777" w:rsidR="008C7B26" w:rsidRPr="00AB014A" w:rsidRDefault="004A0371" w:rsidP="00235D08">
      <w:pPr>
        <w:jc w:val="both"/>
        <w:rPr>
          <w:rFonts w:ascii="Times New Roman" w:hAnsi="Times New Roman" w:cs="Times New Roman"/>
          <w:sz w:val="20"/>
          <w:szCs w:val="20"/>
        </w:rPr>
      </w:pPr>
      <w:r w:rsidRPr="00AB014A">
        <w:rPr>
          <w:rFonts w:ascii="Times New Roman" w:hAnsi="Times New Roman" w:cs="Times New Roman"/>
          <w:sz w:val="20"/>
          <w:szCs w:val="20"/>
        </w:rPr>
        <w:t xml:space="preserve">Ere, </w:t>
      </w:r>
      <w:proofErr w:type="spellStart"/>
      <w:r w:rsidRPr="00AB014A">
        <w:rPr>
          <w:rFonts w:ascii="Times New Roman" w:hAnsi="Times New Roman" w:cs="Times New Roman"/>
          <w:sz w:val="20"/>
          <w:szCs w:val="20"/>
        </w:rPr>
        <w:t>ju</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ju</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falenderojmë</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për</w:t>
      </w:r>
      <w:proofErr w:type="spellEnd"/>
      <w:r w:rsidRPr="00AB014A">
        <w:rPr>
          <w:rFonts w:ascii="Times New Roman" w:hAnsi="Times New Roman" w:cs="Times New Roman"/>
          <w:sz w:val="20"/>
          <w:szCs w:val="20"/>
        </w:rPr>
        <w:t xml:space="preserve"> takimin. Unë desha të theksoj disa probleme që janë të lidhura me reformën. Natyrisht që edhe takimet janë mjaft të mira dhe mjaft dobishme, por këtu duam që të shikojmë të jemi më konkretë, më të afërt me realitetin. Siç thotë edhe agolli i madh në një bark, thotë që jeta e njeriut dhe veprimet e tij fillojnë nga kokra e grurit deri te qeveria. Fillojnë nga familja, nga tryeza dhe pastaj kalojnë më lart tek pushteti. Tani, unë e shikoj përshtatësisht. Jam banori i lagjes së 17, rajoni gjashtë, Durrës. I përkasim zakonisht Durrësit të Ri, siç e quajmë. Mirëpo, po ta shikojmë në të gjitha ato labirintet e saja, në të gjithë jetën, në të gjitha aktivitetet, në të gjitha investimet që janë kryer, shikojmë që kemi dy qytete që ndryshojnë nga njëri-tjetri. Ne kemi patur më shumë nevojë, ndoshta edhe për ndihma. Dakord, janë bërë, por unë diçkoj që këtu ngelen më shumë gjërat te fusha e studimeve. Unë jam pensionist, jam 74-vjeçar. Si unë, përshtatësisht, në qoftë se do majmë zonën, janë rreth 40% e banorëve, sepse edhe ju e dini realitetin mjaft mirë. Po kështu, kemi 20% që janë fëmijë që shkojnë në kopshte, nga çerdhja, duke filluar në kopshte edhe në arsimin shkollor. Tani, a është bërë një studim vetëm po majmë nga bashkia, përshtatësisht, ose aq më po kalojmë më afër te komuna në lidhje me moshën, ose në lidhje me fëmijët, ose në lidhje me nënat, sepse shumica e të rinjve, ose një pjesë e fuqisë punëtore, janë larguar. Unë shikoj që as nuk është parë diçka e tillë. Ja, për shembull, në qoftë se do majmë rreth 25.000 banorë që kishte, se ndoshta tani janë edhe në rënie në këtë zonë, të jemi konkretë, sepse nuk dua që të bëjmë politizime. Në qoftë se ne do majmë një udhëtim në të gjitha lagjet, do shikojmë që jo, nuk ke një kënd, jo, nuk ke një park, por nuk ke edhe një stol ku të ulesh. Pra, që thonë me madhësi, janë bërë rrugë. Nuk e di se çfarë rrugësh janë. Pra, nuk ke një mjedis, nuk ke një ndërren. Shikon të moshuar, ndoshta i shikon rrugëve të qytetit, shikon fëmijë që luajnë në atë rrugën </w:t>
      </w:r>
      <w:r w:rsidRPr="00AB014A">
        <w:rPr>
          <w:rFonts w:ascii="Times New Roman" w:hAnsi="Times New Roman" w:cs="Times New Roman"/>
          <w:sz w:val="20"/>
          <w:szCs w:val="20"/>
        </w:rPr>
        <w:lastRenderedPageBreak/>
        <w:t xml:space="preserve">pesëmetërshe, do thënë, përmes makinave që kalojnë nga njëri nga njëra anë në anën tjetër, që rrit edhe rrit edhe rrezikshmërinë. Siç ndodhi, përshtatësisht, ne nuk duhet që të politizojmë rastin, po si arrest, përshtatësisht, ka pasur rrezike, ka pasur rrezikime edhe më parë. Pra, kanë ndodhur shumë ngjarje. Tjetër, nuk ka një kopsht. Vetëm një kopsht është komuna. Domethënë, kur themi nuk ka një kopsht në 20.000 banorë, çfarë mund të mendohet? Mendoni tani, po flasim për fakte. Nuk është bërë atë, nuk është puna që të bëjmë retorikë për të mohuar apo për të pohuar. Jo, ne gjithmonë i referohemi realitetit. Pra, mungon gjithçka. Përmbytja që është bërë, është bërë sepse rrugët, kanalet kanë qenë të bllokuar. Investimet që janë bërë, pikërisht tubacionet, unë jam qenë nga '94-ta këtu, i di të gjitha, i kam parë me sytë e mi. Janë bërë, do të thënë, me tuba, përshtatësisht, 200, aq sa mund të bëjë një lagje, aq sa mund të bëjë një shtëpi. Pra, të gjitha janë shkaqe objektive, mungesa e kontrollit. Tjetër, dua që raporti mes pushtetit, do të thënë, mes bashkisë edhe komunës, duhet që të zbutet, që komuna të ketë më shumë fuqi në mënyrë të tillë, sepse po të shkosh ti tek drejtuesi i komunës, thotë: "Nuk kam fuqi, nuk kam një projekt, nuk kam një ide." Pra, do të thënë, ata i shikojnë inekzistent. Pra, realiteti i shikon që është shumë. Tani, unë dua që ky raport të ndryshohej edhe duhet të jemi konkretë. </w:t>
      </w:r>
    </w:p>
    <w:p w14:paraId="726C06CD" w14:textId="77777777" w:rsidR="008C7B26" w:rsidRPr="00AB014A" w:rsidRDefault="004A0371" w:rsidP="00235D08">
      <w:pPr>
        <w:jc w:val="both"/>
        <w:rPr>
          <w:rFonts w:ascii="Times New Roman" w:hAnsi="Times New Roman" w:cs="Times New Roman"/>
          <w:sz w:val="20"/>
          <w:szCs w:val="20"/>
        </w:rPr>
      </w:pP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Ëh, ka depozituar që përpara se të fillojë ky </w:t>
      </w:r>
      <w:proofErr w:type="spellStart"/>
      <w:r w:rsidRPr="00AB014A">
        <w:rPr>
          <w:rFonts w:ascii="Times New Roman" w:hAnsi="Times New Roman" w:cs="Times New Roman"/>
          <w:sz w:val="20"/>
          <w:szCs w:val="20"/>
        </w:rPr>
        <w:t>takim</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ëh</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shoqëria</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nga</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shoqëria</w:t>
      </w:r>
      <w:proofErr w:type="spellEnd"/>
      <w:r w:rsidRPr="00AB014A">
        <w:rPr>
          <w:rFonts w:ascii="Times New Roman" w:hAnsi="Times New Roman" w:cs="Times New Roman"/>
          <w:sz w:val="20"/>
          <w:szCs w:val="20"/>
        </w:rPr>
        <w:t xml:space="preserve"> civile, </w:t>
      </w:r>
      <w:proofErr w:type="spellStart"/>
      <w:r w:rsidRPr="00AB014A">
        <w:rPr>
          <w:rFonts w:ascii="Times New Roman" w:hAnsi="Times New Roman" w:cs="Times New Roman"/>
          <w:sz w:val="20"/>
          <w:szCs w:val="20"/>
        </w:rPr>
        <w:t>Miriami</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ku</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është</w:t>
      </w:r>
      <w:proofErr w:type="spellEnd"/>
      <w:r w:rsidRPr="00AB014A">
        <w:rPr>
          <w:rFonts w:ascii="Times New Roman" w:hAnsi="Times New Roman" w:cs="Times New Roman"/>
          <w:sz w:val="20"/>
          <w:szCs w:val="20"/>
        </w:rPr>
        <w:t xml:space="preserve">? Se që po, ju lutem. </w:t>
      </w:r>
    </w:p>
    <w:p w14:paraId="06A04328" w14:textId="58EA035C" w:rsidR="008C7B26" w:rsidRPr="00AB014A" w:rsidRDefault="008C7B26" w:rsidP="00235D08">
      <w:pPr>
        <w:jc w:val="both"/>
        <w:rPr>
          <w:rFonts w:ascii="Times New Roman" w:hAnsi="Times New Roman" w:cs="Times New Roman"/>
          <w:sz w:val="20"/>
          <w:szCs w:val="20"/>
        </w:rPr>
      </w:pPr>
    </w:p>
    <w:p w14:paraId="248FD28A" w14:textId="3C8CC41C" w:rsidR="008C7B26" w:rsidRPr="00AB014A" w:rsidRDefault="008C7B26" w:rsidP="00235D08">
      <w:pPr>
        <w:jc w:val="both"/>
        <w:rPr>
          <w:rFonts w:ascii="Times New Roman" w:hAnsi="Times New Roman" w:cs="Times New Roman"/>
          <w:b/>
          <w:bCs/>
          <w:sz w:val="20"/>
          <w:szCs w:val="20"/>
        </w:rPr>
      </w:pPr>
      <w:r w:rsidRPr="00AB014A">
        <w:rPr>
          <w:rFonts w:ascii="Times New Roman" w:hAnsi="Times New Roman" w:cs="Times New Roman"/>
          <w:b/>
          <w:bCs/>
          <w:sz w:val="20"/>
          <w:szCs w:val="20"/>
        </w:rPr>
        <w:t>Miriam Reçi</w:t>
      </w:r>
    </w:p>
    <w:p w14:paraId="108BFCFE" w14:textId="77777777" w:rsidR="000C012B" w:rsidRPr="00AB014A" w:rsidRDefault="004A0371" w:rsidP="00235D08">
      <w:pPr>
        <w:jc w:val="both"/>
        <w:rPr>
          <w:rFonts w:ascii="Times New Roman" w:hAnsi="Times New Roman" w:cs="Times New Roman"/>
          <w:sz w:val="20"/>
          <w:szCs w:val="20"/>
        </w:rPr>
      </w:pPr>
      <w:proofErr w:type="spellStart"/>
      <w:r w:rsidRPr="00AB014A">
        <w:rPr>
          <w:rFonts w:ascii="Times New Roman" w:hAnsi="Times New Roman" w:cs="Times New Roman"/>
          <w:sz w:val="20"/>
          <w:szCs w:val="20"/>
        </w:rPr>
        <w:t>Përshëndetje</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Miriam Reçi, Qendra e Zhvillimit të Shoqërisë Civile në Durrës, përfaqësuese e rrjetit POP, përballje e ofertave politike. Ju falenderoj për aktivitetin e sotëm, shumë interesant, edhe për debatin, edhe për dinamikat. Si rrjet POP, ne po ndjekim me shumë vëmendje dhe shumë angazhim të gjithë reformën territoriale administrative, duke qenë se jemi të interesuar në këto procese, meqënëse ka pjesë të publikut në vendimmarrje dhe padyshim që jemi dakord me një pjesë të konstatimeve këtu, qoftë të arritjeve, qoftë për nevojave për ndryshime. Kryesisht, ne kemi hasur në disa. Pesë ka një boshllëk në raport me reformën territoriale administrative të vitit 2014 dhe shkurtimisht do të rekomandonim këto elemente. U përmend këtu pak më përpara, në mos gaboj, nga zoti Kalaja, po jo vetëm, edhe nga përfaqësues të tjerë, që reforma duhet të përshkohet edhe nga një referendum lokal, i cili do të jetë i domosdoshëm, i nevojshëm, duke konsideruar si një moment thelbësor, por edhe final, të të gjithë proceseve të konsultimit që po bëhen. Pra, pas një analize të hollësishme, por edhe pas, le të themi, konstatimeve dhe vlerësimeve, do të duhet të përmbyllet me anë të një referendumi publik, në mënyrë që zëri i qytetarëve të dëgjohet. Dhe e thënë kjo, mbështetet jo vetëm në Kartën Evropiane të vetëqeverisjes vendore, që ju përmendët, është një parim kushtetues për marrjen e mendimit të popullatës, është edhe një parim i qeverisjes së mirë. Kështu që ky moment duhet parë i rëndësishëm për të vlerësuar dhe për të parë një ndryshim nga reformat e mëparshme. Konstatimi ynë tjetër që shohim nëpërmjet monitorimeve tona, edhe të kontratës sociale, si një mekanizëm interesant për koordinimin e publikut dhe popullsisë me vendimmarrjen, lidhet me përfaqësimin e grave në politikëbërje dhe në vendimet lokale, kryesisht. Ka një rritje të numrit të grave përfaqësuese në këshillat bashkiak, por jo vetëm, edhe në pozicione vendimmarrëse. Por kjo rritje ne shohim që është sipërfaqësore në kuptimin jo cilësor. Pra, në ato sektorë që kanë të bëjnë kryesisht me financat, me investimet apo me planifikimin urban, nuk ka një përfaqësim të barabartë, le të themi, ose të merituar. Elementi tjetër që ne kemi konstatuar është që u përmend këtu mënyra e shtrirjes së investimeve nga publiku perceptohet si jo e barabartë. Pra, konsiderohet që banorët e zonave rurale, edhe ju vetë e dëgjuat pak më përpara, e perceptojnë, e kuptojnë që investimet janë të përqendruara në zonat urbane dhe zonat rurale janë të mbetura prapa. Elementi tjetër që u përmend këtu është konsultimet, i bazuar mbi të drejtën e informimit dhe të konsultimit. Konsultime janë bërë dhe dëgjesa janë bërë. Problemi që ne shohim edhe evidentojmë është fakti, pasi opinionet publike mblidhen, çfarë bëhet me to, si pasqyrohen në politikat lokale apo edhe më gjerë qendrore? A është ky një proces sipërfaqësor ose i fragmentarizuar, i segmentuar, apo shkon deri në fund? Pra, ka një </w:t>
      </w:r>
      <w:r w:rsidRPr="00AB014A">
        <w:rPr>
          <w:rFonts w:ascii="Times New Roman" w:hAnsi="Times New Roman" w:cs="Times New Roman"/>
          <w:sz w:val="20"/>
          <w:szCs w:val="20"/>
        </w:rPr>
        <w:lastRenderedPageBreak/>
        <w:t xml:space="preserve">mekanizëm që e çon pasqyrimin e asaj çfarë popullata ose komuniteti ka thënë mbrapsht në popullatë. Kjo është një gjë për t'u kuptuar dhe për t'u reflektuar, sepse dukshëm është diçka që nuk ka funksionuar. Elementi tjetër është mekanizmat që do të duhet të mirëfunksionojnë në raportin me reformën që po ndërmerret, siç janë, për shembull, siç është dëgjesa publike për buxhetimin me pjesëmarrje, të cilat, për të thënë të vërtetën, janë bërë dhe kanë pasur përmirësime vit pas viti, por personat që kanë marrë pjesë në këto dëgjes, përfaqësimi në nivel komunitar dhe përfaqësimi në nivelin e mendimeve dhe shqetësimeve që janë ngritur, lënë për të dëshiruar. Nga ana tjetër, duhet të ketë këshilla komunitare që të çojnë nga ana e publikut mendimin në nivelin vendimmarrës dhe, së fundi, do të duhet disa platforma, pse jo edhe dixhitale, që të kombinohet shoqëria civile, biznesi, pushteti lokal dhe qendror me komunitetin. </w:t>
      </w:r>
    </w:p>
    <w:p w14:paraId="60EE8581" w14:textId="77777777" w:rsidR="000C012B" w:rsidRPr="00AB014A" w:rsidRDefault="000C012B" w:rsidP="00235D08">
      <w:pPr>
        <w:jc w:val="both"/>
        <w:rPr>
          <w:rFonts w:ascii="Times New Roman" w:hAnsi="Times New Roman" w:cs="Times New Roman"/>
          <w:sz w:val="20"/>
          <w:szCs w:val="20"/>
        </w:rPr>
      </w:pPr>
    </w:p>
    <w:p w14:paraId="5982C242" w14:textId="5EB64C77" w:rsidR="004D0F9D" w:rsidRPr="00AB014A" w:rsidRDefault="004A0371" w:rsidP="00235D08">
      <w:pPr>
        <w:jc w:val="both"/>
        <w:rPr>
          <w:rFonts w:ascii="Times New Roman" w:hAnsi="Times New Roman" w:cs="Times New Roman"/>
          <w:sz w:val="20"/>
          <w:szCs w:val="20"/>
        </w:rPr>
      </w:pPr>
      <w:proofErr w:type="spellStart"/>
      <w:r w:rsidRPr="00AB014A">
        <w:rPr>
          <w:rFonts w:ascii="Times New Roman" w:hAnsi="Times New Roman" w:cs="Times New Roman"/>
          <w:sz w:val="20"/>
          <w:szCs w:val="20"/>
        </w:rPr>
        <w:t>Faleminderit</w:t>
      </w:r>
      <w:proofErr w:type="spellEnd"/>
      <w:r w:rsidRPr="00AB014A">
        <w:rPr>
          <w:rFonts w:ascii="Times New Roman" w:hAnsi="Times New Roman" w:cs="Times New Roman"/>
          <w:sz w:val="20"/>
          <w:szCs w:val="20"/>
        </w:rPr>
        <w:t xml:space="preserve">. Faleminderit. Duke mirëkuptuar kërkesën për të dëgjuar dhe për të kontribuar në këtë komunikim me qytetarët, kërkoj mirëkuptimin tuaj, pasi kemi kaluar çdo kohë. Ftoj të gjithë ata qytetarë, por edhe individë të angazhuar, të cilët nuk kanë mundur të komunikojnë sot, të aksesojnë përmes kodit që gjeni në karriget tuaja, platformën e parlamentit dhe të ndani aty sugjerimet tuaja. Ia kaloj fjalën dy bashkëdrejtuesve për të observimet përfundimtare. Faleminderit. </w:t>
      </w:r>
    </w:p>
    <w:p w14:paraId="12A069A5" w14:textId="77777777" w:rsidR="00AA5231" w:rsidRPr="00AB014A" w:rsidRDefault="00AA5231" w:rsidP="00235D08">
      <w:pPr>
        <w:jc w:val="both"/>
        <w:rPr>
          <w:rFonts w:ascii="Times New Roman" w:hAnsi="Times New Roman" w:cs="Times New Roman"/>
          <w:sz w:val="20"/>
          <w:szCs w:val="20"/>
        </w:rPr>
      </w:pPr>
    </w:p>
    <w:p w14:paraId="607B3FF2" w14:textId="64423C3F" w:rsidR="004D0F9D" w:rsidRPr="00AB014A" w:rsidRDefault="00AA5231" w:rsidP="00235D08">
      <w:pPr>
        <w:spacing w:after="0"/>
        <w:jc w:val="both"/>
        <w:rPr>
          <w:rFonts w:ascii="Times New Roman" w:hAnsi="Times New Roman" w:cs="Times New Roman"/>
          <w:b/>
          <w:bCs/>
          <w:sz w:val="20"/>
          <w:szCs w:val="20"/>
        </w:rPr>
      </w:pPr>
      <w:proofErr w:type="spellStart"/>
      <w:r w:rsidRPr="00AB014A">
        <w:rPr>
          <w:rFonts w:ascii="Times New Roman" w:hAnsi="Times New Roman" w:cs="Times New Roman"/>
          <w:b/>
          <w:bCs/>
          <w:sz w:val="20"/>
          <w:szCs w:val="20"/>
        </w:rPr>
        <w:t>Arbjan</w:t>
      </w:r>
      <w:proofErr w:type="spellEnd"/>
      <w:r w:rsidRPr="00AB014A">
        <w:rPr>
          <w:rFonts w:ascii="Times New Roman" w:hAnsi="Times New Roman" w:cs="Times New Roman"/>
          <w:b/>
          <w:bCs/>
          <w:sz w:val="20"/>
          <w:szCs w:val="20"/>
        </w:rPr>
        <w:t xml:space="preserve"> </w:t>
      </w:r>
      <w:proofErr w:type="spellStart"/>
      <w:r w:rsidRPr="00AB014A">
        <w:rPr>
          <w:rFonts w:ascii="Times New Roman" w:hAnsi="Times New Roman" w:cs="Times New Roman"/>
          <w:b/>
          <w:bCs/>
          <w:sz w:val="20"/>
          <w:szCs w:val="20"/>
        </w:rPr>
        <w:t>Mazniku</w:t>
      </w:r>
      <w:proofErr w:type="spellEnd"/>
      <w:r w:rsidRPr="00AB014A">
        <w:rPr>
          <w:rFonts w:ascii="Times New Roman" w:hAnsi="Times New Roman" w:cs="Times New Roman"/>
          <w:b/>
          <w:bCs/>
          <w:sz w:val="20"/>
          <w:szCs w:val="20"/>
        </w:rPr>
        <w:t xml:space="preserve">: </w:t>
      </w:r>
    </w:p>
    <w:p w14:paraId="3215F653" w14:textId="33D6032F" w:rsidR="00AA5231" w:rsidRPr="00AB014A" w:rsidRDefault="004A0371" w:rsidP="00235D08">
      <w:pPr>
        <w:jc w:val="both"/>
        <w:rPr>
          <w:rFonts w:ascii="Times New Roman" w:hAnsi="Times New Roman" w:cs="Times New Roman"/>
          <w:sz w:val="20"/>
          <w:szCs w:val="20"/>
          <w:lang w:val="it-IT"/>
        </w:rPr>
      </w:pPr>
      <w:proofErr w:type="spellStart"/>
      <w:r w:rsidRPr="00AB014A">
        <w:rPr>
          <w:rFonts w:ascii="Times New Roman" w:hAnsi="Times New Roman" w:cs="Times New Roman"/>
          <w:sz w:val="20"/>
          <w:szCs w:val="20"/>
        </w:rPr>
        <w:t>Të</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nderuar</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miq</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për</w:t>
      </w:r>
      <w:proofErr w:type="spellEnd"/>
      <w:r w:rsidRPr="00AB014A">
        <w:rPr>
          <w:rFonts w:ascii="Times New Roman" w:hAnsi="Times New Roman" w:cs="Times New Roman"/>
          <w:sz w:val="20"/>
          <w:szCs w:val="20"/>
        </w:rPr>
        <w:t xml:space="preserve"> së pari dua t'ju falenderoj të gjithëve për kontributet shumë të vyera gjatë kësaj pasdite, me gjithë diskutimet e të gjithëve. Mendimi i çdo njeriu është i vyer dhe me shumë vlerë dhe ju siguroj që do të ketë dhe ka tashmë ndikim në mënyrën se si mendojmë dhe si duhet të ecim përpara. Unë besoj që janë disa çështje që po realizohen, po marrin njëfarë forme në këto diskutime, në një seri debatesh. Së pari, ka një pyetje të drejtë që njerëzit thonë: "Pse duhet reforma?" dhe për këtë mendoj që ka një përgjigje që duhet dhënë, sepse teksa shumë punë janë bërë mirë, ka ende shumë punë që të bëhen më mirë dhe që ka gjëra që mund të përmirësohen dhe për t'iu përshtatur më mirë sfidave që kemi sot dhe besoj se kjo krijon një kornizë të dobishme të mënyrës se si dhe pse duhet të ecim përpara. Së dyti, ka një debat sistematik për çështjet e madhësisë së bashkisë dhe mundësisë për të ofruar shërbimet dhe padyshim që njerëzit, kur bashkia është e madhe, ka ca njerëz që ndoshta e dallojnë si larg, e perceptojnë sikur s'është aty afër meje, por nga ana tjetër ka dhe një pjesë të prekshme, mundësia e bashkive për të ofruar shërbime. Nga të dhënat na tregon që ndryshon masivisht dhe kjo dëgjohet dhe nga diskutimet që kemi ne. Fjala që bi, u përmend tu ishmi. Në vitin 2015, ish-komuna ishëm ka pasur një buxhet prej rreth 480 mijë eurove, pak a shumë, nga të cilat më pak se 10% të tyre, pra më pak se 40 milionë lekë, i kishte nga të ardhurat e veta dhe pjesën tjetër e kishte nga granti që merrte nga qeveria. Ndërkohë që po atë vit kishte në total rreth 355 mijë euro, pra gati 90% të buxhetit, 85% të buxhetit, e kishte borxh ndaj palëve të treta, sepse pyetja ishte: me ato para, çfarë do bënte përpara? Do pagonte stafin, do pagonte borxhin, do bënte ndonjë rrugë apo do kishte mundësi të ofronte dhe ndonjë shërbim? Ndërkohë që sot, vetëm kanale kulluese vaditëse janë 35 kilometra të bëra në bashki, pesë kulluese 30 vaditëse, që do të thotë vetëm në një temë të caktuar, vetëm në një çështje, tregohet qartë sa kapacitet që ka një bashki e madhe për të ofruar shërbime investimish, shkolla, mirëmbajtje, riparime. Dëgjova një shumë të bukur sot që do ta shënoj, se një nga zonjat tha: "Shkollën e bëri Tërmeti." Në Shqipëri është i vetmi vend që Tërmeti ndërton gjëra, zakonisht Tërmeti prish gjëra, por shkollën e bënë shqiptarët me taksat e tyre nëpërmjet qeverisë, po u bë nga një solidaritet i madh i gjithë vendit për të ndërtuar atë zonë e cila u dëmtua nga Tërmeti dhe nuk e bëri Tërmeti. Pjesa tjetër që besoj që e krijon këtë ekuilibër në vijimësi është si e gjejmë fiks këtë balancë midis mundësisë së një strukture të madhe për të ofruar shërbime më efektive dhe të gjetit mekanizmit që të ndihet shërbimi që është dhe afër njerëzve. Një pjesë e kësaj është dixhitalizimi i shërbimeve, padyshim duke dixhitalizuar disa shërbime apo shumë shërbime, ne na jepet mundësia që për shumë gjëra qytetari të mos ketë nevojë të shkojë as te dera e bashkisë, as te dera e njësisë administrative, sepse e merr shërbimin nga telefoni i tij, nga shtëpia e tij, por për atë herë ku duhet të diskutojë </w:t>
      </w:r>
      <w:r w:rsidRPr="00AB014A">
        <w:rPr>
          <w:rFonts w:ascii="Times New Roman" w:hAnsi="Times New Roman" w:cs="Times New Roman"/>
          <w:sz w:val="20"/>
          <w:szCs w:val="20"/>
        </w:rPr>
        <w:lastRenderedPageBreak/>
        <w:t xml:space="preserve">dhe të ketë një mundësi si ndërvepron dhe ky është padyshim një temë e cila vlen të diskutohet për të parë si e gjejmë ekuilibrin midis efiçencës dhe afërsisë me njerëzit. Një temë e dytë e cila vjen në mënyrë të qëndrueshme dhe të vazhdueshme, qytetarët na thonë: "Takime, ne duam që të kemi më shumë autonomi vendimmarrëse, duam që financiare, duam që te çështja e mënyrës se si neve i shpenzon bashkia paratë, të ketë më shumë vendimmarrje e vetë bashkia." Ky është një parim shumë i drejtë dhe është një kërkesë e qëndrueshme dhe e qëndrueshme. Pyetja është si e kemi ekuilibrin midis të ardhurave që vetë bashkia gjeneron dhe të ardhurave të parave që i vijnë nga granti i qeverisë qendrore apo nga transferta qendrore, sepse ka një ekuilibër të këtij tipi. Në qoftë se paratë i ke nga të ardhurat e tua, padyshim që ke më shumë autonomi, se ke më shumë zë për të marrë vendime mbi të ardhurat e tua. Kur të ardhurat vijnë nga granti apo të vijnë dhe të destinuara, në atë moment s'ke shumë autonomi, sepse kanë ardhur këto janë për këtë punë, këto për këtë punë, këto për atë punë dhe vendimmarrja jote limitohet. Ndaj dhe, por dhe kjo lidhet deri diku me madhësinë. Gjëja që ne kemi parë është që të ardhurat për frymë rriten në mënyrë të qëndrueshme në përputhje me madhësinë e bashkisë dhe Bashkia e Durrësit, nga të ardhurat që ka marrë, fjala që bie, nga ndërtimet e reja që janë bërë në qendër të Durrësit apo në zonat kryesore të Durrësit, përfshirë dhe projektin që përmend këtu, kanë shkuar dhe në Nishëm, dhe në Manzë, dhe me radhë. Pra, jep një mundësi bashkisë që të shërbejë si një institucion rishpërndarës për ta çuar shërbimin dhe në zona të cilat më përpara nga burimet e veta nuk ia dalin dot dhe është e lidhur ngushtësisht dhe me autonominë vendore. Është bërë padyshim, sepse elementi kryesor është një njësi e cila e ka pasur 480 mijë euro, sapo e përmenda buxhetin, dhe projekti ishëm, sapo e thashë, dhe e kishte 355 mijë borxhe, sot s'ka asnjë borxh dhe ndërkohë merr më shumë se kaq çdo vit. Tani, unë ju dëgjova të gjithëve nga fillimi në fund, do më leni ta mbaroj dhe unë këtë fjalë këtu, me shumë respekt për secilin prej jush, se do keni kohë në komision ta bëni këtë debat maksimalisht. Kjo diskutim i që, kur s'ju pëlqejnë gjërat, fillon... Po flasim për bashkinë tjetër. Dhe në thelb, gjetja e një ekuilibri të qëndrueshëm midis autonomisë nga njëri krah dhe mundësisë së bashkisë për të funksionuar si një mekanizëm rishpërndarës dhe që ekuilibron zhvillimin territor, është padyshim një ndër sfidat që kemi dhe duhet të kemi përpara. Streti, në mënyrë sistematike, njerëzit flasin për bashki më të forta, me më shumë kompetenca. Kjo është një kërkesë shumë e drejtë, por kompetencat kërkojnë zakonisht kompetencë. Kur ti ke një kompetencë, duhet të kesh disa njerëz të cilët e kanë mundësinë ta ushtrojnë këtë kompetencë. Kur ti kërkon të drejta me të drejtë për të bërë një plan strehimi dhe menaxhim strehimi, duhet të kesh njerëz që dinë të bëjnë një plan strehimi. Kur kërkon për më shumë drejta për kontrollin e mjedisit, duhet të kesh njerëz që dinë të menaxhojnë mjedisin. Kur kërkon më shumë drejta financiare, duhet të kesh njerëz që bëjnë projekte dhe që dinë t'i zbatojnë ato. Ndaj dhe ky kombinim midis dhe në një njësi me tre mijë veta, me katër mijë veta, sigurisht që bëhet ushtrim i vështirë që të kesh dhe arkitektin, dhe inxhinierin, dhe juristin, dhe financierin, dhe punonjësin social, dhe inxhinierin e mjedisit për të ushtruar ato kompetenca që që kërkohen që t'i ushtrojnë nga territori. Ndaj dhe përtej politikës, nëse ne flasim për zona të vogla, nuk kemi dot kompetenca të mëdhaja, nuk shkojnë dot territori i vogël me kompetencë të madhe, sepse në një territor të vogël, se në një territor të vogël nuk kemi kompetentët që t'i ushtrojnë kompetencat e mëdha dhe s'kemi as financat për t'i bërë këto. Dhe për rrjedhojë, pikërisht për këtë arsye, ky është një debat i cili bën shumë sens të bëhet. Një ndër elementet e tjera, plotësisht i drejtë dhe i cili duhet të marrë shumë herë më shumë zë, është argumenti i identiteteve specifike vendore. Disa njerëz ndihen si pjesë e një qyteti të caktuar, kanë një identitet të caktuar kulturor, kanë një identitet të caktuar historik dhe padyshim që kjo duhet të ketë një rol të rëndësishëm në vlerësimin e mënyrës se si funksionon një territor i caktuar, pasi kur njerëzit janë pjesë e një grupi që mendojnë që i përkasin një grupimi të caktuar, një kulture të caktuar, një identiteti të caktuar, e kanë më të thjeshtë që të vendosin rregulla të qeverisën së bashku, që të shpenzojnë para së bashku, që të investojnë së bashku në një rrugë, në një stadium, në një qendër shëndetësore, në një qendër kulturore, por sërish këtu duhet të gjejmë një ekuilibër. Sa i madh është ky grup njerëzish që e ndajnë këtë ndjesi dhe mundësinë që ato kanë për t'i ushtruar këto funksione dhe për t'i zbatuar dëshirat që ato kanë për grupimin e tyre? Ndaj dhe gjetja e këtij ekuilibri është prapë pjesë e diskutimeve që duhet dhe po bëjmë me të drejtë. Tani, ne mbi të gjitha, unë besoj që dhe e thashë në fillim dhe me këtë do ta mbyll sërish fjalën time, duhet t'i mbajmë sytë në një objektiv kombëtar, i cili nuk është objektiv as i Durrësit, as i Krujës, as i Shijakut, </w:t>
      </w:r>
      <w:r w:rsidRPr="00AB014A">
        <w:rPr>
          <w:rFonts w:ascii="Times New Roman" w:hAnsi="Times New Roman" w:cs="Times New Roman"/>
          <w:sz w:val="20"/>
          <w:szCs w:val="20"/>
        </w:rPr>
        <w:lastRenderedPageBreak/>
        <w:t xml:space="preserve">është objektivi ynë kombëtar, integrimi në Bashkimin Europian duhet të jetë një mekanizëm i cili nuk çon thjesht flamurin shqiptar në Bruksel, është një mekanizëm që, pasi e çon flamurin shqiptar në Bruksel, sigurohet që merr nga Europa financimet e nevojshme në mënyrë që ne të kemi mundësi të rregullojmë infrastrukturën në Nishëm, në Manzë, në Shijak, në Krujë, në Fushë-Krujë dhe të investojmë në arsim, të investojmë në infrastrukturën e ujërave të bardha dhe të zeza në të gjithë këtë territor, nëpërmjet financimeve që mund të marrim nga BE-ja. Që të kemi mundësi ta bëjmë këtë punë, ne na duhet të kemi struktura qeverisëse të afta për të funksionuar në këtë nivel, që dinë si shkruhet një projekt për Bashkimin Europian, që dinë si e tërheqin një financim, që e zbatojnë atë siç duhet me përgjegjshmëri dhe sipas standardeve të BE-së, që e raportojnë siç duhet dhe të kenë mundësi ta bëjnë këtë një herë të dytë, herë të tretë, herë të katërt, për të sjellë benefite nga Bashkimi Europian drejt territorit ku ato jetojnë dhe kjo është një objektiv i cili s'mund të jetë një objektiv ndryshe i Shijakut dhe ndryshe i Durrësit apo ndryshe i Fushë-Arzit apo ndryshe i Vlorës. Ky është një objektiv kombëtar, i cili, teksa ka negociata kombëtare dhe teksa Shqipëria shkon në BE, të mirën e integrimit në BE duhet ta ndiejë paralelisht edhe Shijaku, edhe Kruja, edhe Durrësi, duke pasur kapacitete që të ushtrojnë siç duhet funksionet e tyre, por duke tërhequr dhe financimet e mundshme nga Bashkimi Europian. </w:t>
      </w:r>
      <w:r w:rsidRPr="00AB014A">
        <w:rPr>
          <w:rFonts w:ascii="Times New Roman" w:hAnsi="Times New Roman" w:cs="Times New Roman"/>
          <w:sz w:val="20"/>
          <w:szCs w:val="20"/>
          <w:lang w:val="it-IT"/>
        </w:rPr>
        <w:t xml:space="preserve">Faleminderit! </w:t>
      </w:r>
    </w:p>
    <w:p w14:paraId="3444E1EA" w14:textId="77777777" w:rsidR="00AA5231" w:rsidRPr="00AB014A" w:rsidRDefault="00AA5231" w:rsidP="00235D08">
      <w:pPr>
        <w:jc w:val="both"/>
        <w:rPr>
          <w:rFonts w:ascii="Times New Roman" w:hAnsi="Times New Roman" w:cs="Times New Roman"/>
          <w:sz w:val="20"/>
          <w:szCs w:val="20"/>
          <w:lang w:val="it-IT"/>
        </w:rPr>
      </w:pPr>
    </w:p>
    <w:p w14:paraId="0E8F8B0C" w14:textId="77777777" w:rsidR="00AA5231" w:rsidRPr="00AB014A" w:rsidRDefault="00AA5231" w:rsidP="00235D08">
      <w:pPr>
        <w:spacing w:after="0"/>
        <w:jc w:val="both"/>
        <w:rPr>
          <w:rFonts w:ascii="Times New Roman" w:hAnsi="Times New Roman" w:cs="Times New Roman"/>
          <w:b/>
          <w:bCs/>
          <w:sz w:val="20"/>
          <w:szCs w:val="20"/>
          <w:lang w:val="it-IT"/>
        </w:rPr>
      </w:pPr>
      <w:r w:rsidRPr="00AB014A">
        <w:rPr>
          <w:rFonts w:ascii="Times New Roman" w:hAnsi="Times New Roman" w:cs="Times New Roman"/>
          <w:b/>
          <w:bCs/>
          <w:sz w:val="20"/>
          <w:szCs w:val="20"/>
          <w:lang w:val="it-IT"/>
        </w:rPr>
        <w:t>Luciano Boci:</w:t>
      </w:r>
    </w:p>
    <w:p w14:paraId="5A1E918A" w14:textId="77777777" w:rsidR="00AA5231" w:rsidRPr="00235D08" w:rsidRDefault="004A0371" w:rsidP="00235D08">
      <w:pPr>
        <w:jc w:val="both"/>
        <w:rPr>
          <w:rFonts w:ascii="Times New Roman" w:hAnsi="Times New Roman" w:cs="Times New Roman"/>
          <w:sz w:val="20"/>
          <w:szCs w:val="20"/>
          <w:lang w:val="it-IT"/>
        </w:rPr>
      </w:pPr>
      <w:r w:rsidRPr="00AB014A">
        <w:rPr>
          <w:rFonts w:ascii="Times New Roman" w:hAnsi="Times New Roman" w:cs="Times New Roman"/>
          <w:sz w:val="20"/>
          <w:szCs w:val="20"/>
          <w:lang w:val="it-IT"/>
        </w:rPr>
        <w:t xml:space="preserve">Po, faleminderit për mendimet e shprehura dhe opinionet tuaja, pavarësisht euforive administrative apo dhe kritikave të shumta. Së pari, në qoftë se nuk pranojmë që reforma e 2014-s ka dështuar, atëherë nuk ekziston dhe kjo reformë, se s'mund të hyjmë ne në një reformë për të bërë të mirën shumë mirë, se është alogjizëm konceptual dhe alogjizëm politik, se kjo reformë, në qoftë se do të ishte një reformë funksionale, nuk do e bënte maxhoranca me opozitën, e bën vetë qeveria. Tash ka dhe planin strategjik, ka dhe vendimmarrjen, ka dhe harmonizimin e legjislacionit, nuk është as administrative-strukturore, sepse edhe këtë mund ta bëjë vetë qeveria. </w:t>
      </w:r>
      <w:r w:rsidRPr="00235D08">
        <w:rPr>
          <w:rFonts w:ascii="Times New Roman" w:hAnsi="Times New Roman" w:cs="Times New Roman"/>
          <w:sz w:val="20"/>
          <w:szCs w:val="20"/>
          <w:lang w:val="it-IT"/>
        </w:rPr>
        <w:t xml:space="preserve">Është territoriale, ka dështuar reforma në territor. Argumentat e mia janë shumë të qarta. Në fakt, unë këtu nuk e përmenda shpopullimin, megjithëse mu referuan, por po e përmend tani. Durrësi konceptohet nga kjo sallë, por edhe nga Shqipëria, nga gjithë Shqipëria, si një nga qendrat më atraktive, qarqet më atraktive dhe s'duhet të ketë problem me shpopullimin, por dhënat dëshmojnë krejt të kundërtën. Durrësi, nga census i 2011-s në censusin e 2023-shit, ka humbur 35 mijë banorë, 13% të popullsisë së tij. Çfarë do të thotë kjo? Kjo do të thotë që qytetarët janë larguar, kanë emigruar përtej Durrësit. Nuk kanë migruar, sepse popullsia do të ishte brenda qarkut. Kanë emigruar nga cilat zona? Kryesisht kanë emigruar nga zonat periferike, nga Manza, nga Suhthi, nga Ishmi dhe zonat e tjera. Dhe kjo është një dëshmi ndër dëshmitë e tjera, por po heq dorë nga parashtrimi im, po marr parashtrimin tuaj që e dëgjova sot. Po, ka dështuar sipas jush dhe është e vërtetë, ka dështuar sepse bashkitë nuk kanë kompetenca. E thatë ju, e thotë dhe zoti Mazniku. Po, po, e thanë folësit këtu, nuk kanë kompetenca të qarta, nuk kanë funksionalitet të qartë dhe sigurisht nuk kanë dhe autonomi financiare, se nuk kanë të ardhura financiare shumë të qarta dhe Durrësi, sipas kësaj reforme që është bërë, nuk ka marrë atë që i takon, nuk ka marrë rentën, ta themi, nga porti, një përqindësin që mund ta ketë një shtet tjetër që do të sillte shumë të ardhura për Bashkinë e Durrësit. Po, Durrësit i janë hequr dhe gati 231 milionë dollarë nga taksa euro, nga taksa e infrastrukturës për ndërtimin e portit, me vendim qeverie. Ja dhe një arsye pse reforma e 2014-2015-s, paska dështuar me argumentat tuaja, jo tonat, paska dështuar, sepse unë dëgjova zoti Mazniku që tha qartazi: "Na duhen kapacitete administrative." Ka dështuar, se reforma nuk ka prodhuar kapacitete administrative. Madje, në mëngjes, kryetarja e Bashkisë së Durrësit tha që: "Unë nuk gjej dot inxhinier në Durrës, që është bashki universitare, bashki universitare." Pra, qartazi ne kemi disa dështime në shumë rrafshe dhe për shkak të këtyre dështimeve jemi në reformë. Dhe një gjë që mos e errësojmë llogjikën: këtu nuk jemi në debat për të thënë që reforma ka dështuar në raport me 373-n dhe ju s'e pranoni. Jo, ka dështuar në raport me pritshmëritë e veta, me ato që ajo vendosi si objektiva dhe si qëllime dhe kritika që unë i bëj reformës, të tjerët i bëjnë reformës, nuk është retorikë e përsëritur, se në 2014-n nuk ishte retorikë kritikuese. Retorika kritikuese është origjinale pas 10 viteve. Pra, </w:t>
      </w:r>
      <w:r w:rsidRPr="00235D08">
        <w:rPr>
          <w:rFonts w:ascii="Times New Roman" w:hAnsi="Times New Roman" w:cs="Times New Roman"/>
          <w:sz w:val="20"/>
          <w:szCs w:val="20"/>
          <w:lang w:val="it-IT"/>
        </w:rPr>
        <w:lastRenderedPageBreak/>
        <w:t xml:space="preserve">tifozëria politike mos na errësojë dhe llogjikën. Dhe duke qenë se ky dështim sot ekziston në shumë rrafshe, po, na duhet patjetër që të ndërhyjmë në shumë nivele në reformën territoriale. Duhet të ndërhyjmë në funksione? Po, funksionet duhet të jenë të qarta. Po, po sepse është reformë. Duhet të jenë të qarta, sepse janë të paqarta, sepse nuk ka kompetenca të qarta dhe autonomi financiare. Nuk ka, sepse zoti kryeministër harton disa ligje sektoriale që bien kundërshtim total me Ligjin Organik të Pushtetit Vendor. Është Ligji për Planifikimin Vendor që i merr kompetencat bashkive mbi pesë kate, apo jo? Është Ligji për Mbetjet që i merr kompetencën e bashkisë, madje ke mbetjet. Bashkia e Durrësit performon më keq se çdo bashki tjetër. 30% e buxhetit të saj harxhohet për menaxhimin e mbetjeve dhe nuk ka as seleksionim, as riciklim. Dhe ka dhe një ligj për pyjet që po bëhet gati, që i merr kompetencat. Ne jemi duke folur për reformën territoriale, i merr kompetencat bashkive. Pra, ka nevojë për ndërhyrje, sepse qeveria gjithmonë është invadive në raport me kompetencat që ka pushteti lokal. Sepse ajo që duam ne, duhet ta kuptoni, nuk është një sfidë që duhet ta fitojë PD-ja për numrin e bashkive në raport me PS-në. E keni parashtrimin krejtësisht të gabuar. Ne e kemi sfidën tek funksionaliteti i bashkisë dhe pjesa tjetër është tek shërbimi ndaj qytetarit. Dhe kur dalim tek shërbimi ndaj qytetarit, sigurisht këtu zëri jonë është më i lartë dhe i tillë ishte. Qytetarët ndjehen, të paktën nga ata që folëm, të papërfaqësuar, të pashërbyer dhe pa qenë në një ambient që i siguron atyre jetesën në ato parametra që është në një vend tjetër, në një territor tjetër, sepse ka diskriminim territorial nga pikëpamja e mirëqenies së jetës së njerëzve. Dhe ne duam që ndërhyrjet tona të karakterit funksional të strukturës administrative, por dhe të territorit, të afrojnë shërbimin tek qytetari, të rrisin përfaqësimin e tij dhe patjetër që ato të kenë afër tyre institucione të forta financiare që i shërbejnë atyre. Prandaj, ajo pyetja fatale këtu është: a është rritur distanca e qytetarit me bashkinë? Po, më u pranua nga të gjithë qytetarët. Është shumë larg sot. Më përpara ishte shumë afër. Unë s'dua ta bëj krahasimin fare më përpara. Sfida është si do e afrojmë sot, si do sjellim shërbime më cilësore, sepse u tha për shkollat këtu: "Kemi godina që janë bërë të bukura, po edhe kohën e përdosur shumë të bukura u bënë godinat." Po, atëherë godinat ishin në nxënës. Sot godinat e bukura kanë një problem fare të vogël, vogël fare, nuk kanë nxënës. Pra, duhet të mbajmë njerëzit me qëllim që njerëzit të jenë të shërbyer edhe në cilësi. Këtu u fol për mungesë shërbimeve shëndetësore, për mungesë shërbimeve sociale që nuk janë të barabarta. Ka diskriminim. Një qytetar që është afër qendrës në qytet e merr më mirë, më shpejt, më saktë sesa një qytetar që është në Manzë, që është kilometra larg. Dhe ne duhet të vendosim, ne jemi të gatshëm, ne po bashkëpunojmë për këtë gjë, se na ka thirrur qytetari, një standard minimal shërbimesh. Hajde ta përcaktojmë brenda reformës një standard minimal shërbimesh. Dhe standardin minimal të shërbimeve, dashur miq, nuk e përcakton është Bashkia e Madhe dhe është Bashkia e Vogël, se vetë brenda jush ju kam dëgjuar: "Performanca e Shijakut është më e mirë se e Durrësit." Atëherë çfarë tregon? 22 mijë banorë ka Shijaku. Durrësi ka 150 mijë banorë. Atëherë çfarë tregon kjo? Që Bashkia e Madhe nuk është e suksesshme patjetër që duhet të jetë e madhe. Sepse mbi bazën e kësaj logjike pozitiviste, pse nuk bëjmë ne një bashki që ofron shërbime sipas parimit të decentralizimit asimetrik, si Manza apo Suhthi, t'i japim aq kompetenca sa funksione kanë dhe t'i shërbejnë qytetarëve? Sfida kjo është. Mos mendoni bashkitë nuk janë ndërmarrje ekonomike. Çfarë po thoni? Nuk janë ndërmarrje ekonomike. Po, ka bashki që kanë të ardhurat vetat, siç ka Durrësin, se ka fluks biznesesh të jashtëzakonshme. Fushë-Kruja nuk e ka këtë luks. Shijaku e ka. Po, atëherë çfarë duhet të bëjmë ne? T'i lemë këto me grant shtetëror të barabartë? 1% të produktit të përgjithshëm bruto jep qeveria shqiptare për pushtetin lokal. Hajde pra t'i japim autonomi financiare për qytetarët, t'i japim 10%, jo 14% siç e ka Gjermania, pa kushtëzuar që ta marri bashkia dhe ta përdorë për të gjitha nevojat që ajo ka. Pse do i japi nga xhepi vetë qeveria, jo më nga xhepat tonë? Janë taksat e qytetarëve të Durrësit, Manzës, Suhthit, që janë paguar në forma dhe mënyra të ndryshme dhe duhet t'i rikthehen. I rikthehen nëpërmjet ataşimit të një sistemi taksimi që favorizon bashkinë apo nëpërmjet buxhetit. Çfarë rëndësi ka të vijë dhe bashkitë të marrin autoritetin e tyre? Po, mund të kemi dhe bashki që nuk i plotësojnë të gjitha kompetencat. Është e vërtetë, dhe të gjitha funksionet për shkak të masisë, për shkak edhe të vështirësive të tjera. Por unë përmenda bashkëpunimin ndërbashkiak. Sot një projekt që nuk e bën Bashkia e Krujës, le ta bëjë në bashkëpunim me Bashkinë e Durrësit. </w:t>
      </w:r>
      <w:r w:rsidRPr="00AB014A">
        <w:rPr>
          <w:rFonts w:ascii="Times New Roman" w:hAnsi="Times New Roman" w:cs="Times New Roman"/>
          <w:sz w:val="20"/>
          <w:szCs w:val="20"/>
        </w:rPr>
        <w:t xml:space="preserve">Ose me </w:t>
      </w:r>
      <w:proofErr w:type="spellStart"/>
      <w:r w:rsidRPr="00AB014A">
        <w:rPr>
          <w:rFonts w:ascii="Times New Roman" w:hAnsi="Times New Roman" w:cs="Times New Roman"/>
          <w:sz w:val="20"/>
          <w:szCs w:val="20"/>
        </w:rPr>
        <w:t>prokurim</w:t>
      </w:r>
      <w:proofErr w:type="spellEnd"/>
      <w:r w:rsidRPr="00AB014A">
        <w:rPr>
          <w:rFonts w:ascii="Times New Roman" w:hAnsi="Times New Roman" w:cs="Times New Roman"/>
          <w:sz w:val="20"/>
          <w:szCs w:val="20"/>
        </w:rPr>
        <w:t xml:space="preserve"> </w:t>
      </w:r>
      <w:proofErr w:type="spellStart"/>
      <w:r w:rsidRPr="00AB014A">
        <w:rPr>
          <w:rFonts w:ascii="Times New Roman" w:hAnsi="Times New Roman" w:cs="Times New Roman"/>
          <w:sz w:val="20"/>
          <w:szCs w:val="20"/>
        </w:rPr>
        <w:t>bëhet</w:t>
      </w:r>
      <w:proofErr w:type="spellEnd"/>
      <w:r w:rsidRPr="00AB014A">
        <w:rPr>
          <w:rFonts w:ascii="Times New Roman" w:hAnsi="Times New Roman" w:cs="Times New Roman"/>
          <w:sz w:val="20"/>
          <w:szCs w:val="20"/>
        </w:rPr>
        <w:t xml:space="preserve"> me prokurim. Sot projekti bëhet me prokurim. </w:t>
      </w:r>
      <w:r w:rsidRPr="00235D08">
        <w:rPr>
          <w:rFonts w:ascii="Times New Roman" w:hAnsi="Times New Roman" w:cs="Times New Roman"/>
          <w:sz w:val="20"/>
          <w:szCs w:val="20"/>
          <w:lang w:val="it-IT"/>
        </w:rPr>
        <w:t xml:space="preserve">Nuk ka nevojë fare, se po bërtitet shumë për kapacitetet administrative. Po më, kapacitete administrative ka nevojë gjithmonë, duhet të jenë të kualifikuar. Për çfarë kapacitetesh flisni </w:t>
      </w:r>
      <w:r w:rsidRPr="00235D08">
        <w:rPr>
          <w:rFonts w:ascii="Times New Roman" w:hAnsi="Times New Roman" w:cs="Times New Roman"/>
          <w:sz w:val="20"/>
          <w:szCs w:val="20"/>
          <w:lang w:val="it-IT"/>
        </w:rPr>
        <w:lastRenderedPageBreak/>
        <w:t xml:space="preserve">ju? Keni dyfishuar, trefishuar numrin e punonjësve në çdo bashki. Po i. Ku i keni kapacitetet? Atëherë çfarë keni marrë? Njerëz që fusin kartën dhe marrin lekët? Atëherë si i keni rekrutuar këto njerëz ju? Pa asnjë parametër, vetëm me parametrin politik, sepse ju e keni në dorë më të merrni specialistë, t'i gjeni mënyrat edhe të pagesës alternative të tyre dhe t'i joshni për punët e mira që bëjnë. Dhe këtë nuk e rregullon thjesht një ulje në tavolinë e maxhorancës me opozitën. Pra, duhet të jemi të sinqertë dhe të vërtetë. Nuk duhet të marr, sepse dëgjuam shumë përplasje. Nuk është sfidë kjo midis partive, kjo është sfidë me qytetarin. Ne jemi këtu për t'u bërë të përgjegjshëm për t'i shërbyer qytetarit. Dhe ajo që kërkon PD-ja është shumë e thjeshtë: Po, duhet të ndryshojë modeli i qeverisës. Po, funksionalitet, kompetenca, autonomi, mbështetje financiare në të gjitha format, por duhet të ndryshojë dhe modeli i territorit. Nuk mund të ecim me këtë model. Një bashki shumë e madhe ka prodhuar padrejtësi shumë të mëdha. Ja ta themi hapur: Njësoj jetohet si në Manzë, si në Durrës. Sa është diferenca? Shumë e madhe. S'duhet të jetë kaq e madhe. Nuk po them që duhet të jetë e barabartë, por jo kaq e madhe, sepse përgjegjësia për shërbimin, për territorin, për cilësinë e jetës i përket pushtetit vendor dhe ne këtë duhet ta axhustojmë, ta optimizojmë numrin e bashkive për t'i shërbyer qytetarit. Dhe për të pasur një shërbim më të mirë, po më, është niveli i dytë i qeverisjes. Janë qarqet. Qarqet sot janë inekzistent, nuk kanë asnjë lloj kompetence. Hajde t'i fuqizojmë, ta bëjmë me zgjedhje kryetarin e qarkut, t'i japim kompetenca: planifikim urban, ujësjellës, mos jua marri qeveria; mbetjet, mos jua marri qeveria; dhe harmonizon gjithçka në pjesën e qarkut Durrës. Nuk ka pse Durrësi të paguajë 30% nga buxheti i shtetit, nga taksat e qytetarëve të tij për të menaxhuar mbetjet, sepse ka një rregullator tjetër. Duan fonde të BE-së? Ne patjetër që duam fonde, shumë fonde, por nuk na çon ne Bashkia e Madhe drejt fondeve. Dhe argumenti janë shtetet evropiane pjesë e BE-së. Janë Kroacia, ka 556 komuna dhe ka marrë miliarda lekë. Është Polonia, është Letonia, është Estonia dhe kanë marrë miliarda, pavarësisht se kanë organizime fare të vogla. I kanë mesatarisht me 6 mijë banorë, me 6 mijë, ndërsa bashkitë e Durrësit janë 75 mijë banorë, një njësi bashkiake. Ja pra, doni Europën? Europa thotë që distanca e qytetarit me qendrën duhet të jetë 6-10 minuta. Me çfarë? Me shërbim urban. Të ma thotë njeri kush e ka 6-10 minuta ikje-ardhje me shërbim urban? Me shërbim urban në tërësi, Shijaku, të lutem, se je në konkurrencë shumë të fortë me Durrësin. Dhe sa herë ti do më thënë reagon, unë shtoj bindjen që bashkitë e vogla dhe mesatare duhet të shtohen akoma më shumë, që të rritet performanca dhe që të rritet afërsia dhe shërbimi me qytetarin. Pra, dhe zgjedhja e fondeve dhe konkurrenca për të marrë këto fonde realizohet edhe sot nga bashkitë që ekzistojnë dhe bashkitë që janë. Nuk ka asnjë lloj pengese. Pra, ta heqim atë zhgunin e fortë politik që është në këtë sallë. Po, jam dakord me Osmanin të zbresim në territor, të bëjmë dëgjesa. Ne në komision kemi përcaktuar që sipas kërkesave që do kenë territoret, do organizojmë dëgjesa me të për të gjitha ato probleme që kanë. Dhe meqënëse doni shumë Europën, meqënëse në fund doni shumë Europën, ju lutem, se s'ju ndërpreu njeri, ju lutem, pak etikë, pak etikë, pak etikë. Meqënëse e doni shumë Europën, unë kam propozimin që u hodh edhe këtu në sallë. Europa kërkon vetëm një gjë: që ne të jemi në linjë me kartën evropiane të vetëqeverisjes vendore dhe në atë kartë përcaktohet një kusht vendimtar. Kur bëhet bashkimi ose ndarja e territoreve, duhet të kalojë patjetër nëpërmjet referendumit lokal. E parashikon dhe Kushtetuta e Republikës së Shqipërisë. Hajde pra, të bëhemi europianë në të gjitha dimensionet dhe jo vetëm në dimensionet lavdëruese. Faleminderit dhe suksese! </w:t>
      </w:r>
    </w:p>
    <w:p w14:paraId="743D31B1" w14:textId="6AA8541A" w:rsidR="00AA5231" w:rsidRPr="00235D08" w:rsidRDefault="00AA5231" w:rsidP="00235D08">
      <w:pPr>
        <w:jc w:val="both"/>
        <w:rPr>
          <w:rFonts w:ascii="Times New Roman" w:hAnsi="Times New Roman" w:cs="Times New Roman"/>
          <w:sz w:val="20"/>
          <w:szCs w:val="20"/>
          <w:lang w:val="it-IT"/>
        </w:rPr>
      </w:pPr>
    </w:p>
    <w:p w14:paraId="56AF4C93" w14:textId="2B7265C0" w:rsidR="00AA5231" w:rsidRPr="00235D08" w:rsidRDefault="00AA5231" w:rsidP="00235D08">
      <w:pPr>
        <w:spacing w:after="0"/>
        <w:jc w:val="both"/>
        <w:rPr>
          <w:rFonts w:ascii="Times New Roman" w:hAnsi="Times New Roman" w:cs="Times New Roman"/>
          <w:b/>
          <w:bCs/>
          <w:sz w:val="20"/>
          <w:szCs w:val="20"/>
          <w:lang w:val="it-IT"/>
        </w:rPr>
      </w:pPr>
      <w:r w:rsidRPr="00235D08">
        <w:rPr>
          <w:rFonts w:ascii="Times New Roman" w:hAnsi="Times New Roman" w:cs="Times New Roman"/>
          <w:b/>
          <w:bCs/>
          <w:sz w:val="20"/>
          <w:szCs w:val="20"/>
          <w:lang w:val="it-IT"/>
        </w:rPr>
        <w:t>Valbona Karakaci:</w:t>
      </w:r>
    </w:p>
    <w:p w14:paraId="21090AEE" w14:textId="61C240CF" w:rsidR="00AD1764" w:rsidRPr="00235D08" w:rsidRDefault="004A0371" w:rsidP="00235D08">
      <w:pPr>
        <w:jc w:val="both"/>
        <w:rPr>
          <w:rFonts w:ascii="Times New Roman" w:hAnsi="Times New Roman" w:cs="Times New Roman"/>
          <w:sz w:val="20"/>
          <w:szCs w:val="20"/>
          <w:lang w:val="it-IT"/>
        </w:rPr>
      </w:pPr>
      <w:r w:rsidRPr="00235D08">
        <w:rPr>
          <w:rFonts w:ascii="Times New Roman" w:hAnsi="Times New Roman" w:cs="Times New Roman"/>
          <w:sz w:val="20"/>
          <w:szCs w:val="20"/>
          <w:lang w:val="it-IT"/>
        </w:rPr>
        <w:t>Faleminderit dëgjesa e radhës ditën e premte në Dibar. Thojmë të gjithë qytetarët të marrin pjesë!</w:t>
      </w:r>
    </w:p>
    <w:sectPr w:rsidR="00AD1764" w:rsidRPr="00235D0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480489715">
    <w:abstractNumId w:val="8"/>
  </w:num>
  <w:num w:numId="2" w16cid:durableId="1721321973">
    <w:abstractNumId w:val="6"/>
  </w:num>
  <w:num w:numId="3" w16cid:durableId="1023166792">
    <w:abstractNumId w:val="5"/>
  </w:num>
  <w:num w:numId="4" w16cid:durableId="198395423">
    <w:abstractNumId w:val="4"/>
  </w:num>
  <w:num w:numId="5" w16cid:durableId="1223565892">
    <w:abstractNumId w:val="7"/>
  </w:num>
  <w:num w:numId="6" w16cid:durableId="1681589176">
    <w:abstractNumId w:val="3"/>
  </w:num>
  <w:num w:numId="7" w16cid:durableId="195195557">
    <w:abstractNumId w:val="2"/>
  </w:num>
  <w:num w:numId="8" w16cid:durableId="1940327327">
    <w:abstractNumId w:val="1"/>
  </w:num>
  <w:num w:numId="9" w16cid:durableId="2082674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C012B"/>
    <w:rsid w:val="000F2535"/>
    <w:rsid w:val="0015074B"/>
    <w:rsid w:val="00235D08"/>
    <w:rsid w:val="002431DF"/>
    <w:rsid w:val="0029639D"/>
    <w:rsid w:val="002A2CE9"/>
    <w:rsid w:val="002C7865"/>
    <w:rsid w:val="00326F90"/>
    <w:rsid w:val="0038184A"/>
    <w:rsid w:val="004A0371"/>
    <w:rsid w:val="004D0F9D"/>
    <w:rsid w:val="0057465D"/>
    <w:rsid w:val="00842FFB"/>
    <w:rsid w:val="008C0F7B"/>
    <w:rsid w:val="008C7B26"/>
    <w:rsid w:val="0090422D"/>
    <w:rsid w:val="0099363B"/>
    <w:rsid w:val="00A067A3"/>
    <w:rsid w:val="00AA1D8D"/>
    <w:rsid w:val="00AA5231"/>
    <w:rsid w:val="00AA6F9F"/>
    <w:rsid w:val="00AB014A"/>
    <w:rsid w:val="00AD1764"/>
    <w:rsid w:val="00B47730"/>
    <w:rsid w:val="00C4379C"/>
    <w:rsid w:val="00CB0664"/>
    <w:rsid w:val="00DD474E"/>
    <w:rsid w:val="00F42CFF"/>
    <w:rsid w:val="00FC5CC3"/>
    <w:rsid w:val="00FC693F"/>
    <w:rsid w:val="00FE21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CEE311"/>
  <w14:defaultImageDpi w14:val="300"/>
  <w15:docId w15:val="{14EF83A9-3A19-4445-B50D-16144E7F6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4573344">
      <w:bodyDiv w:val="1"/>
      <w:marLeft w:val="0"/>
      <w:marRight w:val="0"/>
      <w:marTop w:val="0"/>
      <w:marBottom w:val="0"/>
      <w:divBdr>
        <w:top w:val="none" w:sz="0" w:space="0" w:color="auto"/>
        <w:left w:val="none" w:sz="0" w:space="0" w:color="auto"/>
        <w:bottom w:val="none" w:sz="0" w:space="0" w:color="auto"/>
        <w:right w:val="none" w:sz="0" w:space="0" w:color="auto"/>
      </w:divBdr>
    </w:div>
    <w:div w:id="774904508">
      <w:bodyDiv w:val="1"/>
      <w:marLeft w:val="0"/>
      <w:marRight w:val="0"/>
      <w:marTop w:val="0"/>
      <w:marBottom w:val="0"/>
      <w:divBdr>
        <w:top w:val="none" w:sz="0" w:space="0" w:color="auto"/>
        <w:left w:val="none" w:sz="0" w:space="0" w:color="auto"/>
        <w:bottom w:val="none" w:sz="0" w:space="0" w:color="auto"/>
        <w:right w:val="none" w:sz="0" w:space="0" w:color="auto"/>
      </w:divBdr>
    </w:div>
    <w:div w:id="819997627">
      <w:bodyDiv w:val="1"/>
      <w:marLeft w:val="0"/>
      <w:marRight w:val="0"/>
      <w:marTop w:val="0"/>
      <w:marBottom w:val="0"/>
      <w:divBdr>
        <w:top w:val="none" w:sz="0" w:space="0" w:color="auto"/>
        <w:left w:val="none" w:sz="0" w:space="0" w:color="auto"/>
        <w:bottom w:val="none" w:sz="0" w:space="0" w:color="auto"/>
        <w:right w:val="none" w:sz="0" w:space="0" w:color="auto"/>
      </w:divBdr>
    </w:div>
    <w:div w:id="907033317">
      <w:bodyDiv w:val="1"/>
      <w:marLeft w:val="0"/>
      <w:marRight w:val="0"/>
      <w:marTop w:val="0"/>
      <w:marBottom w:val="0"/>
      <w:divBdr>
        <w:top w:val="none" w:sz="0" w:space="0" w:color="auto"/>
        <w:left w:val="none" w:sz="0" w:space="0" w:color="auto"/>
        <w:bottom w:val="none" w:sz="0" w:space="0" w:color="auto"/>
        <w:right w:val="none" w:sz="0" w:space="0" w:color="auto"/>
      </w:divBdr>
    </w:div>
    <w:div w:id="1035546377">
      <w:bodyDiv w:val="1"/>
      <w:marLeft w:val="0"/>
      <w:marRight w:val="0"/>
      <w:marTop w:val="0"/>
      <w:marBottom w:val="0"/>
      <w:divBdr>
        <w:top w:val="none" w:sz="0" w:space="0" w:color="auto"/>
        <w:left w:val="none" w:sz="0" w:space="0" w:color="auto"/>
        <w:bottom w:val="none" w:sz="0" w:space="0" w:color="auto"/>
        <w:right w:val="none" w:sz="0" w:space="0" w:color="auto"/>
      </w:divBdr>
    </w:div>
    <w:div w:id="1386220629">
      <w:bodyDiv w:val="1"/>
      <w:marLeft w:val="0"/>
      <w:marRight w:val="0"/>
      <w:marTop w:val="0"/>
      <w:marBottom w:val="0"/>
      <w:divBdr>
        <w:top w:val="none" w:sz="0" w:space="0" w:color="auto"/>
        <w:left w:val="none" w:sz="0" w:space="0" w:color="auto"/>
        <w:bottom w:val="none" w:sz="0" w:space="0" w:color="auto"/>
        <w:right w:val="none" w:sz="0" w:space="0" w:color="auto"/>
      </w:divBdr>
    </w:div>
    <w:div w:id="1734967037">
      <w:bodyDiv w:val="1"/>
      <w:marLeft w:val="0"/>
      <w:marRight w:val="0"/>
      <w:marTop w:val="0"/>
      <w:marBottom w:val="0"/>
      <w:divBdr>
        <w:top w:val="none" w:sz="0" w:space="0" w:color="auto"/>
        <w:left w:val="none" w:sz="0" w:space="0" w:color="auto"/>
        <w:bottom w:val="none" w:sz="0" w:space="0" w:color="auto"/>
        <w:right w:val="none" w:sz="0" w:space="0" w:color="auto"/>
      </w:divBdr>
    </w:div>
    <w:div w:id="18504102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18491</Words>
  <Characters>105400</Characters>
  <Application>Microsoft Office Word</Application>
  <DocSecurity>0</DocSecurity>
  <Lines>878</Lines>
  <Paragraphs>247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123644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maris pine</cp:lastModifiedBy>
  <cp:revision>4</cp:revision>
  <dcterms:created xsi:type="dcterms:W3CDTF">2026-05-21T16:06:00Z</dcterms:created>
  <dcterms:modified xsi:type="dcterms:W3CDTF">2026-05-21T16:11:00Z</dcterms:modified>
  <cp:category/>
</cp:coreProperties>
</file>