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1BEA4" w14:textId="77777777" w:rsidR="00481C50" w:rsidRDefault="00481C50" w:rsidP="00481C50">
      <w:pPr>
        <w:jc w:val="center"/>
        <w:rPr>
          <w:b/>
          <w:bCs/>
          <w:sz w:val="36"/>
          <w:szCs w:val="36"/>
        </w:rPr>
      </w:pPr>
      <w:proofErr w:type="spellStart"/>
      <w:r>
        <w:rPr>
          <w:b/>
          <w:bCs/>
          <w:sz w:val="36"/>
          <w:szCs w:val="36"/>
        </w:rPr>
        <w:t>Kuvendi</w:t>
      </w:r>
      <w:proofErr w:type="spellEnd"/>
    </w:p>
    <w:p w14:paraId="324B7704" w14:textId="77777777" w:rsidR="00481C50" w:rsidRDefault="00481C50" w:rsidP="00481C50">
      <w:pPr>
        <w:jc w:val="center"/>
        <w:rPr>
          <w:b/>
          <w:bCs/>
          <w:sz w:val="36"/>
          <w:szCs w:val="36"/>
        </w:rPr>
      </w:pPr>
      <w:proofErr w:type="spellStart"/>
      <w:r>
        <w:rPr>
          <w:b/>
          <w:bCs/>
          <w:sz w:val="36"/>
          <w:szCs w:val="36"/>
        </w:rPr>
        <w:t>Qarku</w:t>
      </w:r>
      <w:proofErr w:type="spellEnd"/>
      <w:r>
        <w:rPr>
          <w:b/>
          <w:bCs/>
          <w:sz w:val="36"/>
          <w:szCs w:val="36"/>
        </w:rPr>
        <w:t xml:space="preserve"> </w:t>
      </w:r>
      <w:proofErr w:type="spellStart"/>
      <w:r>
        <w:rPr>
          <w:b/>
          <w:bCs/>
          <w:sz w:val="36"/>
          <w:szCs w:val="36"/>
        </w:rPr>
        <w:t>Shkodër</w:t>
      </w:r>
      <w:proofErr w:type="spellEnd"/>
    </w:p>
    <w:p w14:paraId="31734543" w14:textId="77777777" w:rsidR="00481C50" w:rsidRDefault="00481C50" w:rsidP="00481C50">
      <w:proofErr w:type="spellStart"/>
      <w:r>
        <w:rPr>
          <w:b/>
        </w:rPr>
        <w:t>Arbjan</w:t>
      </w:r>
      <w:proofErr w:type="spellEnd"/>
      <w:r>
        <w:rPr>
          <w:b/>
        </w:rPr>
        <w:t xml:space="preserve"> </w:t>
      </w:r>
      <w:proofErr w:type="spellStart"/>
      <w:r>
        <w:rPr>
          <w:b/>
        </w:rPr>
        <w:t>Mazniku</w:t>
      </w:r>
      <w:proofErr w:type="spellEnd"/>
      <w:r>
        <w:rPr>
          <w:b/>
        </w:rPr>
        <w:t>:</w:t>
      </w:r>
    </w:p>
    <w:p w14:paraId="07581085" w14:textId="77777777" w:rsidR="00407D0A" w:rsidRDefault="009F6479">
      <w:r>
        <w:t xml:space="preserve">Ne </w:t>
      </w:r>
      <w:proofErr w:type="spellStart"/>
      <w:r>
        <w:t>kemi</w:t>
      </w:r>
      <w:proofErr w:type="spellEnd"/>
      <w:r>
        <w:t xml:space="preserve"> </w:t>
      </w:r>
      <w:proofErr w:type="spellStart"/>
      <w:r>
        <w:t>qenë</w:t>
      </w:r>
      <w:proofErr w:type="spellEnd"/>
      <w:r>
        <w:t xml:space="preserve"> </w:t>
      </w:r>
      <w:proofErr w:type="spellStart"/>
      <w:r>
        <w:t>gjatë</w:t>
      </w:r>
      <w:proofErr w:type="spellEnd"/>
      <w:r>
        <w:t xml:space="preserve"> </w:t>
      </w:r>
      <w:proofErr w:type="spellStart"/>
      <w:r>
        <w:t>gjithë</w:t>
      </w:r>
      <w:proofErr w:type="spellEnd"/>
      <w:r>
        <w:t xml:space="preserve"> kohës këtu në transmetim dhe direkt me qytetarët. Nuk kemi prezencën e kryetarit të Bashkisë së Shkodrës dhe kryetarit të Bashkisë së Pukës. Siç e kemi thënë dhe në takimet e tjera, do t'i japim një </w:t>
      </w:r>
      <w:r>
        <w:t>mundësi kryetarëve që të jenë në një dëgjesë tjetër. Në fund, kur të kemi mbaruar të gjithë dëgjesat, kryetarët që nuk kanë pasur mundësi të jenë prezent, do t'i kërkojmë të vijnë në një takim të posaçëm. Logjika e gjithë takimit është që ne t'ju pyesim, d</w:t>
      </w:r>
      <w:r>
        <w:t>he deputetët anëtarë të Komisionit Administrativ Territorial t'ju pyesin në raport me tre kolonat e punës së Komisionit: një, për kompetencat që Bashkia ka dhe funksionet, si çfarë ecën, çfarë nuk ecën, çfarë funksionon mirë, çfarë s'funksionon mirë, çfarë</w:t>
      </w:r>
      <w:r>
        <w:t xml:space="preserve"> mendoni ju që mund apo duhet të ndryshojë; së dyti, në lidhje me financat vendore, mundësitë financiare që Bashkia ka, qofshin kjo nga të ardhurat e veta, qoftë kjo nga granti, si funksionon, çfarë problemesh ka; dhe pjesa e tretë lidhet me territorin, ma</w:t>
      </w:r>
      <w:r>
        <w:t>dhësinë e territorit dhe raportin që madhësia e territorit lidhet si me financat, si me kompetencat, dhe si funksionojnë të treja këto bashkë në raport me ofrimin e shërbimit ndaj qytetarëve. Jemi rënë dakord që secili prej deputetëve prezent të bëjë pyetj</w:t>
      </w:r>
      <w:r>
        <w:t>e, qoftë kjo për një apo qoftë për secilin prej kryetarëve. Në qoftë se pyetja është për njërin prej jush, ai pastaj mund të marrë një kohë për t'u përgjigjur. Nëse është për të gjithë, secili merr një kohë të caktuar për t'u përgjigjur. Së treti, nëse pye</w:t>
      </w:r>
      <w:r>
        <w:t xml:space="preserve">tjet kanë informacion teknik të cilin ju mund të mos e dispononi sot, ne do të sigurohemi që në zbardhje të dëgjesës t'ju çojmë dhe në formë të shkruar ato përgjigje të cilat kërkojnë informacion specifik që ju mund të duhet ta mblidhni nga Bashkia dhe të </w:t>
      </w:r>
      <w:r>
        <w:t>na e çoni në mënyrë të shkruar për ta administruar më pas nga Komisioni dhe ekspertët që janë bashkangjitur Komisionit. Do t'ju kërkoja sërish që mesazh e mundur t'i mbajmë pyetjet koncize dhe pa shumë komente, në mënyrë që të përfitojmë maksimumin e munds</w:t>
      </w:r>
      <w:r>
        <w:t>hëm nga ana e Komisionit dhe punës së Komisionit. Faleminderit shumë, zoti Boçi.</w:t>
      </w:r>
    </w:p>
    <w:p w14:paraId="2DB7B98C" w14:textId="77777777" w:rsidR="00481C50" w:rsidRDefault="00481C50" w:rsidP="00481C50">
      <w:proofErr w:type="spellStart"/>
      <w:r>
        <w:rPr>
          <w:b/>
        </w:rPr>
        <w:t>Luçiano</w:t>
      </w:r>
      <w:proofErr w:type="spellEnd"/>
      <w:r>
        <w:rPr>
          <w:b/>
        </w:rPr>
        <w:t xml:space="preserve"> </w:t>
      </w:r>
      <w:proofErr w:type="spellStart"/>
      <w:r>
        <w:rPr>
          <w:b/>
        </w:rPr>
        <w:t>Boçi</w:t>
      </w:r>
      <w:proofErr w:type="spellEnd"/>
      <w:r>
        <w:rPr>
          <w:b/>
        </w:rPr>
        <w:t>:</w:t>
      </w:r>
    </w:p>
    <w:p w14:paraId="07F9D23D" w14:textId="20D7D116" w:rsidR="00407D0A" w:rsidRDefault="00481C50">
      <w:proofErr w:type="spellStart"/>
      <w:r>
        <w:t>Të</w:t>
      </w:r>
      <w:proofErr w:type="spellEnd"/>
      <w:r>
        <w:t xml:space="preserve"> </w:t>
      </w:r>
      <w:proofErr w:type="spellStart"/>
      <w:r>
        <w:t>n</w:t>
      </w:r>
      <w:r w:rsidR="009F6479">
        <w:t>deruar</w:t>
      </w:r>
      <w:proofErr w:type="spellEnd"/>
      <w:r w:rsidR="009F6479">
        <w:t xml:space="preserve"> </w:t>
      </w:r>
      <w:proofErr w:type="spellStart"/>
      <w:r w:rsidR="009F6479">
        <w:t>kryetarë</w:t>
      </w:r>
      <w:proofErr w:type="spellEnd"/>
      <w:r w:rsidR="009F6479">
        <w:t xml:space="preserve"> </w:t>
      </w:r>
      <w:proofErr w:type="spellStart"/>
      <w:r w:rsidR="009F6479">
        <w:t>të</w:t>
      </w:r>
      <w:proofErr w:type="spellEnd"/>
      <w:r w:rsidR="009F6479">
        <w:t xml:space="preserve"> </w:t>
      </w:r>
      <w:proofErr w:type="spellStart"/>
      <w:r w:rsidR="009F6479">
        <w:t>Bashkisë</w:t>
      </w:r>
      <w:proofErr w:type="spellEnd"/>
      <w:r w:rsidR="009F6479">
        <w:t xml:space="preserve"> së Qarkut Shkodër, ju falënderoj për prezencën tuaj këtu dhe pak për durimin që treguat për të na pritur, sepse dëgjesat me qarqet e tj</w:t>
      </w:r>
      <w:r w:rsidR="009F6479">
        <w:t>era kanë zgjatur përtej parashikimeve, dhe një nga arsyet është edhe ndoshta zgjatja e përgjigjeve nga ana e kryetarëve të Bashkisë. Jo se dua t'ju ngarkoj paraprakisht me faj, por dua të tërheq vëmendjen që përgjigjet e juaja të jenë të sakta, konkrete, n</w:t>
      </w:r>
      <w:r w:rsidR="009F6479">
        <w:t xml:space="preserve">ë lidhje me pyetjet që drejtohen nga deputetët dhe jo në lidhje me parashtrimet paksa lavdëruese administrative për mënyrën si keni menaxhuar ju bashkitë e juaja. Dhe duhet të jemi shumë të qartë, jemi në dëgjesë për të gjetur një komunikim, për të gjetur </w:t>
      </w:r>
      <w:r w:rsidR="009F6479">
        <w:t>një komunikim si Komision, jo veç si PD apo si PS, varësisht nga përkatësia dhe e juaj politike, sepse duam që realisht të marrim nga ju ato probleme që ju pretendoni që i keni në ushtrimin e detyrës. Ku i keni pengesat, i keni ligjore, i keni në bazë të k</w:t>
      </w:r>
      <w:r w:rsidR="009F6479">
        <w:t xml:space="preserve">ompetencave, i keni financiare, si e keni shërbimin, sepse keni dëshirë të jetë më i mirë, patjetër që, nuk e vë në dyshim, askush nuk e vë në dyshim, si </w:t>
      </w:r>
      <w:r w:rsidR="009F6479">
        <w:lastRenderedPageBreak/>
        <w:t>mund të përmirësohet ai, por duke konsideruar si është ai. Kush janë faktorët që ndikojnë? Janë faktor</w:t>
      </w:r>
      <w:r w:rsidR="009F6479">
        <w:t>ët ligjorë të funksionalitetit, janë faktorët financiarë, apo janë faktorët e territorit, largësia, distancat e mëdha që në veri, për shkak edhe të thyerjes së terrenit, janë shumë më dinamike dhe më afektuese ndaj cilësisë edhe llojit të shërbimeve që duh</w:t>
      </w:r>
      <w:r w:rsidR="009F6479">
        <w:t>et të ofrojë pushteti vendor? Vetëm duke ndërtuar këtë qasje do arrijmë që edhe të komunikojmë. Nuk jemi këtu për të bërë një krahasim të reformës 2014-2015 me 2005-ën, me atë 373-shin e famshëm. Jemi këtu për të bërë një ballafaqim të asaj çka u premtua n</w:t>
      </w:r>
      <w:r w:rsidR="009F6479">
        <w:t>ë reformën e 2014-2015 dhe çfarë është realizuar dhe çfarë nuk ka ecur, me qëllim që sot të bëjmë një reformë tjetër. Fjala reformë është ndryshim i thellë, për shkak të prishjes së një marrëveshjeje, që unë mendoj që është prishja e marrëveshjes dhe e rap</w:t>
      </w:r>
      <w:r w:rsidR="009F6479">
        <w:t>ortit të shtetit me qytetarin në territor. Largësia, kompetenca, shërbimi, përfajësimi që mungon për shumë territore dhe shumë elementë tjerë që ju i ndjeni më mirë, i përjetoni më mirë, jeni në kontakt përditshëm dhe mund ta furnizoni Komisionin tonë me t</w:t>
      </w:r>
      <w:r w:rsidR="009F6479">
        <w:t xml:space="preserve">ë dhëna dhe parashikime dhe përgjigje shumë interesante, të cilat ai kërkon t'i ketë në konsideratë në përfundim të konkluzioneve dhe të masave që do marrë në fund të kësaj reforme, që pretendohet të jetë konsensuale, sido që mund të vejë debati në pjesën </w:t>
      </w:r>
      <w:r w:rsidR="009F6479">
        <w:t>e paneleve që kemi ndërtuar përgjatë kësaj kohe. Faleminderit. Kush e do fjalën? Po, zoti Pacaj.</w:t>
      </w:r>
    </w:p>
    <w:p w14:paraId="16031DD1" w14:textId="0BC9E57F" w:rsidR="00407D0A" w:rsidRDefault="00481C50">
      <w:r>
        <w:rPr>
          <w:b/>
        </w:rPr>
        <w:t xml:space="preserve">Ermal </w:t>
      </w:r>
      <w:proofErr w:type="spellStart"/>
      <w:r>
        <w:rPr>
          <w:b/>
        </w:rPr>
        <w:t>Pacaj</w:t>
      </w:r>
      <w:proofErr w:type="spellEnd"/>
      <w:r>
        <w:rPr>
          <w:b/>
        </w:rPr>
        <w:t>:</w:t>
      </w:r>
    </w:p>
    <w:p w14:paraId="109BA27C" w14:textId="77777777" w:rsidR="00407D0A" w:rsidRDefault="009F6479">
      <w:r>
        <w:t>Faleminderit, bashkëkryetar. Të nderuar kryetarë, përsëri në komision. Unë kisha një pyetje për gjithsecilin prej katër kryetarëve të prezent sot në</w:t>
      </w:r>
      <w:r>
        <w:t xml:space="preserve"> komision. Do të desha të dija prej jush cilat janë kompetencat të cilat i keni, por edhe mund të mos ju duhen, e cilat janë kompetencat që nuk i keni, por që mund t'ju duhen në pushtetin vendor. Faleminderit.</w:t>
      </w:r>
    </w:p>
    <w:p w14:paraId="2AF39FB7" w14:textId="77777777" w:rsidR="009F6479" w:rsidRDefault="009F6479" w:rsidP="009F6479">
      <w:proofErr w:type="spellStart"/>
      <w:r>
        <w:rPr>
          <w:b/>
        </w:rPr>
        <w:t>Arbjan</w:t>
      </w:r>
      <w:proofErr w:type="spellEnd"/>
      <w:r>
        <w:rPr>
          <w:b/>
        </w:rPr>
        <w:t xml:space="preserve"> </w:t>
      </w:r>
      <w:proofErr w:type="spellStart"/>
      <w:r>
        <w:rPr>
          <w:b/>
        </w:rPr>
        <w:t>Mazniku</w:t>
      </w:r>
      <w:proofErr w:type="spellEnd"/>
      <w:r>
        <w:rPr>
          <w:b/>
        </w:rPr>
        <w:t>:</w:t>
      </w:r>
    </w:p>
    <w:p w14:paraId="6BA94171" w14:textId="77777777" w:rsidR="00407D0A" w:rsidRDefault="009F6479">
      <w:proofErr w:type="spellStart"/>
      <w:r>
        <w:t>Secili</w:t>
      </w:r>
      <w:proofErr w:type="spellEnd"/>
      <w:r>
        <w:t xml:space="preserve"> </w:t>
      </w:r>
      <w:proofErr w:type="spellStart"/>
      <w:r>
        <w:t>prej</w:t>
      </w:r>
      <w:proofErr w:type="spellEnd"/>
      <w:r>
        <w:t xml:space="preserve"> </w:t>
      </w:r>
      <w:proofErr w:type="spellStart"/>
      <w:r>
        <w:t>kryetarëve</w:t>
      </w:r>
      <w:proofErr w:type="spellEnd"/>
      <w:r>
        <w:t xml:space="preserve">, </w:t>
      </w:r>
      <w:proofErr w:type="spellStart"/>
      <w:r>
        <w:t>mund</w:t>
      </w:r>
      <w:proofErr w:type="spellEnd"/>
      <w:r>
        <w:t xml:space="preserve"> </w:t>
      </w:r>
      <w:proofErr w:type="spellStart"/>
      <w:r>
        <w:t>të</w:t>
      </w:r>
      <w:proofErr w:type="spellEnd"/>
      <w:r>
        <w:t xml:space="preserve"> fil</w:t>
      </w:r>
      <w:r>
        <w:t>lojmë nga zoti Shkreli dhe me radhë.</w:t>
      </w:r>
    </w:p>
    <w:p w14:paraId="54830F85" w14:textId="77777777" w:rsidR="009F6479" w:rsidRDefault="009F6479" w:rsidP="009F6479">
      <w:pPr>
        <w:rPr>
          <w:b/>
          <w:bCs/>
        </w:rPr>
      </w:pPr>
      <w:r>
        <w:rPr>
          <w:b/>
          <w:bCs/>
        </w:rPr>
        <w:t>Kristian Shkreli:</w:t>
      </w:r>
    </w:p>
    <w:p w14:paraId="5E6078AD" w14:textId="77777777" w:rsidR="00407D0A" w:rsidRDefault="009F6479">
      <w:proofErr w:type="spellStart"/>
      <w:r>
        <w:t>Atëherë</w:t>
      </w:r>
      <w:proofErr w:type="spellEnd"/>
      <w:r>
        <w:t xml:space="preserve">, </w:t>
      </w:r>
      <w:proofErr w:type="spellStart"/>
      <w:r>
        <w:t>përshëndetje</w:t>
      </w:r>
      <w:proofErr w:type="spellEnd"/>
      <w:r>
        <w:t xml:space="preserve"> </w:t>
      </w:r>
      <w:proofErr w:type="spellStart"/>
      <w:r>
        <w:t>të</w:t>
      </w:r>
      <w:proofErr w:type="spellEnd"/>
      <w:r>
        <w:t xml:space="preserve"> </w:t>
      </w:r>
      <w:proofErr w:type="spellStart"/>
      <w:r>
        <w:t>gjithëve</w:t>
      </w:r>
      <w:proofErr w:type="spellEnd"/>
      <w:r>
        <w:t xml:space="preserve">, mirëmirësi të gjithëve. Me thënë të drejtën, kompetencat nuk është se kemi tepër. Bashkia ka nevojë për më shumë kompetenca dhe normal që këto kompetenca që janë dhënë, unë </w:t>
      </w:r>
      <w:r>
        <w:t>mendoj që kompetencat që janë dhënë me reformën e 2015-s, duhet t'iu qëndrojnë bashkive. Pra, ato kompetenca që janë dhënë që në 2015-n, jo të ju heken kompetencat bashkive. Për shembull, një sugjerim është për pyjet dhe kullotat, që bashkitë t'iu lehet si</w:t>
      </w:r>
      <w:r>
        <w:t xml:space="preserve"> kompetencë pyjet dhe kullotat, sepse edhe menaxhimi e kanë shumë më i mirë. Dhe normal që i hek edhe të ardhurat e bashkive, po ju heken administrimi i pyjeve dhe kullotave bashkive, normal që edhe të ardhurat e bashkive do bien. Unë kaq kam. Faleminderit</w:t>
      </w:r>
      <w:r>
        <w:t>.</w:t>
      </w:r>
    </w:p>
    <w:p w14:paraId="22D5DACA" w14:textId="77777777" w:rsidR="009F6479" w:rsidRDefault="009F6479" w:rsidP="009F6479">
      <w:proofErr w:type="spellStart"/>
      <w:r>
        <w:rPr>
          <w:b/>
        </w:rPr>
        <w:t>Arbjan</w:t>
      </w:r>
      <w:proofErr w:type="spellEnd"/>
      <w:r>
        <w:rPr>
          <w:b/>
        </w:rPr>
        <w:t xml:space="preserve"> </w:t>
      </w:r>
      <w:proofErr w:type="spellStart"/>
      <w:r>
        <w:rPr>
          <w:b/>
        </w:rPr>
        <w:t>Mazniku</w:t>
      </w:r>
      <w:proofErr w:type="spellEnd"/>
      <w:r>
        <w:rPr>
          <w:b/>
        </w:rPr>
        <w:t>:</w:t>
      </w:r>
    </w:p>
    <w:p w14:paraId="17F3C9B4" w14:textId="77777777" w:rsidR="00407D0A" w:rsidRDefault="009F6479">
      <w:proofErr w:type="spellStart"/>
      <w:r>
        <w:t>Zoti</w:t>
      </w:r>
      <w:proofErr w:type="spellEnd"/>
      <w:r>
        <w:t xml:space="preserve"> </w:t>
      </w:r>
      <w:proofErr w:type="spellStart"/>
      <w:r>
        <w:t>Marinaj</w:t>
      </w:r>
      <w:proofErr w:type="spellEnd"/>
      <w:r>
        <w:t>.</w:t>
      </w:r>
    </w:p>
    <w:p w14:paraId="3CE4268D" w14:textId="77777777" w:rsidR="009F6479" w:rsidRDefault="009F6479">
      <w:pPr>
        <w:rPr>
          <w:b/>
        </w:rPr>
      </w:pPr>
    </w:p>
    <w:p w14:paraId="7E8DAC3E" w14:textId="01372DC9" w:rsidR="00407D0A" w:rsidRDefault="002175D2">
      <w:r>
        <w:rPr>
          <w:b/>
        </w:rPr>
        <w:lastRenderedPageBreak/>
        <w:t xml:space="preserve">Tonin </w:t>
      </w:r>
      <w:proofErr w:type="spellStart"/>
      <w:r>
        <w:rPr>
          <w:b/>
        </w:rPr>
        <w:t>Marinaj</w:t>
      </w:r>
      <w:proofErr w:type="spellEnd"/>
      <w:r>
        <w:rPr>
          <w:b/>
        </w:rPr>
        <w:t>:</w:t>
      </w:r>
    </w:p>
    <w:p w14:paraId="1C15CD06" w14:textId="77777777" w:rsidR="00407D0A" w:rsidRDefault="009F6479">
      <w:r>
        <w:t>Të nderuar bashkëkryetarë, të nderuar deputetë, të nderuar kryetarë, unë jam në cilësinë e kryetarit të parë të Malësisë së Madhe, ose me tu marrë reforma urbane kryetarë të bashkisë, pra më zgjodhën qytetarët e Malësi</w:t>
      </w:r>
      <w:r>
        <w:t>së së Madhe. Realisht, kush e shoqërua reformën me një paketë serioze në favor të bashkive, ku mendoj që ishte shumë e nevojshme, dhe besoj që ajo reformë ishte shumë efikase, komunat apo bashkitë, flas gjithmonë në territorin e Bashkisë së Malësisë së Mad</w:t>
      </w:r>
      <w:r>
        <w:t>he, ishin të marrë me burime njerëzore, edhe për shkak të organikave jo të kompletuara siç kishin, pra ishin një bashki dhe gjashtë njësi, dhe me tu bërë reforma, u bë mujtën që institucioni i bashkisë të forcohej me burime njerëzore, duke pasur parasysh q</w:t>
      </w:r>
      <w:r>
        <w:t xml:space="preserve">ë ishte dhe një kontizent i trive: inxhinier, arkitekt, ekonomista, që erdhën me dëshirë të madhe të punonin për Malësinë e Madhe. U shoqërua me një sërë kompetencash, që me pyjet, që i përmendi edhe Kristiani, me kanalet e dyta, të treta, me zjarrfiksat, </w:t>
      </w:r>
      <w:r>
        <w:t>me shërbime të tjera e të tjera, që në realitet u kthye në efiçencë ndaj banorëve. Njëkohësisht, nga viti në vit, buxheti është rritur, pra në 2015-ën me sot, buxheti i bashkisë për grantet, granti pa kusht, ZUM, ka një rritje të madhe, por që realisht ësh</w:t>
      </w:r>
      <w:r>
        <w:t xml:space="preserve">të shumë më tepër e nevojshme. Mendoj që qeveria duhet ta shikojë në këtë pikë, se bashkitë kanë nevojë për financa, nuk mjaftojnë këto grante, por po të krahasohet me atë kohë, domethënë është një ndryshim i mirë në favor të bashkive. Normal, tek bashkia </w:t>
      </w:r>
      <w:r>
        <w:t>që unë drejtoj, kam hasur në disa probleme që mund të them i quaj probleme serioze, që realisht mund të kishin qenë krejt të zgjidhshme gjatë kësaj periudhe që unë kam ndenjur. Legalizimet, nëse bashkia do të kishte autoritetin e duhur apo bashkitë në marr</w:t>
      </w:r>
      <w:r>
        <w:t>ëdhënie me legalizimet, mund të them që në Malësinë e Madhe do të ishin realizuar të gjitha legalizimet që janë bërë, por nuk janë bërë aq sa duhet të bëhen, sepse normalisht është e rëndësishme që të jetë një shtëpi e hipotekuar, qoftë për blerje, qoftë p</w:t>
      </w:r>
      <w:r>
        <w:t>ër shitje, apo për arsye të tjera, apo për t'u kredituar, apo për të bërë një biznes. Njëkohësisht, edhe ligji 2020, në qoftë se flasim për problemet, mendoj që je në bashkia e parë si ne e kemi filluar, por një betejë disi e ndërlikuar me banorët, duke pa</w:t>
      </w:r>
      <w:r>
        <w:t>sur parasysh që kanë po prapë dy institucione të përbashkëta për ta çuar pronën tek i zoti, dhe në realitet mendoj që unë edhe e kam pasur kundërshtuar në atë kohë kur janë bërë takimet në Shkodër dhe këtu në Tiranë, mendoj që nëse në një moment ndryshohet</w:t>
      </w:r>
      <w:r>
        <w:t xml:space="preserve"> ky ligj, të drejtojë bashkia dhe t'i pajisin banorët, ku edhe nuk kena probleme, edhe tokat i kanë trashëguar me çertëfikatë pronësie. Pra, janë një sërë hallkash për ta finalizuar pronësinë e banorëve, pavarësisht se është e tyre. Për sa i përket reformë</w:t>
      </w:r>
      <w:r>
        <w:t>s, unë mendoj që Malësia e Madhe, po jo vetëm unë, por edhe nga kontaktet, edhe nga komunikimet me banorët, por edhe me fshatrat, me fshatarë dhe me malësorë në Malësinë e Madhe, njëkohësisht edhe me diasporën, mendoj që Malësia e Madhe nuk është e nevojsh</w:t>
      </w:r>
      <w:r>
        <w:t>me që të ndahet. Ne kemi një histori, edhe kur ishim në njësi, po prapë një histori kemi, por gjithsesi këtu drejtohet nga qendra ose duke qenë një bashki më e madhe, pra në kuptimin e copëzimit të dy apo në tri pjesë, apo çfarë mund të diskutojnë dikush a</w:t>
      </w:r>
      <w:r>
        <w:t>po dikush tjetër, mendoj që nuk është e arsyeshme ose nuk ka efektivitet ndaj banorëve të Malësisë së Madhe. Taksat, normal, që fillon, nuk jam i kënaqur me ato që unë mbledhi, pra që banorët paguajnë, por siç ju thashë pak më përpara, janë edhe ato që unë</w:t>
      </w:r>
      <w:r>
        <w:t xml:space="preserve"> i përmenda, është nga toka bujqësore, unë marr shumë pak taksa për shkak të mos-certifikimit të pronave. Njëkohësisht, edhe lejet e ndërtimit janë më të pakta, sepse po nuk </w:t>
      </w:r>
      <w:r>
        <w:lastRenderedPageBreak/>
        <w:t>pate çertëfikat, leje nuk mundesh me dhënë, dhe normalisht që mbledhim ato taksa q</w:t>
      </w:r>
      <w:r>
        <w:t>ë është e mujtur, por me fillimin dhe me sot, normalisht edhe ky sektor ka marrë shërbimet e duhura në Bashkinë e Malësisë së Madhe. Një problem tjetër për mua mbetet një kompetencë që ne e kemi pasur të deleguar, por që realisht ne e dhuruam si bashki, të</w:t>
      </w:r>
      <w:r>
        <w:t xml:space="preserve"> gjitha bashkitë, është ujësjellësi. Për mua është një problem në vete. Kur ujësjellësin e kishte bashkia në 2016-ën, normalisht ka edhe një specifikë tjetër nga ujësjellësit të tjerë, sepse është me vetë-rrjedhje dhe normalisht shpenzimet janë shumë të vo</w:t>
      </w:r>
      <w:r>
        <w:t>gla, pra nuk e kam me sistem pompimi duke harxhuar energji elektrike, dhe realisht ne e kthyem ujësjellësin prej në një situatë të vështirë, në një situatë tjetër dhe pozitive. Njëkohësisht, duke pasur parasysh dhe duke pasur bashkia, mendoj që efektivitet</w:t>
      </w:r>
      <w:r>
        <w:t>i ka qenë shumë më i mirë sesa është sot, sepse në qoftë se do të kishte një defekt menjëherë, kushdo që ka qenë kryetar i bashkisë, apo është sot, problemi u zgjidhte menjëherë. Ndërsa me rajonalizimin e ujësjellësit, kuptohet që ka defekte në pu, kanë Va</w:t>
      </w:r>
      <w:r>
        <w:t xml:space="preserve">bdenjë, kanë Shkodër, kanë Malësinë e Madhe, dhe duke bërë preventive apo diçka tjetër, shërbimi vonohet. Unë po të hyj të flas, domethënë normalisht kam gjana sa të dush për të folur, se është edhe periudhë e gjatë, por mendoj që nëse keni ndonjë pyetje, </w:t>
      </w:r>
      <w:r>
        <w:t>mundeni të më drejtoni, por nuk kam edhe dëshirë të bëhem i bezdisshëm ose të flas për suksese që Bashkia e Malësisë së Madhe, qoftë nga investimet që ka realizuar qeveria, qoftë nga ato që ka realizuar bashkia, ka bërë ndryshime, ndryshime jo të vogla, po</w:t>
      </w:r>
      <w:r>
        <w:t xml:space="preserve">r shumë të mëdhaja. Ose mund të them, pavarësisht se ne na mungojnë disa gjana që mund t'i quaj thjesht të nevojshme, duke pasur parasysh edhe një zonë apo një bashki me një sipërfaqe të madhe, me një popullatë 56 mijë banorë, me një diasporë të fortë, me </w:t>
      </w:r>
      <w:r>
        <w:t>një kontizent malësorësh të qytetëruar dhe të shkolluar të niveleve shumë të larta, ne na mungojnë disa gjana, por që besoj në vazhdim edhe ato që na mungojnë do t'i realizojmë. Por gjithsesi, bashkia ka nevojë në vazhdimësi për të bërë gjana ose ndryshime</w:t>
      </w:r>
      <w:r>
        <w:t xml:space="preserve"> me kohën ose me situatën.</w:t>
      </w:r>
    </w:p>
    <w:p w14:paraId="18047E7C" w14:textId="77777777" w:rsidR="00A312CC" w:rsidRDefault="00A312CC" w:rsidP="00A312CC">
      <w:proofErr w:type="spellStart"/>
      <w:r>
        <w:rPr>
          <w:b/>
        </w:rPr>
        <w:t>Luçiano</w:t>
      </w:r>
      <w:proofErr w:type="spellEnd"/>
      <w:r>
        <w:rPr>
          <w:b/>
        </w:rPr>
        <w:t xml:space="preserve"> </w:t>
      </w:r>
      <w:proofErr w:type="spellStart"/>
      <w:r>
        <w:rPr>
          <w:b/>
        </w:rPr>
        <w:t>Boçi</w:t>
      </w:r>
      <w:proofErr w:type="spellEnd"/>
      <w:r>
        <w:rPr>
          <w:b/>
        </w:rPr>
        <w:t>:</w:t>
      </w:r>
    </w:p>
    <w:p w14:paraId="0C88859A" w14:textId="77777777" w:rsidR="00407D0A" w:rsidRDefault="009F6479">
      <w:r>
        <w:t xml:space="preserve">Po, </w:t>
      </w:r>
      <w:proofErr w:type="spellStart"/>
      <w:r>
        <w:t>faleminderit</w:t>
      </w:r>
      <w:proofErr w:type="spellEnd"/>
      <w:r>
        <w:t xml:space="preserve"> </w:t>
      </w:r>
      <w:proofErr w:type="spellStart"/>
      <w:r>
        <w:t>zoti</w:t>
      </w:r>
      <w:proofErr w:type="spellEnd"/>
      <w:r>
        <w:t xml:space="preserve"> Curri, </w:t>
      </w:r>
      <w:proofErr w:type="spellStart"/>
      <w:r>
        <w:t>fjala</w:t>
      </w:r>
      <w:proofErr w:type="spellEnd"/>
      <w:r>
        <w:t xml:space="preserve"> për ju. Për Shkodrën, unë mendoj që mos avancojmë, sepse zoti Beci do vijë domosdoshmërisht në një ditë tjetër, sepse në qoftë se konsumojmë përgjigjet tani, bie që e kemi ezauruar Sh</w:t>
      </w:r>
      <w:r>
        <w:t>kodrën. Nuk e preferojmë këtë gjë, duhet të vijë vetë kryetari i bashkisë. Ky është një vendim që e ka marrë komisioni edhe në rastet e tjera, nuk është specifik për Shkodrën. Para jush ishte qarkul Fier, mungonte kryetari i bashkisë i Fierit dhe ai do vij</w:t>
      </w:r>
      <w:r>
        <w:t>ë bashkë me kryetarin e bashkisë Elbasan, që dhe ai nuk është paraqitur në dëgjesën pranë këtij komisioni. Kërkoj ndjesë që ju ndërpreva paksa dëshirën për të folur, por duhet të respektojmë një vendim të komisionit. Prandaj po ia kaloj fjalën zotit Curri.</w:t>
      </w:r>
      <w:r>
        <w:t xml:space="preserve"> Faleminderit.</w:t>
      </w:r>
    </w:p>
    <w:p w14:paraId="6C7A2827" w14:textId="1AB1783B" w:rsidR="00407D0A" w:rsidRDefault="00A312CC">
      <w:r>
        <w:rPr>
          <w:b/>
        </w:rPr>
        <w:t xml:space="preserve">Bashkia </w:t>
      </w:r>
      <w:proofErr w:type="spellStart"/>
      <w:r>
        <w:rPr>
          <w:b/>
        </w:rPr>
        <w:t>Shkodër</w:t>
      </w:r>
      <w:proofErr w:type="spellEnd"/>
      <w:r>
        <w:rPr>
          <w:b/>
        </w:rPr>
        <w:t>:</w:t>
      </w:r>
    </w:p>
    <w:p w14:paraId="25635DC0" w14:textId="77777777" w:rsidR="00407D0A" w:rsidRDefault="009F6479">
      <w:r>
        <w:t>Nëse është vendim i komisionit që mos flasin zëvendëskryetarë përfaqësues i kryetarit të bashkisë?</w:t>
      </w:r>
    </w:p>
    <w:p w14:paraId="23E0F8D0" w14:textId="77777777" w:rsidR="00A312CC" w:rsidRDefault="00A312CC" w:rsidP="00A312CC">
      <w:proofErr w:type="spellStart"/>
      <w:r>
        <w:rPr>
          <w:b/>
        </w:rPr>
        <w:t>Luçiano</w:t>
      </w:r>
      <w:proofErr w:type="spellEnd"/>
      <w:r>
        <w:rPr>
          <w:b/>
        </w:rPr>
        <w:t xml:space="preserve"> </w:t>
      </w:r>
      <w:proofErr w:type="spellStart"/>
      <w:r>
        <w:rPr>
          <w:b/>
        </w:rPr>
        <w:t>Boçi</w:t>
      </w:r>
      <w:proofErr w:type="spellEnd"/>
      <w:r>
        <w:rPr>
          <w:b/>
        </w:rPr>
        <w:t>:</w:t>
      </w:r>
    </w:p>
    <w:p w14:paraId="3D41E04A" w14:textId="77777777" w:rsidR="00407D0A" w:rsidRDefault="009F6479">
      <w:r>
        <w:lastRenderedPageBreak/>
        <w:t xml:space="preserve">Po </w:t>
      </w:r>
      <w:proofErr w:type="spellStart"/>
      <w:r>
        <w:t>pra</w:t>
      </w:r>
      <w:proofErr w:type="spellEnd"/>
      <w:r>
        <w:t xml:space="preserve">, e </w:t>
      </w:r>
      <w:proofErr w:type="spellStart"/>
      <w:r>
        <w:t>sqarova</w:t>
      </w:r>
      <w:proofErr w:type="spellEnd"/>
      <w:r>
        <w:t xml:space="preserve">, </w:t>
      </w:r>
      <w:proofErr w:type="spellStart"/>
      <w:r>
        <w:t>të</w:t>
      </w:r>
      <w:proofErr w:type="spellEnd"/>
      <w:r>
        <w:t xml:space="preserve"> tillë e sqarova, sepse janë thirrur kryetarët e bashkive, jo nënkryetarët. Ai është i zgjedhuri, a</w:t>
      </w:r>
      <w:r>
        <w:t>i ka lidhjen më direkte. Të paktën, ky ka qenë vendimi ynë si komision që të thërrasim kryetarët e bashkive. Përndryshe, do kishim të gjithë nënkryetarët këtu përgjatë gjithë seancave që kemi zhvilluar, por s'ka ndodhur. Në raste sporadike, do i grupojmë n</w:t>
      </w:r>
      <w:r>
        <w:t>ë një ditë tjetër të caktuar. Mund t'ia transmetoni dhe zotit Beci këtë rast. E ka detyrinë që të paraqitet para këtij komisioni. Është vendim. Faleminderit.</w:t>
      </w:r>
    </w:p>
    <w:p w14:paraId="23465E83" w14:textId="06B6A0F5" w:rsidR="00407D0A" w:rsidRDefault="00A312CC">
      <w:r>
        <w:rPr>
          <w:b/>
        </w:rPr>
        <w:t>Hil Curri:</w:t>
      </w:r>
    </w:p>
    <w:p w14:paraId="5DA48315" w14:textId="77777777" w:rsidR="00407D0A" w:rsidRDefault="009F6479">
      <w:r>
        <w:t xml:space="preserve">Përshëndetje të gjithëve. Përshëndetje të nderuar bashkëkryetarë. Përshëndetje kolegë. </w:t>
      </w:r>
      <w:r>
        <w:t>Përshëndetje deputetë të ftuar në këtë komision shumë të rëndësishëm. U kisha një pyetje për, se pra zotërinj që na bëni një pyetje, në kuptimin e fjalës se na drejtojnë pyetjet të gjithëve njësoj, çfarë kompetencash keni me lëshuar ne dhe ose çfarë kompet</w:t>
      </w:r>
      <w:r>
        <w:t>encash i keni atë tepërta, ose do na merrni marrë. Ne në fakt nuk kemi nevojë për kompetenca që do na merrni marrë. Një nga ato kompetenca, nëse na ka dhënë ligji, për arsyen që pushteti vendor që funksionon, disa kompetenca janë të shkruara në ligj, por n</w:t>
      </w:r>
      <w:r>
        <w:t>uk zbatohen. Dhe unë po të jap një shembull, që unë kam drejtë me lëshuar një leje hidrocentrale spitali për një spital, për shembull, por nuk kam drejtë me lëshuar një leje për një HEC. Pra, është shumë më e rëndësishme një HEC do të më mungojë qendër ses</w:t>
      </w:r>
      <w:r>
        <w:t>a një spital që ka jetën e njerëzve. Kjo është çështje kompetencash. Pushteti vendor në tërësi, unë po flas për bashkinë që e përfaqësoj, nuk ka shumë kompetenca. Këto kompetenca janë të cunguara në pjesën e vendimmarrjes. Ne kemi Këshillin Bashkiak si org</w:t>
      </w:r>
      <w:r>
        <w:t>an vendimmarrës, i cili shpeshherë lobon për zhvillimin e komunitetit që përfaqësojmë. Unë shtimin e kompetencave mendoj se çdo kryetar bashkie e ka të nevojshme për mbulimin e territorit dhe për shtimin e të ardhurave në bashkinë që përfaqësojmë. Këto kom</w:t>
      </w:r>
      <w:r>
        <w:t xml:space="preserve">petenca nuk besoj që ka ndonjë ministri që i meten, Hadri apo qenë ato marrin kompetencat, për shembull, po flas për Ministrinë e Mjedisit apo një ministri tjetër linje, e cila dhe nuk e administron, për shembull, se janë rrugët dhe nacionale, dhe i nuk i </w:t>
      </w:r>
      <w:r>
        <w:t>keni as në kompetencë.</w:t>
      </w:r>
    </w:p>
    <w:p w14:paraId="0A747EBD" w14:textId="77777777" w:rsidR="00FD427D" w:rsidRDefault="00FD427D" w:rsidP="00FD427D">
      <w:proofErr w:type="spellStart"/>
      <w:r>
        <w:rPr>
          <w:b/>
        </w:rPr>
        <w:t>Arbjan</w:t>
      </w:r>
      <w:proofErr w:type="spellEnd"/>
      <w:r>
        <w:rPr>
          <w:b/>
        </w:rPr>
        <w:t xml:space="preserve"> </w:t>
      </w:r>
      <w:proofErr w:type="spellStart"/>
      <w:r>
        <w:rPr>
          <w:b/>
        </w:rPr>
        <w:t>Mazniku</w:t>
      </w:r>
      <w:proofErr w:type="spellEnd"/>
      <w:r>
        <w:rPr>
          <w:b/>
        </w:rPr>
        <w:t>:</w:t>
      </w:r>
    </w:p>
    <w:p w14:paraId="08F1FC87" w14:textId="77777777" w:rsidR="00407D0A" w:rsidRDefault="009F6479">
      <w:proofErr w:type="spellStart"/>
      <w:r>
        <w:t>Zoti</w:t>
      </w:r>
      <w:proofErr w:type="spellEnd"/>
      <w:r>
        <w:t xml:space="preserve"> Curri, se </w:t>
      </w:r>
      <w:proofErr w:type="spellStart"/>
      <w:r>
        <w:t>më</w:t>
      </w:r>
      <w:proofErr w:type="spellEnd"/>
      <w:r>
        <w:t xml:space="preserve"> </w:t>
      </w:r>
      <w:proofErr w:type="spellStart"/>
      <w:r>
        <w:t>intereson</w:t>
      </w:r>
      <w:proofErr w:type="spellEnd"/>
      <w:r>
        <w:t xml:space="preserve"> shumë përgjigjja. Mund të na i thoni specifikisht cilat kompetenca mendoni që do të ishin mund t'i blendit, t'i shtoheshin? Specifikisht, për shembull, kompetenca X, Y, specifike, se më intereso</w:t>
      </w:r>
      <w:r>
        <w:t>n.</w:t>
      </w:r>
    </w:p>
    <w:p w14:paraId="0127FCC5" w14:textId="77777777" w:rsidR="00FD427D" w:rsidRDefault="00FD427D" w:rsidP="00FD427D">
      <w:r>
        <w:rPr>
          <w:b/>
        </w:rPr>
        <w:t>Hil Curri:</w:t>
      </w:r>
    </w:p>
    <w:p w14:paraId="08FAA310" w14:textId="77777777" w:rsidR="00407D0A" w:rsidRDefault="009F6479">
      <w:r>
        <w:t xml:space="preserve">Po </w:t>
      </w:r>
      <w:proofErr w:type="spellStart"/>
      <w:r>
        <w:t>ishte</w:t>
      </w:r>
      <w:proofErr w:type="spellEnd"/>
      <w:r>
        <w:t xml:space="preserve"> </w:t>
      </w:r>
      <w:proofErr w:type="spellStart"/>
      <w:r>
        <w:t>pyetja</w:t>
      </w:r>
      <w:proofErr w:type="spellEnd"/>
      <w:r>
        <w:t xml:space="preserve">, </w:t>
      </w:r>
      <w:proofErr w:type="spellStart"/>
      <w:r>
        <w:t>na</w:t>
      </w:r>
      <w:proofErr w:type="spellEnd"/>
      <w:r>
        <w:t xml:space="preserve"> futni një temë tjetër, ky, për shembull, se çfarë kompetencash do na mishëruan. Kryetarët e bashkive, mendoj unë, për me pasur rezultat të ato pikat e forta apo të dobëta që kanë, po flas vetëm për pikat e forta, ne kompet</w:t>
      </w:r>
      <w:r>
        <w:t>encat, sepse sot i kemi cunguar kompetencat. Pra, ne bëjmë gjithë çdo lobim për me dhënë një territor të caktuar me qira për një zhvillim të caktuar. Po ky zhvillim po marr konkretisht për fotovoltaike, për shembull, apo ujike, dhe ose për një fermë me kar</w:t>
      </w:r>
      <w:r>
        <w:t xml:space="preserve">akter të avancuar të Bashkimit Europian. Ne i bëjmë dy shkallët tona. Kompetenca mbrapa mbetet me Ministrinë e Linjës. Këtu, tashi, ne na i fijmë një hap më të... nuk e kemi kompetencën e plotë, sepse në momentin që ti e </w:t>
      </w:r>
      <w:r>
        <w:lastRenderedPageBreak/>
        <w:t>afron investitorin, do të jetë i si</w:t>
      </w:r>
      <w:r>
        <w:t>gurt ai që ka marrë pëlqimin e komunitetit. Unë mendoj që në momentin që merr pëlqimin e komunitetit dhe projektin të bërë nga administrata ose bashkia përkatëse, kjo kompetencë do të ishte e bashkive.</w:t>
      </w:r>
    </w:p>
    <w:p w14:paraId="210F8E7C" w14:textId="77777777" w:rsidR="00407D0A" w:rsidRDefault="009F6479">
      <w:proofErr w:type="spellStart"/>
      <w:r>
        <w:t>Kompetenca</w:t>
      </w:r>
      <w:proofErr w:type="spellEnd"/>
      <w:r>
        <w:t xml:space="preserve"> </w:t>
      </w:r>
      <w:proofErr w:type="spellStart"/>
      <w:r>
        <w:t>për</w:t>
      </w:r>
      <w:proofErr w:type="spellEnd"/>
      <w:r>
        <w:t xml:space="preserve"> </w:t>
      </w:r>
      <w:proofErr w:type="spellStart"/>
      <w:r>
        <w:t>ushtrimin</w:t>
      </w:r>
      <w:proofErr w:type="spellEnd"/>
      <w:r>
        <w:t xml:space="preserve"> e sy, me thënë, të gecbordëve dhe këtyre ndërmarrjeve që ndërtohen mbrëmë për mbrëmë në territoret e bashkive, apo duket që sipërfaqet pyjore apo mjedisore që jep bashkia për zhvillim ekonomik, kanë pafundësisht halka penguese që n</w:t>
      </w:r>
      <w:r>
        <w:t>uk zhvillohen. Për shembull, kërkoj për, kam studim për fotovoltaike, e kam me tre vjet me radhë, e kemi të gjitha studimet, ashtu bëhet pëlqimi, këshilla bëhet projekti, ja bëhet studimi me firmë, me kompani të ujit, me të gjitha parametrat, dhe firma vaz</w:t>
      </w:r>
      <w:r>
        <w:t>hdon t'u paguajë bashkisë, por leja nuk ia dhënë. Pra, këtë kompetencë duhet ta kishte më t'i fije më të afruar si bashki, sepse investitori nuk pret, ka logjikë investitori që nuk pret.</w:t>
      </w:r>
    </w:p>
    <w:p w14:paraId="5BC6D77F" w14:textId="77777777" w:rsidR="00FD427D" w:rsidRDefault="00FD427D" w:rsidP="00FD427D">
      <w:proofErr w:type="spellStart"/>
      <w:r>
        <w:rPr>
          <w:b/>
        </w:rPr>
        <w:t>Arbjan</w:t>
      </w:r>
      <w:proofErr w:type="spellEnd"/>
      <w:r>
        <w:rPr>
          <w:b/>
        </w:rPr>
        <w:t xml:space="preserve"> </w:t>
      </w:r>
      <w:proofErr w:type="spellStart"/>
      <w:r>
        <w:rPr>
          <w:b/>
        </w:rPr>
        <w:t>Mazniku</w:t>
      </w:r>
      <w:proofErr w:type="spellEnd"/>
      <w:r>
        <w:rPr>
          <w:b/>
        </w:rPr>
        <w:t>:</w:t>
      </w:r>
    </w:p>
    <w:p w14:paraId="017EDB36" w14:textId="77777777" w:rsidR="00407D0A" w:rsidRDefault="009F6479">
      <w:proofErr w:type="spellStart"/>
      <w:r>
        <w:t>T'i</w:t>
      </w:r>
      <w:proofErr w:type="spellEnd"/>
      <w:r>
        <w:t xml:space="preserve"> </w:t>
      </w:r>
      <w:proofErr w:type="spellStart"/>
      <w:r>
        <w:t>japi</w:t>
      </w:r>
      <w:proofErr w:type="spellEnd"/>
      <w:r>
        <w:t xml:space="preserve"> </w:t>
      </w:r>
      <w:proofErr w:type="spellStart"/>
      <w:r>
        <w:t>bashkia</w:t>
      </w:r>
      <w:proofErr w:type="spellEnd"/>
      <w:r>
        <w:t xml:space="preserve"> </w:t>
      </w:r>
      <w:proofErr w:type="spellStart"/>
      <w:r>
        <w:t>licencat</w:t>
      </w:r>
      <w:proofErr w:type="spellEnd"/>
      <w:r>
        <w:t xml:space="preserve"> e fotovoltaikëve.</w:t>
      </w:r>
    </w:p>
    <w:p w14:paraId="4C5B27FC" w14:textId="77777777" w:rsidR="00FD427D" w:rsidRDefault="00FD427D" w:rsidP="00FD427D">
      <w:r>
        <w:rPr>
          <w:b/>
        </w:rPr>
        <w:t>Hil Curri:</w:t>
      </w:r>
    </w:p>
    <w:p w14:paraId="42061103" w14:textId="6C51914F" w:rsidR="00407D0A" w:rsidRDefault="009F6479">
      <w:r>
        <w:t>Po,</w:t>
      </w:r>
      <w:r>
        <w:t xml:space="preserve"> </w:t>
      </w:r>
      <w:proofErr w:type="spellStart"/>
      <w:r>
        <w:t>patjetër</w:t>
      </w:r>
      <w:proofErr w:type="spellEnd"/>
      <w:r>
        <w:t>. Pra, domethënë, një minimale, se unë nuk desha me dalë deri këtu, por në qoftë se kjo do të ishte kompetencë e bashkisë, bashkia, bashkitë me karakter si bashkia, si përfaqësoj unë, apo bashki të tjera, do të kishin zhvillim të menjëhershëm. Për</w:t>
      </w:r>
      <w:r>
        <w:t xml:space="preserve"> ujësjellësin, e tha dhe zoti Tonin, ishte një pikë, është bërë një me një vendim këshilli bashkiak. Unë nuk e kuptoj as sot si mund të shkruhet me vendim këshilli shoqëritë aksionere. Shërbimet janë të shkruara me vendim këshilli, ja bëjnë shërbime të mëd</w:t>
      </w:r>
      <w:r>
        <w:t>ha, e të cilat ato kanë një asamble, kanë një bord që shkruhen, vetë shkruhen. Ato nuk mund t'i shkruajë vendimi i këshillit, dhe ujësjellësi, për shembull, bashkia fushore e ka me rrjedhje të lirë, dhe ne le të themi se kemi investime, por kemi ardhur edh</w:t>
      </w:r>
      <w:r>
        <w:t xml:space="preserve">e një rritje çmimi prej 600%. Pavarësisht se ato kanë bërë një zgjedhje në këshillin bashkiak me banorët e bashkisë, dhe nuk është arritur asnjë lloj, nuk është marrë parasysh, domethënë, në zgjedhje. Mendoj se sot do merret parasysh ato fjalë që i thashë </w:t>
      </w:r>
      <w:r>
        <w:t>unë edhe komitetit që përfaqësoj unë, në emër të gjithë komunitetit të bashkisë fushore, si të majtë, si të djathtë, si të qendrës, me mbretin, pa mbretin, të gjithë ato si përfaqësoj unë. Ato nuk janë dakord që bashkia fushore të jetë një bashki që në tre</w:t>
      </w:r>
      <w:r>
        <w:t>g të lirë, që t'i bashkohet, apo një bashki e tjetër, apo të ketë ndarje territoresh. Kjo është pika e parë që unë kam pëlqimin e komunitetit, në qoftë se është e nevojshme për me e vërtetuar këtë fjalë që thashë unë, do të ishin edhe te pjesa e në zgjedhj</w:t>
      </w:r>
      <w:r>
        <w:t>e për komunitetin fushor. A mund ta vazhdojmë kështu, jashtë kësaj pyetje si ka bërë? Ok. Tashi, unë ne si pushtet vendor apo si bashki sundojmë Bashkimin Europian, dhe unë mendoj që çdo mendim apo sugjerim, advokim apo lobim për çdo gjë të caktuar do të j</w:t>
      </w:r>
      <w:r>
        <w:t>etë e përafërt me të Bashkimin Europian. Marr studimin, falë edhe karrierës që kam pasur përpara me shoqërinë civile, dhe vazhdoj, bashkëpunoj me të gjithë aktorët, faktorët të Bashkimit Europian, me shtete të ngjashme me Shqipërinë apo më të avancuara, pa</w:t>
      </w:r>
      <w:r>
        <w:t>ralele apo të Ballkanit, qendrore apo veriore të Europës, dhe shoh një ndarje gjeografike dhe një territoriale të të gjithë Bashkimit Europian. Nuk shoh në asnjë të ngjashme me pjesën ku ne jemi thirrur sot për me dhënë mendimin. Këto bashki janë të shtrir</w:t>
      </w:r>
      <w:r>
        <w:t xml:space="preserve">a në natyrë, në kohë, dhe marrin parasysh, në </w:t>
      </w:r>
      <w:r>
        <w:lastRenderedPageBreak/>
        <w:t>çdo kohë marrin parasysh si duhet të ndahet dhe çfarë, sa kritere duhet të përdoren kur një bashki do të ekzistojë apo një bashki do të zgjerohet. Unë e kam shtet për shtet kështu, edhe kur më vjen shumë keq që</w:t>
      </w:r>
      <w:r>
        <w:t xml:space="preserve"> një gjë edhe nga politika dhe nga mediat apo kushdo që merret me këtë pjesë të reformës territoriale, ku thotë numri i banorëve. Unë mendoj që numri i banorëve nuk mund të merret si kriter, sepse në të gjithë Bashkimin Europian ju e dini shumë më mirë, se</w:t>
      </w:r>
      <w:r>
        <w:t>pse normal se i keni studiuar dhe ju që keni krijuar komisionin, po. E lë Devaskë në Spanjë, ka tre banorë. Në Francë, një banor. Pse nuk shkruajnë ata i banorët? Pra, vetëm fjalat që thonë i bëjnë, se na terrorizuan, domethënë, me fjalën "do shkrijnë bash</w:t>
      </w:r>
      <w:r>
        <w:t>kitë". Kjo "do bashkohen". Unë nuk kam në gjuhë asnjë fjalë të fjalorit shqiptar apo të Bashkimit Europian "shkrirje". Këtu ka bashkime. Pra, në qoftë se ka vullnet të lirë mes dy komuniteteve, mund të ndodhë dhe bashkimi. Pata fatin para pesë gjashtë vite</w:t>
      </w:r>
      <w:r>
        <w:t>sh me qenë në Kroaci. Shembull konkret: pas hyrjes në Bashkimin Europian, Kroacia e ka rritur numrin e bashkive dhe të komunave. Dhe arsyeja vetme ishte me përfitu sa më shumë fond nga Bashkimi Europian dhe me rritë cilësinë e shërbimit mjaftueshëm sa më a</w:t>
      </w:r>
      <w:r>
        <w:t>fër qytetarit. Asnjë në Ballkan nuk e ka numrin të njëjtë me bashkitë tona. Mesatarja në çdo shtet është deri në 1500 banorë. Bashkia fushore e kërkon këta në emër të gjithë komunitetit, gjithmonë e kërkon për rritjen e cilësisë së shërbimit ndaj qytetarëv</w:t>
      </w:r>
      <w:r>
        <w:t>e. Nuk e kërkon këtë se bashkia fushore duhet t'i përkasë një krahu apo tjetër politik dhe do të mbrojë se përfaqësoj unë Bashkimin Fushor, se do ta mbroj Bashkimin Fushor. Unë do ta mbroj me pika që unë mendoj që janë shumë të rëndësishme për ju dhe për g</w:t>
      </w:r>
      <w:r>
        <w:t>jithë ata që do të marrin një hap për ndërtimin e kësaj reforme. Në qoftë se kjo, në qoftë se unë jam para jush sot, unë do të kisha një koncept notë nga komisioni, e cila do të ketë një kategori ekspertësh të Bashkimit Europian, të cilët kanë hartuar këtë</w:t>
      </w:r>
      <w:r>
        <w:t xml:space="preserve"> platformë, e cila do të ketë këto indekse apo këto pika të forta apo këto pika të dobëta në realizimin e përmirësimin e jetës qytetare, sidomos në bashkitë që kanë territore gjeografike me përmasat që ka bashkia apo bashki të tjera. Realisht, në Bashkimin</w:t>
      </w:r>
      <w:r>
        <w:t xml:space="preserve"> Fushor, historia nuk fillon sot. Ne kemi kaluar shumë si shtet, kemi pasur në historinë tonë shumë probleme me pushtime të ndryshme, që në kohën e Ilirisë, në kohërat e lavdishme që ka pasur, dhe kështu që me shtirjen territoriale, shtret edhe futet në lo</w:t>
      </w:r>
      <w:r>
        <w:t>jë dhe historia. Bashkia ku unë jam sot kryetar, e thamë me krenari, ka qenë një potencial ekonomik, të paktën në shekullin XX, për shtetin shqiptar. Me respektin e madh që kam për kolegët e mi që prodhojnë, kanë fabrika të karakterit një apo dy, apo bujqë</w:t>
      </w:r>
      <w:r>
        <w:t>si, merren me bujqësi, me blegtori, janë shumë të rrumbullakët. Unë mendoj që bashkia i ka dhënë shumë shtetit shqiptar në vite, dhe në kohën e monizmit, atë kohë në Partinë e Punës, si ta quajmë, qyteti i fushorit, bashkë me territorin gjeografik që ka so</w:t>
      </w:r>
      <w:r>
        <w:t>t Bashkia e Fushorit, ka dhënë një buxhet në fushën e industrisë minerale dhe në fushën e përpunimit të lanës drusore, edhe të elementeve të tjera që dalin prej saj, 36, më falni, 36 miliardë dollarë, me statistika, jo milion dollarë, por miliardë. Pra, ka</w:t>
      </w:r>
      <w:r>
        <w:t xml:space="preserve"> qenë një kontributore për vite me radhë për ndërtimin e këtij shteti siç e kemi sot, apo të ndërtesave, apo të spitaleve, apo të rrugëve që janë në vide. Pra, nuk është thjesht një bashki e vogël që mbijeton dhe nuk jep asgjë për buxhetin e shtetit. Vijmë</w:t>
      </w:r>
      <w:r>
        <w:t xml:space="preserve"> sot, mbas dhjetëvjeçarit, reaktivizimi i industrisë, pa të njëra anë ekonomike si bashki në tranzicionin, sigurisht në tonë në Shqipëri, eksodet, largimi, malli për familjen dhe arsyet ekonomike që i largojnë më shumë. Po, vitet e fundit u reaktivizuan, d</w:t>
      </w:r>
      <w:r>
        <w:t xml:space="preserve">he sot, aktualisht që </w:t>
      </w:r>
      <w:proofErr w:type="spellStart"/>
      <w:r>
        <w:t>flasim</w:t>
      </w:r>
      <w:proofErr w:type="spellEnd"/>
      <w:r>
        <w:t xml:space="preserve">, Bashkia e </w:t>
      </w:r>
      <w:proofErr w:type="spellStart"/>
      <w:r w:rsidR="00A979DB">
        <w:t>Fushë</w:t>
      </w:r>
      <w:proofErr w:type="spellEnd"/>
      <w:r w:rsidR="00A979DB">
        <w:t xml:space="preserve"> - </w:t>
      </w:r>
      <w:proofErr w:type="spellStart"/>
      <w:r w:rsidR="00A979DB">
        <w:t>Arrëz</w:t>
      </w:r>
      <w:proofErr w:type="spellEnd"/>
      <w:r w:rsidR="00A979DB">
        <w:t xml:space="preserve"> </w:t>
      </w:r>
      <w:r>
        <w:t xml:space="preserve">ka </w:t>
      </w:r>
      <w:proofErr w:type="spellStart"/>
      <w:r>
        <w:t>potenciale</w:t>
      </w:r>
      <w:proofErr w:type="spellEnd"/>
      <w:r>
        <w:t xml:space="preserve"> </w:t>
      </w:r>
      <w:proofErr w:type="spellStart"/>
      <w:r>
        <w:t>që</w:t>
      </w:r>
      <w:proofErr w:type="spellEnd"/>
      <w:r>
        <w:t xml:space="preserve">, </w:t>
      </w:r>
      <w:proofErr w:type="spellStart"/>
      <w:r>
        <w:t>në</w:t>
      </w:r>
      <w:proofErr w:type="spellEnd"/>
      <w:r>
        <w:t xml:space="preserve"> </w:t>
      </w:r>
      <w:proofErr w:type="spellStart"/>
      <w:r>
        <w:t>qoftë</w:t>
      </w:r>
      <w:proofErr w:type="spellEnd"/>
      <w:r>
        <w:t xml:space="preserve"> se do të kishte, do t'i mblidhte të </w:t>
      </w:r>
      <w:r>
        <w:lastRenderedPageBreak/>
        <w:t xml:space="preserve">gjitha të ardhurat, do të shkonin për buxhetin e bashkisë, në një kohë shumë të </w:t>
      </w:r>
      <w:proofErr w:type="spellStart"/>
      <w:r>
        <w:t>shkurtër</w:t>
      </w:r>
      <w:proofErr w:type="spellEnd"/>
      <w:r>
        <w:t xml:space="preserve">, Bashkia e </w:t>
      </w:r>
      <w:proofErr w:type="spellStart"/>
      <w:r w:rsidR="00A979DB">
        <w:t>Fushë</w:t>
      </w:r>
      <w:proofErr w:type="spellEnd"/>
      <w:r w:rsidR="00A979DB">
        <w:t xml:space="preserve"> </w:t>
      </w:r>
      <w:r w:rsidR="00A979DB">
        <w:t xml:space="preserve">- </w:t>
      </w:r>
      <w:proofErr w:type="spellStart"/>
      <w:r w:rsidR="00A979DB">
        <w:t>Arrëz</w:t>
      </w:r>
      <w:proofErr w:type="spellEnd"/>
      <w:r>
        <w:t xml:space="preserve"> </w:t>
      </w:r>
      <w:proofErr w:type="spellStart"/>
      <w:r>
        <w:t>vetë</w:t>
      </w:r>
      <w:proofErr w:type="spellEnd"/>
      <w:r>
        <w:t xml:space="preserve"> </w:t>
      </w:r>
      <w:proofErr w:type="spellStart"/>
      <w:r>
        <w:t>financohet</w:t>
      </w:r>
      <w:proofErr w:type="spellEnd"/>
      <w:r>
        <w:t>. Dhe pikë e fortë.</w:t>
      </w:r>
    </w:p>
    <w:p w14:paraId="18022307" w14:textId="77777777" w:rsidR="00A979DB" w:rsidRDefault="00A979DB" w:rsidP="00A979DB">
      <w:proofErr w:type="spellStart"/>
      <w:r>
        <w:rPr>
          <w:b/>
        </w:rPr>
        <w:t>Arbjan</w:t>
      </w:r>
      <w:proofErr w:type="spellEnd"/>
      <w:r>
        <w:rPr>
          <w:b/>
        </w:rPr>
        <w:t xml:space="preserve"> </w:t>
      </w:r>
      <w:proofErr w:type="spellStart"/>
      <w:r>
        <w:rPr>
          <w:b/>
        </w:rPr>
        <w:t>Mazniku</w:t>
      </w:r>
      <w:proofErr w:type="spellEnd"/>
      <w:r>
        <w:rPr>
          <w:b/>
        </w:rPr>
        <w:t>:</w:t>
      </w:r>
    </w:p>
    <w:p w14:paraId="67ABFBFE" w14:textId="77777777" w:rsidR="00407D0A" w:rsidRDefault="009F6479">
      <w:proofErr w:type="spellStart"/>
      <w:r>
        <w:t>T'i</w:t>
      </w:r>
      <w:proofErr w:type="spellEnd"/>
      <w:r>
        <w:t xml:space="preserve"> </w:t>
      </w:r>
      <w:proofErr w:type="spellStart"/>
      <w:r>
        <w:t>qëndrojmë</w:t>
      </w:r>
      <w:proofErr w:type="spellEnd"/>
      <w:r>
        <w:t xml:space="preserve"> </w:t>
      </w:r>
      <w:proofErr w:type="spellStart"/>
      <w:r>
        <w:t>pyetjeve</w:t>
      </w:r>
      <w:proofErr w:type="spellEnd"/>
      <w:r>
        <w:t>, se do rikthehemi, do ketë pyetje të tjera. Unë thosha t'i bashkojmë, tregosh vetëm pikat e forta, pikat e dobëta, sepse mendoj që janë shumë të rëndësishme. Ta mbajmë lidhjen me pyetjet, me shumë respekt për historinë, ta</w:t>
      </w:r>
      <w:r>
        <w:t xml:space="preserve"> mbajmë lidhjen me pyetjet që t'i qëndrojmë gjithë, sepse pastaj, zoti Mziu.</w:t>
      </w:r>
    </w:p>
    <w:p w14:paraId="4BEF4013" w14:textId="61ED3975" w:rsidR="00407D0A" w:rsidRDefault="00A979DB">
      <w:r>
        <w:rPr>
          <w:b/>
        </w:rPr>
        <w:t xml:space="preserve">Xhelal </w:t>
      </w:r>
      <w:proofErr w:type="spellStart"/>
      <w:r>
        <w:rPr>
          <w:b/>
        </w:rPr>
        <w:t>Mziu</w:t>
      </w:r>
      <w:proofErr w:type="spellEnd"/>
      <w:r>
        <w:rPr>
          <w:b/>
        </w:rPr>
        <w:t>:</w:t>
      </w:r>
    </w:p>
    <w:p w14:paraId="1F202299" w14:textId="562E8779" w:rsidR="00AB182B" w:rsidRDefault="009F6479">
      <w:r>
        <w:t xml:space="preserve">Faleminderit. Për të qenë korrekt, se nganjëherë kur vijnë edhe në këtë tryezë për reformën territoriale, ju duket nganjëherë sikur ju morim në hetuesi, në pyetje, për </w:t>
      </w:r>
      <w:r>
        <w:t>t'ju kërkuar llogari. Në fakt, gjithë çështja ka të bëjë vetëm me një gjë: që ky komision t'i propozojë parlamentit një reformë e cila shkon në të mirë të qytetarëve. Dhe në këtë kontekst, në të gjitha takimet që ne bëjmë, qoftë me kryetarë të bashkive, ap</w:t>
      </w:r>
      <w:r>
        <w:t>o qytetarë të thjeshtë, apo këshilltarë, apo kushdo qofshin ato që kanë lidhje me pushtetin vendor, ne kërkojmë për të marrë opinionet e tyre për gjëra të cilat nuk shkojnë dhe që t'u japim zgjidhje. Se jo pak herë ju duket kur bëjmë pyetje sikur janë pyet</w:t>
      </w:r>
      <w:r>
        <w:t xml:space="preserve">je tendencioze apo kërkohen gjëra të cilat nuk kanë interes. Për të shkuar tek ato pyetjet dhe shqetësime që unë kam në lidhje me pushtetin vendor, dhe ndërkohë do të doja një opinionin tuaj, së pari duhet të them që kjo reformë në 2014 ka patur si qëllim </w:t>
      </w:r>
      <w:r>
        <w:t>kryesor për t'i shërbyer më mirë qytetarëve. Normalisht, çdo reformë që mund të bëhet mund të ndikojë pozitivisht apo negativisht. Nuk është vendi për të treguar se kush mund të kenë qenë risitë, por ajo çfarë është kthyer është shqetësim. Për qytetarët ja</w:t>
      </w:r>
      <w:r>
        <w:t xml:space="preserve">në disa nga ato kauzat në të cilat e orientuan mazhorancën për të shkuar drejt një reforme territoriale. Dhe ajo çfarë ishte më kryesore kishte të bënte, po themi, me pavarësinë e pushtetit vendor, kishte të bënte me kompetencat e pushtetit vendor, kishte </w:t>
      </w:r>
      <w:r>
        <w:t>të bënte me financat e pushtetit vendor dhe kishte të bënte me ndarjen territoriale. Në fakt, nuk është se, po merremi vetëm me këtë pjesën e fundit, nuk është se është përdorur një kriter i paracaktuar në ndarjen territoriale, se unë po jap vetëm një fakt</w:t>
      </w:r>
      <w:r>
        <w:t xml:space="preserve"> për të treguar që ndarja nuk ka qenë e drejtë. Po marr rastin e Gjirokastrës, Gjirokastra është tre herë më pak se sa Qarku i Shkodrës, ka shtatë bashki. Nëse i reformojmë i Shkodrës, ka vetëm pesë bashki. A nuk është disproporcionale? A nuk është larguar</w:t>
      </w:r>
      <w:r>
        <w:t xml:space="preserve"> shërbimi më larg? Bie fjala, po të shohësh vetëm Shkodrën, fillon nga kufiri me Kosovën dhe Malin e Zi dhe vjen deri këtej në Velipojë, një prerje gjatësore, dhe imagjino një person që është në kufi me Kosovën për të ardhur tek Bashkia në Shkodër, apo një</w:t>
      </w:r>
      <w:r>
        <w:t xml:space="preserve"> i Velipojës për të ardhur në Bashkinë e Shkodrës, apo Puka, apo Malësia e Madhe, nuk po futem në thellësi, por për të treguar njëherë që ka patur mundësi për të krijuar bashki të tjera. Nuk po them për të përdorur profesionalitetin e Gjirokastrës për të s</w:t>
      </w:r>
      <w:r>
        <w:t>hkuar në 21, tre herë më shumë, tre herë shtatë, 21, po as për të shkuar në 14, po të paktën mund të ishin edhe 10 bashki, sepse qëllimi kryesor është për të shkuar sa më afër qytetarit. Në këtë kontekst, qasja e Bashkimit Europian është një: decentralizim</w:t>
      </w:r>
      <w:r>
        <w:t xml:space="preserve">i i ofrimit të shërbimeve, investime sa më afër qytetarëve. Dhe jam absolutisht i bindur në këtë që krijimi i këtyre bashkive të mëdhaja në sipërfaqe dhe në shumë njësi vendore e ka larguar shërbimin ndaj qytetarëve. Dhe pyetja ime ka të bëjë: ky kompozim </w:t>
      </w:r>
      <w:r>
        <w:lastRenderedPageBreak/>
        <w:t>bashkish dhe një kompozim tjetër me bashki më shumë, apo siç kërkon mazhoranca për të shkuar tek ato 36 apo 30 bashki, cila është më oportune? Të paktën në eksperiencën tuaj. Sepse edhe në raport me Bashkimin Europian jemi, po themi, më herë larg, kemi dis</w:t>
      </w:r>
      <w:r>
        <w:t>a herë më shumë banorë për njësi vendore dhe për pasojë fillon dhe jep efektet e saj. Pra, për të qenë konkret, do të dëshironte, po themi, që fushorët të bashkoheshin me Pukën, apo t'i shihnaq, apo të prodhonin më shumë? Do të ishte normale që Valle d'Isl</w:t>
      </w:r>
      <w:r>
        <w:t>e të bashkohej me Shkodrën dhe Malësinë e Madhe, apo të prodhonin edhe më shumë, apo do të ishte kjo gjendja? Do të donim opinionin tuaj. Së dyti, një tjetër kauzë në të cilën ka qenë, ka qenë kadastra urbane. Nëse ka ndonjë strukturë shtetërore që është m</w:t>
      </w:r>
      <w:r>
        <w:t>ë e lidhur organikisht me terrenin dhe me zgjidhjen e problemit, është pushteti vendor. Që nga 2015 dhe deri më sot, asnjë kompetencë nuk ka pushteti vendor. Le të thotë secili prej jush: keni kadastër urbane ju në bashkitë tuaja? Janë rritur të ardhurat p</w:t>
      </w:r>
      <w:r>
        <w:t>ër shkak të taksës së pasurisë? Absolutisht jo. Ne dhe në rrënkë evropiane jemi të fundit përsa i përket të ardhurave kombëtare që vijnë nga taksa e pasurisë dhe kemi informalitetin më të madh. Jo vetëm që nuk janë shoqëruar bashkitë e reja me kadastër urb</w:t>
      </w:r>
      <w:r>
        <w:t>ane, por janë centralizuar ose në qendër të Qarkut, ose i kanë bërë dhe rajonale. Dhe si mundet ta mbyllë, po themi, një qytetar çështjen e pronës që është më afër, po themi, personit, apo ngastrës, apo dëshmitarëve, apo komshiut të asaj ngastre? Dhe unë p</w:t>
      </w:r>
      <w:r>
        <w:t>o jap vetëm një shembull për të treguar disproporcionin vetëm me Malin e Zi. Kam qenë me ca kolegë, me shoqatën e bashkive, diku nga viti 2017 në Tivar ose Bari, edhe ishim me mbështetjen e Komisionit Evropian. Mbaj mend atëherë, në vitin 2017, pra që i bi</w:t>
      </w:r>
      <w:r>
        <w:t>e diku 8 vite më parë, Tivari, një qytet bregdetar që ka dhe portin, e di sa ishin të ardhurat? Të ardhurat vendore që krijonte nga taksat ishin diku te 47 deri në 48 milionë euro. Ndërkohë, kur bënim analogji me Shkodrën dhe me Durrësin, Shkodra merrte di</w:t>
      </w:r>
      <w:r>
        <w:t>ku te 3 milionë euro, Durrësi merrte diku te 5 milionë euro. Kush ishin risitë që kishte ndodhur ajo tek ato? E para, ishte certifikuar prona. Së dyti, ishte banka ndërmjetëse, sepse banka kishte vendosur pronën, shtëpinë, dyqanin, i kishte vendosur hipote</w:t>
      </w:r>
      <w:r>
        <w:t>kë, garanci bankare, dhe në fund çdo muaji ia kalonte bashkisë të ardhurat, e për pasojë, kur biznesi apo dikush tjetër nuk pagunte, për kapriqe apo për shkak të falimentit, prona e tij dilte në ankand dhe tarifat ishin më të larta sesa në Shqipëri, vlerës</w:t>
      </w:r>
      <w:r>
        <w:t>imi i atyre ishte 99.5% apo mos me thënë gati 100%. Në Shqipëri nuk ndodh kjo. Dhe ky është disproporcioni, po themi, i portit të Durrësit me portin e Tivarit, porti i Durrësit dy herë më shumë ose Durrësi dy herë më shumë, edhe mblidhte 9 herë më pak të a</w:t>
      </w:r>
      <w:r>
        <w:t>rdhura. Dhe ishte një ndër tre shtyllat kryesore: kadastra urbane, taksa e pasurisë, janë bërë hapa mbrapa. Nuk besoj që ndonjë prej jush ka kompetencën në lidhje me këtë çështje dhe që ka krijuar të ardhura të tjera shtesë. Pra, ndonjëherë dyja, përveç ek</w:t>
      </w:r>
      <w:r>
        <w:t>speriencës që besoj keni parë dhe nëpër vende të tjera, a do të ishte më oportune që kadastra të ishte në dorën e bashkive, që pronësitë mbi pronat publike të ishte bashkia dhe jo Ministria e Ekonomisë dhe Financës që të bënin ato transaksione dytë-trevjeç</w:t>
      </w:r>
      <w:r>
        <w:t>are edhe për të ndërtuar një objekt shtetëror, dhe ndërkohë bashkitë për të qenë rentabël për të përdorur resurset e tyre? Ju nuk keni mundësi për të përdorur pronën publike për të krijuar të ardhura atij komuniteti. Nëse jepet paketa e maleve, po themi, a</w:t>
      </w:r>
      <w:r>
        <w:t xml:space="preserve"> jeni ju aktor për të marrë një përqindje të caktuar? Nëse po marrim rastin, jeni zona të cilat prekeni nga hidrocentralet, merrni taksë pasurie ju për tokën që e zënë hidrocentralet? Sepse fundi i fundit ajo krijon një të ardhur ekstra kombëtare për </w:t>
      </w:r>
      <w:r>
        <w:lastRenderedPageBreak/>
        <w:t>buxhe</w:t>
      </w:r>
      <w:r>
        <w:t>tin e shtetit. Kush është e ardhura që merr? Po marrim rastin e Valle d'Isle që ka me qindra hektarë të mbuluara. Merrni? Vendet e tjera të rajonit morën taksë pasurie për çdo lloj toke që kanë, edhe kur është hidrocentral, edhe kur ka miniera, edhe kur bë</w:t>
      </w:r>
      <w:r>
        <w:t>hen resorte, apo edhe kur shfrytëzohen. Pra, ky është një shqetësim që ne tentojmë që duhet të bëhet me ligj, që të marrin shfrytëzimin e pasurisë së tokës që ato kanë t'ju shkojë qytetarëve të asaj zone. Së dyti, renta, renta minerare. Bashkitë tuaja kanë</w:t>
      </w:r>
      <w:r>
        <w:t xml:space="preserve"> dhe miniera. Në fakt, jepet një përqindje simbolike që është me presje dhjetore 0.340 tjera, pastaj për të ardhur një shifër, që është simbolike, qesharake, është një kosurë, po themi, për të ardhurat që i vijnë bashkisë dhe ne po themi, si vendet e tjera</w:t>
      </w:r>
      <w:r>
        <w:t xml:space="preserve"> të rajonit, si Bashkimi Evropian, të rritet përfitimi i bashkive ndaj pronave të tyre që ato kanë, që t'u shkojë atyre qytetarëve, sepse i ka të kufizuara të ardhurat. Nuk është si bregdeti apo dikush tjetër që ka kapacitete të tjera. Një tjetër element ë</w:t>
      </w:r>
      <w:r>
        <w:t xml:space="preserve">shtë delegimi i kompetencave. U tha pak nga ju, delegimi i kompetencave. Okej, kompetencat. Po marrim një ndër kompetencat, ishte dhe ujësjellësi. Kaloi 100% të bashkive. Aksioner kryesor dhe i vetëm ishin bashkitë. Ishte një sukses. Po çfarë ndodhi? U bë </w:t>
      </w:r>
      <w:r>
        <w:t>rajonalizimi i tyre, kaloi në 15 ujësjellësa rajonal. Pastaj u bë kombëtarizimi i tyre, u heqën edhe aksionet dhe për pasojë, për shkak të ekonomisë së shkallës nga 5 në 8, në 15, në 1, në fakt duhej të ulej tarifa, të ulej fuqia punëtore, kanë ndodhur e k</w:t>
      </w:r>
      <w:r>
        <w:t>undërta. Jam i sigurt që edhe në bashkitë tuaja, sepse edhe kur kemi patur në raport ROU-në, pothuajse të gjitha ujësjellësat kanë aplikuar pas rajonalizimit për rritjen e tarifës. Është rritur tarifa, është rritur numri i punonjësve dhe ndërkohë, pothuajs</w:t>
      </w:r>
      <w:r>
        <w:t>e nuk është rritur kapaciteti i ujit, e aq më keq po të shkosh nëpër disa qytete, nuk është dhe i konsumueshëm uji, përdoret vetëm thjesht për larje, por nuk përdoret për konsum. Nëse do ta kishte bashkia, absolutisht do të kishte përdorur të gjitha resurs</w:t>
      </w:r>
      <w:r>
        <w:t xml:space="preserve">et e nevojshme, sepse sot Shqipëria ka burime ujore të mjaftueshme dhe që bashkia do të kishte qenë më efiçente. Për të shkuar tek pyjet, po marr vetëm rastin e Pukës dhe të Fushorzit, pyje pa fund: sa punonjës paguhen nga buxheti i shtetit ose transferta </w:t>
      </w:r>
      <w:r>
        <w:t xml:space="preserve">që ju bëni për shkak të këtij funksioni? Dhe kush janë të ardhurat që ju krijoni, po themi, nga pyjet? Ju s'keni mundësi për t'i shfrytëzuar pyjet për të përdorur lëndën ndrrusore, për të përdorur, po themi, atë kosto-rentabilitetin e shfrytëzimit, pse jo </w:t>
      </w:r>
      <w:r>
        <w:t>edhe për të prodhuar lëndë të parë pa prishur, po themi, pyjet, për të rritur të ardhurat e bashkisë. Dhe jam absolutisht i bindur që pyjet, jo vetëm ose nuk luajnë rolin për t'i mirëmbajtur, por përkundrazi, kjo kompetencë ka rritur koston financiare të b</w:t>
      </w:r>
      <w:r>
        <w:t>ashkisë. Për të shkuar tek bordi i kullimit dhe i vaditjes, siç janë zona të cilat kanë toka bujqësore, ia kalon një barrë të rëndë furnizimit me ujë vadicë apo bordin e kullimit e për pasojë, transferta është e pamjaftueshme për ta përballuar. Dhe po prap</w:t>
      </w:r>
      <w:r>
        <w:t>ë pyetja ime është: jeni të kënaqur me këtë kompetencë? Po e luni rolin e plotë sa i takon, apo përdorni paratë e buxhetit që mund t'i dërgoni në një destinacion tjetër për të mbuluar këto kosto të këtyre funksioneve të cilat realisht nuk e justifikojnë, p</w:t>
      </w:r>
      <w:r>
        <w:t>o themi, në aspektin financiar? Ka edhe të tjera kompetenca të cilat janë deleguar, bie fjala mirëmbajtja e shkollave. Më thoni vetë ju se si mund të mirëmbahet një shkollë, sidomos në zonat rurale? Kushtet atmosferike, thyerja e xhamave, rrethimet, banjot</w:t>
      </w:r>
      <w:r>
        <w:t>, furnizimi me ujë etj., një kosto ekstra. Dhe ndërkohë që duhet të shoqërohet, po themi, me një faturë për të mos shkuar pastaj më tej siç është Gandi i fillimit të vitit ose ai njëpërqindëshi. Njëpërqindësh është rritur në vlerë absolute, por është 1% sa</w:t>
      </w:r>
      <w:r>
        <w:t xml:space="preserve">ç ka qenë më përpara. Në referencë me vendet e </w:t>
      </w:r>
      <w:r>
        <w:lastRenderedPageBreak/>
        <w:t xml:space="preserve">rajonit, 3 herë më pak; me vendet e Bashkimit Evropian, 6 herë më pak. Pra, ju tregova disa nga plagët që ka sot pushteti vendor dhe qëndrimin tuaj se si një kryetar bashkie të jetë i mundur për të shkuar për </w:t>
      </w:r>
      <w:r>
        <w:t>t'i shërbyer qytetarit në të gjitha këto funksione që i kanë kaluar. Kemi një tjetër disproporcion për shkak të kësaj gjeografie. Nuk kemi, po themi, të njëjtën qasje një kryetar bashkie me të gjitha njësitë vendore ose ish-komunat e përafruara ose të bash</w:t>
      </w:r>
      <w:r>
        <w:t>kangjitura. Secili do të tentojë që tek qendra e bashkisë që ka të ushtrojë funksionin dhe kush do ta bëjë atë? Edhe për shkak se është qendra e qytetit, edhe për shkak se është zonë urbane, edhe prefekt elektoral, çfarë do të thotë që i jep mundësinë pers</w:t>
      </w:r>
      <w:r>
        <w:t>onave të cilët janë në zonat rurale për të mos e punuar bujqësinë, për të braktisur shkollën kur fillon eksodi dhe nuk riparohet shkolla, për të mos shkuar tek qendrat shëndetësore sepse vazhdon që të jetë në të njëjtën gjendje që ka qenë më përpara dhe nu</w:t>
      </w:r>
      <w:r>
        <w:t>k e justifikon delegimi i parave për këtë funksion shumë të rëndësishëm dhe rruga e tyre e vetme është braktisja ose për të shkuar në një qytet më të afërt ose për të ardhur në Tiranë ose për të gjetur rrugën për të ikur jashtë. E për pasojë, sjell dëme pë</w:t>
      </w:r>
      <w:r>
        <w:t>r ekonominë tuaj dhe ekonominë kombëtare siç është bujqësia, pyjet, turizmi apo mjaft sektorë të tjerë. Kështu që edhe në këtë drejtim do të doja një opinionin tuaj. Pa shkuar pastaj tek një çështje shumë e rëndësishme siç ishte kursimi që do të kishte nga</w:t>
      </w:r>
      <w:r>
        <w:t xml:space="preserve"> kjo ekonomia e shkallës, zvogëlimi, të gjitha bashkitë që drejtoni ju, përjashtuar Malësisë së Madhe, që është dyfishuar, po themi, fondi i pagave, në të katër bashkitë e tjera pothuajse është trefishuar dhe kjo ka ardhur për shkak të rritjes së nivelit t</w:t>
      </w:r>
      <w:r>
        <w:t>ë pagave, që unë nuk jam kundër rritjes së nivelit të pagave, sepse vazhdojmë që edhe në nivelin e pagave të jemi të fundit e rajonit, por jam kundër rritjes së administratës së pajustifikuar me vendin e punës. Pra, nuk u arrit dhe ajo kaos në të cilin e k</w:t>
      </w:r>
      <w:r>
        <w:t>ishim thënë që do t'i kursenim buxhetit të shtetit. Pra, këto ishin disa nga shqetësimet dhe po tentojmë për të marrë opinionin tuaj që kush mund të jenë kompetencat që duhet t'i kalojnë dhe fatura financiare e tyre që duhet t'u jepet, kush mund të jenë ko</w:t>
      </w:r>
      <w:r>
        <w:t>mpetencat të tjera që duhet të marrë? Bie fjala, ne shkojmë dhe mirëmbajmë shkollat, kur themi ne, ju, mirëmbajmë shkollat që tek kopshti dhe deri tek shkolla 9-vjeçare apo dhe e mesme dhe s'keni asnjë lloj kompetence. Shkoni në Kosovë, kanë kompetenca kry</w:t>
      </w:r>
      <w:r>
        <w:t xml:space="preserve">etarët e bashkive. Shkoni në Malin e Zi, kanë kompetenca. Në shërbimin parësor, pothuajse e ka pushteti vendor, s'keni lidhje fare ju, përveçse duhet të shkoni të bëni rolin e ustait për </w:t>
      </w:r>
      <w:proofErr w:type="spellStart"/>
      <w:r>
        <w:t>të</w:t>
      </w:r>
      <w:proofErr w:type="spellEnd"/>
      <w:r>
        <w:t xml:space="preserve"> </w:t>
      </w:r>
      <w:proofErr w:type="spellStart"/>
      <w:r>
        <w:t>rregulluar</w:t>
      </w:r>
      <w:proofErr w:type="spellEnd"/>
      <w:r>
        <w:t xml:space="preserve"> </w:t>
      </w:r>
      <w:proofErr w:type="spellStart"/>
      <w:r>
        <w:t>këto</w:t>
      </w:r>
      <w:proofErr w:type="spellEnd"/>
      <w:r>
        <w:t xml:space="preserve"> </w:t>
      </w:r>
      <w:proofErr w:type="spellStart"/>
      <w:r>
        <w:t>objekte</w:t>
      </w:r>
      <w:proofErr w:type="spellEnd"/>
      <w:r>
        <w:t>.</w:t>
      </w:r>
    </w:p>
    <w:p w14:paraId="648EBC41" w14:textId="77777777" w:rsidR="00AB182B" w:rsidRDefault="00AB182B" w:rsidP="00AB182B">
      <w:proofErr w:type="spellStart"/>
      <w:r>
        <w:t>Nëse</w:t>
      </w:r>
      <w:proofErr w:type="spellEnd"/>
      <w:r>
        <w:t xml:space="preserve"> </w:t>
      </w:r>
      <w:proofErr w:type="spellStart"/>
      <w:r>
        <w:t>shkojmë</w:t>
      </w:r>
      <w:proofErr w:type="spellEnd"/>
      <w:r>
        <w:t xml:space="preserve"> </w:t>
      </w:r>
      <w:proofErr w:type="spellStart"/>
      <w:r>
        <w:t>edhe</w:t>
      </w:r>
      <w:proofErr w:type="spellEnd"/>
      <w:r>
        <w:t xml:space="preserve"> </w:t>
      </w:r>
      <w:proofErr w:type="spellStart"/>
      <w:r>
        <w:t>më</w:t>
      </w:r>
      <w:proofErr w:type="spellEnd"/>
      <w:r>
        <w:t xml:space="preserve"> </w:t>
      </w:r>
      <w:proofErr w:type="spellStart"/>
      <w:r>
        <w:t>tej</w:t>
      </w:r>
      <w:proofErr w:type="spellEnd"/>
      <w:r>
        <w:t xml:space="preserve">, </w:t>
      </w:r>
      <w:proofErr w:type="spellStart"/>
      <w:r>
        <w:t>madje</w:t>
      </w:r>
      <w:proofErr w:type="spellEnd"/>
      <w:r>
        <w:t xml:space="preserve"> </w:t>
      </w:r>
      <w:proofErr w:type="spellStart"/>
      <w:r>
        <w:t>edhe</w:t>
      </w:r>
      <w:proofErr w:type="spellEnd"/>
      <w:r>
        <w:t xml:space="preserve"> </w:t>
      </w:r>
      <w:proofErr w:type="spellStart"/>
      <w:r>
        <w:t>qakullimi</w:t>
      </w:r>
      <w:proofErr w:type="spellEnd"/>
      <w:r>
        <w:t xml:space="preserve"> </w:t>
      </w:r>
      <w:proofErr w:type="spellStart"/>
      <w:r>
        <w:t>i</w:t>
      </w:r>
      <w:proofErr w:type="spellEnd"/>
      <w:r>
        <w:t xml:space="preserve"> </w:t>
      </w:r>
      <w:proofErr w:type="spellStart"/>
      <w:r>
        <w:t>qytetit</w:t>
      </w:r>
      <w:proofErr w:type="spellEnd"/>
      <w:r>
        <w:t xml:space="preserve"> </w:t>
      </w:r>
      <w:proofErr w:type="spellStart"/>
      <w:r>
        <w:t>është</w:t>
      </w:r>
      <w:proofErr w:type="spellEnd"/>
      <w:r>
        <w:t xml:space="preserve"> </w:t>
      </w:r>
      <w:proofErr w:type="spellStart"/>
      <w:r>
        <w:t>kompetencë</w:t>
      </w:r>
      <w:proofErr w:type="spellEnd"/>
      <w:r>
        <w:t xml:space="preserve"> e </w:t>
      </w:r>
      <w:proofErr w:type="spellStart"/>
      <w:r>
        <w:t>pushtetit</w:t>
      </w:r>
      <w:proofErr w:type="spellEnd"/>
      <w:r>
        <w:t xml:space="preserve"> vendor, </w:t>
      </w:r>
      <w:proofErr w:type="spellStart"/>
      <w:r>
        <w:t>nuk</w:t>
      </w:r>
      <w:proofErr w:type="spellEnd"/>
      <w:r>
        <w:t xml:space="preserve"> </w:t>
      </w:r>
      <w:proofErr w:type="spellStart"/>
      <w:r>
        <w:t>është</w:t>
      </w:r>
      <w:proofErr w:type="spellEnd"/>
      <w:r>
        <w:t xml:space="preserve"> e </w:t>
      </w:r>
      <w:proofErr w:type="spellStart"/>
      <w:r>
        <w:t>pushtetit</w:t>
      </w:r>
      <w:proofErr w:type="spellEnd"/>
      <w:r>
        <w:t xml:space="preserve"> </w:t>
      </w:r>
      <w:proofErr w:type="spellStart"/>
      <w:r>
        <w:t>qendror</w:t>
      </w:r>
      <w:proofErr w:type="spellEnd"/>
      <w:r>
        <w:t xml:space="preserve">. </w:t>
      </w:r>
      <w:proofErr w:type="spellStart"/>
      <w:r>
        <w:t>Për</w:t>
      </w:r>
      <w:proofErr w:type="spellEnd"/>
      <w:r>
        <w:t xml:space="preserve"> </w:t>
      </w:r>
      <w:proofErr w:type="spellStart"/>
      <w:r>
        <w:t>të</w:t>
      </w:r>
      <w:proofErr w:type="spellEnd"/>
      <w:r>
        <w:t xml:space="preserve"> </w:t>
      </w:r>
      <w:proofErr w:type="spellStart"/>
      <w:r>
        <w:t>mos</w:t>
      </w:r>
      <w:proofErr w:type="spellEnd"/>
      <w:r>
        <w:t xml:space="preserve"> </w:t>
      </w:r>
      <w:proofErr w:type="spellStart"/>
      <w:r>
        <w:t>shkuar</w:t>
      </w:r>
      <w:proofErr w:type="spellEnd"/>
      <w:r>
        <w:t xml:space="preserve"> </w:t>
      </w:r>
      <w:proofErr w:type="spellStart"/>
      <w:r>
        <w:t>pastaj</w:t>
      </w:r>
      <w:proofErr w:type="spellEnd"/>
      <w:r>
        <w:t xml:space="preserve">, po </w:t>
      </w:r>
      <w:proofErr w:type="spellStart"/>
      <w:r>
        <w:t>themi</w:t>
      </w:r>
      <w:proofErr w:type="spellEnd"/>
      <w:r>
        <w:t xml:space="preserve">, </w:t>
      </w:r>
      <w:proofErr w:type="spellStart"/>
      <w:r>
        <w:t>te</w:t>
      </w:r>
      <w:proofErr w:type="spellEnd"/>
      <w:r>
        <w:t xml:space="preserve"> </w:t>
      </w:r>
      <w:proofErr w:type="spellStart"/>
      <w:r>
        <w:t>dublimi</w:t>
      </w:r>
      <w:proofErr w:type="spellEnd"/>
      <w:r>
        <w:t xml:space="preserve"> </w:t>
      </w:r>
      <w:proofErr w:type="spellStart"/>
      <w:r>
        <w:t>i</w:t>
      </w:r>
      <w:proofErr w:type="spellEnd"/>
      <w:r>
        <w:t xml:space="preserve"> </w:t>
      </w:r>
      <w:proofErr w:type="spellStart"/>
      <w:r>
        <w:t>kompetencave</w:t>
      </w:r>
      <w:proofErr w:type="spellEnd"/>
      <w:r>
        <w:t xml:space="preserve"> apo </w:t>
      </w:r>
      <w:proofErr w:type="spellStart"/>
      <w:r>
        <w:t>ndërhyrja</w:t>
      </w:r>
      <w:proofErr w:type="spellEnd"/>
      <w:r>
        <w:t xml:space="preserve"> e </w:t>
      </w:r>
      <w:proofErr w:type="spellStart"/>
      <w:r>
        <w:t>kryeministrit</w:t>
      </w:r>
      <w:proofErr w:type="spellEnd"/>
      <w:r>
        <w:t xml:space="preserve">, </w:t>
      </w:r>
      <w:proofErr w:type="spellStart"/>
      <w:r>
        <w:t>mbushet</w:t>
      </w:r>
      <w:proofErr w:type="spellEnd"/>
      <w:r>
        <w:t xml:space="preserve"> </w:t>
      </w:r>
      <w:proofErr w:type="spellStart"/>
      <w:r>
        <w:t>mendja</w:t>
      </w:r>
      <w:proofErr w:type="spellEnd"/>
      <w:r>
        <w:t xml:space="preserve"> e </w:t>
      </w:r>
      <w:proofErr w:type="spellStart"/>
      <w:r>
        <w:t>kryeministrit</w:t>
      </w:r>
      <w:proofErr w:type="spellEnd"/>
      <w:r>
        <w:t xml:space="preserve">, </w:t>
      </w:r>
      <w:proofErr w:type="spellStart"/>
      <w:r>
        <w:t>pavarësisht</w:t>
      </w:r>
      <w:proofErr w:type="spellEnd"/>
      <w:r>
        <w:t xml:space="preserve"> se </w:t>
      </w:r>
      <w:proofErr w:type="spellStart"/>
      <w:r>
        <w:t>pushteti</w:t>
      </w:r>
      <w:proofErr w:type="spellEnd"/>
      <w:r>
        <w:t xml:space="preserve"> vendor </w:t>
      </w:r>
      <w:proofErr w:type="spellStart"/>
      <w:r>
        <w:t>është</w:t>
      </w:r>
      <w:proofErr w:type="spellEnd"/>
      <w:r>
        <w:t xml:space="preserve"> </w:t>
      </w:r>
      <w:proofErr w:type="spellStart"/>
      <w:r>
        <w:t>i</w:t>
      </w:r>
      <w:proofErr w:type="spellEnd"/>
      <w:r>
        <w:t xml:space="preserve"> </w:t>
      </w:r>
      <w:proofErr w:type="spellStart"/>
      <w:r>
        <w:t>pavarur</w:t>
      </w:r>
      <w:proofErr w:type="spellEnd"/>
      <w:r>
        <w:t xml:space="preserve">, </w:t>
      </w:r>
      <w:proofErr w:type="spellStart"/>
      <w:r>
        <w:t>dhe</w:t>
      </w:r>
      <w:proofErr w:type="spellEnd"/>
      <w:r>
        <w:t xml:space="preserve"> </w:t>
      </w:r>
      <w:proofErr w:type="spellStart"/>
      <w:r>
        <w:t>thotë</w:t>
      </w:r>
      <w:proofErr w:type="spellEnd"/>
      <w:r>
        <w:t xml:space="preserve">: "Do </w:t>
      </w:r>
      <w:proofErr w:type="spellStart"/>
      <w:r>
        <w:t>të</w:t>
      </w:r>
      <w:proofErr w:type="spellEnd"/>
      <w:r>
        <w:t xml:space="preserve"> </w:t>
      </w:r>
      <w:proofErr w:type="spellStart"/>
      <w:r>
        <w:t>hiqen</w:t>
      </w:r>
      <w:proofErr w:type="spellEnd"/>
      <w:r>
        <w:t xml:space="preserve"> </w:t>
      </w:r>
      <w:proofErr w:type="spellStart"/>
      <w:r>
        <w:t>administratorët</w:t>
      </w:r>
      <w:proofErr w:type="spellEnd"/>
      <w:r>
        <w:t xml:space="preserve">, do </w:t>
      </w:r>
      <w:proofErr w:type="spellStart"/>
      <w:r>
        <w:t>të</w:t>
      </w:r>
      <w:proofErr w:type="spellEnd"/>
      <w:r>
        <w:t xml:space="preserve"> </w:t>
      </w:r>
      <w:proofErr w:type="spellStart"/>
      <w:r>
        <w:t>hiqen</w:t>
      </w:r>
      <w:proofErr w:type="spellEnd"/>
      <w:r>
        <w:t xml:space="preserve"> </w:t>
      </w:r>
      <w:proofErr w:type="spellStart"/>
      <w:r>
        <w:t>drejtorët</w:t>
      </w:r>
      <w:proofErr w:type="spellEnd"/>
      <w:r>
        <w:t xml:space="preserve">, do </w:t>
      </w:r>
      <w:proofErr w:type="spellStart"/>
      <w:r>
        <w:t>të</w:t>
      </w:r>
      <w:proofErr w:type="spellEnd"/>
      <w:r>
        <w:t xml:space="preserve"> </w:t>
      </w:r>
      <w:proofErr w:type="spellStart"/>
      <w:r>
        <w:t>hiqen</w:t>
      </w:r>
      <w:proofErr w:type="spellEnd"/>
      <w:r>
        <w:t xml:space="preserve"> </w:t>
      </w:r>
      <w:proofErr w:type="spellStart"/>
      <w:r>
        <w:t>nënkryetarët</w:t>
      </w:r>
      <w:proofErr w:type="spellEnd"/>
      <w:r>
        <w:t xml:space="preserve"> e </w:t>
      </w:r>
      <w:proofErr w:type="spellStart"/>
      <w:r>
        <w:t>bashkive</w:t>
      </w:r>
      <w:proofErr w:type="spellEnd"/>
      <w:r>
        <w:t xml:space="preserve">." </w:t>
      </w:r>
      <w:proofErr w:type="spellStart"/>
      <w:r>
        <w:t>Është</w:t>
      </w:r>
      <w:proofErr w:type="spellEnd"/>
      <w:r>
        <w:t xml:space="preserve"> </w:t>
      </w:r>
      <w:proofErr w:type="spellStart"/>
      <w:r>
        <w:t>absurde</w:t>
      </w:r>
      <w:proofErr w:type="spellEnd"/>
      <w:r>
        <w:t xml:space="preserve">. Si </w:t>
      </w:r>
      <w:proofErr w:type="spellStart"/>
      <w:r>
        <w:t>mundet</w:t>
      </w:r>
      <w:proofErr w:type="spellEnd"/>
      <w:r>
        <w:t xml:space="preserve">, po </w:t>
      </w:r>
      <w:proofErr w:type="spellStart"/>
      <w:r>
        <w:t>themi</w:t>
      </w:r>
      <w:proofErr w:type="spellEnd"/>
      <w:r>
        <w:t xml:space="preserve">, </w:t>
      </w:r>
      <w:proofErr w:type="spellStart"/>
      <w:r>
        <w:t>pushteti</w:t>
      </w:r>
      <w:proofErr w:type="spellEnd"/>
      <w:r>
        <w:t xml:space="preserve"> </w:t>
      </w:r>
      <w:proofErr w:type="spellStart"/>
      <w:r>
        <w:t>qendror</w:t>
      </w:r>
      <w:proofErr w:type="spellEnd"/>
      <w:r>
        <w:t xml:space="preserve"> </w:t>
      </w:r>
      <w:proofErr w:type="spellStart"/>
      <w:r>
        <w:t>të</w:t>
      </w:r>
      <w:proofErr w:type="spellEnd"/>
      <w:r>
        <w:t xml:space="preserve"> </w:t>
      </w:r>
      <w:proofErr w:type="spellStart"/>
      <w:r>
        <w:t>ushtrojë</w:t>
      </w:r>
      <w:proofErr w:type="spellEnd"/>
      <w:r>
        <w:t xml:space="preserve"> </w:t>
      </w:r>
      <w:proofErr w:type="spellStart"/>
      <w:r>
        <w:t>influencën</w:t>
      </w:r>
      <w:proofErr w:type="spellEnd"/>
      <w:r>
        <w:t xml:space="preserve"> e </w:t>
      </w:r>
      <w:proofErr w:type="spellStart"/>
      <w:r>
        <w:t>burimeve</w:t>
      </w:r>
      <w:proofErr w:type="spellEnd"/>
      <w:r>
        <w:t xml:space="preserve"> </w:t>
      </w:r>
      <w:proofErr w:type="spellStart"/>
      <w:r>
        <w:t>njerëzore</w:t>
      </w:r>
      <w:proofErr w:type="spellEnd"/>
      <w:r>
        <w:t xml:space="preserve"> </w:t>
      </w:r>
      <w:proofErr w:type="spellStart"/>
      <w:r>
        <w:t>dhe</w:t>
      </w:r>
      <w:proofErr w:type="spellEnd"/>
      <w:r>
        <w:t xml:space="preserve"> </w:t>
      </w:r>
      <w:proofErr w:type="spellStart"/>
      <w:r>
        <w:t>kompetencën</w:t>
      </w:r>
      <w:proofErr w:type="spellEnd"/>
      <w:r>
        <w:t xml:space="preserve"> </w:t>
      </w:r>
      <w:proofErr w:type="spellStart"/>
      <w:r>
        <w:t>që</w:t>
      </w:r>
      <w:proofErr w:type="spellEnd"/>
      <w:r>
        <w:t xml:space="preserve"> e ka </w:t>
      </w:r>
      <w:proofErr w:type="spellStart"/>
      <w:r>
        <w:t>vetëm</w:t>
      </w:r>
      <w:proofErr w:type="spellEnd"/>
      <w:r>
        <w:t xml:space="preserve"> </w:t>
      </w:r>
      <w:proofErr w:type="spellStart"/>
      <w:r>
        <w:t>një</w:t>
      </w:r>
      <w:proofErr w:type="spellEnd"/>
      <w:r>
        <w:t xml:space="preserve">: e ka </w:t>
      </w:r>
      <w:proofErr w:type="spellStart"/>
      <w:r>
        <w:t>Këshilli</w:t>
      </w:r>
      <w:proofErr w:type="spellEnd"/>
      <w:r>
        <w:t xml:space="preserve"> </w:t>
      </w:r>
      <w:proofErr w:type="spellStart"/>
      <w:r>
        <w:t>Bashkiak</w:t>
      </w:r>
      <w:proofErr w:type="spellEnd"/>
      <w:r>
        <w:t xml:space="preserve">, e ka </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i</w:t>
      </w:r>
      <w:proofErr w:type="spellEnd"/>
      <w:r>
        <w:t xml:space="preserve"> </w:t>
      </w:r>
      <w:proofErr w:type="spellStart"/>
      <w:r>
        <w:t>cili</w:t>
      </w:r>
      <w:proofErr w:type="spellEnd"/>
      <w:r>
        <w:t xml:space="preserve"> </w:t>
      </w:r>
      <w:proofErr w:type="spellStart"/>
      <w:r>
        <w:t>është</w:t>
      </w:r>
      <w:proofErr w:type="spellEnd"/>
      <w:r>
        <w:t xml:space="preserve"> </w:t>
      </w:r>
      <w:proofErr w:type="spellStart"/>
      <w:r>
        <w:t>i</w:t>
      </w:r>
      <w:proofErr w:type="spellEnd"/>
      <w:r>
        <w:t xml:space="preserve"> </w:t>
      </w:r>
      <w:proofErr w:type="spellStart"/>
      <w:r>
        <w:t>votëbesuar</w:t>
      </w:r>
      <w:proofErr w:type="spellEnd"/>
      <w:r>
        <w:t xml:space="preserve">. </w:t>
      </w:r>
      <w:proofErr w:type="spellStart"/>
      <w:r>
        <w:t>Këto</w:t>
      </w:r>
      <w:proofErr w:type="spellEnd"/>
      <w:r>
        <w:t xml:space="preserve"> </w:t>
      </w:r>
      <w:proofErr w:type="spellStart"/>
      <w:r>
        <w:t>ishin</w:t>
      </w:r>
      <w:proofErr w:type="spellEnd"/>
      <w:r>
        <w:t xml:space="preserve"> </w:t>
      </w:r>
      <w:proofErr w:type="spellStart"/>
      <w:r>
        <w:t>disa</w:t>
      </w:r>
      <w:proofErr w:type="spellEnd"/>
      <w:r>
        <w:t xml:space="preserve"> </w:t>
      </w:r>
      <w:proofErr w:type="spellStart"/>
      <w:r>
        <w:t>shqetësime</w:t>
      </w:r>
      <w:proofErr w:type="spellEnd"/>
      <w:r>
        <w:t xml:space="preserve"> </w:t>
      </w:r>
      <w:proofErr w:type="spellStart"/>
      <w:r>
        <w:t>që</w:t>
      </w:r>
      <w:proofErr w:type="spellEnd"/>
      <w:r>
        <w:t xml:space="preserve"> </w:t>
      </w:r>
      <w:proofErr w:type="spellStart"/>
      <w:r>
        <w:t>unë</w:t>
      </w:r>
      <w:proofErr w:type="spellEnd"/>
      <w:r>
        <w:t xml:space="preserve"> </w:t>
      </w:r>
      <w:proofErr w:type="spellStart"/>
      <w:r>
        <w:t>kam</w:t>
      </w:r>
      <w:proofErr w:type="spellEnd"/>
      <w:r>
        <w:t xml:space="preserve"> </w:t>
      </w:r>
      <w:proofErr w:type="spellStart"/>
      <w:r>
        <w:t>dhe</w:t>
      </w:r>
      <w:proofErr w:type="spellEnd"/>
      <w:r>
        <w:t xml:space="preserve"> do </w:t>
      </w:r>
      <w:proofErr w:type="spellStart"/>
      <w:r>
        <w:t>të</w:t>
      </w:r>
      <w:proofErr w:type="spellEnd"/>
      <w:r>
        <w:t xml:space="preserve"> </w:t>
      </w:r>
      <w:proofErr w:type="spellStart"/>
      <w:r>
        <w:t>doja</w:t>
      </w:r>
      <w:proofErr w:type="spellEnd"/>
      <w:r>
        <w:t xml:space="preserve"> </w:t>
      </w:r>
      <w:proofErr w:type="spellStart"/>
      <w:r>
        <w:t>edhe</w:t>
      </w:r>
      <w:proofErr w:type="spellEnd"/>
      <w:r>
        <w:t xml:space="preserve"> </w:t>
      </w:r>
      <w:proofErr w:type="spellStart"/>
      <w:r>
        <w:t>njëherë</w:t>
      </w:r>
      <w:proofErr w:type="spellEnd"/>
      <w:r>
        <w:t xml:space="preserve"> </w:t>
      </w:r>
      <w:proofErr w:type="spellStart"/>
      <w:r>
        <w:t>opinionin</w:t>
      </w:r>
      <w:proofErr w:type="spellEnd"/>
      <w:r>
        <w:t xml:space="preserve"> </w:t>
      </w:r>
      <w:proofErr w:type="spellStart"/>
      <w:r>
        <w:t>tuaj</w:t>
      </w:r>
      <w:proofErr w:type="spellEnd"/>
      <w:r>
        <w:t xml:space="preserve"> </w:t>
      </w:r>
      <w:proofErr w:type="spellStart"/>
      <w:r>
        <w:t>në</w:t>
      </w:r>
      <w:proofErr w:type="spellEnd"/>
      <w:r>
        <w:t xml:space="preserve"> </w:t>
      </w:r>
      <w:proofErr w:type="spellStart"/>
      <w:r>
        <w:t>lidhje</w:t>
      </w:r>
      <w:proofErr w:type="spellEnd"/>
      <w:r>
        <w:t xml:space="preserve"> me </w:t>
      </w:r>
      <w:proofErr w:type="spellStart"/>
      <w:r>
        <w:t>këtë</w:t>
      </w:r>
      <w:proofErr w:type="spellEnd"/>
      <w:r>
        <w:t xml:space="preserve"> </w:t>
      </w:r>
      <w:proofErr w:type="spellStart"/>
      <w:r>
        <w:t>çështje</w:t>
      </w:r>
      <w:proofErr w:type="spellEnd"/>
      <w:r>
        <w:t xml:space="preserve">, </w:t>
      </w:r>
      <w:proofErr w:type="spellStart"/>
      <w:r>
        <w:t>për</w:t>
      </w:r>
      <w:proofErr w:type="spellEnd"/>
      <w:r>
        <w:t xml:space="preserve"> </w:t>
      </w:r>
      <w:proofErr w:type="spellStart"/>
      <w:r>
        <w:t>të</w:t>
      </w:r>
      <w:proofErr w:type="spellEnd"/>
      <w:r>
        <w:t xml:space="preserve"> </w:t>
      </w:r>
      <w:proofErr w:type="spellStart"/>
      <w:r>
        <w:t>kontribuar</w:t>
      </w:r>
      <w:proofErr w:type="spellEnd"/>
      <w:r>
        <w:t xml:space="preserve"> </w:t>
      </w:r>
      <w:proofErr w:type="spellStart"/>
      <w:r>
        <w:t>për</w:t>
      </w:r>
      <w:proofErr w:type="spellEnd"/>
      <w:r>
        <w:t xml:space="preserve"> </w:t>
      </w:r>
      <w:proofErr w:type="spellStart"/>
      <w:r>
        <w:t>të</w:t>
      </w:r>
      <w:proofErr w:type="spellEnd"/>
      <w:r>
        <w:t xml:space="preserve"> </w:t>
      </w:r>
      <w:proofErr w:type="spellStart"/>
      <w:r>
        <w:t>patur</w:t>
      </w:r>
      <w:proofErr w:type="spellEnd"/>
      <w:r>
        <w:t xml:space="preserve"> </w:t>
      </w:r>
      <w:proofErr w:type="spellStart"/>
      <w:r>
        <w:t>një</w:t>
      </w:r>
      <w:proofErr w:type="spellEnd"/>
      <w:r>
        <w:t xml:space="preserve"> </w:t>
      </w:r>
      <w:proofErr w:type="spellStart"/>
      <w:r>
        <w:t>reformë</w:t>
      </w:r>
      <w:proofErr w:type="spellEnd"/>
      <w:r>
        <w:t xml:space="preserve"> </w:t>
      </w:r>
      <w:proofErr w:type="spellStart"/>
      <w:r>
        <w:t>që</w:t>
      </w:r>
      <w:proofErr w:type="spellEnd"/>
      <w:r>
        <w:t xml:space="preserve"> </w:t>
      </w:r>
      <w:proofErr w:type="spellStart"/>
      <w:r>
        <w:t>t'i</w:t>
      </w:r>
      <w:proofErr w:type="spellEnd"/>
      <w:r>
        <w:t xml:space="preserve"> </w:t>
      </w:r>
      <w:proofErr w:type="spellStart"/>
      <w:r>
        <w:t>shërbejë</w:t>
      </w:r>
      <w:proofErr w:type="spellEnd"/>
      <w:r>
        <w:t xml:space="preserve"> </w:t>
      </w:r>
      <w:proofErr w:type="spellStart"/>
      <w:r>
        <w:t>më</w:t>
      </w:r>
      <w:proofErr w:type="spellEnd"/>
      <w:r>
        <w:t xml:space="preserve"> </w:t>
      </w:r>
      <w:proofErr w:type="spellStart"/>
      <w:r>
        <w:t>shumë</w:t>
      </w:r>
      <w:proofErr w:type="spellEnd"/>
      <w:r>
        <w:t xml:space="preserve"> </w:t>
      </w:r>
      <w:proofErr w:type="spellStart"/>
      <w:r>
        <w:t>qytetarëve</w:t>
      </w:r>
      <w:proofErr w:type="spellEnd"/>
      <w:r>
        <w:t xml:space="preserve"> </w:t>
      </w:r>
      <w:proofErr w:type="spellStart"/>
      <w:r>
        <w:t>sesa</w:t>
      </w:r>
      <w:proofErr w:type="spellEnd"/>
      <w:r>
        <w:t xml:space="preserve"> sot </w:t>
      </w:r>
      <w:proofErr w:type="spellStart"/>
      <w:r>
        <w:t>dhe</w:t>
      </w:r>
      <w:proofErr w:type="spellEnd"/>
      <w:r>
        <w:t xml:space="preserve"> </w:t>
      </w:r>
      <w:proofErr w:type="spellStart"/>
      <w:r>
        <w:t>të</w:t>
      </w:r>
      <w:proofErr w:type="spellEnd"/>
      <w:r>
        <w:t xml:space="preserve"> </w:t>
      </w:r>
      <w:proofErr w:type="spellStart"/>
      <w:r>
        <w:t>shkojmë</w:t>
      </w:r>
      <w:proofErr w:type="spellEnd"/>
      <w:r>
        <w:t xml:space="preserve"> </w:t>
      </w:r>
      <w:proofErr w:type="spellStart"/>
      <w:r>
        <w:t>drejt</w:t>
      </w:r>
      <w:proofErr w:type="spellEnd"/>
      <w:r>
        <w:t xml:space="preserve"> </w:t>
      </w:r>
      <w:proofErr w:type="spellStart"/>
      <w:r>
        <w:t>standardit</w:t>
      </w:r>
      <w:proofErr w:type="spellEnd"/>
      <w:r>
        <w:t xml:space="preserve"> </w:t>
      </w:r>
      <w:proofErr w:type="spellStart"/>
      <w:r>
        <w:t>të</w:t>
      </w:r>
      <w:proofErr w:type="spellEnd"/>
      <w:r>
        <w:t xml:space="preserve"> </w:t>
      </w:r>
      <w:proofErr w:type="spellStart"/>
      <w:r>
        <w:t>vendeve</w:t>
      </w:r>
      <w:proofErr w:type="spellEnd"/>
      <w:r>
        <w:t xml:space="preserve"> </w:t>
      </w:r>
      <w:proofErr w:type="spellStart"/>
      <w:r>
        <w:t>të</w:t>
      </w:r>
      <w:proofErr w:type="spellEnd"/>
      <w:r>
        <w:t xml:space="preserve"> BE. </w:t>
      </w:r>
      <w:proofErr w:type="spellStart"/>
      <w:r>
        <w:t>Faleminderit</w:t>
      </w:r>
      <w:proofErr w:type="spellEnd"/>
      <w:r>
        <w:t>.</w:t>
      </w:r>
    </w:p>
    <w:p w14:paraId="503CDF9A" w14:textId="77777777" w:rsidR="00AB182B" w:rsidRDefault="00AB182B" w:rsidP="00AB182B">
      <w:pPr>
        <w:rPr>
          <w:b/>
        </w:rPr>
      </w:pPr>
    </w:p>
    <w:p w14:paraId="60A61024" w14:textId="77777777" w:rsidR="006B40D4" w:rsidRPr="006B40D4" w:rsidRDefault="006B40D4" w:rsidP="00AB182B">
      <w:pPr>
        <w:rPr>
          <w:b/>
          <w:bCs/>
        </w:rPr>
      </w:pPr>
      <w:r w:rsidRPr="006B40D4">
        <w:rPr>
          <w:b/>
          <w:bCs/>
        </w:rPr>
        <w:lastRenderedPageBreak/>
        <w:t>Kristian Shkreli</w:t>
      </w:r>
      <w:r w:rsidRPr="006B40D4">
        <w:rPr>
          <w:b/>
          <w:bCs/>
        </w:rPr>
        <w:t>:</w:t>
      </w:r>
    </w:p>
    <w:p w14:paraId="67F92F86" w14:textId="2B7D4B20" w:rsidR="00AB182B" w:rsidRDefault="00AB182B" w:rsidP="00AB182B">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ndarjes</w:t>
      </w:r>
      <w:proofErr w:type="spellEnd"/>
      <w:r>
        <w:t xml:space="preserve"> </w:t>
      </w:r>
      <w:proofErr w:type="spellStart"/>
      <w:r>
        <w:t>territoriale</w:t>
      </w:r>
      <w:proofErr w:type="spellEnd"/>
      <w:r>
        <w:t xml:space="preserve">, </w:t>
      </w:r>
      <w:proofErr w:type="spellStart"/>
      <w:r>
        <w:t>unë</w:t>
      </w:r>
      <w:proofErr w:type="spellEnd"/>
      <w:r>
        <w:t xml:space="preserve"> </w:t>
      </w:r>
      <w:proofErr w:type="spellStart"/>
      <w:r>
        <w:t>mendoj</w:t>
      </w:r>
      <w:proofErr w:type="spellEnd"/>
      <w:r>
        <w:t xml:space="preserve"> se </w:t>
      </w:r>
      <w:proofErr w:type="spellStart"/>
      <w:r>
        <w:t>reforma</w:t>
      </w:r>
      <w:proofErr w:type="spellEnd"/>
      <w:r>
        <w:t xml:space="preserve"> e 2016-s, </w:t>
      </w:r>
      <w:proofErr w:type="spellStart"/>
      <w:r>
        <w:t>unë</w:t>
      </w:r>
      <w:proofErr w:type="spellEnd"/>
      <w:r>
        <w:t xml:space="preserve"> </w:t>
      </w:r>
      <w:proofErr w:type="spellStart"/>
      <w:r>
        <w:t>flas</w:t>
      </w:r>
      <w:proofErr w:type="spellEnd"/>
      <w:r>
        <w:t xml:space="preserve"> </w:t>
      </w:r>
      <w:proofErr w:type="spellStart"/>
      <w:r>
        <w:t>gjithmonë</w:t>
      </w:r>
      <w:proofErr w:type="spellEnd"/>
      <w:r>
        <w:t xml:space="preserve"> </w:t>
      </w:r>
      <w:proofErr w:type="spellStart"/>
      <w:r>
        <w:t>për</w:t>
      </w:r>
      <w:proofErr w:type="spellEnd"/>
      <w:r>
        <w:t xml:space="preserve"> </w:t>
      </w:r>
      <w:proofErr w:type="spellStart"/>
      <w:r>
        <w:t>Bashkinë</w:t>
      </w:r>
      <w:proofErr w:type="spellEnd"/>
      <w:r>
        <w:t xml:space="preserve"> e </w:t>
      </w:r>
      <w:proofErr w:type="spellStart"/>
      <w:r>
        <w:t>Vaudejsit</w:t>
      </w:r>
      <w:proofErr w:type="spellEnd"/>
      <w:r>
        <w:t xml:space="preserve">, </w:t>
      </w:r>
      <w:proofErr w:type="spellStart"/>
      <w:r>
        <w:t>mendoj</w:t>
      </w:r>
      <w:proofErr w:type="spellEnd"/>
      <w:r>
        <w:t xml:space="preserve"> </w:t>
      </w:r>
      <w:proofErr w:type="spellStart"/>
      <w:r>
        <w:t>që</w:t>
      </w:r>
      <w:proofErr w:type="spellEnd"/>
      <w:r>
        <w:t xml:space="preserve"> </w:t>
      </w:r>
      <w:r w:rsidR="006B40D4">
        <w:t xml:space="preserve">ka </w:t>
      </w:r>
      <w:proofErr w:type="spellStart"/>
      <w:r w:rsidR="006B40D4">
        <w:t>qenë</w:t>
      </w:r>
      <w:proofErr w:type="spellEnd"/>
      <w:r>
        <w:t xml:space="preserve"> e </w:t>
      </w:r>
      <w:proofErr w:type="spellStart"/>
      <w:r>
        <w:t>drejtë</w:t>
      </w:r>
      <w:proofErr w:type="spellEnd"/>
      <w:r>
        <w:t xml:space="preserve">, </w:t>
      </w:r>
      <w:proofErr w:type="spellStart"/>
      <w:r>
        <w:t>mendoj</w:t>
      </w:r>
      <w:proofErr w:type="spellEnd"/>
      <w:r>
        <w:t xml:space="preserve"> </w:t>
      </w:r>
      <w:proofErr w:type="spellStart"/>
      <w:r>
        <w:t>që</w:t>
      </w:r>
      <w:proofErr w:type="spellEnd"/>
      <w:r>
        <w:t xml:space="preserve"> po </w:t>
      </w:r>
      <w:proofErr w:type="spellStart"/>
      <w:r>
        <w:t>të</w:t>
      </w:r>
      <w:proofErr w:type="spellEnd"/>
      <w:r>
        <w:t xml:space="preserve"> </w:t>
      </w:r>
      <w:proofErr w:type="spellStart"/>
      <w:r>
        <w:t>bënte</w:t>
      </w:r>
      <w:proofErr w:type="spellEnd"/>
      <w:r>
        <w:t xml:space="preserve"> </w:t>
      </w:r>
      <w:proofErr w:type="spellStart"/>
      <w:r>
        <w:t>një</w:t>
      </w:r>
      <w:proofErr w:type="spellEnd"/>
      <w:r>
        <w:t xml:space="preserve"> referendum </w:t>
      </w:r>
      <w:proofErr w:type="spellStart"/>
      <w:r>
        <w:t>në</w:t>
      </w:r>
      <w:proofErr w:type="spellEnd"/>
      <w:r>
        <w:t xml:space="preserve"> </w:t>
      </w:r>
      <w:proofErr w:type="spellStart"/>
      <w:r>
        <w:t>Vaudejs</w:t>
      </w:r>
      <w:proofErr w:type="spellEnd"/>
      <w:r>
        <w:t xml:space="preserve">, 99% e </w:t>
      </w:r>
      <w:proofErr w:type="spellStart"/>
      <w:r>
        <w:t>banorëve</w:t>
      </w:r>
      <w:proofErr w:type="spellEnd"/>
      <w:r>
        <w:t xml:space="preserve"> do </w:t>
      </w:r>
      <w:proofErr w:type="spellStart"/>
      <w:r>
        <w:t>të</w:t>
      </w:r>
      <w:proofErr w:type="spellEnd"/>
      <w:r>
        <w:t xml:space="preserve"> </w:t>
      </w:r>
      <w:proofErr w:type="spellStart"/>
      <w:r>
        <w:t>votonin</w:t>
      </w:r>
      <w:proofErr w:type="spellEnd"/>
      <w:r>
        <w:t xml:space="preserve"> me ne </w:t>
      </w:r>
      <w:proofErr w:type="spellStart"/>
      <w:r>
        <w:t>të</w:t>
      </w:r>
      <w:proofErr w:type="spellEnd"/>
      <w:r>
        <w:t xml:space="preserve"> </w:t>
      </w:r>
      <w:proofErr w:type="spellStart"/>
      <w:r>
        <w:t>Vaudejsit</w:t>
      </w:r>
      <w:proofErr w:type="spellEnd"/>
      <w:r>
        <w:t xml:space="preserve"> </w:t>
      </w:r>
      <w:proofErr w:type="spellStart"/>
      <w:r>
        <w:t>kështu</w:t>
      </w:r>
      <w:proofErr w:type="spellEnd"/>
      <w:r>
        <w:t xml:space="preserve"> </w:t>
      </w:r>
      <w:proofErr w:type="spellStart"/>
      <w:r>
        <w:t>siç</w:t>
      </w:r>
      <w:proofErr w:type="spellEnd"/>
      <w:r>
        <w:t xml:space="preserve"> </w:t>
      </w:r>
      <w:proofErr w:type="spellStart"/>
      <w:r>
        <w:t>është</w:t>
      </w:r>
      <w:proofErr w:type="spellEnd"/>
      <w:r>
        <w:t>.</w:t>
      </w:r>
    </w:p>
    <w:p w14:paraId="069E67A7" w14:textId="77777777" w:rsidR="00AB182B" w:rsidRDefault="00AB182B" w:rsidP="00AB182B">
      <w:proofErr w:type="spellStart"/>
      <w:r>
        <w:t>Absolutisht</w:t>
      </w:r>
      <w:proofErr w:type="spellEnd"/>
      <w:r>
        <w:t xml:space="preserve"> jo.</w:t>
      </w:r>
    </w:p>
    <w:p w14:paraId="1050DCA8" w14:textId="77777777" w:rsidR="00AB182B" w:rsidRDefault="00AB182B" w:rsidP="00AB182B">
      <w:proofErr w:type="spellStart"/>
      <w:r>
        <w:t>Vaudejs</w:t>
      </w:r>
      <w:proofErr w:type="spellEnd"/>
      <w:r>
        <w:t xml:space="preserve"> ka </w:t>
      </w:r>
      <w:proofErr w:type="spellStart"/>
      <w:r>
        <w:t>shumë</w:t>
      </w:r>
      <w:proofErr w:type="spellEnd"/>
      <w:r>
        <w:t xml:space="preserve"> </w:t>
      </w:r>
      <w:proofErr w:type="spellStart"/>
      <w:r>
        <w:t>resurse</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taksave</w:t>
      </w:r>
      <w:proofErr w:type="spellEnd"/>
      <w:r>
        <w:t xml:space="preserve"> </w:t>
      </w:r>
      <w:proofErr w:type="spellStart"/>
      <w:r>
        <w:t>të</w:t>
      </w:r>
      <w:proofErr w:type="spellEnd"/>
      <w:r>
        <w:t xml:space="preserve"> </w:t>
      </w:r>
      <w:proofErr w:type="spellStart"/>
      <w:r>
        <w:t>hidrocentraleve</w:t>
      </w:r>
      <w:proofErr w:type="spellEnd"/>
      <w:r>
        <w:t xml:space="preserve">, ne po </w:t>
      </w:r>
      <w:proofErr w:type="spellStart"/>
      <w:r>
        <w:t>të</w:t>
      </w:r>
      <w:proofErr w:type="spellEnd"/>
      <w:r>
        <w:t xml:space="preserve"> </w:t>
      </w:r>
      <w:proofErr w:type="spellStart"/>
      <w:r>
        <w:t>kishim</w:t>
      </w:r>
      <w:proofErr w:type="spellEnd"/>
      <w:r>
        <w:t xml:space="preserve"> </w:t>
      </w:r>
      <w:proofErr w:type="spellStart"/>
      <w:r>
        <w:t>një</w:t>
      </w:r>
      <w:proofErr w:type="spellEnd"/>
      <w:r>
        <w:t xml:space="preserve"> </w:t>
      </w:r>
      <w:proofErr w:type="spellStart"/>
      <w:r>
        <w:t>kompetencë</w:t>
      </w:r>
      <w:proofErr w:type="spellEnd"/>
      <w:r>
        <w:t xml:space="preserve"> </w:t>
      </w:r>
      <w:proofErr w:type="spellStart"/>
      <w:r>
        <w:t>ose</w:t>
      </w:r>
      <w:proofErr w:type="spellEnd"/>
      <w:r>
        <w:t xml:space="preserve"> </w:t>
      </w:r>
      <w:proofErr w:type="spellStart"/>
      <w:r>
        <w:t>një</w:t>
      </w:r>
      <w:proofErr w:type="spellEnd"/>
      <w:r>
        <w:t xml:space="preserve"> </w:t>
      </w:r>
      <w:proofErr w:type="spellStart"/>
      <w:r>
        <w:t>përqindje</w:t>
      </w:r>
      <w:proofErr w:type="spellEnd"/>
      <w:r>
        <w:t xml:space="preserve">, </w:t>
      </w:r>
      <w:proofErr w:type="spellStart"/>
      <w:r>
        <w:t>sikur</w:t>
      </w:r>
      <w:proofErr w:type="spellEnd"/>
      <w:r>
        <w:t xml:space="preserve"> </w:t>
      </w:r>
      <w:proofErr w:type="spellStart"/>
      <w:r>
        <w:t>edhe</w:t>
      </w:r>
      <w:proofErr w:type="spellEnd"/>
      <w:r>
        <w:t xml:space="preserve"> </w:t>
      </w:r>
      <w:proofErr w:type="spellStart"/>
      <w:r>
        <w:t>të</w:t>
      </w:r>
      <w:proofErr w:type="spellEnd"/>
      <w:r>
        <w:t xml:space="preserve"> </w:t>
      </w:r>
      <w:proofErr w:type="spellStart"/>
      <w:r>
        <w:t>fitesë</w:t>
      </w:r>
      <w:proofErr w:type="spellEnd"/>
      <w:r>
        <w:t xml:space="preserve"> </w:t>
      </w:r>
      <w:proofErr w:type="spellStart"/>
      <w:r>
        <w:t>së</w:t>
      </w:r>
      <w:proofErr w:type="spellEnd"/>
      <w:r>
        <w:t xml:space="preserve"> </w:t>
      </w:r>
      <w:proofErr w:type="spellStart"/>
      <w:r>
        <w:t>hidrocentraleve</w:t>
      </w:r>
      <w:proofErr w:type="spellEnd"/>
      <w:r>
        <w:t xml:space="preserve"> </w:t>
      </w:r>
      <w:proofErr w:type="spellStart"/>
      <w:r>
        <w:t>t'iu</w:t>
      </w:r>
      <w:proofErr w:type="spellEnd"/>
      <w:r>
        <w:t xml:space="preserve"> </w:t>
      </w:r>
      <w:proofErr w:type="spellStart"/>
      <w:r>
        <w:t>jepte</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Vaudejsit</w:t>
      </w:r>
      <w:proofErr w:type="spellEnd"/>
      <w:r>
        <w:t xml:space="preserve">, </w:t>
      </w:r>
      <w:proofErr w:type="spellStart"/>
      <w:r>
        <w:t>sepse</w:t>
      </w:r>
      <w:proofErr w:type="spellEnd"/>
      <w:r>
        <w:t xml:space="preserve"> Bashkia e </w:t>
      </w:r>
      <w:proofErr w:type="spellStart"/>
      <w:r>
        <w:t>Vaudejsit</w:t>
      </w:r>
      <w:proofErr w:type="spellEnd"/>
      <w:r>
        <w:t xml:space="preserve"> ka 5 </w:t>
      </w:r>
      <w:proofErr w:type="spellStart"/>
      <w:r>
        <w:t>hidrocentrale</w:t>
      </w:r>
      <w:proofErr w:type="spellEnd"/>
      <w:r>
        <w:t xml:space="preserve"> </w:t>
      </w:r>
      <w:proofErr w:type="spellStart"/>
      <w:r>
        <w:t>në</w:t>
      </w:r>
      <w:proofErr w:type="spellEnd"/>
      <w:r>
        <w:t xml:space="preserve"> </w:t>
      </w:r>
      <w:proofErr w:type="spellStart"/>
      <w:r>
        <w:t>territorin</w:t>
      </w:r>
      <w:proofErr w:type="spellEnd"/>
      <w:r>
        <w:t xml:space="preserve"> e </w:t>
      </w:r>
      <w:proofErr w:type="spellStart"/>
      <w:r>
        <w:t>saj</w:t>
      </w:r>
      <w:proofErr w:type="spellEnd"/>
      <w:r>
        <w:t xml:space="preserve">, </w:t>
      </w:r>
      <w:proofErr w:type="spellStart"/>
      <w:r>
        <w:t>besoj</w:t>
      </w:r>
      <w:proofErr w:type="spellEnd"/>
      <w:r>
        <w:t xml:space="preserve"> </w:t>
      </w:r>
      <w:proofErr w:type="spellStart"/>
      <w:r>
        <w:t>që</w:t>
      </w:r>
      <w:proofErr w:type="spellEnd"/>
      <w:r>
        <w:t xml:space="preserve"> do </w:t>
      </w:r>
      <w:proofErr w:type="spellStart"/>
      <w:r>
        <w:t>të</w:t>
      </w:r>
      <w:proofErr w:type="spellEnd"/>
      <w:r>
        <w:t xml:space="preserve"> </w:t>
      </w:r>
      <w:proofErr w:type="spellStart"/>
      <w:r>
        <w:t>ishte</w:t>
      </w:r>
      <w:proofErr w:type="spellEnd"/>
      <w:r>
        <w:t xml:space="preserve"> Bashkia </w:t>
      </w:r>
      <w:proofErr w:type="spellStart"/>
      <w:r>
        <w:t>më</w:t>
      </w:r>
      <w:proofErr w:type="spellEnd"/>
      <w:r>
        <w:t xml:space="preserve"> e </w:t>
      </w:r>
      <w:proofErr w:type="spellStart"/>
      <w:r>
        <w:t>pasur</w:t>
      </w:r>
      <w:proofErr w:type="spellEnd"/>
      <w:r>
        <w:t xml:space="preserve"> e </w:t>
      </w:r>
      <w:proofErr w:type="spellStart"/>
      <w:r>
        <w:t>Shqipërisë</w:t>
      </w:r>
      <w:proofErr w:type="spellEnd"/>
      <w:r>
        <w:t xml:space="preserve">. </w:t>
      </w:r>
      <w:proofErr w:type="spellStart"/>
      <w:r>
        <w:t>Kjo</w:t>
      </w:r>
      <w:proofErr w:type="spellEnd"/>
      <w:r>
        <w:t xml:space="preserve"> ka </w:t>
      </w:r>
      <w:proofErr w:type="spellStart"/>
      <w:r>
        <w:t>nevojë</w:t>
      </w:r>
      <w:proofErr w:type="spellEnd"/>
      <w:r>
        <w:t xml:space="preserve">, </w:t>
      </w:r>
      <w:proofErr w:type="spellStart"/>
      <w:r>
        <w:t>mendoj</w:t>
      </w:r>
      <w:proofErr w:type="spellEnd"/>
      <w:r>
        <w:t xml:space="preserve"> </w:t>
      </w:r>
      <w:proofErr w:type="spellStart"/>
      <w:r>
        <w:t>unë</w:t>
      </w:r>
      <w:proofErr w:type="spellEnd"/>
      <w:r>
        <w:t xml:space="preserve">, </w:t>
      </w:r>
      <w:proofErr w:type="spellStart"/>
      <w:r>
        <w:t>të</w:t>
      </w:r>
      <w:proofErr w:type="spellEnd"/>
      <w:r>
        <w:t xml:space="preserve"> </w:t>
      </w:r>
      <w:proofErr w:type="spellStart"/>
      <w:r>
        <w:t>rregullohet</w:t>
      </w:r>
      <w:proofErr w:type="spellEnd"/>
      <w:r>
        <w:t xml:space="preserve"> me </w:t>
      </w:r>
      <w:proofErr w:type="spellStart"/>
      <w:r>
        <w:t>ligj</w:t>
      </w:r>
      <w:proofErr w:type="spellEnd"/>
      <w:r>
        <w:t xml:space="preserve">, </w:t>
      </w:r>
      <w:proofErr w:type="spellStart"/>
      <w:r>
        <w:t>të</w:t>
      </w:r>
      <w:proofErr w:type="spellEnd"/>
      <w:r>
        <w:t xml:space="preserve"> </w:t>
      </w:r>
      <w:proofErr w:type="spellStart"/>
      <w:r>
        <w:t>rregullohet</w:t>
      </w:r>
      <w:proofErr w:type="spellEnd"/>
      <w:r>
        <w:t xml:space="preserve"> </w:t>
      </w:r>
      <w:proofErr w:type="spellStart"/>
      <w:r>
        <w:t>që</w:t>
      </w:r>
      <w:proofErr w:type="spellEnd"/>
      <w:r>
        <w:t xml:space="preserve"> </w:t>
      </w:r>
      <w:proofErr w:type="spellStart"/>
      <w:r>
        <w:t>t'iu</w:t>
      </w:r>
      <w:proofErr w:type="spellEnd"/>
      <w:r>
        <w:t xml:space="preserve"> </w:t>
      </w:r>
      <w:proofErr w:type="spellStart"/>
      <w:r>
        <w:t>jepet</w:t>
      </w:r>
      <w:proofErr w:type="spellEnd"/>
      <w:r>
        <w:t xml:space="preserve"> </w:t>
      </w:r>
      <w:proofErr w:type="spellStart"/>
      <w:r>
        <w:t>një</w:t>
      </w:r>
      <w:proofErr w:type="spellEnd"/>
      <w:r>
        <w:t xml:space="preserve"> </w:t>
      </w:r>
      <w:proofErr w:type="spellStart"/>
      <w:r>
        <w:t>kompetencë</w:t>
      </w:r>
      <w:proofErr w:type="spellEnd"/>
      <w:r>
        <w:t xml:space="preserve"> </w:t>
      </w:r>
      <w:proofErr w:type="spellStart"/>
      <w:r>
        <w:t>ose</w:t>
      </w:r>
      <w:proofErr w:type="spellEnd"/>
      <w:r>
        <w:t xml:space="preserve"> </w:t>
      </w:r>
      <w:proofErr w:type="spellStart"/>
      <w:r>
        <w:t>një</w:t>
      </w:r>
      <w:proofErr w:type="spellEnd"/>
      <w:r>
        <w:t xml:space="preserve"> </w:t>
      </w:r>
      <w:proofErr w:type="spellStart"/>
      <w:r>
        <w:t>taksë</w:t>
      </w:r>
      <w:proofErr w:type="spellEnd"/>
      <w:r>
        <w:t xml:space="preserve"> </w:t>
      </w:r>
      <w:proofErr w:type="spellStart"/>
      <w:r>
        <w:t>që</w:t>
      </w:r>
      <w:proofErr w:type="spellEnd"/>
      <w:r>
        <w:t xml:space="preserve"> </w:t>
      </w:r>
      <w:proofErr w:type="spellStart"/>
      <w:r>
        <w:t>i</w:t>
      </w:r>
      <w:proofErr w:type="spellEnd"/>
      <w:r>
        <w:t xml:space="preserve"> </w:t>
      </w:r>
      <w:proofErr w:type="spellStart"/>
      <w:r>
        <w:t>takon</w:t>
      </w:r>
      <w:proofErr w:type="spellEnd"/>
      <w:r>
        <w:t xml:space="preserve"> </w:t>
      </w:r>
      <w:proofErr w:type="spellStart"/>
      <w:r>
        <w:t>kësaj</w:t>
      </w:r>
      <w:proofErr w:type="spellEnd"/>
      <w:r>
        <w:t xml:space="preserve"> </w:t>
      </w:r>
      <w:proofErr w:type="spellStart"/>
      <w:r>
        <w:t>bashkie</w:t>
      </w:r>
      <w:proofErr w:type="spellEnd"/>
      <w:r>
        <w:t xml:space="preserve"> </w:t>
      </w:r>
      <w:proofErr w:type="spellStart"/>
      <w:r>
        <w:t>dhe</w:t>
      </w:r>
      <w:proofErr w:type="spellEnd"/>
      <w:r>
        <w:t xml:space="preserve"> </w:t>
      </w:r>
      <w:proofErr w:type="spellStart"/>
      <w:r>
        <w:t>banorëve</w:t>
      </w:r>
      <w:proofErr w:type="spellEnd"/>
      <w:r>
        <w:t xml:space="preserve"> </w:t>
      </w:r>
      <w:proofErr w:type="spellStart"/>
      <w:r>
        <w:t>të</w:t>
      </w:r>
      <w:proofErr w:type="spellEnd"/>
      <w:r>
        <w:t xml:space="preserve"> </w:t>
      </w:r>
      <w:proofErr w:type="spellStart"/>
      <w:r>
        <w:t>saj</w:t>
      </w:r>
      <w:proofErr w:type="spellEnd"/>
      <w:r>
        <w:t xml:space="preserve">, </w:t>
      </w:r>
      <w:proofErr w:type="spellStart"/>
      <w:r>
        <w:t>sepse</w:t>
      </w:r>
      <w:proofErr w:type="spellEnd"/>
      <w:r>
        <w:t xml:space="preserve"> normal </w:t>
      </w:r>
      <w:proofErr w:type="spellStart"/>
      <w:r>
        <w:t>që</w:t>
      </w:r>
      <w:proofErr w:type="spellEnd"/>
      <w:r>
        <w:t xml:space="preserve"> </w:t>
      </w:r>
      <w:proofErr w:type="spellStart"/>
      <w:r>
        <w:t>edhe</w:t>
      </w:r>
      <w:proofErr w:type="spellEnd"/>
      <w:r>
        <w:t xml:space="preserve"> </w:t>
      </w:r>
      <w:proofErr w:type="spellStart"/>
      <w:r>
        <w:t>pasojat</w:t>
      </w:r>
      <w:proofErr w:type="spellEnd"/>
      <w:r>
        <w:t xml:space="preserve"> </w:t>
      </w:r>
      <w:proofErr w:type="spellStart"/>
      <w:r>
        <w:t>banorët</w:t>
      </w:r>
      <w:proofErr w:type="spellEnd"/>
      <w:r>
        <w:t xml:space="preserve"> e </w:t>
      </w:r>
      <w:proofErr w:type="spellStart"/>
      <w:r>
        <w:t>Vaudejsit</w:t>
      </w:r>
      <w:proofErr w:type="spellEnd"/>
      <w:r>
        <w:t xml:space="preserve"> </w:t>
      </w:r>
      <w:proofErr w:type="spellStart"/>
      <w:r>
        <w:t>i</w:t>
      </w:r>
      <w:proofErr w:type="spellEnd"/>
      <w:r>
        <w:t xml:space="preserve"> </w:t>
      </w:r>
      <w:proofErr w:type="spellStart"/>
      <w:r>
        <w:t>kanë</w:t>
      </w:r>
      <w:proofErr w:type="spellEnd"/>
      <w:r>
        <w:t xml:space="preserve">, </w:t>
      </w:r>
      <w:proofErr w:type="spellStart"/>
      <w:r>
        <w:t>pra</w:t>
      </w:r>
      <w:proofErr w:type="spellEnd"/>
      <w:r>
        <w:t xml:space="preserve"> </w:t>
      </w:r>
      <w:proofErr w:type="spellStart"/>
      <w:r>
        <w:t>edhe</w:t>
      </w:r>
      <w:proofErr w:type="spellEnd"/>
      <w:r>
        <w:t xml:space="preserve"> </w:t>
      </w:r>
      <w:proofErr w:type="spellStart"/>
      <w:r>
        <w:t>të</w:t>
      </w:r>
      <w:proofErr w:type="spellEnd"/>
      <w:r>
        <w:t xml:space="preserve"> </w:t>
      </w:r>
      <w:proofErr w:type="spellStart"/>
      <w:r>
        <w:t>mirat</w:t>
      </w:r>
      <w:proofErr w:type="spellEnd"/>
      <w:r>
        <w:t xml:space="preserve"> </w:t>
      </w:r>
      <w:proofErr w:type="spellStart"/>
      <w:r>
        <w:t>duhet</w:t>
      </w:r>
      <w:proofErr w:type="spellEnd"/>
      <w:r>
        <w:t xml:space="preserve"> </w:t>
      </w:r>
      <w:proofErr w:type="spellStart"/>
      <w:r>
        <w:t>t'iu</w:t>
      </w:r>
      <w:proofErr w:type="spellEnd"/>
      <w:r>
        <w:t xml:space="preserve"> </w:t>
      </w:r>
      <w:proofErr w:type="spellStart"/>
      <w:r>
        <w:t>jepen</w:t>
      </w:r>
      <w:proofErr w:type="spellEnd"/>
      <w:r>
        <w:t xml:space="preserve"> </w:t>
      </w:r>
      <w:proofErr w:type="spellStart"/>
      <w:r>
        <w:t>banorëve</w:t>
      </w:r>
      <w:proofErr w:type="spellEnd"/>
      <w:r>
        <w:t xml:space="preserve"> </w:t>
      </w:r>
      <w:proofErr w:type="spellStart"/>
      <w:r>
        <w:t>të</w:t>
      </w:r>
      <w:proofErr w:type="spellEnd"/>
      <w:r>
        <w:t xml:space="preserve"> </w:t>
      </w:r>
      <w:proofErr w:type="spellStart"/>
      <w:r>
        <w:t>Vaudejsit</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të</w:t>
      </w:r>
      <w:proofErr w:type="spellEnd"/>
      <w:r>
        <w:t xml:space="preserve"> </w:t>
      </w:r>
      <w:proofErr w:type="spellStart"/>
      <w:r>
        <w:t>ardhurave</w:t>
      </w:r>
      <w:proofErr w:type="spellEnd"/>
      <w:r>
        <w:t xml:space="preserve"> </w:t>
      </w:r>
      <w:proofErr w:type="spellStart"/>
      <w:r>
        <w:t>të</w:t>
      </w:r>
      <w:proofErr w:type="spellEnd"/>
      <w:r>
        <w:t xml:space="preserve"> </w:t>
      </w:r>
      <w:proofErr w:type="spellStart"/>
      <w:r>
        <w:t>bashkisë</w:t>
      </w:r>
      <w:proofErr w:type="spellEnd"/>
      <w:r>
        <w:t xml:space="preserve">, duke </w:t>
      </w:r>
      <w:proofErr w:type="spellStart"/>
      <w:r>
        <w:t>krahasuar</w:t>
      </w:r>
      <w:proofErr w:type="spellEnd"/>
      <w:r>
        <w:t xml:space="preserve"> me </w:t>
      </w:r>
      <w:proofErr w:type="spellStart"/>
      <w:r>
        <w:t>vitin</w:t>
      </w:r>
      <w:proofErr w:type="spellEnd"/>
      <w:r>
        <w:t xml:space="preserve"> 2015, </w:t>
      </w:r>
      <w:proofErr w:type="spellStart"/>
      <w:r>
        <w:t>është</w:t>
      </w:r>
      <w:proofErr w:type="spellEnd"/>
      <w:r>
        <w:t xml:space="preserve"> </w:t>
      </w:r>
      <w:proofErr w:type="spellStart"/>
      <w:r>
        <w:t>një</w:t>
      </w:r>
      <w:proofErr w:type="spellEnd"/>
      <w:r>
        <w:t xml:space="preserve"> </w:t>
      </w:r>
      <w:proofErr w:type="spellStart"/>
      <w:r>
        <w:t>katërfishim</w:t>
      </w:r>
      <w:proofErr w:type="spellEnd"/>
      <w:r>
        <w:t xml:space="preserve">, </w:t>
      </w:r>
      <w:proofErr w:type="spellStart"/>
      <w:r>
        <w:t>sepse</w:t>
      </w:r>
      <w:proofErr w:type="spellEnd"/>
      <w:r>
        <w:t xml:space="preserve"> </w:t>
      </w:r>
      <w:proofErr w:type="spellStart"/>
      <w:r>
        <w:t>në</w:t>
      </w:r>
      <w:proofErr w:type="spellEnd"/>
      <w:r>
        <w:t xml:space="preserve"> </w:t>
      </w:r>
      <w:proofErr w:type="spellStart"/>
      <w:r>
        <w:t>vitin</w:t>
      </w:r>
      <w:proofErr w:type="spellEnd"/>
      <w:r>
        <w:t xml:space="preserve"> 2015 </w:t>
      </w:r>
      <w:proofErr w:type="spellStart"/>
      <w:r>
        <w:t>të</w:t>
      </w:r>
      <w:proofErr w:type="spellEnd"/>
      <w:r>
        <w:t xml:space="preserve"> </w:t>
      </w:r>
      <w:proofErr w:type="spellStart"/>
      <w:r>
        <w:t>ardhurat</w:t>
      </w:r>
      <w:proofErr w:type="spellEnd"/>
      <w:r>
        <w:t xml:space="preserve"> e </w:t>
      </w:r>
      <w:proofErr w:type="spellStart"/>
      <w:r>
        <w:t>bashkive</w:t>
      </w:r>
      <w:proofErr w:type="spellEnd"/>
      <w:r>
        <w:t xml:space="preserve"> </w:t>
      </w:r>
      <w:proofErr w:type="spellStart"/>
      <w:r>
        <w:t>prej</w:t>
      </w:r>
      <w:proofErr w:type="spellEnd"/>
      <w:r>
        <w:t xml:space="preserve"> </w:t>
      </w:r>
      <w:proofErr w:type="spellStart"/>
      <w:r>
        <w:t>njësive</w:t>
      </w:r>
      <w:proofErr w:type="spellEnd"/>
      <w:r>
        <w:t xml:space="preserve"> administrative </w:t>
      </w:r>
      <w:proofErr w:type="spellStart"/>
      <w:r>
        <w:t>që</w:t>
      </w:r>
      <w:proofErr w:type="spellEnd"/>
      <w:r>
        <w:t xml:space="preserve"> ka </w:t>
      </w:r>
      <w:proofErr w:type="spellStart"/>
      <w:r>
        <w:t>Vaudejsi</w:t>
      </w:r>
      <w:proofErr w:type="spellEnd"/>
      <w:r>
        <w:t xml:space="preserve"> </w:t>
      </w:r>
      <w:proofErr w:type="spellStart"/>
      <w:r>
        <w:t>janë</w:t>
      </w:r>
      <w:proofErr w:type="spellEnd"/>
      <w:r>
        <w:t xml:space="preserve"> </w:t>
      </w:r>
      <w:proofErr w:type="spellStart"/>
      <w:r>
        <w:t>kënaqur</w:t>
      </w:r>
      <w:proofErr w:type="spellEnd"/>
      <w:r>
        <w:t xml:space="preserve"> </w:t>
      </w:r>
      <w:proofErr w:type="spellStart"/>
      <w:r>
        <w:t>rreth</w:t>
      </w:r>
      <w:proofErr w:type="spellEnd"/>
      <w:r>
        <w:t xml:space="preserve"> 500 </w:t>
      </w:r>
      <w:proofErr w:type="spellStart"/>
      <w:r>
        <w:t>milionë</w:t>
      </w:r>
      <w:proofErr w:type="spellEnd"/>
      <w:r>
        <w:t xml:space="preserve"> </w:t>
      </w:r>
      <w:proofErr w:type="spellStart"/>
      <w:r>
        <w:t>lekë</w:t>
      </w:r>
      <w:proofErr w:type="spellEnd"/>
      <w:r>
        <w:t xml:space="preserve"> </w:t>
      </w:r>
      <w:proofErr w:type="spellStart"/>
      <w:r>
        <w:t>të</w:t>
      </w:r>
      <w:proofErr w:type="spellEnd"/>
      <w:r>
        <w:t xml:space="preserve"> </w:t>
      </w:r>
      <w:proofErr w:type="spellStart"/>
      <w:r>
        <w:t>vjetra</w:t>
      </w:r>
      <w:proofErr w:type="spellEnd"/>
      <w:r>
        <w:t xml:space="preserve">, </w:t>
      </w:r>
      <w:proofErr w:type="spellStart"/>
      <w:r>
        <w:t>ndërsa</w:t>
      </w:r>
      <w:proofErr w:type="spellEnd"/>
      <w:r>
        <w:t xml:space="preserve"> sot </w:t>
      </w:r>
      <w:proofErr w:type="spellStart"/>
      <w:r>
        <w:t>janë</w:t>
      </w:r>
      <w:proofErr w:type="spellEnd"/>
      <w:r>
        <w:t xml:space="preserve"> 1 </w:t>
      </w:r>
      <w:proofErr w:type="spellStart"/>
      <w:r>
        <w:t>miliard</w:t>
      </w:r>
      <w:proofErr w:type="spellEnd"/>
      <w:r>
        <w:t xml:space="preserve"> e 500 </w:t>
      </w:r>
      <w:proofErr w:type="spellStart"/>
      <w:r>
        <w:t>milionë</w:t>
      </w:r>
      <w:proofErr w:type="spellEnd"/>
      <w:r>
        <w:t xml:space="preserve"> </w:t>
      </w:r>
      <w:proofErr w:type="spellStart"/>
      <w:r>
        <w:t>lekë</w:t>
      </w:r>
      <w:proofErr w:type="spellEnd"/>
      <w:r>
        <w:t xml:space="preserve"> </w:t>
      </w:r>
      <w:proofErr w:type="spellStart"/>
      <w:r>
        <w:t>të</w:t>
      </w:r>
      <w:proofErr w:type="spellEnd"/>
      <w:r>
        <w:t xml:space="preserve"> </w:t>
      </w:r>
      <w:proofErr w:type="spellStart"/>
      <w:r>
        <w:t>vjetra</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ujësjellësve</w:t>
      </w:r>
      <w:proofErr w:type="spellEnd"/>
      <w:r>
        <w:t xml:space="preserve">, </w:t>
      </w:r>
      <w:proofErr w:type="spellStart"/>
      <w:r>
        <w:t>unë</w:t>
      </w:r>
      <w:proofErr w:type="spellEnd"/>
      <w:r>
        <w:t xml:space="preserve"> </w:t>
      </w:r>
      <w:proofErr w:type="spellStart"/>
      <w:r>
        <w:t>flas</w:t>
      </w:r>
      <w:proofErr w:type="spellEnd"/>
      <w:r>
        <w:t xml:space="preserve"> </w:t>
      </w:r>
      <w:proofErr w:type="spellStart"/>
      <w:r>
        <w:t>për</w:t>
      </w:r>
      <w:proofErr w:type="spellEnd"/>
      <w:r>
        <w:t xml:space="preserve"> </w:t>
      </w:r>
      <w:proofErr w:type="spellStart"/>
      <w:r>
        <w:t>Vaudejsin</w:t>
      </w:r>
      <w:proofErr w:type="spellEnd"/>
      <w:r>
        <w:t xml:space="preserve">. E </w:t>
      </w:r>
      <w:proofErr w:type="spellStart"/>
      <w:r>
        <w:t>kemi</w:t>
      </w:r>
      <w:proofErr w:type="spellEnd"/>
      <w:r>
        <w:t xml:space="preserve"> </w:t>
      </w:r>
      <w:proofErr w:type="spellStart"/>
      <w:r>
        <w:t>pasur</w:t>
      </w:r>
      <w:proofErr w:type="spellEnd"/>
      <w:r>
        <w:t xml:space="preserve"> </w:t>
      </w:r>
      <w:proofErr w:type="spellStart"/>
      <w:r>
        <w:t>të</w:t>
      </w:r>
      <w:proofErr w:type="spellEnd"/>
      <w:r>
        <w:t xml:space="preserve"> </w:t>
      </w:r>
      <w:proofErr w:type="spellStart"/>
      <w:r>
        <w:t>pamujtur</w:t>
      </w:r>
      <w:proofErr w:type="spellEnd"/>
      <w:r>
        <w:t xml:space="preserve"> </w:t>
      </w:r>
      <w:proofErr w:type="spellStart"/>
      <w:r>
        <w:t>menaxhimin</w:t>
      </w:r>
      <w:proofErr w:type="spellEnd"/>
      <w:r>
        <w:t xml:space="preserve"> e </w:t>
      </w:r>
      <w:proofErr w:type="spellStart"/>
      <w:r>
        <w:t>ujësjellësit</w:t>
      </w:r>
      <w:proofErr w:type="spellEnd"/>
      <w:r>
        <w:t xml:space="preserve"> ne </w:t>
      </w:r>
      <w:proofErr w:type="spellStart"/>
      <w:r>
        <w:t>si</w:t>
      </w:r>
      <w:proofErr w:type="spellEnd"/>
      <w:r>
        <w:t xml:space="preserve"> </w:t>
      </w:r>
      <w:proofErr w:type="spellStart"/>
      <w:r>
        <w:t>bashki</w:t>
      </w:r>
      <w:proofErr w:type="spellEnd"/>
      <w:r>
        <w:t xml:space="preserve">, </w:t>
      </w:r>
      <w:proofErr w:type="spellStart"/>
      <w:r>
        <w:t>sepse</w:t>
      </w:r>
      <w:proofErr w:type="spellEnd"/>
      <w:r>
        <w:t xml:space="preserve"> e </w:t>
      </w:r>
      <w:proofErr w:type="spellStart"/>
      <w:r>
        <w:t>kemi</w:t>
      </w:r>
      <w:proofErr w:type="spellEnd"/>
      <w:r>
        <w:t xml:space="preserve"> </w:t>
      </w:r>
      <w:proofErr w:type="spellStart"/>
      <w:r>
        <w:t>pasur</w:t>
      </w:r>
      <w:proofErr w:type="spellEnd"/>
      <w:r>
        <w:t xml:space="preserve"> </w:t>
      </w:r>
      <w:proofErr w:type="spellStart"/>
      <w:r>
        <w:t>kosto</w:t>
      </w:r>
      <w:proofErr w:type="spellEnd"/>
      <w:r>
        <w:t xml:space="preserve"> </w:t>
      </w:r>
      <w:proofErr w:type="spellStart"/>
      <w:r>
        <w:t>të</w:t>
      </w:r>
      <w:proofErr w:type="spellEnd"/>
      <w:r>
        <w:t xml:space="preserve"> </w:t>
      </w:r>
      <w:proofErr w:type="spellStart"/>
      <w:r>
        <w:t>madhe</w:t>
      </w:r>
      <w:proofErr w:type="spellEnd"/>
      <w:r>
        <w:t xml:space="preserve"> </w:t>
      </w:r>
      <w:proofErr w:type="spellStart"/>
      <w:r>
        <w:t>në</w:t>
      </w:r>
      <w:proofErr w:type="spellEnd"/>
      <w:r>
        <w:t xml:space="preserve"> </w:t>
      </w:r>
      <w:proofErr w:type="spellStart"/>
      <w:r>
        <w:t>buxhet</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Sepse</w:t>
      </w:r>
      <w:proofErr w:type="spellEnd"/>
      <w:r>
        <w:t xml:space="preserve"> </w:t>
      </w:r>
      <w:proofErr w:type="spellStart"/>
      <w:r>
        <w:t>pothuajse</w:t>
      </w:r>
      <w:proofErr w:type="spellEnd"/>
      <w:r>
        <w:t xml:space="preserve"> 80% e </w:t>
      </w:r>
      <w:proofErr w:type="spellStart"/>
      <w:r>
        <w:t>Vaudejsit</w:t>
      </w:r>
      <w:proofErr w:type="spellEnd"/>
      <w:r>
        <w:t xml:space="preserve"> ka </w:t>
      </w:r>
      <w:proofErr w:type="spellStart"/>
      <w:r>
        <w:t>shpime</w:t>
      </w:r>
      <w:proofErr w:type="spellEnd"/>
      <w:r>
        <w:t xml:space="preserve"> </w:t>
      </w:r>
      <w:proofErr w:type="spellStart"/>
      <w:r>
        <w:t>personale</w:t>
      </w:r>
      <w:proofErr w:type="spellEnd"/>
      <w:r>
        <w:t xml:space="preserve">, </w:t>
      </w:r>
      <w:proofErr w:type="spellStart"/>
      <w:r>
        <w:t>pra</w:t>
      </w:r>
      <w:proofErr w:type="spellEnd"/>
      <w:r>
        <w:t xml:space="preserve"> </w:t>
      </w:r>
      <w:proofErr w:type="spellStart"/>
      <w:r>
        <w:t>përveç</w:t>
      </w:r>
      <w:proofErr w:type="spellEnd"/>
      <w:r>
        <w:t xml:space="preserve"> </w:t>
      </w:r>
      <w:proofErr w:type="spellStart"/>
      <w:r>
        <w:t>qytetit</w:t>
      </w:r>
      <w:proofErr w:type="spellEnd"/>
      <w:r>
        <w:t xml:space="preserve"> </w:t>
      </w:r>
      <w:proofErr w:type="spellStart"/>
      <w:r>
        <w:t>që</w:t>
      </w:r>
      <w:proofErr w:type="spellEnd"/>
      <w:r>
        <w:t xml:space="preserve"> ka </w:t>
      </w:r>
      <w:proofErr w:type="spellStart"/>
      <w:r>
        <w:t>rrjet</w:t>
      </w:r>
      <w:proofErr w:type="spellEnd"/>
      <w:r>
        <w:t xml:space="preserve"> </w:t>
      </w:r>
      <w:proofErr w:type="spellStart"/>
      <w:r>
        <w:t>ujësjellës</w:t>
      </w:r>
      <w:proofErr w:type="spellEnd"/>
      <w:r>
        <w:t xml:space="preserve">, </w:t>
      </w:r>
      <w:proofErr w:type="spellStart"/>
      <w:r>
        <w:t>të</w:t>
      </w:r>
      <w:proofErr w:type="spellEnd"/>
      <w:r>
        <w:t xml:space="preserve"> </w:t>
      </w:r>
      <w:proofErr w:type="spellStart"/>
      <w:r>
        <w:t>tjerat</w:t>
      </w:r>
      <w:proofErr w:type="spellEnd"/>
      <w:r>
        <w:t xml:space="preserve"> </w:t>
      </w:r>
      <w:proofErr w:type="spellStart"/>
      <w:r>
        <w:t>pothuajse</w:t>
      </w:r>
      <w:proofErr w:type="spellEnd"/>
      <w:r>
        <w:t xml:space="preserve"> </w:t>
      </w:r>
      <w:proofErr w:type="spellStart"/>
      <w:r>
        <w:t>janë</w:t>
      </w:r>
      <w:proofErr w:type="spellEnd"/>
      <w:r>
        <w:t xml:space="preserve"> me </w:t>
      </w:r>
      <w:proofErr w:type="spellStart"/>
      <w:r>
        <w:t>shpime</w:t>
      </w:r>
      <w:proofErr w:type="spellEnd"/>
      <w:r>
        <w:t xml:space="preserve"> </w:t>
      </w:r>
      <w:proofErr w:type="spellStart"/>
      <w:r>
        <w:t>personale</w:t>
      </w:r>
      <w:proofErr w:type="spellEnd"/>
      <w:r>
        <w:t xml:space="preserve"> </w:t>
      </w:r>
      <w:proofErr w:type="spellStart"/>
      <w:r>
        <w:t>të</w:t>
      </w:r>
      <w:proofErr w:type="spellEnd"/>
      <w:r>
        <w:t xml:space="preserve"> </w:t>
      </w:r>
      <w:proofErr w:type="spellStart"/>
      <w:r>
        <w:t>individëve</w:t>
      </w:r>
      <w:proofErr w:type="spellEnd"/>
      <w:r>
        <w:t xml:space="preserve">. Kisha </w:t>
      </w:r>
      <w:proofErr w:type="spellStart"/>
      <w:r>
        <w:t>edhe</w:t>
      </w:r>
      <w:proofErr w:type="spellEnd"/>
      <w:r>
        <w:t xml:space="preserve"> </w:t>
      </w:r>
      <w:proofErr w:type="spellStart"/>
      <w:r>
        <w:t>një</w:t>
      </w:r>
      <w:proofErr w:type="spellEnd"/>
      <w:r>
        <w:t xml:space="preserve"> </w:t>
      </w:r>
      <w:proofErr w:type="spellStart"/>
      <w:r>
        <w:t>sugjerim</w:t>
      </w:r>
      <w:proofErr w:type="spellEnd"/>
      <w:r>
        <w:t xml:space="preserve"> </w:t>
      </w:r>
      <w:proofErr w:type="spellStart"/>
      <w:r>
        <w:t>dhe</w:t>
      </w:r>
      <w:proofErr w:type="spellEnd"/>
      <w:r>
        <w:t xml:space="preserve"> </w:t>
      </w:r>
      <w:proofErr w:type="spellStart"/>
      <w:r>
        <w:t>një</w:t>
      </w:r>
      <w:proofErr w:type="spellEnd"/>
      <w:r>
        <w:t xml:space="preserve"> </w:t>
      </w:r>
      <w:proofErr w:type="spellStart"/>
      <w:r>
        <w:t>kërkesë</w:t>
      </w:r>
      <w:proofErr w:type="spellEnd"/>
      <w:r>
        <w:t xml:space="preserve">, </w:t>
      </w:r>
      <w:proofErr w:type="spellStart"/>
      <w:r>
        <w:t>faktikisht</w:t>
      </w:r>
      <w:proofErr w:type="spellEnd"/>
      <w:r>
        <w:t xml:space="preserve">, </w:t>
      </w:r>
      <w:proofErr w:type="spellStart"/>
      <w:r>
        <w:t>që</w:t>
      </w:r>
      <w:proofErr w:type="spellEnd"/>
      <w:r>
        <w:t xml:space="preserve"> </w:t>
      </w:r>
      <w:proofErr w:type="spellStart"/>
      <w:r>
        <w:t>edhe</w:t>
      </w:r>
      <w:proofErr w:type="spellEnd"/>
      <w:r>
        <w:t xml:space="preserve"> </w:t>
      </w:r>
      <w:proofErr w:type="spellStart"/>
      <w:r>
        <w:t>lanfieldi</w:t>
      </w:r>
      <w:proofErr w:type="spellEnd"/>
      <w:r>
        <w:t xml:space="preserve"> </w:t>
      </w:r>
      <w:proofErr w:type="spellStart"/>
      <w:r>
        <w:t>i</w:t>
      </w:r>
      <w:proofErr w:type="spellEnd"/>
      <w:r>
        <w:t xml:space="preserve"> </w:t>
      </w:r>
      <w:proofErr w:type="spellStart"/>
      <w:r>
        <w:t>Bushatit</w:t>
      </w:r>
      <w:proofErr w:type="spellEnd"/>
      <w:r>
        <w:t xml:space="preserve">, </w:t>
      </w:r>
      <w:proofErr w:type="spellStart"/>
      <w:r>
        <w:t>i</w:t>
      </w:r>
      <w:proofErr w:type="spellEnd"/>
      <w:r>
        <w:t xml:space="preserve"> </w:t>
      </w:r>
      <w:proofErr w:type="spellStart"/>
      <w:r>
        <w:t>cili</w:t>
      </w:r>
      <w:proofErr w:type="spellEnd"/>
      <w:r>
        <w:t xml:space="preserve"> </w:t>
      </w:r>
      <w:proofErr w:type="spellStart"/>
      <w:r>
        <w:t>është</w:t>
      </w:r>
      <w:proofErr w:type="spellEnd"/>
      <w:r>
        <w:t xml:space="preserve"> </w:t>
      </w:r>
      <w:proofErr w:type="spellStart"/>
      <w:r>
        <w:t>brenda</w:t>
      </w:r>
      <w:proofErr w:type="spellEnd"/>
      <w:r>
        <w:t xml:space="preserve"> </w:t>
      </w:r>
      <w:proofErr w:type="spellStart"/>
      <w:r>
        <w:t>territorit</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Vaudejsit</w:t>
      </w:r>
      <w:proofErr w:type="spellEnd"/>
      <w:r>
        <w:t xml:space="preserve">, </w:t>
      </w:r>
      <w:proofErr w:type="spellStart"/>
      <w:r>
        <w:t>të</w:t>
      </w:r>
      <w:proofErr w:type="spellEnd"/>
      <w:r>
        <w:t xml:space="preserve"> </w:t>
      </w:r>
      <w:proofErr w:type="spellStart"/>
      <w:r>
        <w:t>qëndronte</w:t>
      </w:r>
      <w:proofErr w:type="spellEnd"/>
      <w:r>
        <w:t xml:space="preserve"> </w:t>
      </w:r>
      <w:proofErr w:type="spellStart"/>
      <w:r>
        <w:t>në</w:t>
      </w:r>
      <w:proofErr w:type="spellEnd"/>
      <w:r>
        <w:t xml:space="preserve"> </w:t>
      </w:r>
      <w:proofErr w:type="spellStart"/>
      <w:r>
        <w:t>kompetencat</w:t>
      </w:r>
      <w:proofErr w:type="spellEnd"/>
      <w:r>
        <w:t xml:space="preserve"> e </w:t>
      </w:r>
      <w:proofErr w:type="spellStart"/>
      <w:r>
        <w:t>Bashkisë</w:t>
      </w:r>
      <w:proofErr w:type="spellEnd"/>
      <w:r>
        <w:t xml:space="preserve"> </w:t>
      </w:r>
      <w:proofErr w:type="spellStart"/>
      <w:r>
        <w:t>së</w:t>
      </w:r>
      <w:proofErr w:type="spellEnd"/>
      <w:r>
        <w:t xml:space="preserve"> </w:t>
      </w:r>
      <w:proofErr w:type="spellStart"/>
      <w:r>
        <w:t>Vaudejsit</w:t>
      </w:r>
      <w:proofErr w:type="spellEnd"/>
      <w:r>
        <w:t xml:space="preserve">. </w:t>
      </w:r>
      <w:proofErr w:type="spellStart"/>
      <w:r>
        <w:t>Besoj</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në</w:t>
      </w:r>
      <w:proofErr w:type="spellEnd"/>
      <w:r>
        <w:t xml:space="preserve"> </w:t>
      </w:r>
      <w:proofErr w:type="spellStart"/>
      <w:r>
        <w:t>lanfielde</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menaxhu</w:t>
      </w:r>
      <w:proofErr w:type="spellEnd"/>
      <w:r>
        <w:t xml:space="preserve"> </w:t>
      </w:r>
      <w:proofErr w:type="spellStart"/>
      <w:r>
        <w:t>më</w:t>
      </w:r>
      <w:proofErr w:type="spellEnd"/>
      <w:r>
        <w:t xml:space="preserve"> </w:t>
      </w:r>
      <w:proofErr w:type="spellStart"/>
      <w:r>
        <w:t>mirë</w:t>
      </w:r>
      <w:proofErr w:type="spellEnd"/>
      <w:r>
        <w:t xml:space="preserve"> </w:t>
      </w:r>
      <w:proofErr w:type="spellStart"/>
      <w:r>
        <w:t>në</w:t>
      </w:r>
      <w:proofErr w:type="spellEnd"/>
      <w:r>
        <w:t xml:space="preserve"> </w:t>
      </w:r>
      <w:proofErr w:type="spellStart"/>
      <w:r>
        <w:t>Shqipëri</w:t>
      </w:r>
      <w:proofErr w:type="spellEnd"/>
      <w:r>
        <w:t xml:space="preserve">, por </w:t>
      </w:r>
      <w:proofErr w:type="spellStart"/>
      <w:r>
        <w:t>patjetër</w:t>
      </w:r>
      <w:proofErr w:type="spellEnd"/>
      <w:r>
        <w:t xml:space="preserve"> </w:t>
      </w:r>
      <w:proofErr w:type="spellStart"/>
      <w:r>
        <w:t>që</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mirë</w:t>
      </w:r>
      <w:proofErr w:type="spellEnd"/>
      <w:r>
        <w:t xml:space="preserve"> </w:t>
      </w:r>
      <w:proofErr w:type="spellStart"/>
      <w:r>
        <w:t>që</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është</w:t>
      </w:r>
      <w:proofErr w:type="spellEnd"/>
      <w:r>
        <w:t xml:space="preserve"> </w:t>
      </w:r>
      <w:proofErr w:type="spellStart"/>
      <w:r>
        <w:t>dhënë</w:t>
      </w:r>
      <w:proofErr w:type="spellEnd"/>
      <w:r>
        <w:t xml:space="preserve"> </w:t>
      </w:r>
      <w:proofErr w:type="spellStart"/>
      <w:r>
        <w:t>për</w:t>
      </w:r>
      <w:proofErr w:type="spellEnd"/>
      <w:r>
        <w:t xml:space="preserve"> 25 </w:t>
      </w:r>
      <w:proofErr w:type="spellStart"/>
      <w:r>
        <w:t>vjet</w:t>
      </w:r>
      <w:proofErr w:type="spellEnd"/>
      <w:r>
        <w:t xml:space="preserve"> me </w:t>
      </w:r>
      <w:proofErr w:type="spellStart"/>
      <w:r>
        <w:t>konçension</w:t>
      </w:r>
      <w:proofErr w:type="spellEnd"/>
      <w:r>
        <w:t xml:space="preserve">, </w:t>
      </w:r>
      <w:proofErr w:type="spellStart"/>
      <w:r>
        <w:t>pra</w:t>
      </w:r>
      <w:proofErr w:type="spellEnd"/>
      <w:r>
        <w:t xml:space="preserve"> </w:t>
      </w:r>
      <w:proofErr w:type="spellStart"/>
      <w:r>
        <w:t>që</w:t>
      </w:r>
      <w:proofErr w:type="spellEnd"/>
      <w:r>
        <w:t xml:space="preserve"> Bashkia e </w:t>
      </w:r>
      <w:proofErr w:type="spellStart"/>
      <w:r>
        <w:t>Vaudejsit</w:t>
      </w:r>
      <w:proofErr w:type="spellEnd"/>
      <w:r>
        <w:t xml:space="preserve"> ka </w:t>
      </w:r>
      <w:proofErr w:type="spellStart"/>
      <w:r>
        <w:t>vetëm</w:t>
      </w:r>
      <w:proofErr w:type="spellEnd"/>
      <w:r>
        <w:t xml:space="preserve"> 20% </w:t>
      </w:r>
      <w:proofErr w:type="spellStart"/>
      <w:r>
        <w:t>të</w:t>
      </w:r>
      <w:proofErr w:type="spellEnd"/>
      <w:r>
        <w:t xml:space="preserve"> </w:t>
      </w:r>
      <w:proofErr w:type="spellStart"/>
      <w:r>
        <w:t>aksioneve</w:t>
      </w:r>
      <w:proofErr w:type="spellEnd"/>
      <w:r>
        <w:t xml:space="preserve"> </w:t>
      </w:r>
      <w:proofErr w:type="spellStart"/>
      <w:r>
        <w:t>të</w:t>
      </w:r>
      <w:proofErr w:type="spellEnd"/>
      <w:r>
        <w:t xml:space="preserve"> </w:t>
      </w:r>
      <w:proofErr w:type="spellStart"/>
      <w:r>
        <w:t>lanfieldit</w:t>
      </w:r>
      <w:proofErr w:type="spellEnd"/>
      <w:r>
        <w:t xml:space="preserve">, por </w:t>
      </w:r>
      <w:proofErr w:type="spellStart"/>
      <w:r>
        <w:t>mendoj</w:t>
      </w:r>
      <w:proofErr w:type="spellEnd"/>
      <w:r>
        <w:t xml:space="preserve"> </w:t>
      </w:r>
      <w:proofErr w:type="spellStart"/>
      <w:r>
        <w:t>që</w:t>
      </w:r>
      <w:proofErr w:type="spellEnd"/>
      <w:r>
        <w:t xml:space="preserve"> </w:t>
      </w:r>
      <w:proofErr w:type="spellStart"/>
      <w:r>
        <w:t>si</w:t>
      </w:r>
      <w:proofErr w:type="spellEnd"/>
      <w:r>
        <w:t xml:space="preserve"> </w:t>
      </w:r>
      <w:proofErr w:type="spellStart"/>
      <w:r>
        <w:t>qark</w:t>
      </w:r>
      <w:proofErr w:type="spellEnd"/>
      <w:r>
        <w:t xml:space="preserve"> </w:t>
      </w:r>
      <w:proofErr w:type="spellStart"/>
      <w:r>
        <w:t>ose</w:t>
      </w:r>
      <w:proofErr w:type="spellEnd"/>
      <w:r>
        <w:t xml:space="preserve"> </w:t>
      </w:r>
      <w:proofErr w:type="spellStart"/>
      <w:r>
        <w:t>si</w:t>
      </w:r>
      <w:proofErr w:type="spellEnd"/>
      <w:r>
        <w:t xml:space="preserve"> </w:t>
      </w:r>
      <w:proofErr w:type="spellStart"/>
      <w:r>
        <w:t>dy</w:t>
      </w:r>
      <w:proofErr w:type="spellEnd"/>
      <w:r>
        <w:t xml:space="preserve"> </w:t>
      </w:r>
      <w:proofErr w:type="spellStart"/>
      <w:r>
        <w:t>qarqe</w:t>
      </w:r>
      <w:proofErr w:type="spellEnd"/>
      <w:r>
        <w:t xml:space="preserve"> </w:t>
      </w:r>
      <w:proofErr w:type="spellStart"/>
      <w:r>
        <w:t>që</w:t>
      </w:r>
      <w:proofErr w:type="spellEnd"/>
      <w:r>
        <w:t xml:space="preserve"> </w:t>
      </w:r>
      <w:proofErr w:type="spellStart"/>
      <w:r>
        <w:t>lanfieldi</w:t>
      </w:r>
      <w:proofErr w:type="spellEnd"/>
      <w:r>
        <w:t xml:space="preserve"> </w:t>
      </w:r>
      <w:proofErr w:type="spellStart"/>
      <w:r>
        <w:t>i</w:t>
      </w:r>
      <w:proofErr w:type="spellEnd"/>
      <w:r>
        <w:t xml:space="preserve"> </w:t>
      </w:r>
      <w:proofErr w:type="spellStart"/>
      <w:r>
        <w:t>Bushatit</w:t>
      </w:r>
      <w:proofErr w:type="spellEnd"/>
      <w:r>
        <w:t xml:space="preserve"> </w:t>
      </w:r>
      <w:proofErr w:type="spellStart"/>
      <w:r>
        <w:t>pranon</w:t>
      </w:r>
      <w:proofErr w:type="spellEnd"/>
      <w:r>
        <w:t xml:space="preserve"> </w:t>
      </w:r>
      <w:proofErr w:type="spellStart"/>
      <w:r>
        <w:t>mbetje</w:t>
      </w:r>
      <w:proofErr w:type="spellEnd"/>
      <w:r>
        <w:t xml:space="preserve">, </w:t>
      </w:r>
      <w:proofErr w:type="spellStart"/>
      <w:r>
        <w:t>duhet</w:t>
      </w:r>
      <w:proofErr w:type="spellEnd"/>
      <w:r>
        <w:t xml:space="preserve"> </w:t>
      </w:r>
      <w:proofErr w:type="spellStart"/>
      <w:r>
        <w:t>të</w:t>
      </w:r>
      <w:proofErr w:type="spellEnd"/>
      <w:r>
        <w:t xml:space="preserve"> </w:t>
      </w:r>
      <w:proofErr w:type="spellStart"/>
      <w:r>
        <w:t>jetë</w:t>
      </w:r>
      <w:proofErr w:type="spellEnd"/>
      <w:r>
        <w:t xml:space="preserve"> </w:t>
      </w:r>
      <w:proofErr w:type="spellStart"/>
      <w:r>
        <w:t>në</w:t>
      </w:r>
      <w:proofErr w:type="spellEnd"/>
      <w:r>
        <w:t xml:space="preserve"> </w:t>
      </w:r>
      <w:proofErr w:type="spellStart"/>
      <w:r>
        <w:t>menaxhimin</w:t>
      </w:r>
      <w:proofErr w:type="spellEnd"/>
      <w:r>
        <w:t xml:space="preserve"> e </w:t>
      </w:r>
      <w:proofErr w:type="spellStart"/>
      <w:r>
        <w:t>Bashkisë</w:t>
      </w:r>
      <w:proofErr w:type="spellEnd"/>
      <w:r>
        <w:t xml:space="preserve"> </w:t>
      </w:r>
      <w:proofErr w:type="spellStart"/>
      <w:r>
        <w:t>së</w:t>
      </w:r>
      <w:proofErr w:type="spellEnd"/>
      <w:r>
        <w:t xml:space="preserve"> </w:t>
      </w:r>
      <w:proofErr w:type="spellStart"/>
      <w:r>
        <w:t>Vaudejsit</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shkollave</w:t>
      </w:r>
      <w:proofErr w:type="spellEnd"/>
      <w:r>
        <w:t xml:space="preserve">, </w:t>
      </w:r>
      <w:proofErr w:type="spellStart"/>
      <w:r>
        <w:t>menaxhimit</w:t>
      </w:r>
      <w:proofErr w:type="spellEnd"/>
      <w:r>
        <w:t xml:space="preserve"> </w:t>
      </w:r>
      <w:proofErr w:type="spellStart"/>
      <w:r>
        <w:t>të</w:t>
      </w:r>
      <w:proofErr w:type="spellEnd"/>
      <w:r>
        <w:t xml:space="preserve"> </w:t>
      </w:r>
      <w:proofErr w:type="spellStart"/>
      <w:r>
        <w:t>shkollave</w:t>
      </w:r>
      <w:proofErr w:type="spellEnd"/>
      <w:r>
        <w:t xml:space="preserve">, </w:t>
      </w:r>
      <w:proofErr w:type="spellStart"/>
      <w:r>
        <w:t>patjetër</w:t>
      </w:r>
      <w:proofErr w:type="spellEnd"/>
      <w:r>
        <w:t xml:space="preserve"> </w:t>
      </w:r>
      <w:proofErr w:type="spellStart"/>
      <w:r>
        <w:t>që</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kënaqësi</w:t>
      </w:r>
      <w:proofErr w:type="spellEnd"/>
      <w:r>
        <w:t xml:space="preserve"> e </w:t>
      </w:r>
      <w:proofErr w:type="spellStart"/>
      <w:r>
        <w:t>shtumë</w:t>
      </w:r>
      <w:proofErr w:type="spellEnd"/>
      <w:r>
        <w:t xml:space="preserve"> </w:t>
      </w:r>
      <w:proofErr w:type="spellStart"/>
      <w:r>
        <w:t>në</w:t>
      </w:r>
      <w:proofErr w:type="spellEnd"/>
      <w:r>
        <w:t xml:space="preserve"> </w:t>
      </w:r>
      <w:proofErr w:type="spellStart"/>
      <w:r>
        <w:t>vitin</w:t>
      </w:r>
      <w:proofErr w:type="spellEnd"/>
      <w:r>
        <w:t xml:space="preserve"> 2015, por </w:t>
      </w:r>
      <w:proofErr w:type="spellStart"/>
      <w:r>
        <w:t>mendoj</w:t>
      </w:r>
      <w:proofErr w:type="spellEnd"/>
      <w:r>
        <w:t xml:space="preserve"> </w:t>
      </w:r>
      <w:proofErr w:type="spellStart"/>
      <w:r>
        <w:t>që</w:t>
      </w:r>
      <w:proofErr w:type="spellEnd"/>
      <w:r>
        <w:t xml:space="preserve"> </w:t>
      </w:r>
      <w:proofErr w:type="spellStart"/>
      <w:r>
        <w:t>realisht</w:t>
      </w:r>
      <w:proofErr w:type="spellEnd"/>
      <w:r>
        <w:t xml:space="preserve"> </w:t>
      </w:r>
      <w:proofErr w:type="spellStart"/>
      <w:r>
        <w:t>ju</w:t>
      </w:r>
      <w:proofErr w:type="spellEnd"/>
      <w:r>
        <w:t xml:space="preserve"> </w:t>
      </w:r>
      <w:proofErr w:type="spellStart"/>
      <w:r>
        <w:t>takon</w:t>
      </w:r>
      <w:proofErr w:type="spellEnd"/>
      <w:r>
        <w:t xml:space="preserve"> </w:t>
      </w:r>
      <w:proofErr w:type="spellStart"/>
      <w:r>
        <w:t>bashkive</w:t>
      </w:r>
      <w:proofErr w:type="spellEnd"/>
      <w:r>
        <w:t xml:space="preserve"> </w:t>
      </w:r>
      <w:proofErr w:type="spellStart"/>
      <w:r>
        <w:t>kjo</w:t>
      </w:r>
      <w:proofErr w:type="spellEnd"/>
      <w:r>
        <w:t xml:space="preserve"> </w:t>
      </w:r>
      <w:proofErr w:type="spellStart"/>
      <w:r>
        <w:t>kompetencë</w:t>
      </w:r>
      <w:proofErr w:type="spellEnd"/>
      <w:r>
        <w:t xml:space="preserve">, </w:t>
      </w:r>
      <w:proofErr w:type="spellStart"/>
      <w:r>
        <w:t>sepse</w:t>
      </w:r>
      <w:proofErr w:type="spellEnd"/>
      <w:r>
        <w:t xml:space="preserve"> </w:t>
      </w:r>
      <w:proofErr w:type="spellStart"/>
      <w:r>
        <w:t>edhe</w:t>
      </w:r>
      <w:proofErr w:type="spellEnd"/>
      <w:r>
        <w:t xml:space="preserve"> </w:t>
      </w:r>
      <w:proofErr w:type="spellStart"/>
      <w:r>
        <w:t>mirëmbajtja</w:t>
      </w:r>
      <w:proofErr w:type="spellEnd"/>
      <w:r>
        <w:t xml:space="preserve"> e </w:t>
      </w:r>
      <w:proofErr w:type="spellStart"/>
      <w:r>
        <w:t>shkollave</w:t>
      </w:r>
      <w:proofErr w:type="spellEnd"/>
      <w:r>
        <w:t xml:space="preserve">, </w:t>
      </w:r>
      <w:proofErr w:type="spellStart"/>
      <w:r>
        <w:t>si</w:t>
      </w:r>
      <w:proofErr w:type="spellEnd"/>
      <w:r>
        <w:t xml:space="preserve"> </w:t>
      </w:r>
      <w:proofErr w:type="spellStart"/>
      <w:r>
        <w:t>dhe</w:t>
      </w:r>
      <w:proofErr w:type="spellEnd"/>
      <w:r>
        <w:t xml:space="preserve"> </w:t>
      </w:r>
      <w:proofErr w:type="spellStart"/>
      <w:r>
        <w:t>që</w:t>
      </w:r>
      <w:proofErr w:type="spellEnd"/>
      <w:r>
        <w:t xml:space="preserve"> </w:t>
      </w:r>
      <w:proofErr w:type="spellStart"/>
      <w:r>
        <w:t>nga</w:t>
      </w:r>
      <w:proofErr w:type="spellEnd"/>
      <w:r>
        <w:t xml:space="preserve"> 2019-ta </w:t>
      </w:r>
      <w:proofErr w:type="spellStart"/>
      <w:r>
        <w:t>dhe</w:t>
      </w:r>
      <w:proofErr w:type="spellEnd"/>
      <w:r>
        <w:t xml:space="preserve"> </w:t>
      </w:r>
      <w:proofErr w:type="spellStart"/>
      <w:r>
        <w:t>deri</w:t>
      </w:r>
      <w:proofErr w:type="spellEnd"/>
      <w:r>
        <w:t xml:space="preserve"> </w:t>
      </w:r>
      <w:proofErr w:type="spellStart"/>
      <w:r>
        <w:t>më</w:t>
      </w:r>
      <w:proofErr w:type="spellEnd"/>
      <w:r>
        <w:t xml:space="preserve"> sot, </w:t>
      </w:r>
      <w:proofErr w:type="spellStart"/>
      <w:r>
        <w:t>janë</w:t>
      </w:r>
      <w:proofErr w:type="spellEnd"/>
      <w:r>
        <w:t xml:space="preserve"> </w:t>
      </w:r>
      <w:proofErr w:type="spellStart"/>
      <w:r>
        <w:t>bërë</w:t>
      </w:r>
      <w:proofErr w:type="spellEnd"/>
      <w:r>
        <w:t xml:space="preserve"> </w:t>
      </w:r>
      <w:proofErr w:type="spellStart"/>
      <w:r>
        <w:t>dy</w:t>
      </w:r>
      <w:proofErr w:type="spellEnd"/>
      <w:r>
        <w:t xml:space="preserve"> </w:t>
      </w:r>
      <w:proofErr w:type="spellStart"/>
      <w:r>
        <w:t>shkolla</w:t>
      </w:r>
      <w:proofErr w:type="spellEnd"/>
      <w:r>
        <w:t xml:space="preserve"> </w:t>
      </w:r>
      <w:proofErr w:type="spellStart"/>
      <w:r>
        <w:t>të</w:t>
      </w:r>
      <w:proofErr w:type="spellEnd"/>
      <w:r>
        <w:t xml:space="preserve"> </w:t>
      </w:r>
      <w:proofErr w:type="spellStart"/>
      <w:r>
        <w:t>reja</w:t>
      </w:r>
      <w:proofErr w:type="spellEnd"/>
      <w:r>
        <w:t xml:space="preserve"> </w:t>
      </w:r>
      <w:proofErr w:type="spellStart"/>
      <w:r>
        <w:t>në</w:t>
      </w:r>
      <w:proofErr w:type="spellEnd"/>
      <w:r>
        <w:t xml:space="preserve"> </w:t>
      </w:r>
      <w:proofErr w:type="spellStart"/>
      <w:r>
        <w:t>Vaudejs</w:t>
      </w:r>
      <w:proofErr w:type="spellEnd"/>
      <w:r>
        <w:t xml:space="preserve">, </w:t>
      </w:r>
      <w:proofErr w:type="spellStart"/>
      <w:r>
        <w:t>të</w:t>
      </w:r>
      <w:proofErr w:type="spellEnd"/>
      <w:r>
        <w:t xml:space="preserve"> </w:t>
      </w:r>
      <w:proofErr w:type="spellStart"/>
      <w:r>
        <w:t>cilat</w:t>
      </w:r>
      <w:proofErr w:type="spellEnd"/>
      <w:r>
        <w:t xml:space="preserve"> </w:t>
      </w:r>
      <w:proofErr w:type="spellStart"/>
      <w:r>
        <w:t>janë</w:t>
      </w:r>
      <w:proofErr w:type="spellEnd"/>
      <w:r>
        <w:t xml:space="preserve"> </w:t>
      </w:r>
      <w:proofErr w:type="spellStart"/>
      <w:r>
        <w:t>kënaqur</w:t>
      </w:r>
      <w:proofErr w:type="spellEnd"/>
      <w:r>
        <w:t xml:space="preserve"> </w:t>
      </w:r>
      <w:proofErr w:type="spellStart"/>
      <w:r>
        <w:t>në</w:t>
      </w:r>
      <w:proofErr w:type="spellEnd"/>
      <w:r>
        <w:t xml:space="preserve"> </w:t>
      </w:r>
      <w:proofErr w:type="spellStart"/>
      <w:r>
        <w:t>gjendje</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mirëu</w:t>
      </w:r>
      <w:proofErr w:type="spellEnd"/>
      <w:r>
        <w:t xml:space="preserve">. </w:t>
      </w:r>
      <w:proofErr w:type="spellStart"/>
      <w:r>
        <w:t>Te</w:t>
      </w:r>
      <w:proofErr w:type="spellEnd"/>
      <w:r>
        <w:t xml:space="preserve"> </w:t>
      </w:r>
      <w:proofErr w:type="spellStart"/>
      <w:r>
        <w:t>pyetja</w:t>
      </w:r>
      <w:proofErr w:type="spellEnd"/>
      <w:r>
        <w:t xml:space="preserve"> </w:t>
      </w:r>
      <w:proofErr w:type="spellStart"/>
      <w:r>
        <w:t>tjetër</w:t>
      </w:r>
      <w:proofErr w:type="spellEnd"/>
      <w:r>
        <w:t xml:space="preserve">, se </w:t>
      </w:r>
      <w:proofErr w:type="spellStart"/>
      <w:r>
        <w:t>na</w:t>
      </w:r>
      <w:proofErr w:type="spellEnd"/>
      <w:r>
        <w:t xml:space="preserve"> </w:t>
      </w:r>
      <w:proofErr w:type="spellStart"/>
      <w:r>
        <w:t>ke</w:t>
      </w:r>
      <w:proofErr w:type="spellEnd"/>
      <w:r>
        <w:t xml:space="preserve"> </w:t>
      </w:r>
      <w:proofErr w:type="spellStart"/>
      <w:r>
        <w:t>bërë</w:t>
      </w:r>
      <w:proofErr w:type="spellEnd"/>
      <w:r>
        <w:t xml:space="preserve"> </w:t>
      </w:r>
      <w:proofErr w:type="spellStart"/>
      <w:r>
        <w:t>shumë</w:t>
      </w:r>
      <w:proofErr w:type="spellEnd"/>
      <w:r>
        <w:t xml:space="preserve"> </w:t>
      </w:r>
      <w:proofErr w:type="spellStart"/>
      <w:r>
        <w:t>pyetje</w:t>
      </w:r>
      <w:proofErr w:type="spellEnd"/>
      <w:r>
        <w:t xml:space="preserve">. </w:t>
      </w:r>
      <w:proofErr w:type="spellStart"/>
      <w:r>
        <w:t>Rikonstruksionin</w:t>
      </w:r>
      <w:proofErr w:type="spellEnd"/>
      <w:r>
        <w:t xml:space="preserve"> e </w:t>
      </w:r>
      <w:proofErr w:type="spellStart"/>
      <w:r>
        <w:t>shkollave</w:t>
      </w:r>
      <w:proofErr w:type="spellEnd"/>
      <w:r>
        <w:t xml:space="preserve"> e </w:t>
      </w:r>
      <w:proofErr w:type="spellStart"/>
      <w:r>
        <w:t>bëmë</w:t>
      </w:r>
      <w:proofErr w:type="spellEnd"/>
      <w:r>
        <w:t xml:space="preserve"> me </w:t>
      </w:r>
      <w:proofErr w:type="spellStart"/>
      <w:r>
        <w:t>fondet</w:t>
      </w:r>
      <w:proofErr w:type="spellEnd"/>
      <w:r>
        <w:t xml:space="preserve"> e </w:t>
      </w:r>
      <w:proofErr w:type="spellStart"/>
      <w:r>
        <w:t>qeverisë</w:t>
      </w:r>
      <w:proofErr w:type="spellEnd"/>
      <w:r>
        <w:t xml:space="preserve">, </w:t>
      </w:r>
      <w:proofErr w:type="spellStart"/>
      <w:r>
        <w:t>në</w:t>
      </w:r>
      <w:proofErr w:type="spellEnd"/>
      <w:r>
        <w:t xml:space="preserve"> </w:t>
      </w:r>
      <w:proofErr w:type="spellStart"/>
      <w:r>
        <w:t>bashkëpunim</w:t>
      </w:r>
      <w:proofErr w:type="spellEnd"/>
      <w:r>
        <w:t xml:space="preserve"> me </w:t>
      </w:r>
      <w:proofErr w:type="spellStart"/>
      <w:r>
        <w:t>Fondin</w:t>
      </w:r>
      <w:proofErr w:type="spellEnd"/>
      <w:r>
        <w:t xml:space="preserve"> e </w:t>
      </w:r>
      <w:proofErr w:type="spellStart"/>
      <w:r>
        <w:t>Arsimit</w:t>
      </w:r>
      <w:proofErr w:type="spellEnd"/>
      <w:r>
        <w:t xml:space="preserve">, </w:t>
      </w:r>
      <w:proofErr w:type="spellStart"/>
      <w:r>
        <w:t>bashkë</w:t>
      </w:r>
      <w:proofErr w:type="spellEnd"/>
      <w:r>
        <w:t xml:space="preserve"> me 20% e </w:t>
      </w:r>
      <w:proofErr w:type="spellStart"/>
      <w:r>
        <w:t>Bashkisë</w:t>
      </w:r>
      <w:proofErr w:type="spellEnd"/>
      <w:r>
        <w:t xml:space="preserve"> </w:t>
      </w:r>
      <w:proofErr w:type="spellStart"/>
      <w:r>
        <w:t>së</w:t>
      </w:r>
      <w:proofErr w:type="spellEnd"/>
      <w:r>
        <w:t xml:space="preserve"> </w:t>
      </w:r>
      <w:proofErr w:type="spellStart"/>
      <w:r>
        <w:t>Vaudejsit</w:t>
      </w:r>
      <w:proofErr w:type="spellEnd"/>
      <w:r>
        <w:t xml:space="preserve">. </w:t>
      </w:r>
      <w:proofErr w:type="spellStart"/>
      <w:r>
        <w:t>Kaq</w:t>
      </w:r>
      <w:proofErr w:type="spellEnd"/>
      <w:r>
        <w:t xml:space="preserve"> </w:t>
      </w:r>
      <w:proofErr w:type="spellStart"/>
      <w:r>
        <w:t>kisha</w:t>
      </w:r>
      <w:proofErr w:type="spellEnd"/>
      <w:r>
        <w:t xml:space="preserve">, </w:t>
      </w:r>
      <w:proofErr w:type="spellStart"/>
      <w:r>
        <w:t>faleminderit</w:t>
      </w:r>
      <w:proofErr w:type="spellEnd"/>
      <w:r>
        <w:t>.</w:t>
      </w:r>
    </w:p>
    <w:p w14:paraId="3E88D3D9" w14:textId="77777777" w:rsidR="006B40D4" w:rsidRDefault="006B40D4" w:rsidP="006B40D4">
      <w:proofErr w:type="spellStart"/>
      <w:r>
        <w:rPr>
          <w:b/>
        </w:rPr>
        <w:t>Arbjan</w:t>
      </w:r>
      <w:proofErr w:type="spellEnd"/>
      <w:r>
        <w:rPr>
          <w:b/>
        </w:rPr>
        <w:t xml:space="preserve"> </w:t>
      </w:r>
      <w:proofErr w:type="spellStart"/>
      <w:r>
        <w:rPr>
          <w:b/>
        </w:rPr>
        <w:t>Mazniku</w:t>
      </w:r>
      <w:proofErr w:type="spellEnd"/>
      <w:r>
        <w:rPr>
          <w:b/>
        </w:rPr>
        <w:t>:</w:t>
      </w:r>
    </w:p>
    <w:p w14:paraId="3FD728B2" w14:textId="77777777" w:rsidR="00AB182B" w:rsidRDefault="00AB182B" w:rsidP="00AB182B">
      <w:proofErr w:type="spellStart"/>
      <w:r>
        <w:t>Më</w:t>
      </w:r>
      <w:proofErr w:type="spellEnd"/>
      <w:r>
        <w:t xml:space="preserve"> </w:t>
      </w:r>
      <w:proofErr w:type="spellStart"/>
      <w:r>
        <w:t>fal</w:t>
      </w:r>
      <w:proofErr w:type="spellEnd"/>
      <w:r>
        <w:t xml:space="preserve"> </w:t>
      </w:r>
      <w:proofErr w:type="spellStart"/>
      <w:r>
        <w:t>për</w:t>
      </w:r>
      <w:proofErr w:type="spellEnd"/>
      <w:r>
        <w:t xml:space="preserve"> </w:t>
      </w:r>
      <w:proofErr w:type="spellStart"/>
      <w:r>
        <w:t>qysh</w:t>
      </w:r>
      <w:proofErr w:type="spellEnd"/>
      <w:r>
        <w:t xml:space="preserve"> e neve </w:t>
      </w:r>
      <w:proofErr w:type="spellStart"/>
      <w:r>
        <w:t>lanfieldi</w:t>
      </w:r>
      <w:proofErr w:type="spellEnd"/>
      <w:r>
        <w:t xml:space="preserve"> </w:t>
      </w:r>
      <w:proofErr w:type="spellStart"/>
      <w:r>
        <w:t>thjesht</w:t>
      </w:r>
      <w:proofErr w:type="spellEnd"/>
      <w:r>
        <w:t xml:space="preserve"> </w:t>
      </w:r>
      <w:proofErr w:type="spellStart"/>
      <w:r>
        <w:t>një</w:t>
      </w:r>
      <w:proofErr w:type="spellEnd"/>
      <w:r>
        <w:t xml:space="preserve"> </w:t>
      </w:r>
      <w:proofErr w:type="spellStart"/>
      <w:r>
        <w:t>pyetje</w:t>
      </w:r>
      <w:proofErr w:type="spellEnd"/>
      <w:r>
        <w:t xml:space="preserve"> </w:t>
      </w:r>
      <w:proofErr w:type="spellStart"/>
      <w:r>
        <w:t>për</w:t>
      </w:r>
      <w:proofErr w:type="spellEnd"/>
      <w:r>
        <w:t xml:space="preserve"> </w:t>
      </w:r>
      <w:proofErr w:type="spellStart"/>
      <w:r>
        <w:t>sqarim</w:t>
      </w:r>
      <w:proofErr w:type="spellEnd"/>
      <w:r>
        <w:t xml:space="preserve">, z. </w:t>
      </w:r>
      <w:proofErr w:type="spellStart"/>
      <w:r>
        <w:t>Shkeli</w:t>
      </w:r>
      <w:proofErr w:type="spellEnd"/>
      <w:r>
        <w:t xml:space="preserve">. </w:t>
      </w:r>
      <w:proofErr w:type="spellStart"/>
      <w:r>
        <w:t>Investimi</w:t>
      </w:r>
      <w:proofErr w:type="spellEnd"/>
      <w:r>
        <w:t xml:space="preserve"> </w:t>
      </w:r>
      <w:proofErr w:type="spellStart"/>
      <w:r>
        <w:t>për</w:t>
      </w:r>
      <w:proofErr w:type="spellEnd"/>
      <w:r>
        <w:t xml:space="preserve"> </w:t>
      </w:r>
      <w:proofErr w:type="spellStart"/>
      <w:r>
        <w:t>lanfieldin</w:t>
      </w:r>
      <w:proofErr w:type="spellEnd"/>
      <w:r>
        <w:t xml:space="preserve"> </w:t>
      </w:r>
      <w:proofErr w:type="spellStart"/>
      <w:r>
        <w:t>është</w:t>
      </w:r>
      <w:proofErr w:type="spellEnd"/>
      <w:r>
        <w:t xml:space="preserve"> </w:t>
      </w:r>
      <w:proofErr w:type="spellStart"/>
      <w:r>
        <w:t>bërë</w:t>
      </w:r>
      <w:proofErr w:type="spellEnd"/>
      <w:r>
        <w:t xml:space="preserve"> </w:t>
      </w:r>
      <w:proofErr w:type="spellStart"/>
      <w:r>
        <w:t>nga</w:t>
      </w:r>
      <w:proofErr w:type="spellEnd"/>
      <w:r>
        <w:t xml:space="preserve"> Bashkia e </w:t>
      </w:r>
      <w:proofErr w:type="spellStart"/>
      <w:r>
        <w:t>Vaudejsit</w:t>
      </w:r>
      <w:proofErr w:type="spellEnd"/>
      <w:r>
        <w:t xml:space="preserve">, </w:t>
      </w:r>
      <w:proofErr w:type="spellStart"/>
      <w:r>
        <w:t>investimi</w:t>
      </w:r>
      <w:proofErr w:type="spellEnd"/>
      <w:r>
        <w:t xml:space="preserve"> </w:t>
      </w:r>
      <w:proofErr w:type="spellStart"/>
      <w:r>
        <w:t>fizik</w:t>
      </w:r>
      <w:proofErr w:type="spellEnd"/>
      <w:r>
        <w:t>?</w:t>
      </w:r>
    </w:p>
    <w:p w14:paraId="39D910C8" w14:textId="77777777" w:rsidR="006B40D4" w:rsidRDefault="006B40D4" w:rsidP="006B40D4">
      <w:pPr>
        <w:rPr>
          <w:b/>
          <w:bCs/>
        </w:rPr>
      </w:pPr>
      <w:r>
        <w:rPr>
          <w:b/>
          <w:bCs/>
        </w:rPr>
        <w:t>Kristian Shkreli:</w:t>
      </w:r>
    </w:p>
    <w:p w14:paraId="2837CCA1" w14:textId="17A7C159" w:rsidR="00AB182B" w:rsidRDefault="00AB182B" w:rsidP="00AB182B">
      <w:proofErr w:type="spellStart"/>
      <w:r>
        <w:t>Investimi</w:t>
      </w:r>
      <w:proofErr w:type="spellEnd"/>
      <w:r>
        <w:t xml:space="preserve"> </w:t>
      </w:r>
      <w:proofErr w:type="spellStart"/>
      <w:r>
        <w:t>për</w:t>
      </w:r>
      <w:proofErr w:type="spellEnd"/>
      <w:r>
        <w:t xml:space="preserve"> </w:t>
      </w:r>
      <w:proofErr w:type="spellStart"/>
      <w:r>
        <w:t>lanfieldin</w:t>
      </w:r>
      <w:proofErr w:type="spellEnd"/>
      <w:r>
        <w:t xml:space="preserve"> </w:t>
      </w:r>
      <w:proofErr w:type="spellStart"/>
      <w:r>
        <w:t>është</w:t>
      </w:r>
      <w:proofErr w:type="spellEnd"/>
      <w:r>
        <w:t xml:space="preserve"> </w:t>
      </w:r>
      <w:proofErr w:type="spellStart"/>
      <w:r>
        <w:t>bërë</w:t>
      </w:r>
      <w:proofErr w:type="spellEnd"/>
      <w:r>
        <w:t xml:space="preserve"> </w:t>
      </w:r>
      <w:proofErr w:type="spellStart"/>
      <w:r>
        <w:t>nga</w:t>
      </w:r>
      <w:proofErr w:type="spellEnd"/>
      <w:r>
        <w:t xml:space="preserve"> </w:t>
      </w:r>
      <w:proofErr w:type="spellStart"/>
      <w:r>
        <w:t>ambasada</w:t>
      </w:r>
      <w:proofErr w:type="spellEnd"/>
      <w:r>
        <w:t xml:space="preserve"> </w:t>
      </w:r>
      <w:proofErr w:type="spellStart"/>
      <w:r>
        <w:t>zvicerane</w:t>
      </w:r>
      <w:proofErr w:type="spellEnd"/>
      <w:r>
        <w:t xml:space="preserve"> </w:t>
      </w:r>
      <w:proofErr w:type="spellStart"/>
      <w:r>
        <w:t>në</w:t>
      </w:r>
      <w:proofErr w:type="spellEnd"/>
      <w:r>
        <w:t xml:space="preserve"> </w:t>
      </w:r>
      <w:proofErr w:type="spellStart"/>
      <w:r>
        <w:t>ato</w:t>
      </w:r>
      <w:proofErr w:type="spellEnd"/>
      <w:r>
        <w:t>.</w:t>
      </w:r>
    </w:p>
    <w:p w14:paraId="29866D31" w14:textId="77777777" w:rsidR="006B40D4" w:rsidRDefault="006B40D4" w:rsidP="006B40D4">
      <w:pPr>
        <w:rPr>
          <w:b/>
        </w:rPr>
      </w:pPr>
    </w:p>
    <w:p w14:paraId="0D653B6E" w14:textId="795413BF" w:rsidR="006B40D4" w:rsidRDefault="006B40D4" w:rsidP="006B40D4">
      <w:r>
        <w:rPr>
          <w:b/>
        </w:rPr>
        <w:lastRenderedPageBreak/>
        <w:t xml:space="preserve">Tonin </w:t>
      </w:r>
      <w:proofErr w:type="spellStart"/>
      <w:r>
        <w:rPr>
          <w:b/>
        </w:rPr>
        <w:t>Marinaj</w:t>
      </w:r>
      <w:proofErr w:type="spellEnd"/>
      <w:r>
        <w:rPr>
          <w:b/>
        </w:rPr>
        <w:t>:</w:t>
      </w:r>
    </w:p>
    <w:p w14:paraId="083AF6B1" w14:textId="77777777" w:rsidR="003F5DAE" w:rsidRDefault="00AB182B" w:rsidP="00AB182B">
      <w:proofErr w:type="spellStart"/>
      <w:r>
        <w:t>Deputet</w:t>
      </w:r>
      <w:proofErr w:type="spellEnd"/>
      <w:r>
        <w:t xml:space="preserve">, </w:t>
      </w:r>
      <w:proofErr w:type="spellStart"/>
      <w:r>
        <w:t>faleminderit</w:t>
      </w:r>
      <w:proofErr w:type="spellEnd"/>
      <w:r>
        <w:t xml:space="preserve"> </w:t>
      </w:r>
      <w:proofErr w:type="spellStart"/>
      <w:r>
        <w:t>për</w:t>
      </w:r>
      <w:proofErr w:type="spellEnd"/>
      <w:r>
        <w:t xml:space="preserve"> </w:t>
      </w:r>
      <w:proofErr w:type="spellStart"/>
      <w:r>
        <w:t>pyetjet</w:t>
      </w:r>
      <w:proofErr w:type="spellEnd"/>
      <w:r>
        <w:t xml:space="preserve">. </w:t>
      </w:r>
      <w:proofErr w:type="spellStart"/>
      <w:r>
        <w:t>Siç</w:t>
      </w:r>
      <w:proofErr w:type="spellEnd"/>
      <w:r>
        <w:t xml:space="preserve"> u </w:t>
      </w:r>
      <w:proofErr w:type="spellStart"/>
      <w:r>
        <w:t>shpreh</w:t>
      </w:r>
      <w:proofErr w:type="spellEnd"/>
      <w:r>
        <w:t xml:space="preserve"> </w:t>
      </w:r>
      <w:proofErr w:type="spellStart"/>
      <w:r>
        <w:t>edhe</w:t>
      </w:r>
      <w:proofErr w:type="spellEnd"/>
      <w:r>
        <w:t xml:space="preserve"> </w:t>
      </w:r>
      <w:proofErr w:type="spellStart"/>
      <w:r>
        <w:t>ti</w:t>
      </w:r>
      <w:proofErr w:type="spellEnd"/>
      <w:r>
        <w:t xml:space="preserve">, ne </w:t>
      </w:r>
      <w:proofErr w:type="spellStart"/>
      <w:r>
        <w:t>na</w:t>
      </w:r>
      <w:proofErr w:type="spellEnd"/>
      <w:r>
        <w:t xml:space="preserve"> </w:t>
      </w:r>
      <w:proofErr w:type="spellStart"/>
      <w:r>
        <w:t>zgjidhën</w:t>
      </w:r>
      <w:proofErr w:type="spellEnd"/>
      <w:r>
        <w:t xml:space="preserve"> </w:t>
      </w:r>
      <w:proofErr w:type="spellStart"/>
      <w:r>
        <w:t>siç</w:t>
      </w:r>
      <w:proofErr w:type="spellEnd"/>
      <w:r>
        <w:t xml:space="preserve"> </w:t>
      </w:r>
      <w:proofErr w:type="spellStart"/>
      <w:r>
        <w:t>jemi</w:t>
      </w:r>
      <w:proofErr w:type="spellEnd"/>
      <w:r>
        <w:t xml:space="preserve"> </w:t>
      </w:r>
      <w:proofErr w:type="spellStart"/>
      <w:r>
        <w:t>udhëzuar</w:t>
      </w:r>
      <w:proofErr w:type="spellEnd"/>
      <w:r>
        <w:t xml:space="preserve">. </w:t>
      </w:r>
      <w:proofErr w:type="spellStart"/>
      <w:r>
        <w:t>Komisioni</w:t>
      </w:r>
      <w:proofErr w:type="spellEnd"/>
      <w:r>
        <w:t xml:space="preserve">, </w:t>
      </w:r>
      <w:proofErr w:type="spellStart"/>
      <w:r>
        <w:t>mendoj</w:t>
      </w:r>
      <w:proofErr w:type="spellEnd"/>
      <w:r>
        <w:t xml:space="preserve"> </w:t>
      </w:r>
      <w:proofErr w:type="spellStart"/>
      <w:r>
        <w:t>që</w:t>
      </w:r>
      <w:proofErr w:type="spellEnd"/>
      <w:r>
        <w:t xml:space="preserve"> ka </w:t>
      </w:r>
      <w:proofErr w:type="spellStart"/>
      <w:r>
        <w:t>një</w:t>
      </w:r>
      <w:proofErr w:type="spellEnd"/>
      <w:r>
        <w:t xml:space="preserve"> </w:t>
      </w:r>
      <w:proofErr w:type="spellStart"/>
      <w:r>
        <w:t>rëndësi</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përderisa</w:t>
      </w:r>
      <w:proofErr w:type="spellEnd"/>
      <w:r>
        <w:t xml:space="preserve"> po del </w:t>
      </w:r>
      <w:proofErr w:type="spellStart"/>
      <w:r>
        <w:t>në</w:t>
      </w:r>
      <w:proofErr w:type="spellEnd"/>
      <w:r>
        <w:t xml:space="preserve"> </w:t>
      </w:r>
      <w:proofErr w:type="spellStart"/>
      <w:r>
        <w:t>qytet</w:t>
      </w:r>
      <w:proofErr w:type="spellEnd"/>
      <w:r>
        <w:t xml:space="preserve">, </w:t>
      </w:r>
      <w:proofErr w:type="spellStart"/>
      <w:r>
        <w:t>në</w:t>
      </w:r>
      <w:proofErr w:type="spellEnd"/>
      <w:r>
        <w:t xml:space="preserve"> </w:t>
      </w:r>
      <w:proofErr w:type="spellStart"/>
      <w:r>
        <w:t>qytet</w:t>
      </w:r>
      <w:proofErr w:type="spellEnd"/>
      <w:r>
        <w:t xml:space="preserve">, </w:t>
      </w:r>
      <w:proofErr w:type="spellStart"/>
      <w:r>
        <w:t>për</w:t>
      </w:r>
      <w:proofErr w:type="spellEnd"/>
      <w:r>
        <w:t xml:space="preserve"> </w:t>
      </w:r>
      <w:proofErr w:type="spellStart"/>
      <w:r>
        <w:t>të</w:t>
      </w:r>
      <w:proofErr w:type="spellEnd"/>
      <w:r>
        <w:t xml:space="preserve"> </w:t>
      </w:r>
      <w:proofErr w:type="spellStart"/>
      <w:r>
        <w:t>parë</w:t>
      </w:r>
      <w:proofErr w:type="spellEnd"/>
      <w:r>
        <w:t xml:space="preserve"> se </w:t>
      </w:r>
      <w:proofErr w:type="spellStart"/>
      <w:r>
        <w:t>çfarë</w:t>
      </w:r>
      <w:proofErr w:type="spellEnd"/>
      <w:r>
        <w:t xml:space="preserve"> </w:t>
      </w:r>
      <w:proofErr w:type="spellStart"/>
      <w:r>
        <w:t>kërkojnë</w:t>
      </w:r>
      <w:proofErr w:type="spellEnd"/>
      <w:r>
        <w:t xml:space="preserve"> </w:t>
      </w:r>
      <w:proofErr w:type="spellStart"/>
      <w:r>
        <w:t>banorët</w:t>
      </w:r>
      <w:proofErr w:type="spellEnd"/>
      <w:r>
        <w:t xml:space="preserve">, </w:t>
      </w:r>
      <w:proofErr w:type="spellStart"/>
      <w:r>
        <w:t>qytetarët</w:t>
      </w:r>
      <w:proofErr w:type="spellEnd"/>
      <w:r>
        <w:t xml:space="preserve"> </w:t>
      </w:r>
      <w:proofErr w:type="spellStart"/>
      <w:r>
        <w:t>tek</w:t>
      </w:r>
      <w:proofErr w:type="spellEnd"/>
      <w:r>
        <w:t xml:space="preserve"> </w:t>
      </w:r>
      <w:proofErr w:type="spellStart"/>
      <w:r>
        <w:t>ndarja</w:t>
      </w:r>
      <w:proofErr w:type="spellEnd"/>
      <w:r>
        <w:t xml:space="preserve"> </w:t>
      </w:r>
      <w:proofErr w:type="spellStart"/>
      <w:r>
        <w:t>territoriale</w:t>
      </w:r>
      <w:proofErr w:type="spellEnd"/>
      <w:r>
        <w:t xml:space="preserve">. </w:t>
      </w:r>
      <w:proofErr w:type="spellStart"/>
      <w:r>
        <w:t>Unë</w:t>
      </w:r>
      <w:proofErr w:type="spellEnd"/>
      <w:r>
        <w:t xml:space="preserve"> </w:t>
      </w:r>
      <w:proofErr w:type="spellStart"/>
      <w:r>
        <w:t>mendoj</w:t>
      </w:r>
      <w:proofErr w:type="spellEnd"/>
      <w:r>
        <w:t xml:space="preserve"> </w:t>
      </w:r>
      <w:proofErr w:type="spellStart"/>
      <w:r>
        <w:t>që</w:t>
      </w:r>
      <w:proofErr w:type="spellEnd"/>
      <w:r>
        <w:t xml:space="preserve">, </w:t>
      </w:r>
      <w:proofErr w:type="spellStart"/>
      <w:r>
        <w:t>unë</w:t>
      </w:r>
      <w:proofErr w:type="spellEnd"/>
      <w:r>
        <w:t xml:space="preserve"> e </w:t>
      </w:r>
      <w:proofErr w:type="spellStart"/>
      <w:r>
        <w:t>thashë</w:t>
      </w:r>
      <w:proofErr w:type="spellEnd"/>
      <w:r>
        <w:t xml:space="preserve"> </w:t>
      </w:r>
      <w:proofErr w:type="spellStart"/>
      <w:r>
        <w:t>edhe</w:t>
      </w:r>
      <w:proofErr w:type="spellEnd"/>
      <w:r>
        <w:t xml:space="preserve"> </w:t>
      </w:r>
      <w:proofErr w:type="spellStart"/>
      <w:r>
        <w:t>përpara</w:t>
      </w:r>
      <w:proofErr w:type="spellEnd"/>
      <w:r>
        <w:t xml:space="preserve">, </w:t>
      </w:r>
      <w:proofErr w:type="spellStart"/>
      <w:r>
        <w:t>domethënë</w:t>
      </w:r>
      <w:proofErr w:type="spellEnd"/>
      <w:r>
        <w:t xml:space="preserve"> </w:t>
      </w:r>
      <w:proofErr w:type="spellStart"/>
      <w:r>
        <w:t>brenda</w:t>
      </w:r>
      <w:proofErr w:type="spellEnd"/>
      <w:r>
        <w:t xml:space="preserve"> </w:t>
      </w:r>
      <w:proofErr w:type="spellStart"/>
      <w:r>
        <w:t>asaj</w:t>
      </w:r>
      <w:proofErr w:type="spellEnd"/>
      <w:r>
        <w:t xml:space="preserve"> </w:t>
      </w:r>
      <w:proofErr w:type="spellStart"/>
      <w:r>
        <w:t>si</w:t>
      </w:r>
      <w:proofErr w:type="spellEnd"/>
      <w:r>
        <w:t xml:space="preserve"> </w:t>
      </w:r>
      <w:proofErr w:type="spellStart"/>
      <w:r>
        <w:t>suti</w:t>
      </w:r>
      <w:proofErr w:type="spellEnd"/>
      <w:r>
        <w:t xml:space="preserve">, </w:t>
      </w:r>
      <w:proofErr w:type="spellStart"/>
      <w:r>
        <w:t>normalisht</w:t>
      </w:r>
      <w:proofErr w:type="spellEnd"/>
      <w:r>
        <w:t xml:space="preserve"> </w:t>
      </w:r>
      <w:proofErr w:type="spellStart"/>
      <w:r>
        <w:t>bashkitë</w:t>
      </w:r>
      <w:proofErr w:type="spellEnd"/>
      <w:r>
        <w:t xml:space="preserve"> </w:t>
      </w:r>
      <w:proofErr w:type="spellStart"/>
      <w:r>
        <w:t>kanë</w:t>
      </w:r>
      <w:proofErr w:type="spellEnd"/>
      <w:r>
        <w:t xml:space="preserve"> </w:t>
      </w:r>
      <w:proofErr w:type="spellStart"/>
      <w:r>
        <w:t>nevojë</w:t>
      </w:r>
      <w:proofErr w:type="spellEnd"/>
      <w:r>
        <w:t xml:space="preserve"> </w:t>
      </w:r>
      <w:proofErr w:type="spellStart"/>
      <w:r>
        <w:t>gjithmonë</w:t>
      </w:r>
      <w:proofErr w:type="spellEnd"/>
      <w:r>
        <w:t xml:space="preserve"> </w:t>
      </w:r>
      <w:proofErr w:type="spellStart"/>
      <w:r>
        <w:t>për</w:t>
      </w:r>
      <w:proofErr w:type="spellEnd"/>
      <w:r>
        <w:t xml:space="preserve"> </w:t>
      </w:r>
      <w:proofErr w:type="spellStart"/>
      <w:r>
        <w:t>mbështetje</w:t>
      </w:r>
      <w:proofErr w:type="spellEnd"/>
      <w:r>
        <w:t xml:space="preserve">. Jo </w:t>
      </w:r>
      <w:proofErr w:type="spellStart"/>
      <w:r>
        <w:t>vetëm</w:t>
      </w:r>
      <w:proofErr w:type="spellEnd"/>
      <w:r>
        <w:t xml:space="preserve"> </w:t>
      </w:r>
      <w:proofErr w:type="spellStart"/>
      <w:r>
        <w:t>bashkitë</w:t>
      </w:r>
      <w:proofErr w:type="spellEnd"/>
      <w:r>
        <w:t xml:space="preserve"> </w:t>
      </w:r>
      <w:proofErr w:type="spellStart"/>
      <w:r>
        <w:t>tona</w:t>
      </w:r>
      <w:proofErr w:type="spellEnd"/>
      <w:r>
        <w:t xml:space="preserve">, por </w:t>
      </w:r>
      <w:proofErr w:type="spellStart"/>
      <w:r>
        <w:t>edhe</w:t>
      </w:r>
      <w:proofErr w:type="spellEnd"/>
      <w:r>
        <w:t xml:space="preserve"> </w:t>
      </w:r>
      <w:proofErr w:type="spellStart"/>
      <w:r>
        <w:t>bashkitë</w:t>
      </w:r>
      <w:proofErr w:type="spellEnd"/>
      <w:r>
        <w:t xml:space="preserve"> </w:t>
      </w:r>
      <w:proofErr w:type="spellStart"/>
      <w:r>
        <w:t>evropiane</w:t>
      </w:r>
      <w:proofErr w:type="spellEnd"/>
      <w:r>
        <w:t xml:space="preserve">, </w:t>
      </w:r>
      <w:proofErr w:type="spellStart"/>
      <w:r>
        <w:t>unë</w:t>
      </w:r>
      <w:proofErr w:type="spellEnd"/>
      <w:r>
        <w:t xml:space="preserve"> </w:t>
      </w:r>
      <w:proofErr w:type="spellStart"/>
      <w:r>
        <w:t>kam</w:t>
      </w:r>
      <w:proofErr w:type="spellEnd"/>
      <w:r>
        <w:t xml:space="preserve"> </w:t>
      </w:r>
      <w:proofErr w:type="spellStart"/>
      <w:r>
        <w:t>disa</w:t>
      </w:r>
      <w:proofErr w:type="spellEnd"/>
      <w:r>
        <w:t xml:space="preserve"> </w:t>
      </w:r>
      <w:proofErr w:type="spellStart"/>
      <w:r>
        <w:t>lidhje</w:t>
      </w:r>
      <w:proofErr w:type="spellEnd"/>
      <w:r>
        <w:t xml:space="preserve"> </w:t>
      </w:r>
      <w:proofErr w:type="spellStart"/>
      <w:r>
        <w:t>në</w:t>
      </w:r>
      <w:proofErr w:type="spellEnd"/>
      <w:r>
        <w:t xml:space="preserve"> </w:t>
      </w:r>
      <w:proofErr w:type="spellStart"/>
      <w:r>
        <w:t>Evropë</w:t>
      </w:r>
      <w:proofErr w:type="spellEnd"/>
      <w:r>
        <w:t xml:space="preserve"> me </w:t>
      </w:r>
      <w:proofErr w:type="spellStart"/>
      <w:r>
        <w:t>disa</w:t>
      </w:r>
      <w:proofErr w:type="spellEnd"/>
      <w:r>
        <w:t xml:space="preserve"> </w:t>
      </w:r>
      <w:proofErr w:type="spellStart"/>
      <w:r>
        <w:t>komuna</w:t>
      </w:r>
      <w:proofErr w:type="spellEnd"/>
      <w:r>
        <w:t xml:space="preserve"> </w:t>
      </w:r>
      <w:proofErr w:type="spellStart"/>
      <w:r>
        <w:t>ku</w:t>
      </w:r>
      <w:proofErr w:type="spellEnd"/>
      <w:r>
        <w:t xml:space="preserve"> </w:t>
      </w:r>
      <w:proofErr w:type="spellStart"/>
      <w:r>
        <w:t>edhe</w:t>
      </w:r>
      <w:proofErr w:type="spellEnd"/>
      <w:r>
        <w:t xml:space="preserve"> </w:t>
      </w:r>
      <w:proofErr w:type="spellStart"/>
      <w:r>
        <w:t>kam</w:t>
      </w:r>
      <w:proofErr w:type="spellEnd"/>
      <w:r>
        <w:t xml:space="preserve"> </w:t>
      </w:r>
      <w:proofErr w:type="spellStart"/>
      <w:r>
        <w:t>bashkëpunime</w:t>
      </w:r>
      <w:proofErr w:type="spellEnd"/>
      <w:r>
        <w:t xml:space="preserve"> </w:t>
      </w:r>
      <w:proofErr w:type="spellStart"/>
      <w:r>
        <w:t>shumë</w:t>
      </w:r>
      <w:proofErr w:type="spellEnd"/>
      <w:r>
        <w:t xml:space="preserve"> </w:t>
      </w:r>
      <w:proofErr w:type="spellStart"/>
      <w:r>
        <w:t>të</w:t>
      </w:r>
      <w:proofErr w:type="spellEnd"/>
      <w:r>
        <w:t xml:space="preserve"> </w:t>
      </w:r>
      <w:proofErr w:type="spellStart"/>
      <w:r>
        <w:t>afërta</w:t>
      </w:r>
      <w:proofErr w:type="spellEnd"/>
      <w:r>
        <w:t xml:space="preserve">, </w:t>
      </w:r>
      <w:proofErr w:type="spellStart"/>
      <w:r>
        <w:t>aplikojnë</w:t>
      </w:r>
      <w:proofErr w:type="spellEnd"/>
      <w:r>
        <w:t xml:space="preserve"> </w:t>
      </w:r>
      <w:proofErr w:type="spellStart"/>
      <w:r>
        <w:t>për</w:t>
      </w:r>
      <w:proofErr w:type="spellEnd"/>
      <w:r>
        <w:t xml:space="preserve"> </w:t>
      </w:r>
      <w:proofErr w:type="spellStart"/>
      <w:r>
        <w:t>projekte</w:t>
      </w:r>
      <w:proofErr w:type="spellEnd"/>
      <w:r>
        <w:t xml:space="preserve"> </w:t>
      </w:r>
      <w:proofErr w:type="spellStart"/>
      <w:r>
        <w:t>madhore</w:t>
      </w:r>
      <w:proofErr w:type="spellEnd"/>
      <w:r>
        <w:t xml:space="preserve"> </w:t>
      </w:r>
      <w:proofErr w:type="spellStart"/>
      <w:r>
        <w:t>tek</w:t>
      </w:r>
      <w:proofErr w:type="spellEnd"/>
      <w:r>
        <w:t xml:space="preserve"> Bashkimi </w:t>
      </w:r>
      <w:proofErr w:type="spellStart"/>
      <w:r>
        <w:t>Evropian</w:t>
      </w:r>
      <w:proofErr w:type="spellEnd"/>
      <w:r>
        <w:t xml:space="preserve">. </w:t>
      </w:r>
      <w:proofErr w:type="spellStart"/>
      <w:r>
        <w:t>Pra</w:t>
      </w:r>
      <w:proofErr w:type="spellEnd"/>
      <w:r>
        <w:t xml:space="preserve">, </w:t>
      </w:r>
      <w:proofErr w:type="spellStart"/>
      <w:r>
        <w:t>bashki</w:t>
      </w:r>
      <w:proofErr w:type="spellEnd"/>
      <w:r>
        <w:t xml:space="preserve"> </w:t>
      </w:r>
      <w:proofErr w:type="spellStart"/>
      <w:r>
        <w:t>që</w:t>
      </w:r>
      <w:proofErr w:type="spellEnd"/>
      <w:r>
        <w:t xml:space="preserve"> </w:t>
      </w:r>
      <w:proofErr w:type="spellStart"/>
      <w:r>
        <w:t>kanë</w:t>
      </w:r>
      <w:proofErr w:type="spellEnd"/>
      <w:r>
        <w:t xml:space="preserve"> </w:t>
      </w:r>
      <w:proofErr w:type="spellStart"/>
      <w:r>
        <w:t>edhe</w:t>
      </w:r>
      <w:proofErr w:type="spellEnd"/>
      <w:r>
        <w:t xml:space="preserve"> 500 </w:t>
      </w:r>
      <w:proofErr w:type="spellStart"/>
      <w:r>
        <w:t>milionë</w:t>
      </w:r>
      <w:proofErr w:type="spellEnd"/>
      <w:r>
        <w:t xml:space="preserve"> euro </w:t>
      </w:r>
      <w:proofErr w:type="spellStart"/>
      <w:r>
        <w:t>financim</w:t>
      </w:r>
      <w:proofErr w:type="spellEnd"/>
      <w:r>
        <w:t xml:space="preserve">, </w:t>
      </w:r>
      <w:proofErr w:type="spellStart"/>
      <w:r>
        <w:t>aplikojnë</w:t>
      </w:r>
      <w:proofErr w:type="spellEnd"/>
      <w:r>
        <w:t xml:space="preserve"> </w:t>
      </w:r>
      <w:proofErr w:type="spellStart"/>
      <w:r>
        <w:t>për</w:t>
      </w:r>
      <w:proofErr w:type="spellEnd"/>
      <w:r>
        <w:t xml:space="preserve"> </w:t>
      </w:r>
      <w:proofErr w:type="spellStart"/>
      <w:r>
        <w:t>një</w:t>
      </w:r>
      <w:proofErr w:type="spellEnd"/>
      <w:r>
        <w:t xml:space="preserve"> </w:t>
      </w:r>
      <w:proofErr w:type="spellStart"/>
      <w:r>
        <w:t>projekt</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jetë</w:t>
      </w:r>
      <w:proofErr w:type="spellEnd"/>
      <w:r>
        <w:t xml:space="preserve"> 50 </w:t>
      </w:r>
      <w:proofErr w:type="spellStart"/>
      <w:r>
        <w:t>milionë</w:t>
      </w:r>
      <w:proofErr w:type="spellEnd"/>
      <w:r>
        <w:t xml:space="preserve"> euro, por </w:t>
      </w:r>
      <w:proofErr w:type="spellStart"/>
      <w:r>
        <w:t>që</w:t>
      </w:r>
      <w:proofErr w:type="spellEnd"/>
      <w:r>
        <w:t xml:space="preserve"> </w:t>
      </w:r>
      <w:proofErr w:type="spellStart"/>
      <w:r>
        <w:t>në</w:t>
      </w:r>
      <w:proofErr w:type="spellEnd"/>
      <w:r>
        <w:t xml:space="preserve"> fund </w:t>
      </w:r>
      <w:proofErr w:type="spellStart"/>
      <w:r>
        <w:t>buxhetin</w:t>
      </w:r>
      <w:proofErr w:type="spellEnd"/>
      <w:r>
        <w:t xml:space="preserve"> e vet e </w:t>
      </w:r>
      <w:proofErr w:type="spellStart"/>
      <w:r>
        <w:t>përdor</w:t>
      </w:r>
      <w:proofErr w:type="spellEnd"/>
      <w:r>
        <w:t xml:space="preserve"> </w:t>
      </w:r>
      <w:proofErr w:type="spellStart"/>
      <w:r>
        <w:t>diku</w:t>
      </w:r>
      <w:proofErr w:type="spellEnd"/>
      <w:r>
        <w:t xml:space="preserve"> </w:t>
      </w:r>
      <w:proofErr w:type="spellStart"/>
      <w:r>
        <w:t>tjetër</w:t>
      </w:r>
      <w:proofErr w:type="spellEnd"/>
      <w:r>
        <w:t xml:space="preserve">. </w:t>
      </w:r>
      <w:proofErr w:type="spellStart"/>
      <w:r>
        <w:t>Dhe</w:t>
      </w:r>
      <w:proofErr w:type="spellEnd"/>
      <w:r>
        <w:t xml:space="preserve"> </w:t>
      </w:r>
      <w:proofErr w:type="spellStart"/>
      <w:r>
        <w:t>kuptohet</w:t>
      </w:r>
      <w:proofErr w:type="spellEnd"/>
      <w:r>
        <w:t xml:space="preserve"> </w:t>
      </w:r>
      <w:proofErr w:type="spellStart"/>
      <w:r>
        <w:t>që</w:t>
      </w:r>
      <w:proofErr w:type="spellEnd"/>
      <w:r>
        <w:t xml:space="preserve"> </w:t>
      </w:r>
      <w:proofErr w:type="spellStart"/>
      <w:r>
        <w:t>rritja</w:t>
      </w:r>
      <w:proofErr w:type="spellEnd"/>
      <w:r>
        <w:t xml:space="preserve"> e </w:t>
      </w:r>
      <w:proofErr w:type="spellStart"/>
      <w:r>
        <w:t>buxhetit</w:t>
      </w:r>
      <w:proofErr w:type="spellEnd"/>
      <w:r>
        <w:t xml:space="preserve"> </w:t>
      </w:r>
      <w:proofErr w:type="spellStart"/>
      <w:r>
        <w:t>gjithmonë</w:t>
      </w:r>
      <w:proofErr w:type="spellEnd"/>
      <w:r>
        <w:t xml:space="preserve"> </w:t>
      </w:r>
      <w:proofErr w:type="spellStart"/>
      <w:r>
        <w:t>është</w:t>
      </w:r>
      <w:proofErr w:type="spellEnd"/>
      <w:r>
        <w:t xml:space="preserve"> e </w:t>
      </w:r>
      <w:proofErr w:type="spellStart"/>
      <w:r>
        <w:t>rëndësishme</w:t>
      </w:r>
      <w:proofErr w:type="spellEnd"/>
      <w:r>
        <w:t xml:space="preserve">, </w:t>
      </w:r>
      <w:proofErr w:type="spellStart"/>
      <w:r>
        <w:t>si</w:t>
      </w:r>
      <w:proofErr w:type="spellEnd"/>
      <w:r>
        <w:t xml:space="preserve"> </w:t>
      </w:r>
      <w:proofErr w:type="spellStart"/>
      <w:r>
        <w:t>është</w:t>
      </w:r>
      <w:proofErr w:type="spellEnd"/>
      <w:r>
        <w:t xml:space="preserve"> e </w:t>
      </w:r>
      <w:proofErr w:type="spellStart"/>
      <w:r>
        <w:t>rëndësishme</w:t>
      </w:r>
      <w:proofErr w:type="spellEnd"/>
      <w:r>
        <w:t xml:space="preserve"> </w:t>
      </w:r>
      <w:proofErr w:type="spellStart"/>
      <w:r>
        <w:t>rritja</w:t>
      </w:r>
      <w:proofErr w:type="spellEnd"/>
      <w:r>
        <w:t xml:space="preserve"> e </w:t>
      </w:r>
      <w:proofErr w:type="spellStart"/>
      <w:r>
        <w:t>buxhetit</w:t>
      </w:r>
      <w:proofErr w:type="spellEnd"/>
      <w:r>
        <w:t xml:space="preserve"> </w:t>
      </w:r>
      <w:proofErr w:type="spellStart"/>
      <w:r>
        <w:t>të</w:t>
      </w:r>
      <w:proofErr w:type="spellEnd"/>
      <w:r>
        <w:t xml:space="preserve"> </w:t>
      </w:r>
      <w:proofErr w:type="spellStart"/>
      <w:r>
        <w:t>një</w:t>
      </w:r>
      <w:proofErr w:type="spellEnd"/>
      <w:r>
        <w:t xml:space="preserve"> </w:t>
      </w:r>
      <w:proofErr w:type="spellStart"/>
      <w:r>
        <w:t>familje</w:t>
      </w:r>
      <w:proofErr w:type="spellEnd"/>
      <w:r>
        <w:t xml:space="preserve">. </w:t>
      </w:r>
      <w:proofErr w:type="spellStart"/>
      <w:r>
        <w:t>Pra</w:t>
      </w:r>
      <w:proofErr w:type="spellEnd"/>
      <w:r>
        <w:t xml:space="preserve">, </w:t>
      </w:r>
      <w:proofErr w:type="spellStart"/>
      <w:r>
        <w:t>bashkia</w:t>
      </w:r>
      <w:proofErr w:type="spellEnd"/>
      <w:r>
        <w:t xml:space="preserve"> </w:t>
      </w:r>
      <w:proofErr w:type="spellStart"/>
      <w:r>
        <w:t>është</w:t>
      </w:r>
      <w:proofErr w:type="spellEnd"/>
      <w:r>
        <w:t xml:space="preserve"> </w:t>
      </w:r>
      <w:proofErr w:type="spellStart"/>
      <w:r>
        <w:t>familje</w:t>
      </w:r>
      <w:proofErr w:type="spellEnd"/>
      <w:r>
        <w:t xml:space="preserve">, ne e </w:t>
      </w:r>
      <w:proofErr w:type="spellStart"/>
      <w:r>
        <w:t>administrojmë</w:t>
      </w:r>
      <w:proofErr w:type="spellEnd"/>
      <w:r>
        <w:t xml:space="preserve"> </w:t>
      </w:r>
      <w:proofErr w:type="spellStart"/>
      <w:r>
        <w:t>financat</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taksës</w:t>
      </w:r>
      <w:proofErr w:type="spellEnd"/>
      <w:r>
        <w:t xml:space="preserve"> </w:t>
      </w:r>
      <w:proofErr w:type="spellStart"/>
      <w:r>
        <w:t>së</w:t>
      </w:r>
      <w:proofErr w:type="spellEnd"/>
      <w:r>
        <w:t xml:space="preserve"> </w:t>
      </w:r>
      <w:proofErr w:type="spellStart"/>
      <w:r>
        <w:t>pronës</w:t>
      </w:r>
      <w:proofErr w:type="spellEnd"/>
      <w:r>
        <w:t xml:space="preserve">, normal </w:t>
      </w:r>
      <w:proofErr w:type="spellStart"/>
      <w:r>
        <w:t>si</w:t>
      </w:r>
      <w:proofErr w:type="spellEnd"/>
      <w:r>
        <w:t xml:space="preserve"> </w:t>
      </w:r>
      <w:proofErr w:type="spellStart"/>
      <w:r>
        <w:t>ligji</w:t>
      </w:r>
      <w:proofErr w:type="spellEnd"/>
      <w:r>
        <w:t xml:space="preserve"> </w:t>
      </w:r>
      <w:proofErr w:type="spellStart"/>
      <w:r>
        <w:t>është</w:t>
      </w:r>
      <w:proofErr w:type="spellEnd"/>
      <w:r>
        <w:t xml:space="preserve">, </w:t>
      </w:r>
      <w:proofErr w:type="spellStart"/>
      <w:r>
        <w:t>kuptohet</w:t>
      </w:r>
      <w:proofErr w:type="spellEnd"/>
      <w:r>
        <w:t xml:space="preserve"> </w:t>
      </w:r>
      <w:proofErr w:type="spellStart"/>
      <w:r>
        <w:t>që</w:t>
      </w:r>
      <w:proofErr w:type="spellEnd"/>
      <w:r>
        <w:t xml:space="preserve"> </w:t>
      </w:r>
      <w:proofErr w:type="spellStart"/>
      <w:r>
        <w:t>edhe</w:t>
      </w:r>
      <w:proofErr w:type="spellEnd"/>
      <w:r>
        <w:t xml:space="preserve"> </w:t>
      </w:r>
      <w:proofErr w:type="spellStart"/>
      <w:r>
        <w:t>investimet</w:t>
      </w:r>
      <w:proofErr w:type="spellEnd"/>
      <w:r>
        <w:t xml:space="preserve"> </w:t>
      </w:r>
      <w:proofErr w:type="spellStart"/>
      <w:r>
        <w:t>që</w:t>
      </w:r>
      <w:proofErr w:type="spellEnd"/>
      <w:r>
        <w:t xml:space="preserve"> </w:t>
      </w:r>
      <w:proofErr w:type="spellStart"/>
      <w:r>
        <w:t>janë</w:t>
      </w:r>
      <w:proofErr w:type="spellEnd"/>
      <w:r>
        <w:t xml:space="preserve"> </w:t>
      </w:r>
      <w:proofErr w:type="spellStart"/>
      <w:r>
        <w:t>bërë</w:t>
      </w:r>
      <w:proofErr w:type="spellEnd"/>
      <w:r>
        <w:t xml:space="preserve"> </w:t>
      </w:r>
      <w:proofErr w:type="spellStart"/>
      <w:r>
        <w:t>në</w:t>
      </w:r>
      <w:proofErr w:type="spellEnd"/>
      <w:r>
        <w:t xml:space="preserve"> </w:t>
      </w:r>
      <w:proofErr w:type="spellStart"/>
      <w:r>
        <w:t>Shqipëri</w:t>
      </w:r>
      <w:proofErr w:type="spellEnd"/>
      <w:r>
        <w:t xml:space="preserve">, </w:t>
      </w:r>
      <w:proofErr w:type="spellStart"/>
      <w:r>
        <w:t>qoftë</w:t>
      </w:r>
      <w:proofErr w:type="spellEnd"/>
      <w:r>
        <w:t xml:space="preserve"> </w:t>
      </w:r>
      <w:proofErr w:type="spellStart"/>
      <w:r>
        <w:t>në</w:t>
      </w:r>
      <w:proofErr w:type="spellEnd"/>
      <w:r>
        <w:t xml:space="preserve"> </w:t>
      </w:r>
      <w:proofErr w:type="spellStart"/>
      <w:r>
        <w:t>hoteleri</w:t>
      </w:r>
      <w:proofErr w:type="spellEnd"/>
      <w:r>
        <w:t xml:space="preserve"> apo </w:t>
      </w:r>
      <w:proofErr w:type="spellStart"/>
      <w:r>
        <w:t>qoftë</w:t>
      </w:r>
      <w:proofErr w:type="spellEnd"/>
      <w:r>
        <w:t xml:space="preserve"> </w:t>
      </w:r>
      <w:proofErr w:type="spellStart"/>
      <w:r>
        <w:t>edhe</w:t>
      </w:r>
      <w:proofErr w:type="spellEnd"/>
      <w:r>
        <w:t xml:space="preserve"> </w:t>
      </w:r>
      <w:proofErr w:type="spellStart"/>
      <w:r>
        <w:t>në</w:t>
      </w:r>
      <w:proofErr w:type="spellEnd"/>
      <w:r>
        <w:t xml:space="preserve"> </w:t>
      </w:r>
      <w:proofErr w:type="spellStart"/>
      <w:r>
        <w:t>fusha</w:t>
      </w:r>
      <w:proofErr w:type="spellEnd"/>
      <w:r>
        <w:t xml:space="preserve"> </w:t>
      </w:r>
      <w:proofErr w:type="spellStart"/>
      <w:r>
        <w:t>të</w:t>
      </w:r>
      <w:proofErr w:type="spellEnd"/>
      <w:r>
        <w:t xml:space="preserve"> </w:t>
      </w:r>
      <w:proofErr w:type="spellStart"/>
      <w:r>
        <w:t>tjera</w:t>
      </w:r>
      <w:proofErr w:type="spellEnd"/>
      <w:r>
        <w:t xml:space="preserve">, ka </w:t>
      </w:r>
      <w:proofErr w:type="spellStart"/>
      <w:r>
        <w:t>qenë</w:t>
      </w:r>
      <w:proofErr w:type="spellEnd"/>
      <w:r>
        <w:t xml:space="preserve"> </w:t>
      </w:r>
      <w:proofErr w:type="spellStart"/>
      <w:r>
        <w:t>edhe</w:t>
      </w:r>
      <w:proofErr w:type="spellEnd"/>
      <w:r>
        <w:t xml:space="preserve"> </w:t>
      </w:r>
      <w:proofErr w:type="spellStart"/>
      <w:r>
        <w:t>si</w:t>
      </w:r>
      <w:proofErr w:type="spellEnd"/>
      <w:r>
        <w:t xml:space="preserve"> </w:t>
      </w:r>
      <w:proofErr w:type="spellStart"/>
      <w:r>
        <w:t>rezultat</w:t>
      </w:r>
      <w:proofErr w:type="spellEnd"/>
      <w:r>
        <w:t xml:space="preserve"> </w:t>
      </w:r>
      <w:proofErr w:type="spellStart"/>
      <w:r>
        <w:t>i</w:t>
      </w:r>
      <w:proofErr w:type="spellEnd"/>
      <w:r>
        <w:t xml:space="preserve"> </w:t>
      </w:r>
      <w:proofErr w:type="spellStart"/>
      <w:r>
        <w:t>taksave</w:t>
      </w:r>
      <w:proofErr w:type="spellEnd"/>
      <w:r>
        <w:t xml:space="preserve"> </w:t>
      </w:r>
      <w:proofErr w:type="spellStart"/>
      <w:r>
        <w:t>të</w:t>
      </w:r>
      <w:proofErr w:type="spellEnd"/>
      <w:r>
        <w:t xml:space="preserve"> </w:t>
      </w:r>
      <w:proofErr w:type="spellStart"/>
      <w:r>
        <w:t>ulëta</w:t>
      </w:r>
      <w:proofErr w:type="spellEnd"/>
      <w:r>
        <w:t xml:space="preserve"> </w:t>
      </w:r>
      <w:proofErr w:type="spellStart"/>
      <w:r>
        <w:t>që</w:t>
      </w:r>
      <w:proofErr w:type="spellEnd"/>
      <w:r>
        <w:t xml:space="preserve"> </w:t>
      </w:r>
      <w:proofErr w:type="spellStart"/>
      <w:r>
        <w:t>kanë</w:t>
      </w:r>
      <w:proofErr w:type="spellEnd"/>
      <w:r>
        <w:t xml:space="preserve"> </w:t>
      </w:r>
      <w:proofErr w:type="spellStart"/>
      <w:r>
        <w:t>qenë</w:t>
      </w:r>
      <w:proofErr w:type="spellEnd"/>
      <w:r>
        <w:t xml:space="preserve"> </w:t>
      </w:r>
      <w:proofErr w:type="spellStart"/>
      <w:r>
        <w:t>edhe</w:t>
      </w:r>
      <w:proofErr w:type="spellEnd"/>
      <w:r>
        <w:t xml:space="preserve"> </w:t>
      </w:r>
      <w:proofErr w:type="spellStart"/>
      <w:r>
        <w:t>nga</w:t>
      </w:r>
      <w:proofErr w:type="spellEnd"/>
      <w:r>
        <w:t xml:space="preserve"> </w:t>
      </w:r>
      <w:proofErr w:type="spellStart"/>
      <w:r>
        <w:t>pushteti</w:t>
      </w:r>
      <w:proofErr w:type="spellEnd"/>
      <w:r>
        <w:t xml:space="preserve"> </w:t>
      </w:r>
      <w:proofErr w:type="spellStart"/>
      <w:r>
        <w:t>qendror</w:t>
      </w:r>
      <w:proofErr w:type="spellEnd"/>
      <w:r>
        <w:t xml:space="preserve"> </w:t>
      </w:r>
      <w:proofErr w:type="spellStart"/>
      <w:r>
        <w:t>edhe</w:t>
      </w:r>
      <w:proofErr w:type="spellEnd"/>
      <w:r>
        <w:t xml:space="preserve"> </w:t>
      </w:r>
      <w:proofErr w:type="spellStart"/>
      <w:r>
        <w:t>nga</w:t>
      </w:r>
      <w:proofErr w:type="spellEnd"/>
      <w:r>
        <w:t xml:space="preserve"> </w:t>
      </w:r>
      <w:proofErr w:type="spellStart"/>
      <w:r>
        <w:t>pushteti</w:t>
      </w:r>
      <w:proofErr w:type="spellEnd"/>
      <w:r>
        <w:t xml:space="preserve"> vendor. </w:t>
      </w:r>
      <w:proofErr w:type="spellStart"/>
      <w:r>
        <w:t>Që</w:t>
      </w:r>
      <w:proofErr w:type="spellEnd"/>
      <w:r>
        <w:t xml:space="preserve"> </w:t>
      </w:r>
      <w:proofErr w:type="spellStart"/>
      <w:r>
        <w:t>realisht</w:t>
      </w:r>
      <w:proofErr w:type="spellEnd"/>
      <w:r>
        <w:t xml:space="preserve"> </w:t>
      </w:r>
      <w:proofErr w:type="spellStart"/>
      <w:r>
        <w:t>shqiptarë</w:t>
      </w:r>
      <w:proofErr w:type="spellEnd"/>
      <w:r>
        <w:t xml:space="preserve"> </w:t>
      </w:r>
      <w:proofErr w:type="spellStart"/>
      <w:r>
        <w:t>janë</w:t>
      </w:r>
      <w:proofErr w:type="spellEnd"/>
      <w:r>
        <w:t xml:space="preserve"> </w:t>
      </w:r>
      <w:proofErr w:type="spellStart"/>
      <w:r>
        <w:t>edhe</w:t>
      </w:r>
      <w:proofErr w:type="spellEnd"/>
      <w:r>
        <w:t xml:space="preserve"> </w:t>
      </w:r>
      <w:proofErr w:type="spellStart"/>
      <w:r>
        <w:t>ata</w:t>
      </w:r>
      <w:proofErr w:type="spellEnd"/>
      <w:r>
        <w:t xml:space="preserve">, </w:t>
      </w:r>
      <w:proofErr w:type="spellStart"/>
      <w:r>
        <w:t>edhe</w:t>
      </w:r>
      <w:proofErr w:type="spellEnd"/>
      <w:r>
        <w:t xml:space="preserve"> </w:t>
      </w:r>
      <w:proofErr w:type="spellStart"/>
      <w:r>
        <w:t>mendoj</w:t>
      </w:r>
      <w:proofErr w:type="spellEnd"/>
      <w:r>
        <w:t xml:space="preserve"> </w:t>
      </w:r>
      <w:proofErr w:type="spellStart"/>
      <w:r>
        <w:t>që</w:t>
      </w:r>
      <w:proofErr w:type="spellEnd"/>
      <w:r>
        <w:t xml:space="preserve"> ka </w:t>
      </w:r>
      <w:proofErr w:type="spellStart"/>
      <w:r>
        <w:t>një</w:t>
      </w:r>
      <w:proofErr w:type="spellEnd"/>
      <w:r>
        <w:t xml:space="preserve"> </w:t>
      </w:r>
      <w:proofErr w:type="spellStart"/>
      <w:r>
        <w:t>efektivitet</w:t>
      </w:r>
      <w:proofErr w:type="spellEnd"/>
      <w:r>
        <w:t xml:space="preserve"> </w:t>
      </w:r>
      <w:proofErr w:type="spellStart"/>
      <w:r>
        <w:t>edhe</w:t>
      </w:r>
      <w:proofErr w:type="spellEnd"/>
      <w:r>
        <w:t xml:space="preserve"> </w:t>
      </w:r>
      <w:proofErr w:type="spellStart"/>
      <w:r>
        <w:t>për</w:t>
      </w:r>
      <w:proofErr w:type="spellEnd"/>
      <w:r>
        <w:t xml:space="preserve"> ne. </w:t>
      </w:r>
      <w:proofErr w:type="spellStart"/>
      <w:r>
        <w:t>Taksat</w:t>
      </w:r>
      <w:proofErr w:type="spellEnd"/>
      <w:r>
        <w:t xml:space="preserve"> </w:t>
      </w:r>
      <w:proofErr w:type="spellStart"/>
      <w:r>
        <w:t>gjithmonë</w:t>
      </w:r>
      <w:proofErr w:type="spellEnd"/>
      <w:r>
        <w:t xml:space="preserve"> </w:t>
      </w:r>
      <w:proofErr w:type="spellStart"/>
      <w:r>
        <w:t>duhet</w:t>
      </w:r>
      <w:proofErr w:type="spellEnd"/>
      <w:r>
        <w:t xml:space="preserve"> </w:t>
      </w:r>
      <w:proofErr w:type="spellStart"/>
      <w:r>
        <w:t>të</w:t>
      </w:r>
      <w:proofErr w:type="spellEnd"/>
      <w:r>
        <w:t xml:space="preserve"> </w:t>
      </w:r>
      <w:proofErr w:type="spellStart"/>
      <w:r>
        <w:t>rriten</w:t>
      </w:r>
      <w:proofErr w:type="spellEnd"/>
      <w:r>
        <w:t xml:space="preserve"> </w:t>
      </w:r>
      <w:proofErr w:type="spellStart"/>
      <w:r>
        <w:t>gradualisht</w:t>
      </w:r>
      <w:proofErr w:type="spellEnd"/>
      <w:r>
        <w:t xml:space="preserve">. </w:t>
      </w:r>
      <w:proofErr w:type="spellStart"/>
      <w:r>
        <w:t>Është</w:t>
      </w:r>
      <w:proofErr w:type="spellEnd"/>
      <w:r>
        <w:t xml:space="preserve"> e </w:t>
      </w:r>
      <w:proofErr w:type="spellStart"/>
      <w:r>
        <w:t>vërtetë</w:t>
      </w:r>
      <w:proofErr w:type="spellEnd"/>
      <w:r>
        <w:t xml:space="preserve"> ajo </w:t>
      </w:r>
      <w:proofErr w:type="spellStart"/>
      <w:r>
        <w:t>si</w:t>
      </w:r>
      <w:proofErr w:type="spellEnd"/>
      <w:r>
        <w:t xml:space="preserve"> </w:t>
      </w:r>
      <w:proofErr w:type="spellStart"/>
      <w:r>
        <w:t>thatë</w:t>
      </w:r>
      <w:proofErr w:type="spellEnd"/>
      <w:r>
        <w:t xml:space="preserve"> </w:t>
      </w:r>
      <w:proofErr w:type="spellStart"/>
      <w:r>
        <w:t>jeni</w:t>
      </w:r>
      <w:proofErr w:type="spellEnd"/>
      <w:r>
        <w:t xml:space="preserve"> </w:t>
      </w:r>
      <w:proofErr w:type="spellStart"/>
      <w:r>
        <w:t>të</w:t>
      </w:r>
      <w:proofErr w:type="spellEnd"/>
      <w:r>
        <w:t xml:space="preserve"> </w:t>
      </w:r>
      <w:proofErr w:type="spellStart"/>
      <w:r>
        <w:t>varur</w:t>
      </w:r>
      <w:proofErr w:type="spellEnd"/>
      <w:r>
        <w:t xml:space="preserve">, por </w:t>
      </w:r>
      <w:proofErr w:type="spellStart"/>
      <w:r>
        <w:t>diku</w:t>
      </w:r>
      <w:proofErr w:type="spellEnd"/>
      <w:r>
        <w:t xml:space="preserve"> </w:t>
      </w:r>
      <w:proofErr w:type="spellStart"/>
      <w:r>
        <w:t>në</w:t>
      </w:r>
      <w:proofErr w:type="spellEnd"/>
      <w:r>
        <w:t xml:space="preserve"> </w:t>
      </w:r>
      <w:proofErr w:type="spellStart"/>
      <w:r>
        <w:t>Malëzi</w:t>
      </w:r>
      <w:proofErr w:type="spellEnd"/>
      <w:r>
        <w:t xml:space="preserve">, </w:t>
      </w:r>
      <w:proofErr w:type="spellStart"/>
      <w:r>
        <w:t>te</w:t>
      </w:r>
      <w:proofErr w:type="spellEnd"/>
      <w:r>
        <w:t xml:space="preserve"> </w:t>
      </w:r>
      <w:proofErr w:type="spellStart"/>
      <w:r>
        <w:t>taksat</w:t>
      </w:r>
      <w:proofErr w:type="spellEnd"/>
      <w:r>
        <w:t xml:space="preserve">, </w:t>
      </w:r>
      <w:proofErr w:type="spellStart"/>
      <w:r>
        <w:t>mbledhin</w:t>
      </w:r>
      <w:proofErr w:type="spellEnd"/>
      <w:r>
        <w:t xml:space="preserve"> </w:t>
      </w:r>
      <w:proofErr w:type="spellStart"/>
      <w:r>
        <w:t>taksa</w:t>
      </w:r>
      <w:proofErr w:type="spellEnd"/>
      <w:r>
        <w:t xml:space="preserve">, Tivari </w:t>
      </w:r>
      <w:proofErr w:type="spellStart"/>
      <w:r>
        <w:t>është</w:t>
      </w:r>
      <w:proofErr w:type="spellEnd"/>
      <w:r>
        <w:t xml:space="preserve">, </w:t>
      </w:r>
      <w:proofErr w:type="spellStart"/>
      <w:r>
        <w:t>ça</w:t>
      </w:r>
      <w:proofErr w:type="spellEnd"/>
      <w:r>
        <w:t xml:space="preserve"> </w:t>
      </w:r>
      <w:proofErr w:type="spellStart"/>
      <w:r>
        <w:t>të</w:t>
      </w:r>
      <w:proofErr w:type="spellEnd"/>
      <w:r>
        <w:t xml:space="preserve"> them ty, </w:t>
      </w:r>
      <w:proofErr w:type="spellStart"/>
      <w:r>
        <w:t>një</w:t>
      </w:r>
      <w:proofErr w:type="spellEnd"/>
      <w:r>
        <w:t xml:space="preserve"> </w:t>
      </w:r>
      <w:proofErr w:type="spellStart"/>
      <w:r>
        <w:t>zonë</w:t>
      </w:r>
      <w:proofErr w:type="spellEnd"/>
      <w:r>
        <w:t xml:space="preserve"> e </w:t>
      </w:r>
      <w:proofErr w:type="spellStart"/>
      <w:r>
        <w:t>vogël</w:t>
      </w:r>
      <w:proofErr w:type="spellEnd"/>
      <w:r>
        <w:t xml:space="preserve">, </w:t>
      </w:r>
      <w:proofErr w:type="spellStart"/>
      <w:r>
        <w:t>pra</w:t>
      </w:r>
      <w:proofErr w:type="spellEnd"/>
      <w:r>
        <w:t xml:space="preserve"> </w:t>
      </w:r>
      <w:proofErr w:type="spellStart"/>
      <w:r>
        <w:t>jemi</w:t>
      </w:r>
      <w:proofErr w:type="spellEnd"/>
      <w:r>
        <w:t xml:space="preserve"> </w:t>
      </w:r>
      <w:proofErr w:type="spellStart"/>
      <w:r>
        <w:t>popullsi</w:t>
      </w:r>
      <w:proofErr w:type="spellEnd"/>
      <w:r>
        <w:t xml:space="preserve"> </w:t>
      </w:r>
      <w:proofErr w:type="spellStart"/>
      <w:r>
        <w:t>të</w:t>
      </w:r>
      <w:proofErr w:type="spellEnd"/>
      <w:r>
        <w:t xml:space="preserve"> </w:t>
      </w:r>
      <w:proofErr w:type="spellStart"/>
      <w:r>
        <w:t>vogël</w:t>
      </w:r>
      <w:proofErr w:type="spellEnd"/>
      <w:r>
        <w:t xml:space="preserve">, por </w:t>
      </w:r>
      <w:proofErr w:type="spellStart"/>
      <w:r>
        <w:t>që</w:t>
      </w:r>
      <w:proofErr w:type="spellEnd"/>
      <w:r>
        <w:t xml:space="preserve"> </w:t>
      </w:r>
      <w:proofErr w:type="spellStart"/>
      <w:r>
        <w:t>është</w:t>
      </w:r>
      <w:proofErr w:type="spellEnd"/>
      <w:r>
        <w:t xml:space="preserve"> me </w:t>
      </w:r>
      <w:proofErr w:type="spellStart"/>
      <w:r>
        <w:t>një</w:t>
      </w:r>
      <w:proofErr w:type="spellEnd"/>
      <w:r>
        <w:t xml:space="preserve"> </w:t>
      </w:r>
      <w:proofErr w:type="spellStart"/>
      <w:r>
        <w:t>popullim</w:t>
      </w:r>
      <w:proofErr w:type="spellEnd"/>
      <w:r>
        <w:t xml:space="preserve"> </w:t>
      </w:r>
      <w:proofErr w:type="spellStart"/>
      <w:r>
        <w:t>ose</w:t>
      </w:r>
      <w:proofErr w:type="spellEnd"/>
      <w:r>
        <w:t xml:space="preserve"> me </w:t>
      </w:r>
      <w:proofErr w:type="spellStart"/>
      <w:r>
        <w:t>ato</w:t>
      </w:r>
      <w:proofErr w:type="spellEnd"/>
      <w:r>
        <w:t xml:space="preserve"> </w:t>
      </w:r>
      <w:proofErr w:type="spellStart"/>
      <w:r>
        <w:t>resurse</w:t>
      </w:r>
      <w:proofErr w:type="spellEnd"/>
      <w:r>
        <w:t xml:space="preserve"> </w:t>
      </w:r>
      <w:proofErr w:type="spellStart"/>
      <w:r>
        <w:t>ose</w:t>
      </w:r>
      <w:proofErr w:type="spellEnd"/>
      <w:r>
        <w:t xml:space="preserve"> me </w:t>
      </w:r>
      <w:proofErr w:type="spellStart"/>
      <w:r>
        <w:t>zhvillim</w:t>
      </w:r>
      <w:proofErr w:type="spellEnd"/>
      <w:r>
        <w:t xml:space="preserve"> </w:t>
      </w:r>
      <w:proofErr w:type="spellStart"/>
      <w:r>
        <w:t>turistik</w:t>
      </w:r>
      <w:proofErr w:type="spellEnd"/>
      <w:r>
        <w:t xml:space="preserve"> </w:t>
      </w:r>
      <w:proofErr w:type="spellStart"/>
      <w:r>
        <w:t>të</w:t>
      </w:r>
      <w:proofErr w:type="spellEnd"/>
      <w:r>
        <w:t xml:space="preserve"> </w:t>
      </w:r>
      <w:proofErr w:type="spellStart"/>
      <w:r>
        <w:t>hershëm</w:t>
      </w:r>
      <w:proofErr w:type="spellEnd"/>
      <w:r>
        <w:t xml:space="preserve">, jo </w:t>
      </w:r>
      <w:proofErr w:type="spellStart"/>
      <w:r>
        <w:t>si</w:t>
      </w:r>
      <w:proofErr w:type="spellEnd"/>
      <w:r>
        <w:t xml:space="preserve"> </w:t>
      </w:r>
      <w:proofErr w:type="spellStart"/>
      <w:r>
        <w:t>rezultat</w:t>
      </w:r>
      <w:proofErr w:type="spellEnd"/>
      <w:r>
        <w:t xml:space="preserve"> </w:t>
      </w:r>
      <w:proofErr w:type="spellStart"/>
      <w:r>
        <w:t>i</w:t>
      </w:r>
      <w:proofErr w:type="spellEnd"/>
      <w:r>
        <w:t xml:space="preserve"> </w:t>
      </w:r>
      <w:proofErr w:type="spellStart"/>
      <w:r>
        <w:t>këtyre</w:t>
      </w:r>
      <w:proofErr w:type="spellEnd"/>
      <w:r>
        <w:t xml:space="preserve"> </w:t>
      </w:r>
      <w:proofErr w:type="spellStart"/>
      <w:r>
        <w:t>si</w:t>
      </w:r>
      <w:proofErr w:type="spellEnd"/>
      <w:r>
        <w:t xml:space="preserve"> </w:t>
      </w:r>
      <w:proofErr w:type="spellStart"/>
      <w:r>
        <w:t>janë</w:t>
      </w:r>
      <w:proofErr w:type="spellEnd"/>
      <w:r>
        <w:t xml:space="preserve">, por </w:t>
      </w:r>
      <w:proofErr w:type="spellStart"/>
      <w:r>
        <w:t>si</w:t>
      </w:r>
      <w:proofErr w:type="spellEnd"/>
      <w:r>
        <w:t xml:space="preserve"> </w:t>
      </w:r>
      <w:proofErr w:type="spellStart"/>
      <w:r>
        <w:t>rezultat</w:t>
      </w:r>
      <w:proofErr w:type="spellEnd"/>
      <w:r>
        <w:t xml:space="preserve"> </w:t>
      </w:r>
      <w:proofErr w:type="spellStart"/>
      <w:r>
        <w:t>i</w:t>
      </w:r>
      <w:proofErr w:type="spellEnd"/>
      <w:r>
        <w:t xml:space="preserve"> </w:t>
      </w:r>
      <w:proofErr w:type="spellStart"/>
      <w:r>
        <w:t>të</w:t>
      </w:r>
      <w:proofErr w:type="spellEnd"/>
      <w:r>
        <w:t xml:space="preserve"> </w:t>
      </w:r>
      <w:proofErr w:type="spellStart"/>
      <w:r>
        <w:t>parëve</w:t>
      </w:r>
      <w:proofErr w:type="spellEnd"/>
      <w:r>
        <w:t xml:space="preserve">. </w:t>
      </w:r>
      <w:proofErr w:type="spellStart"/>
      <w:r>
        <w:t>Nëse</w:t>
      </w:r>
      <w:proofErr w:type="spellEnd"/>
      <w:r>
        <w:t xml:space="preserve"> ne </w:t>
      </w:r>
      <w:proofErr w:type="spellStart"/>
      <w:r>
        <w:t>gjithçka</w:t>
      </w:r>
      <w:proofErr w:type="spellEnd"/>
      <w:r>
        <w:t xml:space="preserve"> </w:t>
      </w:r>
      <w:proofErr w:type="spellStart"/>
      <w:r>
        <w:t>që</w:t>
      </w:r>
      <w:proofErr w:type="spellEnd"/>
      <w:r>
        <w:t xml:space="preserve"> e </w:t>
      </w:r>
      <w:proofErr w:type="spellStart"/>
      <w:r>
        <w:t>bëjmë</w:t>
      </w:r>
      <w:proofErr w:type="spellEnd"/>
      <w:r>
        <w:t xml:space="preserve">, e </w:t>
      </w:r>
      <w:proofErr w:type="spellStart"/>
      <w:r>
        <w:t>bëjmë</w:t>
      </w:r>
      <w:proofErr w:type="spellEnd"/>
      <w:r>
        <w:t xml:space="preserve"> </w:t>
      </w:r>
      <w:proofErr w:type="spellStart"/>
      <w:r>
        <w:t>brenda</w:t>
      </w:r>
      <w:proofErr w:type="spellEnd"/>
      <w:r>
        <w:t xml:space="preserve"> </w:t>
      </w:r>
      <w:proofErr w:type="spellStart"/>
      <w:r>
        <w:t>këtyre</w:t>
      </w:r>
      <w:proofErr w:type="spellEnd"/>
      <w:r>
        <w:t xml:space="preserve"> 30 e </w:t>
      </w:r>
      <w:proofErr w:type="spellStart"/>
      <w:r>
        <w:t>sa</w:t>
      </w:r>
      <w:proofErr w:type="spellEnd"/>
      <w:r>
        <w:t xml:space="preserve"> </w:t>
      </w:r>
      <w:proofErr w:type="spellStart"/>
      <w:r>
        <w:t>viteve</w:t>
      </w:r>
      <w:proofErr w:type="spellEnd"/>
      <w:r>
        <w:t xml:space="preserve">, </w:t>
      </w:r>
      <w:proofErr w:type="spellStart"/>
      <w:r>
        <w:t>në</w:t>
      </w:r>
      <w:proofErr w:type="spellEnd"/>
      <w:r>
        <w:t xml:space="preserve"> fund </w:t>
      </w:r>
      <w:proofErr w:type="spellStart"/>
      <w:r>
        <w:t>të</w:t>
      </w:r>
      <w:proofErr w:type="spellEnd"/>
      <w:r>
        <w:t xml:space="preserve"> </w:t>
      </w:r>
      <w:proofErr w:type="spellStart"/>
      <w:r>
        <w:t>fundit</w:t>
      </w:r>
      <w:proofErr w:type="spellEnd"/>
      <w:r>
        <w:t xml:space="preserve"> </w:t>
      </w:r>
      <w:proofErr w:type="spellStart"/>
      <w:r>
        <w:t>secili</w:t>
      </w:r>
      <w:proofErr w:type="spellEnd"/>
      <w:r>
        <w:t xml:space="preserve"> </w:t>
      </w:r>
      <w:proofErr w:type="spellStart"/>
      <w:r>
        <w:t>në</w:t>
      </w:r>
      <w:proofErr w:type="spellEnd"/>
      <w:r>
        <w:t xml:space="preserve"> </w:t>
      </w:r>
      <w:proofErr w:type="spellStart"/>
      <w:r>
        <w:t>kohën</w:t>
      </w:r>
      <w:proofErr w:type="spellEnd"/>
      <w:r>
        <w:t xml:space="preserve"> e vet ka </w:t>
      </w:r>
      <w:proofErr w:type="spellStart"/>
      <w:r>
        <w:t>bërë</w:t>
      </w:r>
      <w:proofErr w:type="spellEnd"/>
      <w:r>
        <w:t xml:space="preserve"> </w:t>
      </w:r>
      <w:proofErr w:type="spellStart"/>
      <w:r>
        <w:t>ato</w:t>
      </w:r>
      <w:proofErr w:type="spellEnd"/>
      <w:r>
        <w:t xml:space="preserve"> </w:t>
      </w:r>
      <w:proofErr w:type="spellStart"/>
      <w:r>
        <w:t>që</w:t>
      </w:r>
      <w:proofErr w:type="spellEnd"/>
      <w:r>
        <w:t xml:space="preserve"> ka </w:t>
      </w:r>
      <w:proofErr w:type="spellStart"/>
      <w:r>
        <w:t>pasur</w:t>
      </w:r>
      <w:proofErr w:type="spellEnd"/>
      <w:r>
        <w:t xml:space="preserve"> </w:t>
      </w:r>
      <w:proofErr w:type="spellStart"/>
      <w:r>
        <w:t>mundësi</w:t>
      </w:r>
      <w:proofErr w:type="spellEnd"/>
      <w:r>
        <w:t xml:space="preserve">, </w:t>
      </w:r>
      <w:proofErr w:type="spellStart"/>
      <w:r>
        <w:t>dikush</w:t>
      </w:r>
      <w:proofErr w:type="spellEnd"/>
      <w:r>
        <w:t xml:space="preserve"> </w:t>
      </w:r>
      <w:proofErr w:type="spellStart"/>
      <w:r>
        <w:t>tjetër</w:t>
      </w:r>
      <w:proofErr w:type="spellEnd"/>
      <w:r>
        <w:t xml:space="preserve"> </w:t>
      </w:r>
      <w:proofErr w:type="spellStart"/>
      <w:r>
        <w:t>mund</w:t>
      </w:r>
      <w:proofErr w:type="spellEnd"/>
      <w:r>
        <w:t xml:space="preserve"> </w:t>
      </w:r>
      <w:proofErr w:type="spellStart"/>
      <w:r>
        <w:t>të</w:t>
      </w:r>
      <w:proofErr w:type="spellEnd"/>
      <w:r>
        <w:t xml:space="preserve"> </w:t>
      </w:r>
      <w:proofErr w:type="spellStart"/>
      <w:r>
        <w:t>punojë</w:t>
      </w:r>
      <w:proofErr w:type="spellEnd"/>
      <w:r>
        <w:t xml:space="preserve"> </w:t>
      </w:r>
      <w:proofErr w:type="spellStart"/>
      <w:r>
        <w:t>më</w:t>
      </w:r>
      <w:proofErr w:type="spellEnd"/>
      <w:r>
        <w:t xml:space="preserve"> </w:t>
      </w:r>
      <w:proofErr w:type="spellStart"/>
      <w:r>
        <w:t>mirë</w:t>
      </w:r>
      <w:proofErr w:type="spellEnd"/>
      <w:r>
        <w:t xml:space="preserve"> se </w:t>
      </w:r>
      <w:proofErr w:type="spellStart"/>
      <w:r>
        <w:t>unë</w:t>
      </w:r>
      <w:proofErr w:type="spellEnd"/>
      <w:r>
        <w:t xml:space="preserve"> </w:t>
      </w:r>
      <w:proofErr w:type="spellStart"/>
      <w:r>
        <w:t>nesër</w:t>
      </w:r>
      <w:proofErr w:type="spellEnd"/>
      <w:r>
        <w:t xml:space="preserve">, por </w:t>
      </w:r>
      <w:proofErr w:type="spellStart"/>
      <w:r>
        <w:t>besoj</w:t>
      </w:r>
      <w:proofErr w:type="spellEnd"/>
      <w:r>
        <w:t xml:space="preserve"> </w:t>
      </w:r>
      <w:proofErr w:type="spellStart"/>
      <w:r>
        <w:t>që</w:t>
      </w:r>
      <w:proofErr w:type="spellEnd"/>
      <w:r>
        <w:t xml:space="preserve"> ka </w:t>
      </w:r>
      <w:proofErr w:type="spellStart"/>
      <w:r>
        <w:t>të</w:t>
      </w:r>
      <w:proofErr w:type="spellEnd"/>
      <w:r>
        <w:t xml:space="preserve"> </w:t>
      </w:r>
      <w:proofErr w:type="spellStart"/>
      <w:r>
        <w:t>bëjë</w:t>
      </w:r>
      <w:proofErr w:type="spellEnd"/>
      <w:r>
        <w:t xml:space="preserve"> </w:t>
      </w:r>
      <w:proofErr w:type="spellStart"/>
      <w:r>
        <w:t>edhe</w:t>
      </w:r>
      <w:proofErr w:type="spellEnd"/>
      <w:r>
        <w:t xml:space="preserve"> me </w:t>
      </w:r>
      <w:proofErr w:type="spellStart"/>
      <w:r>
        <w:t>tipolezinë</w:t>
      </w:r>
      <w:proofErr w:type="spellEnd"/>
      <w:r>
        <w:t xml:space="preserve"> e </w:t>
      </w:r>
      <w:proofErr w:type="spellStart"/>
      <w:r>
        <w:t>bashkisë</w:t>
      </w:r>
      <w:proofErr w:type="spellEnd"/>
      <w:r>
        <w:t xml:space="preserve">, me </w:t>
      </w:r>
      <w:proofErr w:type="spellStart"/>
      <w:r>
        <w:t>vullnetin</w:t>
      </w:r>
      <w:proofErr w:type="spellEnd"/>
      <w:r>
        <w:t xml:space="preserve"> e </w:t>
      </w:r>
      <w:proofErr w:type="spellStart"/>
      <w:r>
        <w:t>bashkisë</w:t>
      </w:r>
      <w:proofErr w:type="spellEnd"/>
      <w:r>
        <w:t xml:space="preserve">, me </w:t>
      </w:r>
      <w:proofErr w:type="spellStart"/>
      <w:r>
        <w:t>seriozitetin</w:t>
      </w:r>
      <w:proofErr w:type="spellEnd"/>
      <w:r>
        <w:t xml:space="preserve"> </w:t>
      </w:r>
      <w:proofErr w:type="spellStart"/>
      <w:r>
        <w:t>që</w:t>
      </w:r>
      <w:proofErr w:type="spellEnd"/>
      <w:r>
        <w:t xml:space="preserve"> </w:t>
      </w:r>
      <w:proofErr w:type="spellStart"/>
      <w:r>
        <w:t>merr</w:t>
      </w:r>
      <w:proofErr w:type="spellEnd"/>
      <w:r>
        <w:t xml:space="preserve"> </w:t>
      </w:r>
      <w:proofErr w:type="spellStart"/>
      <w:r>
        <w:t>përsipër</w:t>
      </w:r>
      <w:proofErr w:type="spellEnd"/>
      <w:r>
        <w:t xml:space="preserve"> </w:t>
      </w:r>
      <w:proofErr w:type="spellStart"/>
      <w:r>
        <w:t>për</w:t>
      </w:r>
      <w:proofErr w:type="spellEnd"/>
      <w:r>
        <w:t xml:space="preserve"> </w:t>
      </w:r>
      <w:proofErr w:type="spellStart"/>
      <w:r>
        <w:t>të</w:t>
      </w:r>
      <w:proofErr w:type="spellEnd"/>
      <w:r>
        <w:t xml:space="preserve"> </w:t>
      </w:r>
      <w:proofErr w:type="spellStart"/>
      <w:r>
        <w:t>mbledhur</w:t>
      </w:r>
      <w:proofErr w:type="spellEnd"/>
      <w:r>
        <w:t xml:space="preserve"> </w:t>
      </w:r>
      <w:proofErr w:type="spellStart"/>
      <w:r>
        <w:t>taksat</w:t>
      </w:r>
      <w:proofErr w:type="spellEnd"/>
      <w:r>
        <w:t xml:space="preserve">, </w:t>
      </w:r>
      <w:proofErr w:type="spellStart"/>
      <w:r>
        <w:t>sepse</w:t>
      </w:r>
      <w:proofErr w:type="spellEnd"/>
      <w:r>
        <w:t xml:space="preserve"> </w:t>
      </w:r>
      <w:proofErr w:type="spellStart"/>
      <w:r>
        <w:t>ligjet</w:t>
      </w:r>
      <w:proofErr w:type="spellEnd"/>
      <w:r>
        <w:t xml:space="preserve"> </w:t>
      </w:r>
      <w:proofErr w:type="spellStart"/>
      <w:r>
        <w:t>gjithë</w:t>
      </w:r>
      <w:proofErr w:type="spellEnd"/>
      <w:r>
        <w:t xml:space="preserve"> </w:t>
      </w:r>
      <w:proofErr w:type="spellStart"/>
      <w:r>
        <w:t>ju</w:t>
      </w:r>
      <w:proofErr w:type="spellEnd"/>
      <w:r>
        <w:t xml:space="preserve"> </w:t>
      </w:r>
      <w:proofErr w:type="spellStart"/>
      <w:r>
        <w:t>i</w:t>
      </w:r>
      <w:proofErr w:type="spellEnd"/>
      <w:r>
        <w:t xml:space="preserve"> </w:t>
      </w:r>
      <w:proofErr w:type="spellStart"/>
      <w:r>
        <w:t>keni</w:t>
      </w:r>
      <w:proofErr w:type="spellEnd"/>
      <w:r>
        <w:t xml:space="preserve"> </w:t>
      </w:r>
      <w:proofErr w:type="spellStart"/>
      <w:r>
        <w:t>miratuar</w:t>
      </w:r>
      <w:proofErr w:type="spellEnd"/>
      <w:r>
        <w:t xml:space="preserve">. </w:t>
      </w:r>
      <w:proofErr w:type="spellStart"/>
      <w:r>
        <w:t>Edhe</w:t>
      </w:r>
      <w:proofErr w:type="spellEnd"/>
      <w:r>
        <w:t xml:space="preserve"> normal </w:t>
      </w:r>
      <w:proofErr w:type="spellStart"/>
      <w:r>
        <w:t>që</w:t>
      </w:r>
      <w:proofErr w:type="spellEnd"/>
      <w:r>
        <w:t xml:space="preserve">, </w:t>
      </w:r>
      <w:proofErr w:type="spellStart"/>
      <w:r>
        <w:t>pavarësisht</w:t>
      </w:r>
      <w:proofErr w:type="spellEnd"/>
      <w:r>
        <w:t xml:space="preserve"> se </w:t>
      </w:r>
      <w:proofErr w:type="spellStart"/>
      <w:r>
        <w:t>tarifat</w:t>
      </w:r>
      <w:proofErr w:type="spellEnd"/>
      <w:r>
        <w:t xml:space="preserve"> </w:t>
      </w:r>
      <w:proofErr w:type="spellStart"/>
      <w:r>
        <w:t>nuk</w:t>
      </w:r>
      <w:proofErr w:type="spellEnd"/>
      <w:r>
        <w:t xml:space="preserve"> </w:t>
      </w:r>
      <w:proofErr w:type="spellStart"/>
      <w:r>
        <w:t>janë</w:t>
      </w:r>
      <w:proofErr w:type="spellEnd"/>
      <w:r>
        <w:t xml:space="preserve"> </w:t>
      </w:r>
      <w:proofErr w:type="spellStart"/>
      <w:r>
        <w:t>në</w:t>
      </w:r>
      <w:proofErr w:type="spellEnd"/>
      <w:r>
        <w:t xml:space="preserve"> </w:t>
      </w:r>
      <w:proofErr w:type="spellStart"/>
      <w:r>
        <w:t>atë</w:t>
      </w:r>
      <w:proofErr w:type="spellEnd"/>
      <w:r>
        <w:t xml:space="preserve"> </w:t>
      </w:r>
      <w:proofErr w:type="spellStart"/>
      <w:r>
        <w:t>nivel</w:t>
      </w:r>
      <w:proofErr w:type="spellEnd"/>
      <w:r>
        <w:t xml:space="preserve"> </w:t>
      </w:r>
      <w:proofErr w:type="spellStart"/>
      <w:r>
        <w:t>që</w:t>
      </w:r>
      <w:proofErr w:type="spellEnd"/>
      <w:r>
        <w:t xml:space="preserve"> po </w:t>
      </w:r>
      <w:proofErr w:type="spellStart"/>
      <w:r>
        <w:t>flasim</w:t>
      </w:r>
      <w:proofErr w:type="spellEnd"/>
      <w:r>
        <w:t xml:space="preserve"> </w:t>
      </w:r>
      <w:proofErr w:type="spellStart"/>
      <w:r>
        <w:t>në</w:t>
      </w:r>
      <w:proofErr w:type="spellEnd"/>
      <w:r>
        <w:t xml:space="preserve"> </w:t>
      </w:r>
      <w:proofErr w:type="spellStart"/>
      <w:r>
        <w:t>rajon</w:t>
      </w:r>
      <w:proofErr w:type="spellEnd"/>
      <w:r>
        <w:t xml:space="preserve">, </w:t>
      </w:r>
      <w:proofErr w:type="spellStart"/>
      <w:r>
        <w:t>pra</w:t>
      </w:r>
      <w:proofErr w:type="spellEnd"/>
      <w:r>
        <w:t xml:space="preserve"> </w:t>
      </w:r>
      <w:proofErr w:type="spellStart"/>
      <w:r>
        <w:t>të</w:t>
      </w:r>
      <w:proofErr w:type="spellEnd"/>
      <w:r>
        <w:t xml:space="preserve"> </w:t>
      </w:r>
      <w:proofErr w:type="spellStart"/>
      <w:r>
        <w:t>larta</w:t>
      </w:r>
      <w:proofErr w:type="spellEnd"/>
      <w:r>
        <w:t xml:space="preserve">, duke </w:t>
      </w:r>
      <w:proofErr w:type="spellStart"/>
      <w:r>
        <w:t>menduar</w:t>
      </w:r>
      <w:proofErr w:type="spellEnd"/>
      <w:r>
        <w:t xml:space="preserve"> </w:t>
      </w:r>
      <w:proofErr w:type="spellStart"/>
      <w:r>
        <w:t>që</w:t>
      </w:r>
      <w:proofErr w:type="spellEnd"/>
      <w:r>
        <w:t xml:space="preserve"> me </w:t>
      </w:r>
      <w:proofErr w:type="spellStart"/>
      <w:r>
        <w:t>i</w:t>
      </w:r>
      <w:proofErr w:type="spellEnd"/>
      <w:r>
        <w:t xml:space="preserve"> </w:t>
      </w:r>
      <w:proofErr w:type="spellStart"/>
      <w:r>
        <w:t>favorizuar</w:t>
      </w:r>
      <w:proofErr w:type="spellEnd"/>
      <w:r>
        <w:t xml:space="preserve"> </w:t>
      </w:r>
      <w:proofErr w:type="spellStart"/>
      <w:r>
        <w:t>qoftë</w:t>
      </w:r>
      <w:proofErr w:type="spellEnd"/>
      <w:r>
        <w:t xml:space="preserve"> </w:t>
      </w:r>
      <w:proofErr w:type="spellStart"/>
      <w:r>
        <w:t>banorët</w:t>
      </w:r>
      <w:proofErr w:type="spellEnd"/>
      <w:r>
        <w:t xml:space="preserve">, por </w:t>
      </w:r>
      <w:proofErr w:type="spellStart"/>
      <w:r>
        <w:t>qoftë</w:t>
      </w:r>
      <w:proofErr w:type="spellEnd"/>
      <w:r>
        <w:t xml:space="preserve"> </w:t>
      </w:r>
      <w:proofErr w:type="spellStart"/>
      <w:r>
        <w:t>edhe</w:t>
      </w:r>
      <w:proofErr w:type="spellEnd"/>
      <w:r>
        <w:t xml:space="preserve"> </w:t>
      </w:r>
      <w:proofErr w:type="spellStart"/>
      <w:r>
        <w:t>tregtarët</w:t>
      </w:r>
      <w:proofErr w:type="spellEnd"/>
      <w:r>
        <w:t xml:space="preserve">, por </w:t>
      </w:r>
      <w:proofErr w:type="spellStart"/>
      <w:r>
        <w:t>që</w:t>
      </w:r>
      <w:proofErr w:type="spellEnd"/>
      <w:r>
        <w:t xml:space="preserve"> </w:t>
      </w:r>
      <w:proofErr w:type="spellStart"/>
      <w:r>
        <w:t>normalisht</w:t>
      </w:r>
      <w:proofErr w:type="spellEnd"/>
      <w:r>
        <w:t xml:space="preserve"> po </w:t>
      </w:r>
      <w:proofErr w:type="spellStart"/>
      <w:r>
        <w:t>nuk</w:t>
      </w:r>
      <w:proofErr w:type="spellEnd"/>
      <w:r>
        <w:t xml:space="preserve"> u </w:t>
      </w:r>
      <w:proofErr w:type="spellStart"/>
      <w:r>
        <w:t>mbush</w:t>
      </w:r>
      <w:proofErr w:type="spellEnd"/>
      <w:r>
        <w:t xml:space="preserve"> </w:t>
      </w:r>
      <w:proofErr w:type="spellStart"/>
      <w:r>
        <w:t>arka</w:t>
      </w:r>
      <w:proofErr w:type="spellEnd"/>
      <w:r>
        <w:t xml:space="preserve">, </w:t>
      </w:r>
      <w:proofErr w:type="spellStart"/>
      <w:r>
        <w:t>problemet</w:t>
      </w:r>
      <w:proofErr w:type="spellEnd"/>
      <w:r>
        <w:t xml:space="preserve"> </w:t>
      </w:r>
      <w:proofErr w:type="spellStart"/>
      <w:r>
        <w:t>mballta</w:t>
      </w:r>
      <w:proofErr w:type="spellEnd"/>
      <w:r>
        <w:t xml:space="preserve"> </w:t>
      </w:r>
      <w:proofErr w:type="spellStart"/>
      <w:r>
        <w:t>quhen</w:t>
      </w:r>
      <w:proofErr w:type="spellEnd"/>
      <w:r>
        <w:t xml:space="preserve"> </w:t>
      </w:r>
      <w:proofErr w:type="spellStart"/>
      <w:r>
        <w:t>edhe</w:t>
      </w:r>
      <w:proofErr w:type="spellEnd"/>
      <w:r>
        <w:t xml:space="preserve"> </w:t>
      </w:r>
      <w:proofErr w:type="spellStart"/>
      <w:r>
        <w:t>janë</w:t>
      </w:r>
      <w:proofErr w:type="spellEnd"/>
      <w:r>
        <w:t xml:space="preserve"> </w:t>
      </w:r>
      <w:proofErr w:type="spellStart"/>
      <w:r>
        <w:t>të</w:t>
      </w:r>
      <w:proofErr w:type="spellEnd"/>
      <w:r>
        <w:t xml:space="preserve"> </w:t>
      </w:r>
      <w:proofErr w:type="spellStart"/>
      <w:r>
        <w:t>paçmanshme</w:t>
      </w:r>
      <w:proofErr w:type="spellEnd"/>
      <w:r>
        <w:t xml:space="preserve"> </w:t>
      </w:r>
      <w:proofErr w:type="spellStart"/>
      <w:r>
        <w:t>tek</w:t>
      </w:r>
      <w:proofErr w:type="spellEnd"/>
      <w:r>
        <w:t xml:space="preserve"> </w:t>
      </w:r>
      <w:proofErr w:type="spellStart"/>
      <w:r>
        <w:t>bashkitë</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kapim</w:t>
      </w:r>
      <w:proofErr w:type="spellEnd"/>
      <w:r>
        <w:t xml:space="preserve"> </w:t>
      </w:r>
      <w:proofErr w:type="spellStart"/>
      <w:r>
        <w:t>pjesën</w:t>
      </w:r>
      <w:proofErr w:type="spellEnd"/>
      <w:r>
        <w:t xml:space="preserve"> e </w:t>
      </w:r>
      <w:proofErr w:type="spellStart"/>
      <w:r>
        <w:t>ujit</w:t>
      </w:r>
      <w:proofErr w:type="spellEnd"/>
      <w:r>
        <w:t xml:space="preserve">, Kristiani e </w:t>
      </w:r>
      <w:proofErr w:type="spellStart"/>
      <w:r>
        <w:t>tha</w:t>
      </w:r>
      <w:proofErr w:type="spellEnd"/>
      <w:r>
        <w:t xml:space="preserve"> </w:t>
      </w:r>
      <w:proofErr w:type="spellStart"/>
      <w:r>
        <w:t>tamam</w:t>
      </w:r>
      <w:proofErr w:type="spellEnd"/>
      <w:r>
        <w:t xml:space="preserve">, </w:t>
      </w:r>
      <w:proofErr w:type="spellStart"/>
      <w:r>
        <w:t>unë</w:t>
      </w:r>
      <w:proofErr w:type="spellEnd"/>
      <w:r>
        <w:t xml:space="preserve"> </w:t>
      </w:r>
      <w:proofErr w:type="spellStart"/>
      <w:r>
        <w:t>kam</w:t>
      </w:r>
      <w:proofErr w:type="spellEnd"/>
      <w:r>
        <w:t xml:space="preserve"> </w:t>
      </w:r>
      <w:proofErr w:type="spellStart"/>
      <w:r>
        <w:t>specifikë</w:t>
      </w:r>
      <w:proofErr w:type="spellEnd"/>
      <w:r>
        <w:t xml:space="preserve"> </w:t>
      </w:r>
      <w:proofErr w:type="spellStart"/>
      <w:r>
        <w:t>tjetër</w:t>
      </w:r>
      <w:proofErr w:type="spellEnd"/>
      <w:r>
        <w:t xml:space="preserve">, </w:t>
      </w:r>
      <w:proofErr w:type="spellStart"/>
      <w:r>
        <w:t>ky</w:t>
      </w:r>
      <w:proofErr w:type="spellEnd"/>
      <w:r>
        <w:t xml:space="preserve"> ka </w:t>
      </w:r>
      <w:proofErr w:type="spellStart"/>
      <w:r>
        <w:t>specifikë</w:t>
      </w:r>
      <w:proofErr w:type="spellEnd"/>
      <w:r>
        <w:t xml:space="preserve"> </w:t>
      </w:r>
      <w:proofErr w:type="spellStart"/>
      <w:r>
        <w:t>tjetër</w:t>
      </w:r>
      <w:proofErr w:type="spellEnd"/>
      <w:r>
        <w:t xml:space="preserve">, apo </w:t>
      </w:r>
      <w:proofErr w:type="spellStart"/>
      <w:r>
        <w:t>dikush</w:t>
      </w:r>
      <w:proofErr w:type="spellEnd"/>
      <w:r>
        <w:t xml:space="preserve"> </w:t>
      </w:r>
      <w:proofErr w:type="spellStart"/>
      <w:r>
        <w:t>tjetër</w:t>
      </w:r>
      <w:proofErr w:type="spellEnd"/>
      <w:r>
        <w:t xml:space="preserve"> </w:t>
      </w:r>
      <w:proofErr w:type="spellStart"/>
      <w:r>
        <w:t>mund</w:t>
      </w:r>
      <w:proofErr w:type="spellEnd"/>
      <w:r>
        <w:t xml:space="preserve"> </w:t>
      </w:r>
      <w:proofErr w:type="spellStart"/>
      <w:r>
        <w:t>të</w:t>
      </w:r>
      <w:proofErr w:type="spellEnd"/>
      <w:r>
        <w:t xml:space="preserve"> </w:t>
      </w:r>
      <w:proofErr w:type="spellStart"/>
      <w:r>
        <w:t>ketë</w:t>
      </w:r>
      <w:proofErr w:type="spellEnd"/>
      <w:r>
        <w:t xml:space="preserve"> </w:t>
      </w:r>
      <w:proofErr w:type="spellStart"/>
      <w:r>
        <w:t>ndryshe</w:t>
      </w:r>
      <w:proofErr w:type="spellEnd"/>
      <w:r>
        <w:t xml:space="preserve">, </w:t>
      </w:r>
      <w:proofErr w:type="spellStart"/>
      <w:r>
        <w:t>janë</w:t>
      </w:r>
      <w:proofErr w:type="spellEnd"/>
      <w:r>
        <w:t xml:space="preserve"> </w:t>
      </w:r>
      <w:proofErr w:type="spellStart"/>
      <w:r>
        <w:t>kënaqur</w:t>
      </w:r>
      <w:proofErr w:type="spellEnd"/>
      <w:r>
        <w:t xml:space="preserve"> </w:t>
      </w:r>
      <w:proofErr w:type="spellStart"/>
      <w:r>
        <w:t>vetë</w:t>
      </w:r>
      <w:proofErr w:type="spellEnd"/>
      <w:r>
        <w:t xml:space="preserve"> </w:t>
      </w:r>
      <w:proofErr w:type="spellStart"/>
      <w:r>
        <w:t>bashkitë</w:t>
      </w:r>
      <w:proofErr w:type="spellEnd"/>
      <w:r>
        <w:t xml:space="preserve"> </w:t>
      </w:r>
      <w:proofErr w:type="spellStart"/>
      <w:r>
        <w:t>që</w:t>
      </w:r>
      <w:proofErr w:type="spellEnd"/>
      <w:r>
        <w:t xml:space="preserve"> </w:t>
      </w:r>
      <w:proofErr w:type="spellStart"/>
      <w:r>
        <w:t>donin</w:t>
      </w:r>
      <w:proofErr w:type="spellEnd"/>
      <w:r>
        <w:t xml:space="preserve"> </w:t>
      </w:r>
      <w:proofErr w:type="spellStart"/>
      <w:r>
        <w:t>t'ia</w:t>
      </w:r>
      <w:proofErr w:type="spellEnd"/>
      <w:r>
        <w:t xml:space="preserve"> </w:t>
      </w:r>
      <w:proofErr w:type="spellStart"/>
      <w:r>
        <w:t>vunë</w:t>
      </w:r>
      <w:proofErr w:type="spellEnd"/>
      <w:r>
        <w:t xml:space="preserve"> </w:t>
      </w:r>
      <w:proofErr w:type="spellStart"/>
      <w:r>
        <w:t>ujësjellësit</w:t>
      </w:r>
      <w:proofErr w:type="spellEnd"/>
      <w:r>
        <w:t xml:space="preserve"> </w:t>
      </w:r>
      <w:proofErr w:type="spellStart"/>
      <w:r>
        <w:t>qeverisë</w:t>
      </w:r>
      <w:proofErr w:type="spellEnd"/>
      <w:r>
        <w:t xml:space="preserve">. </w:t>
      </w:r>
      <w:proofErr w:type="spellStart"/>
      <w:r>
        <w:t>Arsyet</w:t>
      </w:r>
      <w:proofErr w:type="spellEnd"/>
      <w:r>
        <w:t xml:space="preserve"> </w:t>
      </w:r>
      <w:proofErr w:type="spellStart"/>
      <w:r>
        <w:t>ishin</w:t>
      </w:r>
      <w:proofErr w:type="spellEnd"/>
      <w:r>
        <w:t xml:space="preserve"> </w:t>
      </w:r>
      <w:proofErr w:type="spellStart"/>
      <w:r>
        <w:t>t'i</w:t>
      </w:r>
      <w:proofErr w:type="spellEnd"/>
      <w:r>
        <w:t xml:space="preserve"> </w:t>
      </w:r>
      <w:proofErr w:type="spellStart"/>
      <w:r>
        <w:t>kenë</w:t>
      </w:r>
      <w:proofErr w:type="spellEnd"/>
      <w:r>
        <w:t xml:space="preserve"> </w:t>
      </w:r>
      <w:proofErr w:type="spellStart"/>
      <w:r>
        <w:t>kryetarë</w:t>
      </w:r>
      <w:proofErr w:type="spellEnd"/>
      <w:r>
        <w:t xml:space="preserve"> </w:t>
      </w:r>
      <w:proofErr w:type="spellStart"/>
      <w:r>
        <w:t>bashkitë</w:t>
      </w:r>
      <w:proofErr w:type="spellEnd"/>
      <w:r>
        <w:t xml:space="preserve"> </w:t>
      </w:r>
      <w:proofErr w:type="spellStart"/>
      <w:r>
        <w:t>vetë</w:t>
      </w:r>
      <w:proofErr w:type="spellEnd"/>
      <w:r>
        <w:t xml:space="preserve">, </w:t>
      </w:r>
      <w:proofErr w:type="spellStart"/>
      <w:r>
        <w:t>arsyet</w:t>
      </w:r>
      <w:proofErr w:type="spellEnd"/>
      <w:r>
        <w:t xml:space="preserve"> </w:t>
      </w:r>
      <w:proofErr w:type="spellStart"/>
      <w:r>
        <w:t>ishin</w:t>
      </w:r>
      <w:proofErr w:type="spellEnd"/>
      <w:r>
        <w:t xml:space="preserve"> </w:t>
      </w:r>
      <w:proofErr w:type="spellStart"/>
      <w:r>
        <w:t>të</w:t>
      </w:r>
      <w:proofErr w:type="spellEnd"/>
      <w:r>
        <w:t xml:space="preserve"> </w:t>
      </w:r>
      <w:proofErr w:type="spellStart"/>
      <w:r>
        <w:t>shumëllojshme</w:t>
      </w:r>
      <w:proofErr w:type="spellEnd"/>
      <w:r>
        <w:t xml:space="preserve">, por </w:t>
      </w:r>
      <w:proofErr w:type="spellStart"/>
      <w:r>
        <w:t>konkretisht</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kishte</w:t>
      </w:r>
      <w:proofErr w:type="spellEnd"/>
      <w:r>
        <w:t xml:space="preserve"> </w:t>
      </w:r>
      <w:proofErr w:type="spellStart"/>
      <w:r>
        <w:t>bashki</w:t>
      </w:r>
      <w:proofErr w:type="spellEnd"/>
      <w:r>
        <w:t xml:space="preserve"> </w:t>
      </w:r>
      <w:proofErr w:type="spellStart"/>
      <w:r>
        <w:t>që</w:t>
      </w:r>
      <w:proofErr w:type="spellEnd"/>
      <w:r>
        <w:t xml:space="preserve"> </w:t>
      </w:r>
      <w:proofErr w:type="spellStart"/>
      <w:r>
        <w:t>kishte</w:t>
      </w:r>
      <w:proofErr w:type="spellEnd"/>
      <w:r>
        <w:t xml:space="preserve"> 6 </w:t>
      </w:r>
      <w:proofErr w:type="spellStart"/>
      <w:r>
        <w:t>milionë</w:t>
      </w:r>
      <w:proofErr w:type="spellEnd"/>
      <w:r>
        <w:t xml:space="preserve">, 8 </w:t>
      </w:r>
      <w:proofErr w:type="spellStart"/>
      <w:r>
        <w:t>milionë</w:t>
      </w:r>
      <w:proofErr w:type="spellEnd"/>
      <w:r>
        <w:t xml:space="preserve"> </w:t>
      </w:r>
      <w:proofErr w:type="spellStart"/>
      <w:r>
        <w:t>borxhe</w:t>
      </w:r>
      <w:proofErr w:type="spellEnd"/>
      <w:r>
        <w:t xml:space="preserve"> </w:t>
      </w:r>
      <w:proofErr w:type="spellStart"/>
      <w:r>
        <w:t>tek</w:t>
      </w:r>
      <w:proofErr w:type="spellEnd"/>
      <w:r>
        <w:t xml:space="preserve"> </w:t>
      </w:r>
      <w:proofErr w:type="spellStart"/>
      <w:r>
        <w:t>ndërmarrja</w:t>
      </w:r>
      <w:proofErr w:type="spellEnd"/>
      <w:r>
        <w:t xml:space="preserve"> e </w:t>
      </w:r>
      <w:proofErr w:type="spellStart"/>
      <w:r>
        <w:t>elektrikut</w:t>
      </w:r>
      <w:proofErr w:type="spellEnd"/>
      <w:r>
        <w:t xml:space="preserve">. </w:t>
      </w:r>
      <w:proofErr w:type="spellStart"/>
      <w:r>
        <w:t>Normalisht</w:t>
      </w:r>
      <w:proofErr w:type="spellEnd"/>
      <w:r>
        <w:t xml:space="preserve"> </w:t>
      </w:r>
      <w:proofErr w:type="spellStart"/>
      <w:r>
        <w:t>ujësjellësi</w:t>
      </w:r>
      <w:proofErr w:type="spellEnd"/>
      <w:r>
        <w:t xml:space="preserve"> </w:t>
      </w:r>
      <w:proofErr w:type="spellStart"/>
      <w:r>
        <w:t>nuk</w:t>
      </w:r>
      <w:proofErr w:type="spellEnd"/>
      <w:r>
        <w:t xml:space="preserve"> </w:t>
      </w:r>
      <w:proofErr w:type="spellStart"/>
      <w:r>
        <w:t>dilte</w:t>
      </w:r>
      <w:proofErr w:type="spellEnd"/>
      <w:r>
        <w:t xml:space="preserve"> </w:t>
      </w:r>
      <w:proofErr w:type="spellStart"/>
      <w:r>
        <w:t>në</w:t>
      </w:r>
      <w:proofErr w:type="spellEnd"/>
      <w:r>
        <w:t xml:space="preserve"> </w:t>
      </w:r>
      <w:proofErr w:type="spellStart"/>
      <w:r>
        <w:t>bilanc</w:t>
      </w:r>
      <w:proofErr w:type="spellEnd"/>
      <w:r>
        <w:t xml:space="preserve"> me </w:t>
      </w:r>
      <w:proofErr w:type="spellStart"/>
      <w:r>
        <w:t>fitim</w:t>
      </w:r>
      <w:proofErr w:type="spellEnd"/>
      <w:r>
        <w:t xml:space="preserve"> </w:t>
      </w:r>
      <w:proofErr w:type="spellStart"/>
      <w:r>
        <w:t>dhe</w:t>
      </w:r>
      <w:proofErr w:type="spellEnd"/>
      <w:r>
        <w:t xml:space="preserve"> </w:t>
      </w:r>
      <w:proofErr w:type="spellStart"/>
      <w:r>
        <w:t>hadi</w:t>
      </w:r>
      <w:proofErr w:type="spellEnd"/>
      <w:r>
        <w:t xml:space="preserve"> </w:t>
      </w:r>
      <w:proofErr w:type="spellStart"/>
      <w:r>
        <w:t>t'i</w:t>
      </w:r>
      <w:proofErr w:type="spellEnd"/>
      <w:r>
        <w:t xml:space="preserve"> ta </w:t>
      </w:r>
      <w:proofErr w:type="spellStart"/>
      <w:r>
        <w:t>heqi</w:t>
      </w:r>
      <w:proofErr w:type="spellEnd"/>
      <w:r>
        <w:t xml:space="preserve">. </w:t>
      </w:r>
      <w:proofErr w:type="spellStart"/>
      <w:r>
        <w:t>Edhe</w:t>
      </w:r>
      <w:proofErr w:type="spellEnd"/>
      <w:r>
        <w:t xml:space="preserve"> </w:t>
      </w:r>
      <w:proofErr w:type="spellStart"/>
      <w:r>
        <w:t>në</w:t>
      </w:r>
      <w:proofErr w:type="spellEnd"/>
      <w:r>
        <w:t xml:space="preserve"> </w:t>
      </w:r>
      <w:proofErr w:type="spellStart"/>
      <w:r>
        <w:t>kuptimin</w:t>
      </w:r>
      <w:proofErr w:type="spellEnd"/>
      <w:r>
        <w:t xml:space="preserve"> e </w:t>
      </w:r>
      <w:proofErr w:type="spellStart"/>
      <w:r>
        <w:t>fjalës</w:t>
      </w:r>
      <w:proofErr w:type="spellEnd"/>
      <w:r>
        <w:t xml:space="preserve">, </w:t>
      </w:r>
      <w:proofErr w:type="spellStart"/>
      <w:r>
        <w:t>tek</w:t>
      </w:r>
      <w:proofErr w:type="spellEnd"/>
      <w:r>
        <w:t xml:space="preserve"> </w:t>
      </w:r>
      <w:proofErr w:type="spellStart"/>
      <w:r>
        <w:t>pjesa</w:t>
      </w:r>
      <w:proofErr w:type="spellEnd"/>
      <w:r>
        <w:t xml:space="preserve"> e </w:t>
      </w:r>
      <w:proofErr w:type="spellStart"/>
      <w:r>
        <w:t>menaxhimit</w:t>
      </w:r>
      <w:proofErr w:type="spellEnd"/>
      <w:r>
        <w:t xml:space="preserve"> </w:t>
      </w:r>
      <w:proofErr w:type="spellStart"/>
      <w:r>
        <w:t>të</w:t>
      </w:r>
      <w:proofErr w:type="spellEnd"/>
      <w:r>
        <w:t xml:space="preserve"> </w:t>
      </w:r>
      <w:proofErr w:type="spellStart"/>
      <w:r>
        <w:t>bashkisë</w:t>
      </w:r>
      <w:proofErr w:type="spellEnd"/>
      <w:r>
        <w:t xml:space="preserve"> apo </w:t>
      </w:r>
      <w:proofErr w:type="spellStart"/>
      <w:r>
        <w:t>të</w:t>
      </w:r>
      <w:proofErr w:type="spellEnd"/>
      <w:r>
        <w:t xml:space="preserve"> </w:t>
      </w:r>
      <w:proofErr w:type="spellStart"/>
      <w:r>
        <w:t>një</w:t>
      </w:r>
      <w:proofErr w:type="spellEnd"/>
      <w:r>
        <w:t xml:space="preserve"> </w:t>
      </w:r>
      <w:proofErr w:type="spellStart"/>
      <w:r>
        <w:t>kryetari</w:t>
      </w:r>
      <w:proofErr w:type="spellEnd"/>
      <w:r>
        <w:t xml:space="preserve"> </w:t>
      </w:r>
      <w:proofErr w:type="spellStart"/>
      <w:r>
        <w:t>të</w:t>
      </w:r>
      <w:proofErr w:type="spellEnd"/>
      <w:r>
        <w:t xml:space="preserve"> </w:t>
      </w:r>
      <w:proofErr w:type="spellStart"/>
      <w:r>
        <w:t>bashkisë</w:t>
      </w:r>
      <w:proofErr w:type="spellEnd"/>
      <w:r>
        <w:t xml:space="preserve">, u </w:t>
      </w:r>
      <w:proofErr w:type="spellStart"/>
      <w:r>
        <w:t>konceptua</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si</w:t>
      </w:r>
      <w:proofErr w:type="spellEnd"/>
      <w:r>
        <w:t xml:space="preserve"> </w:t>
      </w:r>
      <w:proofErr w:type="spellStart"/>
      <w:r>
        <w:t>një</w:t>
      </w:r>
      <w:proofErr w:type="spellEnd"/>
      <w:r>
        <w:t xml:space="preserve"> hall </w:t>
      </w:r>
      <w:proofErr w:type="spellStart"/>
      <w:r>
        <w:t>më</w:t>
      </w:r>
      <w:proofErr w:type="spellEnd"/>
      <w:r>
        <w:t xml:space="preserve"> </w:t>
      </w:r>
      <w:proofErr w:type="spellStart"/>
      <w:r>
        <w:t>pak.</w:t>
      </w:r>
      <w:proofErr w:type="spellEnd"/>
      <w:r>
        <w:t xml:space="preserve"> </w:t>
      </w:r>
      <w:proofErr w:type="spellStart"/>
      <w:r>
        <w:t>Edhe</w:t>
      </w:r>
      <w:proofErr w:type="spellEnd"/>
      <w:r>
        <w:t xml:space="preserve"> </w:t>
      </w:r>
      <w:proofErr w:type="spellStart"/>
      <w:r>
        <w:t>gati</w:t>
      </w:r>
      <w:proofErr w:type="spellEnd"/>
      <w:r>
        <w:t xml:space="preserve"> </w:t>
      </w:r>
      <w:proofErr w:type="spellStart"/>
      <w:r>
        <w:t>mami</w:t>
      </w:r>
      <w:proofErr w:type="spellEnd"/>
      <w:r>
        <w:t xml:space="preserve"> </w:t>
      </w:r>
      <w:proofErr w:type="spellStart"/>
      <w:r>
        <w:t>më</w:t>
      </w:r>
      <w:proofErr w:type="spellEnd"/>
      <w:r>
        <w:t xml:space="preserve"> </w:t>
      </w:r>
      <w:proofErr w:type="spellStart"/>
      <w:r>
        <w:t>tha</w:t>
      </w:r>
      <w:proofErr w:type="spellEnd"/>
      <w:r>
        <w:t>: "</w:t>
      </w:r>
      <w:proofErr w:type="spellStart"/>
      <w:r>
        <w:t>Ti</w:t>
      </w:r>
      <w:proofErr w:type="spellEnd"/>
      <w:r>
        <w:t xml:space="preserve"> </w:t>
      </w:r>
      <w:proofErr w:type="spellStart"/>
      <w:r>
        <w:t>çmangesh</w:t>
      </w:r>
      <w:proofErr w:type="spellEnd"/>
      <w:r>
        <w:t xml:space="preserve"> </w:t>
      </w:r>
      <w:proofErr w:type="spellStart"/>
      <w:r>
        <w:t>nga</w:t>
      </w:r>
      <w:proofErr w:type="spellEnd"/>
      <w:r>
        <w:t xml:space="preserve"> </w:t>
      </w:r>
      <w:proofErr w:type="spellStart"/>
      <w:r>
        <w:t>një</w:t>
      </w:r>
      <w:proofErr w:type="spellEnd"/>
      <w:r>
        <w:t xml:space="preserve"> </w:t>
      </w:r>
      <w:proofErr w:type="spellStart"/>
      <w:r>
        <w:t>pjesë</w:t>
      </w:r>
      <w:proofErr w:type="spellEnd"/>
      <w:r>
        <w:t xml:space="preserve"> e </w:t>
      </w:r>
      <w:proofErr w:type="spellStart"/>
      <w:r>
        <w:t>mirë</w:t>
      </w:r>
      <w:proofErr w:type="spellEnd"/>
      <w:r>
        <w:t xml:space="preserve"> e </w:t>
      </w:r>
      <w:proofErr w:type="spellStart"/>
      <w:r>
        <w:t>jona</w:t>
      </w:r>
      <w:proofErr w:type="spellEnd"/>
      <w:r>
        <w:t xml:space="preserve">, pa </w:t>
      </w:r>
      <w:proofErr w:type="spellStart"/>
      <w:r>
        <w:t>paragjykuar</w:t>
      </w:r>
      <w:proofErr w:type="spellEnd"/>
      <w:r>
        <w:t xml:space="preserve"> as </w:t>
      </w:r>
      <w:proofErr w:type="spellStart"/>
      <w:r>
        <w:t>njërin</w:t>
      </w:r>
      <w:proofErr w:type="spellEnd"/>
      <w:r>
        <w:t xml:space="preserve"> </w:t>
      </w:r>
      <w:proofErr w:type="spellStart"/>
      <w:r>
        <w:t>nga</w:t>
      </w:r>
      <w:proofErr w:type="spellEnd"/>
      <w:r>
        <w:t xml:space="preserve"> </w:t>
      </w:r>
      <w:proofErr w:type="spellStart"/>
      <w:r>
        <w:t>kolegët</w:t>
      </w:r>
      <w:proofErr w:type="spellEnd"/>
      <w:r>
        <w:t xml:space="preserve"> e mi." </w:t>
      </w:r>
      <w:proofErr w:type="spellStart"/>
      <w:r>
        <w:t>Sepse</w:t>
      </w:r>
      <w:proofErr w:type="spellEnd"/>
      <w:r>
        <w:t xml:space="preserve"> </w:t>
      </w:r>
      <w:proofErr w:type="spellStart"/>
      <w:r>
        <w:t>normalisht</w:t>
      </w:r>
      <w:proofErr w:type="spellEnd"/>
      <w:r>
        <w:t xml:space="preserve"> ne </w:t>
      </w:r>
      <w:proofErr w:type="spellStart"/>
      <w:r>
        <w:t>na</w:t>
      </w:r>
      <w:proofErr w:type="spellEnd"/>
      <w:r>
        <w:t xml:space="preserve"> </w:t>
      </w:r>
      <w:proofErr w:type="spellStart"/>
      <w:r>
        <w:t>takuam</w:t>
      </w:r>
      <w:proofErr w:type="spellEnd"/>
      <w:r>
        <w:t xml:space="preserve"> me </w:t>
      </w:r>
      <w:proofErr w:type="spellStart"/>
      <w:r>
        <w:t>marrë</w:t>
      </w:r>
      <w:proofErr w:type="spellEnd"/>
      <w:r>
        <w:t xml:space="preserve"> </w:t>
      </w:r>
      <w:proofErr w:type="spellStart"/>
      <w:r>
        <w:t>përsipër</w:t>
      </w:r>
      <w:proofErr w:type="spellEnd"/>
      <w:r>
        <w:t xml:space="preserve"> </w:t>
      </w:r>
      <w:proofErr w:type="spellStart"/>
      <w:r>
        <w:t>që</w:t>
      </w:r>
      <w:proofErr w:type="spellEnd"/>
      <w:r>
        <w:t xml:space="preserve"> ne </w:t>
      </w:r>
      <w:proofErr w:type="spellStart"/>
      <w:r>
        <w:t>jemi</w:t>
      </w:r>
      <w:proofErr w:type="spellEnd"/>
      <w:r>
        <w:t xml:space="preserve"> </w:t>
      </w:r>
      <w:proofErr w:type="spellStart"/>
      <w:r>
        <w:t>më</w:t>
      </w:r>
      <w:proofErr w:type="spellEnd"/>
      <w:r>
        <w:t xml:space="preserve"> </w:t>
      </w:r>
      <w:proofErr w:type="spellStart"/>
      <w:r>
        <w:t>afër</w:t>
      </w:r>
      <w:proofErr w:type="spellEnd"/>
      <w:r>
        <w:t xml:space="preserve"> </w:t>
      </w:r>
      <w:proofErr w:type="spellStart"/>
      <w:r>
        <w:t>qytetarëve</w:t>
      </w:r>
      <w:proofErr w:type="spellEnd"/>
      <w:r>
        <w:t xml:space="preserve"> </w:t>
      </w:r>
      <w:proofErr w:type="spellStart"/>
      <w:r>
        <w:t>dhe</w:t>
      </w:r>
      <w:proofErr w:type="spellEnd"/>
      <w:r>
        <w:t xml:space="preserve"> ne e </w:t>
      </w:r>
      <w:proofErr w:type="spellStart"/>
      <w:r>
        <w:t>menaxhojmë</w:t>
      </w:r>
      <w:proofErr w:type="spellEnd"/>
      <w:r>
        <w:t xml:space="preserve"> </w:t>
      </w:r>
      <w:proofErr w:type="spellStart"/>
      <w:r>
        <w:t>më</w:t>
      </w:r>
      <w:proofErr w:type="spellEnd"/>
      <w:r>
        <w:t xml:space="preserve"> </w:t>
      </w:r>
      <w:proofErr w:type="spellStart"/>
      <w:r>
        <w:t>mirë</w:t>
      </w:r>
      <w:proofErr w:type="spellEnd"/>
      <w:r>
        <w:t xml:space="preserve">, e </w:t>
      </w:r>
      <w:proofErr w:type="spellStart"/>
      <w:r>
        <w:t>më</w:t>
      </w:r>
      <w:proofErr w:type="spellEnd"/>
      <w:r>
        <w:t xml:space="preserve"> me </w:t>
      </w:r>
      <w:proofErr w:type="spellStart"/>
      <w:r>
        <w:t>seriozitet</w:t>
      </w:r>
      <w:proofErr w:type="spellEnd"/>
      <w:r>
        <w:t xml:space="preserve"> se </w:t>
      </w:r>
      <w:proofErr w:type="spellStart"/>
      <w:r>
        <w:t>mund</w:t>
      </w:r>
      <w:proofErr w:type="spellEnd"/>
      <w:r>
        <w:t xml:space="preserve"> </w:t>
      </w:r>
      <w:proofErr w:type="spellStart"/>
      <w:r>
        <w:t>të</w:t>
      </w:r>
      <w:proofErr w:type="spellEnd"/>
      <w:r>
        <w:t xml:space="preserve"> </w:t>
      </w:r>
      <w:proofErr w:type="spellStart"/>
      <w:r>
        <w:t>menaxhojnë</w:t>
      </w:r>
      <w:proofErr w:type="spellEnd"/>
      <w:r>
        <w:t xml:space="preserve"> </w:t>
      </w:r>
      <w:proofErr w:type="spellStart"/>
      <w:r>
        <w:t>një</w:t>
      </w:r>
      <w:proofErr w:type="spellEnd"/>
      <w:r>
        <w:t xml:space="preserve"> </w:t>
      </w:r>
      <w:proofErr w:type="spellStart"/>
      <w:r>
        <w:t>institucion</w:t>
      </w:r>
      <w:proofErr w:type="spellEnd"/>
      <w:r>
        <w:t xml:space="preserve"> </w:t>
      </w:r>
      <w:proofErr w:type="spellStart"/>
      <w:r>
        <w:t>që</w:t>
      </w:r>
      <w:proofErr w:type="spellEnd"/>
      <w:r>
        <w:t xml:space="preserve"> </w:t>
      </w:r>
      <w:proofErr w:type="spellStart"/>
      <w:r>
        <w:t>mbaret</w:t>
      </w:r>
      <w:proofErr w:type="spellEnd"/>
      <w:r>
        <w:t xml:space="preserve"> </w:t>
      </w:r>
      <w:proofErr w:type="spellStart"/>
      <w:r>
        <w:t>nga</w:t>
      </w:r>
      <w:proofErr w:type="spellEnd"/>
      <w:r>
        <w:t xml:space="preserve"> </w:t>
      </w:r>
      <w:proofErr w:type="spellStart"/>
      <w:r>
        <w:t>një</w:t>
      </w:r>
      <w:proofErr w:type="spellEnd"/>
      <w:r>
        <w:t xml:space="preserve"> </w:t>
      </w:r>
      <w:proofErr w:type="spellStart"/>
      <w:r>
        <w:t>bërtë</w:t>
      </w:r>
      <w:proofErr w:type="spellEnd"/>
      <w:r>
        <w:t xml:space="preserve">, </w:t>
      </w:r>
      <w:proofErr w:type="spellStart"/>
      <w:r>
        <w:t>ku</w:t>
      </w:r>
      <w:proofErr w:type="spellEnd"/>
      <w:r>
        <w:t xml:space="preserve"> </w:t>
      </w:r>
      <w:proofErr w:type="spellStart"/>
      <w:r>
        <w:t>mazharancën</w:t>
      </w:r>
      <w:proofErr w:type="spellEnd"/>
      <w:r>
        <w:t xml:space="preserve"> e ka </w:t>
      </w:r>
      <w:proofErr w:type="spellStart"/>
      <w:r>
        <w:t>ministria</w:t>
      </w:r>
      <w:proofErr w:type="spellEnd"/>
      <w:r>
        <w:t xml:space="preserve">. </w:t>
      </w:r>
      <w:proofErr w:type="spellStart"/>
      <w:r>
        <w:t>Unë</w:t>
      </w:r>
      <w:proofErr w:type="spellEnd"/>
      <w:r>
        <w:t xml:space="preserve"> them </w:t>
      </w:r>
      <w:proofErr w:type="spellStart"/>
      <w:r>
        <w:t>që</w:t>
      </w:r>
      <w:proofErr w:type="spellEnd"/>
      <w:r>
        <w:t xml:space="preserve"> </w:t>
      </w:r>
      <w:proofErr w:type="spellStart"/>
      <w:r>
        <w:t>bashkitë</w:t>
      </w:r>
      <w:proofErr w:type="spellEnd"/>
      <w:r>
        <w:t xml:space="preserve">, </w:t>
      </w:r>
      <w:proofErr w:type="spellStart"/>
      <w:r>
        <w:t>stafet</w:t>
      </w:r>
      <w:proofErr w:type="spellEnd"/>
      <w:r>
        <w:t xml:space="preserve"> e </w:t>
      </w:r>
      <w:proofErr w:type="spellStart"/>
      <w:r>
        <w:t>bashkive</w:t>
      </w:r>
      <w:proofErr w:type="spellEnd"/>
      <w:r>
        <w:t xml:space="preserve">, </w:t>
      </w:r>
      <w:proofErr w:type="spellStart"/>
      <w:r>
        <w:t>kryetarët</w:t>
      </w:r>
      <w:proofErr w:type="spellEnd"/>
      <w:r>
        <w:t xml:space="preserve"> e </w:t>
      </w:r>
      <w:proofErr w:type="spellStart"/>
      <w:r>
        <w:t>bashkive</w:t>
      </w:r>
      <w:proofErr w:type="spellEnd"/>
      <w:r>
        <w:t xml:space="preserve"> </w:t>
      </w:r>
      <w:proofErr w:type="spellStart"/>
      <w:r>
        <w:t>janë</w:t>
      </w:r>
      <w:proofErr w:type="spellEnd"/>
      <w:r>
        <w:t xml:space="preserve"> </w:t>
      </w:r>
      <w:proofErr w:type="spellStart"/>
      <w:r>
        <w:t>më</w:t>
      </w:r>
      <w:proofErr w:type="spellEnd"/>
      <w:r>
        <w:t xml:space="preserve"> </w:t>
      </w:r>
      <w:proofErr w:type="spellStart"/>
      <w:r>
        <w:t>afër</w:t>
      </w:r>
      <w:proofErr w:type="spellEnd"/>
      <w:r>
        <w:t xml:space="preserve"> se </w:t>
      </w:r>
      <w:proofErr w:type="spellStart"/>
      <w:r>
        <w:t>gjithkush</w:t>
      </w:r>
      <w:proofErr w:type="spellEnd"/>
      <w:r>
        <w:t xml:space="preserve"> </w:t>
      </w:r>
      <w:proofErr w:type="spellStart"/>
      <w:r>
        <w:t>tjetër</w:t>
      </w:r>
      <w:proofErr w:type="spellEnd"/>
      <w:r>
        <w:t xml:space="preserve"> </w:t>
      </w:r>
      <w:proofErr w:type="spellStart"/>
      <w:r>
        <w:t>qytetarëve</w:t>
      </w:r>
      <w:proofErr w:type="spellEnd"/>
      <w:r>
        <w:t xml:space="preserve"> </w:t>
      </w:r>
      <w:proofErr w:type="spellStart"/>
      <w:r>
        <w:t>për</w:t>
      </w:r>
      <w:proofErr w:type="spellEnd"/>
      <w:r>
        <w:t xml:space="preserve"> </w:t>
      </w:r>
      <w:proofErr w:type="spellStart"/>
      <w:r>
        <w:t>hallet</w:t>
      </w:r>
      <w:proofErr w:type="spellEnd"/>
      <w:r>
        <w:t xml:space="preserve"> e </w:t>
      </w:r>
      <w:proofErr w:type="spellStart"/>
      <w:r>
        <w:t>tyre</w:t>
      </w:r>
      <w:proofErr w:type="spellEnd"/>
      <w:r>
        <w:t xml:space="preserve">. </w:t>
      </w:r>
      <w:proofErr w:type="spellStart"/>
      <w:r>
        <w:t>Pra</w:t>
      </w:r>
      <w:proofErr w:type="spellEnd"/>
      <w:r>
        <w:t xml:space="preserve">, </w:t>
      </w:r>
      <w:proofErr w:type="spellStart"/>
      <w:r>
        <w:t>ndryshe</w:t>
      </w:r>
      <w:proofErr w:type="spellEnd"/>
      <w:r>
        <w:t xml:space="preserve"> </w:t>
      </w:r>
      <w:proofErr w:type="spellStart"/>
      <w:r>
        <w:t>është</w:t>
      </w:r>
      <w:proofErr w:type="spellEnd"/>
      <w:r>
        <w:t xml:space="preserve"> </w:t>
      </w:r>
      <w:proofErr w:type="spellStart"/>
      <w:r>
        <w:t>të</w:t>
      </w:r>
      <w:proofErr w:type="spellEnd"/>
      <w:r>
        <w:t xml:space="preserve"> </w:t>
      </w:r>
      <w:proofErr w:type="spellStart"/>
      <w:r>
        <w:t>jem</w:t>
      </w:r>
      <w:proofErr w:type="spellEnd"/>
      <w:r>
        <w:t xml:space="preserve"> </w:t>
      </w:r>
      <w:proofErr w:type="spellStart"/>
      <w:r>
        <w:t>unë</w:t>
      </w:r>
      <w:proofErr w:type="spellEnd"/>
      <w:r>
        <w:t xml:space="preserve"> </w:t>
      </w:r>
      <w:proofErr w:type="spellStart"/>
      <w:r>
        <w:t>drejtor</w:t>
      </w:r>
      <w:proofErr w:type="spellEnd"/>
      <w:r>
        <w:t xml:space="preserve"> </w:t>
      </w:r>
      <w:proofErr w:type="spellStart"/>
      <w:r>
        <w:t>rajonal</w:t>
      </w:r>
      <w:proofErr w:type="spellEnd"/>
      <w:r>
        <w:t xml:space="preserve">, </w:t>
      </w:r>
      <w:proofErr w:type="spellStart"/>
      <w:r>
        <w:t>ndryshe</w:t>
      </w:r>
      <w:proofErr w:type="spellEnd"/>
      <w:r>
        <w:t xml:space="preserve"> </w:t>
      </w:r>
      <w:proofErr w:type="spellStart"/>
      <w:r>
        <w:t>ndryshon</w:t>
      </w:r>
      <w:proofErr w:type="spellEnd"/>
      <w:r>
        <w:t xml:space="preserve"> </w:t>
      </w:r>
      <w:proofErr w:type="spellStart"/>
      <w:r>
        <w:t>puna</w:t>
      </w:r>
      <w:proofErr w:type="spellEnd"/>
      <w:r>
        <w:t xml:space="preserve"> </w:t>
      </w:r>
      <w:proofErr w:type="spellStart"/>
      <w:r>
        <w:t>kur</w:t>
      </w:r>
      <w:proofErr w:type="spellEnd"/>
      <w:r>
        <w:t xml:space="preserve"> </w:t>
      </w:r>
      <w:proofErr w:type="spellStart"/>
      <w:r>
        <w:t>unë</w:t>
      </w:r>
      <w:proofErr w:type="spellEnd"/>
      <w:r>
        <w:t xml:space="preserve"> jam </w:t>
      </w:r>
      <w:proofErr w:type="spellStart"/>
      <w:r>
        <w:t>kryetar</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Sepse</w:t>
      </w:r>
      <w:proofErr w:type="spellEnd"/>
      <w:r>
        <w:t xml:space="preserve"> </w:t>
      </w:r>
      <w:proofErr w:type="spellStart"/>
      <w:r>
        <w:t>një</w:t>
      </w:r>
      <w:proofErr w:type="spellEnd"/>
      <w:r>
        <w:t xml:space="preserve"> </w:t>
      </w:r>
      <w:proofErr w:type="spellStart"/>
      <w:r>
        <w:t>përgjegjësi</w:t>
      </w:r>
      <w:proofErr w:type="spellEnd"/>
      <w:r>
        <w:t xml:space="preserve"> </w:t>
      </w:r>
      <w:proofErr w:type="spellStart"/>
      <w:r>
        <w:t>qytet</w:t>
      </w:r>
      <w:proofErr w:type="spellEnd"/>
      <w:r>
        <w:t xml:space="preserve"> e </w:t>
      </w:r>
      <w:proofErr w:type="spellStart"/>
      <w:r>
        <w:t>vota</w:t>
      </w:r>
      <w:proofErr w:type="spellEnd"/>
      <w:r>
        <w:t xml:space="preserve">, </w:t>
      </w:r>
      <w:proofErr w:type="spellStart"/>
      <w:r>
        <w:t>një</w:t>
      </w:r>
      <w:proofErr w:type="spellEnd"/>
      <w:r>
        <w:t xml:space="preserve"> </w:t>
      </w:r>
      <w:proofErr w:type="spellStart"/>
      <w:r>
        <w:t>përgjegjësi</w:t>
      </w:r>
      <w:proofErr w:type="spellEnd"/>
      <w:r>
        <w:t xml:space="preserve"> </w:t>
      </w:r>
      <w:proofErr w:type="spellStart"/>
      <w:r>
        <w:t>qytet</w:t>
      </w:r>
      <w:proofErr w:type="spellEnd"/>
      <w:r>
        <w:t xml:space="preserve">, </w:t>
      </w:r>
      <w:proofErr w:type="spellStart"/>
      <w:r>
        <w:t>përgjegjësia</w:t>
      </w:r>
      <w:proofErr w:type="spellEnd"/>
      <w:r>
        <w:t xml:space="preserve"> </w:t>
      </w:r>
      <w:proofErr w:type="spellStart"/>
      <w:r>
        <w:t>që</w:t>
      </w:r>
      <w:proofErr w:type="spellEnd"/>
      <w:r>
        <w:t xml:space="preserve"> </w:t>
      </w:r>
      <w:proofErr w:type="spellStart"/>
      <w:r>
        <w:t>kam</w:t>
      </w:r>
      <w:proofErr w:type="spellEnd"/>
      <w:r>
        <w:t xml:space="preserve"> </w:t>
      </w:r>
      <w:proofErr w:type="spellStart"/>
      <w:r>
        <w:t>ndaj</w:t>
      </w:r>
      <w:proofErr w:type="spellEnd"/>
      <w:r>
        <w:t xml:space="preserve"> </w:t>
      </w:r>
      <w:proofErr w:type="spellStart"/>
      <w:r>
        <w:t>atij</w:t>
      </w:r>
      <w:proofErr w:type="spellEnd"/>
      <w:r>
        <w:t xml:space="preserve"> </w:t>
      </w:r>
      <w:proofErr w:type="spellStart"/>
      <w:r>
        <w:t>komuniteti</w:t>
      </w:r>
      <w:proofErr w:type="spellEnd"/>
      <w:r>
        <w:t xml:space="preserve">, </w:t>
      </w:r>
      <w:proofErr w:type="spellStart"/>
      <w:r>
        <w:t>ndërsa</w:t>
      </w:r>
      <w:proofErr w:type="spellEnd"/>
      <w:r>
        <w:t xml:space="preserve"> </w:t>
      </w:r>
      <w:proofErr w:type="spellStart"/>
      <w:r>
        <w:t>dikush</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drejtor</w:t>
      </w:r>
      <w:proofErr w:type="spellEnd"/>
      <w:r>
        <w:t xml:space="preserve"> </w:t>
      </w:r>
      <w:proofErr w:type="spellStart"/>
      <w:r>
        <w:t>rajonal</w:t>
      </w:r>
      <w:proofErr w:type="spellEnd"/>
      <w:r>
        <w:t xml:space="preserve">, </w:t>
      </w:r>
      <w:proofErr w:type="spellStart"/>
      <w:r>
        <w:t>besoj</w:t>
      </w:r>
      <w:proofErr w:type="spellEnd"/>
      <w:r>
        <w:t xml:space="preserve"> </w:t>
      </w:r>
      <w:proofErr w:type="spellStart"/>
      <w:r>
        <w:t>që</w:t>
      </w:r>
      <w:proofErr w:type="spellEnd"/>
      <w:r>
        <w:t xml:space="preserve"> </w:t>
      </w:r>
      <w:proofErr w:type="spellStart"/>
      <w:r>
        <w:t>përgjegjësinë</w:t>
      </w:r>
      <w:proofErr w:type="spellEnd"/>
      <w:r>
        <w:t xml:space="preserve"> e ka </w:t>
      </w:r>
      <w:proofErr w:type="spellStart"/>
      <w:r>
        <w:t>më</w:t>
      </w:r>
      <w:proofErr w:type="spellEnd"/>
      <w:r>
        <w:t xml:space="preserve"> </w:t>
      </w:r>
      <w:proofErr w:type="spellStart"/>
      <w:r>
        <w:t>pak</w:t>
      </w:r>
      <w:proofErr w:type="spellEnd"/>
      <w:r>
        <w:t xml:space="preserve"> </w:t>
      </w:r>
      <w:proofErr w:type="spellStart"/>
      <w:r>
        <w:t>të</w:t>
      </w:r>
      <w:proofErr w:type="spellEnd"/>
      <w:r>
        <w:t xml:space="preserve"> </w:t>
      </w:r>
      <w:proofErr w:type="spellStart"/>
      <w:r>
        <w:t>ndjeshme</w:t>
      </w:r>
      <w:proofErr w:type="spellEnd"/>
      <w:r>
        <w:t xml:space="preserve"> </w:t>
      </w:r>
      <w:proofErr w:type="spellStart"/>
      <w:r>
        <w:t>shpirtërisht</w:t>
      </w:r>
      <w:proofErr w:type="spellEnd"/>
      <w:r>
        <w:t xml:space="preserve"> </w:t>
      </w:r>
      <w:proofErr w:type="spellStart"/>
      <w:r>
        <w:t>sesa</w:t>
      </w:r>
      <w:proofErr w:type="spellEnd"/>
      <w:r>
        <w:t xml:space="preserve"> </w:t>
      </w:r>
      <w:proofErr w:type="spellStart"/>
      <w:r>
        <w:t>mund</w:t>
      </w:r>
      <w:proofErr w:type="spellEnd"/>
      <w:r>
        <w:t xml:space="preserve"> </w:t>
      </w:r>
      <w:proofErr w:type="spellStart"/>
      <w:r>
        <w:t>të</w:t>
      </w:r>
      <w:proofErr w:type="spellEnd"/>
      <w:r>
        <w:t xml:space="preserve"> </w:t>
      </w:r>
      <w:proofErr w:type="spellStart"/>
      <w:r>
        <w:t>kem</w:t>
      </w:r>
      <w:proofErr w:type="spellEnd"/>
      <w:r>
        <w:t xml:space="preserve"> </w:t>
      </w:r>
      <w:proofErr w:type="spellStart"/>
      <w:r>
        <w:t>unë</w:t>
      </w:r>
      <w:proofErr w:type="spellEnd"/>
      <w:r>
        <w:t xml:space="preserve"> apo </w:t>
      </w:r>
      <w:proofErr w:type="spellStart"/>
      <w:r>
        <w:t>edhe</w:t>
      </w:r>
      <w:proofErr w:type="spellEnd"/>
      <w:r>
        <w:t xml:space="preserve"> </w:t>
      </w:r>
      <w:proofErr w:type="spellStart"/>
      <w:r>
        <w:t>kolegët</w:t>
      </w:r>
      <w:proofErr w:type="spellEnd"/>
      <w:r>
        <w:t xml:space="preserve"> e mi </w:t>
      </w:r>
      <w:proofErr w:type="spellStart"/>
      <w:r>
        <w:t>kryetarë</w:t>
      </w:r>
      <w:proofErr w:type="spellEnd"/>
      <w:r>
        <w:t xml:space="preserve"> </w:t>
      </w:r>
      <w:proofErr w:type="spellStart"/>
      <w:r>
        <w:t>bashkish</w:t>
      </w:r>
      <w:proofErr w:type="spellEnd"/>
      <w:r>
        <w:t xml:space="preserve">. U </w:t>
      </w:r>
      <w:proofErr w:type="spellStart"/>
      <w:r>
        <w:t>diskutua</w:t>
      </w:r>
      <w:proofErr w:type="spellEnd"/>
      <w:r>
        <w:t xml:space="preserve"> </w:t>
      </w:r>
      <w:proofErr w:type="spellStart"/>
      <w:r>
        <w:t>këtu</w:t>
      </w:r>
      <w:proofErr w:type="spellEnd"/>
      <w:r>
        <w:t xml:space="preserve"> </w:t>
      </w:r>
      <w:proofErr w:type="spellStart"/>
      <w:r>
        <w:t>puna</w:t>
      </w:r>
      <w:proofErr w:type="spellEnd"/>
      <w:r>
        <w:t xml:space="preserve"> e </w:t>
      </w:r>
      <w:proofErr w:type="spellStart"/>
      <w:r>
        <w:t>punonjësve</w:t>
      </w:r>
      <w:proofErr w:type="spellEnd"/>
      <w:r>
        <w:t xml:space="preserve">, </w:t>
      </w:r>
      <w:proofErr w:type="spellStart"/>
      <w:r>
        <w:t>normalisht</w:t>
      </w:r>
      <w:proofErr w:type="spellEnd"/>
      <w:r>
        <w:t xml:space="preserve"> </w:t>
      </w:r>
      <w:proofErr w:type="spellStart"/>
      <w:r>
        <w:t>unë</w:t>
      </w:r>
      <w:proofErr w:type="spellEnd"/>
      <w:r>
        <w:t xml:space="preserve"> </w:t>
      </w:r>
      <w:proofErr w:type="spellStart"/>
      <w:r>
        <w:t>fola</w:t>
      </w:r>
      <w:proofErr w:type="spellEnd"/>
      <w:r>
        <w:t xml:space="preserve"> </w:t>
      </w:r>
      <w:proofErr w:type="spellStart"/>
      <w:r>
        <w:t>një</w:t>
      </w:r>
      <w:proofErr w:type="spellEnd"/>
      <w:r>
        <w:t xml:space="preserve"> </w:t>
      </w:r>
      <w:proofErr w:type="spellStart"/>
      <w:r>
        <w:t>thije</w:t>
      </w:r>
      <w:proofErr w:type="spellEnd"/>
      <w:r>
        <w:t xml:space="preserve"> </w:t>
      </w:r>
      <w:proofErr w:type="spellStart"/>
      <w:r>
        <w:t>kështu</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kësaj</w:t>
      </w:r>
      <w:proofErr w:type="spellEnd"/>
      <w:r>
        <w:t xml:space="preserve"> </w:t>
      </w:r>
      <w:proofErr w:type="spellStart"/>
      <w:r>
        <w:lastRenderedPageBreak/>
        <w:t>pune</w:t>
      </w:r>
      <w:proofErr w:type="spellEnd"/>
      <w:r>
        <w:t xml:space="preserve"> </w:t>
      </w:r>
      <w:proofErr w:type="spellStart"/>
      <w:r>
        <w:t>pak</w:t>
      </w:r>
      <w:proofErr w:type="spellEnd"/>
      <w:r>
        <w:t xml:space="preserve"> </w:t>
      </w:r>
      <w:proofErr w:type="spellStart"/>
      <w:r>
        <w:t>më</w:t>
      </w:r>
      <w:proofErr w:type="spellEnd"/>
      <w:r>
        <w:t xml:space="preserve"> </w:t>
      </w:r>
      <w:proofErr w:type="spellStart"/>
      <w:r>
        <w:t>përpara</w:t>
      </w:r>
      <w:proofErr w:type="spellEnd"/>
      <w:r>
        <w:t xml:space="preserve">. </w:t>
      </w:r>
      <w:proofErr w:type="spellStart"/>
      <w:r>
        <w:t>Kuptohet</w:t>
      </w:r>
      <w:proofErr w:type="spellEnd"/>
      <w:r>
        <w:t xml:space="preserve"> </w:t>
      </w:r>
      <w:proofErr w:type="spellStart"/>
      <w:r>
        <w:t>që</w:t>
      </w:r>
      <w:proofErr w:type="spellEnd"/>
      <w:r>
        <w:t xml:space="preserve"> </w:t>
      </w:r>
      <w:proofErr w:type="spellStart"/>
      <w:r>
        <w:t>unë</w:t>
      </w:r>
      <w:proofErr w:type="spellEnd"/>
      <w:r>
        <w:t xml:space="preserve"> me </w:t>
      </w:r>
      <w:proofErr w:type="spellStart"/>
      <w:r>
        <w:t>në</w:t>
      </w:r>
      <w:proofErr w:type="spellEnd"/>
      <w:r>
        <w:t xml:space="preserve"> 2015 e me sot </w:t>
      </w:r>
      <w:proofErr w:type="spellStart"/>
      <w:r>
        <w:t>unë</w:t>
      </w:r>
      <w:proofErr w:type="spellEnd"/>
      <w:r>
        <w:t xml:space="preserve"> </w:t>
      </w:r>
      <w:proofErr w:type="spellStart"/>
      <w:r>
        <w:t>kam</w:t>
      </w:r>
      <w:proofErr w:type="spellEnd"/>
      <w:r>
        <w:t xml:space="preserve"> </w:t>
      </w:r>
      <w:proofErr w:type="spellStart"/>
      <w:r>
        <w:t>numër</w:t>
      </w:r>
      <w:proofErr w:type="spellEnd"/>
      <w:r>
        <w:t xml:space="preserve"> </w:t>
      </w:r>
      <w:proofErr w:type="spellStart"/>
      <w:r>
        <w:t>më</w:t>
      </w:r>
      <w:proofErr w:type="spellEnd"/>
      <w:r>
        <w:t xml:space="preserve"> </w:t>
      </w:r>
      <w:proofErr w:type="spellStart"/>
      <w:r>
        <w:t>të</w:t>
      </w:r>
      <w:proofErr w:type="spellEnd"/>
      <w:r>
        <w:t xml:space="preserve"> </w:t>
      </w:r>
      <w:proofErr w:type="spellStart"/>
      <w:r>
        <w:t>madh</w:t>
      </w:r>
      <w:proofErr w:type="spellEnd"/>
      <w:r>
        <w:t xml:space="preserve"> </w:t>
      </w:r>
      <w:proofErr w:type="spellStart"/>
      <w:r>
        <w:t>punonjësish</w:t>
      </w:r>
      <w:proofErr w:type="spellEnd"/>
      <w:r>
        <w:t xml:space="preserve">, por </w:t>
      </w:r>
      <w:proofErr w:type="spellStart"/>
      <w:r>
        <w:t>realisht</w:t>
      </w:r>
      <w:proofErr w:type="spellEnd"/>
      <w:r>
        <w:t xml:space="preserve"> </w:t>
      </w:r>
      <w:proofErr w:type="spellStart"/>
      <w:r>
        <w:t>kam</w:t>
      </w:r>
      <w:proofErr w:type="spellEnd"/>
      <w:r>
        <w:t xml:space="preserve"> </w:t>
      </w:r>
      <w:proofErr w:type="spellStart"/>
      <w:r>
        <w:t>shumë</w:t>
      </w:r>
      <w:proofErr w:type="spellEnd"/>
      <w:r>
        <w:t xml:space="preserve"> </w:t>
      </w:r>
      <w:proofErr w:type="spellStart"/>
      <w:r>
        <w:t>gjëra</w:t>
      </w:r>
      <w:proofErr w:type="spellEnd"/>
      <w:r>
        <w:t xml:space="preserve"> </w:t>
      </w:r>
      <w:proofErr w:type="spellStart"/>
      <w:r>
        <w:t>të</w:t>
      </w:r>
      <w:proofErr w:type="spellEnd"/>
      <w:r>
        <w:t xml:space="preserve"> </w:t>
      </w:r>
      <w:proofErr w:type="spellStart"/>
      <w:r>
        <w:t>specifikume</w:t>
      </w:r>
      <w:proofErr w:type="spellEnd"/>
      <w:r>
        <w:t xml:space="preserve">, </w:t>
      </w:r>
      <w:proofErr w:type="spellStart"/>
      <w:r>
        <w:t>që</w:t>
      </w:r>
      <w:proofErr w:type="spellEnd"/>
      <w:r>
        <w:t xml:space="preserve"> </w:t>
      </w:r>
      <w:proofErr w:type="spellStart"/>
      <w:r>
        <w:t>është</w:t>
      </w:r>
      <w:proofErr w:type="spellEnd"/>
      <w:r>
        <w:t xml:space="preserve"> e </w:t>
      </w:r>
      <w:proofErr w:type="spellStart"/>
      <w:r>
        <w:t>parashkollor</w:t>
      </w:r>
      <w:proofErr w:type="spellEnd"/>
      <w:r>
        <w:t xml:space="preserve"> </w:t>
      </w:r>
      <w:proofErr w:type="spellStart"/>
      <w:r>
        <w:t>që</w:t>
      </w:r>
      <w:proofErr w:type="spellEnd"/>
      <w:r>
        <w:t xml:space="preserve"> </w:t>
      </w:r>
      <w:proofErr w:type="spellStart"/>
      <w:r>
        <w:t>realisht</w:t>
      </w:r>
      <w:proofErr w:type="spellEnd"/>
      <w:r>
        <w:t xml:space="preserve"> </w:t>
      </w:r>
      <w:proofErr w:type="spellStart"/>
      <w:r>
        <w:t>nuk</w:t>
      </w:r>
      <w:proofErr w:type="spellEnd"/>
      <w:r>
        <w:t xml:space="preserve"> </w:t>
      </w:r>
      <w:proofErr w:type="spellStart"/>
      <w:r>
        <w:t>i</w:t>
      </w:r>
      <w:proofErr w:type="spellEnd"/>
      <w:r>
        <w:t xml:space="preserve"> </w:t>
      </w:r>
      <w:proofErr w:type="spellStart"/>
      <w:r>
        <w:t>kanë</w:t>
      </w:r>
      <w:proofErr w:type="spellEnd"/>
      <w:r>
        <w:t xml:space="preserve"> </w:t>
      </w:r>
      <w:proofErr w:type="spellStart"/>
      <w:r>
        <w:t>pasur</w:t>
      </w:r>
      <w:proofErr w:type="spellEnd"/>
      <w:r>
        <w:t xml:space="preserve"> </w:t>
      </w:r>
      <w:proofErr w:type="spellStart"/>
      <w:r>
        <w:t>komunat</w:t>
      </w:r>
      <w:proofErr w:type="spellEnd"/>
      <w:r>
        <w:t xml:space="preserve">, </w:t>
      </w:r>
      <w:proofErr w:type="spellStart"/>
      <w:r>
        <w:t>kam</w:t>
      </w:r>
      <w:proofErr w:type="spellEnd"/>
      <w:r>
        <w:t xml:space="preserve"> </w:t>
      </w:r>
      <w:proofErr w:type="spellStart"/>
      <w:r>
        <w:t>te</w:t>
      </w:r>
      <w:proofErr w:type="spellEnd"/>
      <w:r>
        <w:t xml:space="preserve"> </w:t>
      </w:r>
      <w:proofErr w:type="spellStart"/>
      <w:r>
        <w:t>konvikti</w:t>
      </w:r>
      <w:proofErr w:type="spellEnd"/>
      <w:r>
        <w:t xml:space="preserve">, </w:t>
      </w:r>
      <w:proofErr w:type="spellStart"/>
      <w:r>
        <w:t>kam</w:t>
      </w:r>
      <w:proofErr w:type="spellEnd"/>
      <w:r>
        <w:t xml:space="preserve"> </w:t>
      </w:r>
      <w:proofErr w:type="spellStart"/>
      <w:r>
        <w:t>te</w:t>
      </w:r>
      <w:proofErr w:type="spellEnd"/>
      <w:r>
        <w:t xml:space="preserve"> </w:t>
      </w:r>
      <w:proofErr w:type="spellStart"/>
      <w:r>
        <w:t>rrugët</w:t>
      </w:r>
      <w:proofErr w:type="spellEnd"/>
      <w:r>
        <w:t xml:space="preserve">, </w:t>
      </w:r>
      <w:proofErr w:type="spellStart"/>
      <w:r>
        <w:t>kam</w:t>
      </w:r>
      <w:proofErr w:type="spellEnd"/>
      <w:r>
        <w:t xml:space="preserve"> </w:t>
      </w:r>
      <w:proofErr w:type="spellStart"/>
      <w:r>
        <w:t>tek</w:t>
      </w:r>
      <w:proofErr w:type="spellEnd"/>
      <w:r>
        <w:t xml:space="preserve"> </w:t>
      </w:r>
      <w:proofErr w:type="spellStart"/>
      <w:r>
        <w:t>zjarrfikësit</w:t>
      </w:r>
      <w:proofErr w:type="spellEnd"/>
      <w:r>
        <w:t xml:space="preserve">, </w:t>
      </w:r>
      <w:proofErr w:type="spellStart"/>
      <w:r>
        <w:t>kam</w:t>
      </w:r>
      <w:proofErr w:type="spellEnd"/>
      <w:r>
        <w:t xml:space="preserve"> </w:t>
      </w:r>
      <w:proofErr w:type="spellStart"/>
      <w:r>
        <w:t>tek</w:t>
      </w:r>
      <w:proofErr w:type="spellEnd"/>
      <w:r>
        <w:t xml:space="preserve"> </w:t>
      </w:r>
      <w:proofErr w:type="spellStart"/>
      <w:r>
        <w:t>pyjet</w:t>
      </w:r>
      <w:proofErr w:type="spellEnd"/>
      <w:r>
        <w:t xml:space="preserve">, </w:t>
      </w:r>
      <w:proofErr w:type="spellStart"/>
      <w:r>
        <w:t>kam</w:t>
      </w:r>
      <w:proofErr w:type="spellEnd"/>
      <w:r>
        <w:t xml:space="preserve"> </w:t>
      </w:r>
      <w:proofErr w:type="spellStart"/>
      <w:r>
        <w:t>te</w:t>
      </w:r>
      <w:proofErr w:type="spellEnd"/>
      <w:r>
        <w:t xml:space="preserve"> </w:t>
      </w:r>
      <w:proofErr w:type="spellStart"/>
      <w:r>
        <w:t>bordi</w:t>
      </w:r>
      <w:proofErr w:type="spellEnd"/>
      <w:r>
        <w:t xml:space="preserve"> </w:t>
      </w:r>
      <w:proofErr w:type="spellStart"/>
      <w:r>
        <w:t>i</w:t>
      </w:r>
      <w:proofErr w:type="spellEnd"/>
      <w:r>
        <w:t xml:space="preserve"> </w:t>
      </w:r>
      <w:proofErr w:type="spellStart"/>
      <w:r>
        <w:t>kullimit</w:t>
      </w:r>
      <w:proofErr w:type="spellEnd"/>
      <w:r>
        <w:t xml:space="preserve">, </w:t>
      </w:r>
      <w:proofErr w:type="spellStart"/>
      <w:r>
        <w:t>që</w:t>
      </w:r>
      <w:proofErr w:type="spellEnd"/>
      <w:r>
        <w:t xml:space="preserve"> </w:t>
      </w:r>
      <w:proofErr w:type="spellStart"/>
      <w:r>
        <w:t>kuptohet</w:t>
      </w:r>
      <w:proofErr w:type="spellEnd"/>
      <w:r>
        <w:t xml:space="preserve"> </w:t>
      </w:r>
      <w:proofErr w:type="spellStart"/>
      <w:r>
        <w:t>që</w:t>
      </w:r>
      <w:proofErr w:type="spellEnd"/>
      <w:r>
        <w:t xml:space="preserve"> </w:t>
      </w:r>
      <w:proofErr w:type="spellStart"/>
      <w:r>
        <w:t>janë</w:t>
      </w:r>
      <w:proofErr w:type="spellEnd"/>
      <w:r>
        <w:t xml:space="preserve"> </w:t>
      </w:r>
      <w:proofErr w:type="spellStart"/>
      <w:r>
        <w:t>shtu</w:t>
      </w:r>
      <w:proofErr w:type="spellEnd"/>
      <w:r>
        <w:t xml:space="preserve"> </w:t>
      </w:r>
      <w:proofErr w:type="spellStart"/>
      <w:r>
        <w:t>bashkitë</w:t>
      </w:r>
      <w:proofErr w:type="spellEnd"/>
      <w:r>
        <w:t xml:space="preserve">. </w:t>
      </w:r>
      <w:proofErr w:type="spellStart"/>
      <w:r>
        <w:t>Përveç</w:t>
      </w:r>
      <w:proofErr w:type="spellEnd"/>
      <w:r>
        <w:t xml:space="preserve"> </w:t>
      </w:r>
      <w:proofErr w:type="spellStart"/>
      <w:r>
        <w:t>kësaj</w:t>
      </w:r>
      <w:proofErr w:type="spellEnd"/>
      <w:r>
        <w:t xml:space="preserve">, </w:t>
      </w:r>
      <w:proofErr w:type="spellStart"/>
      <w:r>
        <w:t>normalisht</w:t>
      </w:r>
      <w:proofErr w:type="spellEnd"/>
      <w:r>
        <w:t xml:space="preserve"> </w:t>
      </w:r>
      <w:proofErr w:type="spellStart"/>
      <w:r>
        <w:t>bashkitë</w:t>
      </w:r>
      <w:proofErr w:type="spellEnd"/>
      <w:r>
        <w:t xml:space="preserve"> apo </w:t>
      </w:r>
      <w:proofErr w:type="spellStart"/>
      <w:r>
        <w:t>komunat</w:t>
      </w:r>
      <w:proofErr w:type="spellEnd"/>
      <w:r>
        <w:t xml:space="preserve"> </w:t>
      </w:r>
      <w:proofErr w:type="spellStart"/>
      <w:r>
        <w:t>ishin</w:t>
      </w:r>
      <w:proofErr w:type="spellEnd"/>
      <w:r>
        <w:t xml:space="preserve"> </w:t>
      </w:r>
      <w:proofErr w:type="spellStart"/>
      <w:r>
        <w:t>të</w:t>
      </w:r>
      <w:proofErr w:type="spellEnd"/>
      <w:r>
        <w:t xml:space="preserve"> </w:t>
      </w:r>
      <w:proofErr w:type="spellStart"/>
      <w:r>
        <w:t>vogla</w:t>
      </w:r>
      <w:proofErr w:type="spellEnd"/>
      <w:r>
        <w:t xml:space="preserve">, </w:t>
      </w:r>
      <w:proofErr w:type="spellStart"/>
      <w:r>
        <w:t>ku</w:t>
      </w:r>
      <w:proofErr w:type="spellEnd"/>
      <w:r>
        <w:t xml:space="preserve"> </w:t>
      </w:r>
      <w:proofErr w:type="spellStart"/>
      <w:r>
        <w:t>unë</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nuk</w:t>
      </w:r>
      <w:proofErr w:type="spellEnd"/>
      <w:r>
        <w:t xml:space="preserve"> </w:t>
      </w:r>
      <w:proofErr w:type="spellStart"/>
      <w:r>
        <w:t>kishte</w:t>
      </w:r>
      <w:proofErr w:type="spellEnd"/>
      <w:r>
        <w:t xml:space="preserve"> </w:t>
      </w:r>
      <w:proofErr w:type="spellStart"/>
      <w:r>
        <w:t>zyrë</w:t>
      </w:r>
      <w:proofErr w:type="spellEnd"/>
      <w:r>
        <w:t xml:space="preserve"> </w:t>
      </w:r>
      <w:proofErr w:type="spellStart"/>
      <w:r>
        <w:t>juridike</w:t>
      </w:r>
      <w:proofErr w:type="spellEnd"/>
      <w:r>
        <w:t xml:space="preserve">, </w:t>
      </w:r>
      <w:proofErr w:type="spellStart"/>
      <w:r>
        <w:t>një</w:t>
      </w:r>
      <w:proofErr w:type="spellEnd"/>
      <w:r>
        <w:t xml:space="preserve"> jurist </w:t>
      </w:r>
      <w:proofErr w:type="spellStart"/>
      <w:r>
        <w:t>kryente</w:t>
      </w:r>
      <w:proofErr w:type="spellEnd"/>
      <w:r>
        <w:t xml:space="preserve"> </w:t>
      </w:r>
      <w:proofErr w:type="spellStart"/>
      <w:r>
        <w:t>pothuajse</w:t>
      </w:r>
      <w:proofErr w:type="spellEnd"/>
      <w:r>
        <w:t xml:space="preserve"> </w:t>
      </w:r>
      <w:proofErr w:type="spellStart"/>
      <w:r>
        <w:t>të</w:t>
      </w:r>
      <w:proofErr w:type="spellEnd"/>
      <w:r>
        <w:t xml:space="preserve"> </w:t>
      </w:r>
      <w:proofErr w:type="spellStart"/>
      <w:r>
        <w:t>gjitha</w:t>
      </w:r>
      <w:proofErr w:type="spellEnd"/>
      <w:r>
        <w:t xml:space="preserve"> </w:t>
      </w:r>
      <w:proofErr w:type="spellStart"/>
      <w:r>
        <w:t>procedurat</w:t>
      </w:r>
      <w:proofErr w:type="spellEnd"/>
      <w:r>
        <w:t xml:space="preserve"> </w:t>
      </w:r>
      <w:proofErr w:type="spellStart"/>
      <w:r>
        <w:t>të</w:t>
      </w:r>
      <w:proofErr w:type="spellEnd"/>
      <w:r>
        <w:t xml:space="preserv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nuk</w:t>
      </w:r>
      <w:proofErr w:type="spellEnd"/>
      <w:r>
        <w:t xml:space="preserve"> </w:t>
      </w:r>
      <w:proofErr w:type="spellStart"/>
      <w:r>
        <w:t>kishte</w:t>
      </w:r>
      <w:proofErr w:type="spellEnd"/>
      <w:r>
        <w:t xml:space="preserve"> </w:t>
      </w:r>
      <w:proofErr w:type="spellStart"/>
      <w:r>
        <w:t>urbanistikë</w:t>
      </w:r>
      <w:proofErr w:type="spellEnd"/>
      <w:r>
        <w:t xml:space="preserve"> </w:t>
      </w:r>
      <w:proofErr w:type="spellStart"/>
      <w:r>
        <w:t>krejt</w:t>
      </w:r>
      <w:proofErr w:type="spellEnd"/>
      <w:r>
        <w:t xml:space="preserve">, </w:t>
      </w:r>
      <w:proofErr w:type="spellStart"/>
      <w:r>
        <w:t>kishte</w:t>
      </w:r>
      <w:proofErr w:type="spellEnd"/>
      <w:r>
        <w:t xml:space="preserve"> </w:t>
      </w:r>
      <w:proofErr w:type="spellStart"/>
      <w:r>
        <w:t>vetëm</w:t>
      </w:r>
      <w:proofErr w:type="spellEnd"/>
      <w:r>
        <w:t xml:space="preserve"> </w:t>
      </w:r>
      <w:proofErr w:type="spellStart"/>
      <w:r>
        <w:t>një</w:t>
      </w:r>
      <w:proofErr w:type="spellEnd"/>
      <w:r>
        <w:t xml:space="preserve"> </w:t>
      </w:r>
      <w:proofErr w:type="spellStart"/>
      <w:r>
        <w:t>që</w:t>
      </w:r>
      <w:proofErr w:type="spellEnd"/>
      <w:r>
        <w:t xml:space="preserve"> </w:t>
      </w:r>
      <w:proofErr w:type="spellStart"/>
      <w:r>
        <w:t>ishte</w:t>
      </w:r>
      <w:proofErr w:type="spellEnd"/>
      <w:r>
        <w:t xml:space="preserve"> </w:t>
      </w:r>
      <w:proofErr w:type="spellStart"/>
      <w:r>
        <w:t>në</w:t>
      </w:r>
      <w:proofErr w:type="spellEnd"/>
      <w:r>
        <w:t xml:space="preserve"> </w:t>
      </w:r>
      <w:proofErr w:type="spellStart"/>
      <w:r>
        <w:t>bashki</w:t>
      </w:r>
      <w:proofErr w:type="spellEnd"/>
      <w:r>
        <w:t xml:space="preserve">, </w:t>
      </w:r>
      <w:proofErr w:type="spellStart"/>
      <w:r>
        <w:t>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komunat</w:t>
      </w:r>
      <w:proofErr w:type="spellEnd"/>
      <w:r>
        <w:t xml:space="preserve"> </w:t>
      </w:r>
      <w:proofErr w:type="spellStart"/>
      <w:r>
        <w:t>s'kishte</w:t>
      </w:r>
      <w:proofErr w:type="spellEnd"/>
      <w:r>
        <w:t xml:space="preserve"> </w:t>
      </w:r>
      <w:proofErr w:type="spellStart"/>
      <w:r>
        <w:t>asnjë</w:t>
      </w:r>
      <w:proofErr w:type="spellEnd"/>
      <w:r>
        <w:t xml:space="preserve">, </w:t>
      </w:r>
      <w:proofErr w:type="spellStart"/>
      <w:r>
        <w:t>një</w:t>
      </w:r>
      <w:proofErr w:type="spellEnd"/>
      <w:r>
        <w:t xml:space="preserve"> </w:t>
      </w:r>
      <w:proofErr w:type="spellStart"/>
      <w:r>
        <w:t>arkitekt</w:t>
      </w:r>
      <w:proofErr w:type="spellEnd"/>
      <w:r>
        <w:t xml:space="preserve"> </w:t>
      </w:r>
      <w:proofErr w:type="spellStart"/>
      <w:r>
        <w:t>ishte</w:t>
      </w:r>
      <w:proofErr w:type="spellEnd"/>
      <w:r>
        <w:t xml:space="preserve">. </w:t>
      </w:r>
      <w:proofErr w:type="spellStart"/>
      <w:r>
        <w:t>Realisht</w:t>
      </w:r>
      <w:proofErr w:type="spellEnd"/>
      <w:r>
        <w:t xml:space="preserve"> sot </w:t>
      </w:r>
      <w:proofErr w:type="spellStart"/>
      <w:r>
        <w:t>është</w:t>
      </w:r>
      <w:proofErr w:type="spellEnd"/>
      <w:r>
        <w:t xml:space="preserve"> </w:t>
      </w:r>
      <w:proofErr w:type="spellStart"/>
      <w:r>
        <w:t>komplet</w:t>
      </w:r>
      <w:proofErr w:type="spellEnd"/>
      <w:r>
        <w:t xml:space="preserve"> </w:t>
      </w:r>
      <w:proofErr w:type="spellStart"/>
      <w:r>
        <w:t>tjetër</w:t>
      </w:r>
      <w:proofErr w:type="spellEnd"/>
      <w:r>
        <w:t xml:space="preserve"> </w:t>
      </w:r>
      <w:proofErr w:type="spellStart"/>
      <w:r>
        <w:t>situatë</w:t>
      </w:r>
      <w:proofErr w:type="spellEnd"/>
      <w:r>
        <w:t xml:space="preserve"> </w:t>
      </w:r>
      <w:proofErr w:type="spellStart"/>
      <w:r>
        <w:t>dhe</w:t>
      </w:r>
      <w:proofErr w:type="spellEnd"/>
      <w:r>
        <w:t xml:space="preserve"> </w:t>
      </w:r>
      <w:proofErr w:type="spellStart"/>
      <w:r>
        <w:t>kuptohet</w:t>
      </w:r>
      <w:proofErr w:type="spellEnd"/>
      <w:r>
        <w:t xml:space="preserve"> </w:t>
      </w:r>
      <w:proofErr w:type="spellStart"/>
      <w:r>
        <w:t>që</w:t>
      </w:r>
      <w:proofErr w:type="spellEnd"/>
      <w:r>
        <w:t xml:space="preserve"> </w:t>
      </w:r>
      <w:proofErr w:type="spellStart"/>
      <w:r>
        <w:t>janë</w:t>
      </w:r>
      <w:proofErr w:type="spellEnd"/>
      <w:r>
        <w:t xml:space="preserve"> </w:t>
      </w:r>
      <w:proofErr w:type="spellStart"/>
      <w:r>
        <w:t>disa</w:t>
      </w:r>
      <w:proofErr w:type="spellEnd"/>
      <w:r>
        <w:t xml:space="preserve"> </w:t>
      </w:r>
      <w:proofErr w:type="spellStart"/>
      <w:r>
        <w:t>burime</w:t>
      </w:r>
      <w:proofErr w:type="spellEnd"/>
      <w:r>
        <w:t xml:space="preserve"> </w:t>
      </w:r>
      <w:proofErr w:type="spellStart"/>
      <w:r>
        <w:t>njerëzore</w:t>
      </w:r>
      <w:proofErr w:type="spellEnd"/>
      <w:r>
        <w:t xml:space="preserve"> </w:t>
      </w:r>
      <w:proofErr w:type="spellStart"/>
      <w:r>
        <w:t>që</w:t>
      </w:r>
      <w:proofErr w:type="spellEnd"/>
      <w:r>
        <w:t xml:space="preserve"> </w:t>
      </w:r>
      <w:proofErr w:type="spellStart"/>
      <w:r>
        <w:t>janë</w:t>
      </w:r>
      <w:proofErr w:type="spellEnd"/>
      <w:r>
        <w:t xml:space="preserve"> </w:t>
      </w:r>
      <w:proofErr w:type="spellStart"/>
      <w:r>
        <w:t>detyrimisht</w:t>
      </w:r>
      <w:proofErr w:type="spellEnd"/>
      <w:r>
        <w:t xml:space="preserve"> </w:t>
      </w:r>
      <w:proofErr w:type="spellStart"/>
      <w:r>
        <w:t>që</w:t>
      </w:r>
      <w:proofErr w:type="spellEnd"/>
      <w:r>
        <w:t xml:space="preserve"> </w:t>
      </w:r>
      <w:proofErr w:type="spellStart"/>
      <w:r>
        <w:t>duhet</w:t>
      </w:r>
      <w:proofErr w:type="spellEnd"/>
      <w:r>
        <w:t xml:space="preserve"> </w:t>
      </w:r>
      <w:proofErr w:type="spellStart"/>
      <w:r>
        <w:t>të</w:t>
      </w:r>
      <w:proofErr w:type="spellEnd"/>
      <w:r>
        <w:t xml:space="preserve"> </w:t>
      </w:r>
      <w:proofErr w:type="spellStart"/>
      <w:r>
        <w:t>përfshihen</w:t>
      </w:r>
      <w:proofErr w:type="spellEnd"/>
      <w:r>
        <w:t xml:space="preserve"> </w:t>
      </w:r>
      <w:proofErr w:type="spellStart"/>
      <w:r>
        <w:t>tek</w:t>
      </w:r>
      <w:proofErr w:type="spellEnd"/>
      <w:r>
        <w:t xml:space="preserve"> </w:t>
      </w:r>
      <w:proofErr w:type="spellStart"/>
      <w:r>
        <w:t>çdo</w:t>
      </w:r>
      <w:proofErr w:type="spellEnd"/>
      <w:r>
        <w:t xml:space="preserve"> </w:t>
      </w:r>
      <w:proofErr w:type="spellStart"/>
      <w:r>
        <w:t>bashki</w:t>
      </w:r>
      <w:proofErr w:type="spellEnd"/>
      <w:r>
        <w:t xml:space="preserve">. </w:t>
      </w:r>
      <w:proofErr w:type="spellStart"/>
      <w:r>
        <w:t>Unë</w:t>
      </w:r>
      <w:proofErr w:type="spellEnd"/>
      <w:r>
        <w:t xml:space="preserve"> </w:t>
      </w:r>
      <w:proofErr w:type="spellStart"/>
      <w:r>
        <w:t>realisht</w:t>
      </w:r>
      <w:proofErr w:type="spellEnd"/>
      <w:r>
        <w:t xml:space="preserve"> </w:t>
      </w:r>
      <w:proofErr w:type="spellStart"/>
      <w:r>
        <w:t>kam</w:t>
      </w:r>
      <w:proofErr w:type="spellEnd"/>
      <w:r>
        <w:t xml:space="preserve"> </w:t>
      </w:r>
      <w:proofErr w:type="spellStart"/>
      <w:r>
        <w:t>pasur</w:t>
      </w:r>
      <w:proofErr w:type="spellEnd"/>
      <w:r>
        <w:t xml:space="preserve"> </w:t>
      </w:r>
      <w:proofErr w:type="spellStart"/>
      <w:r>
        <w:t>mundësi</w:t>
      </w:r>
      <w:proofErr w:type="spellEnd"/>
      <w:r>
        <w:t xml:space="preserve"> </w:t>
      </w:r>
      <w:proofErr w:type="spellStart"/>
      <w:r>
        <w:t>t'u</w:t>
      </w:r>
      <w:proofErr w:type="spellEnd"/>
      <w:r>
        <w:t xml:space="preserve"> </w:t>
      </w:r>
      <w:proofErr w:type="spellStart"/>
      <w:r>
        <w:t>konsideroj</w:t>
      </w:r>
      <w:proofErr w:type="spellEnd"/>
      <w:r>
        <w:t xml:space="preserve"> </w:t>
      </w:r>
      <w:proofErr w:type="spellStart"/>
      <w:r>
        <w:t>që</w:t>
      </w:r>
      <w:proofErr w:type="spellEnd"/>
      <w:r>
        <w:t xml:space="preserve"> </w:t>
      </w:r>
      <w:proofErr w:type="spellStart"/>
      <w:r>
        <w:t>malësorët</w:t>
      </w:r>
      <w:proofErr w:type="spellEnd"/>
      <w:r>
        <w:t xml:space="preserve"> e </w:t>
      </w:r>
      <w:proofErr w:type="spellStart"/>
      <w:r>
        <w:t>dojnë</w:t>
      </w:r>
      <w:proofErr w:type="spellEnd"/>
      <w:r>
        <w:t xml:space="preserve"> </w:t>
      </w:r>
      <w:proofErr w:type="spellStart"/>
      <w:r>
        <w:t>shkollën</w:t>
      </w:r>
      <w:proofErr w:type="spellEnd"/>
      <w:r>
        <w:t xml:space="preserve">, </w:t>
      </w:r>
      <w:proofErr w:type="spellStart"/>
      <w:r>
        <w:t>kanë</w:t>
      </w:r>
      <w:proofErr w:type="spellEnd"/>
      <w:r>
        <w:t xml:space="preserve"> </w:t>
      </w:r>
      <w:proofErr w:type="spellStart"/>
      <w:r>
        <w:t>dëshirë</w:t>
      </w:r>
      <w:proofErr w:type="spellEnd"/>
      <w:r>
        <w:t xml:space="preserve"> </w:t>
      </w:r>
      <w:proofErr w:type="spellStart"/>
      <w:r>
        <w:t>për</w:t>
      </w:r>
      <w:proofErr w:type="spellEnd"/>
      <w:r>
        <w:t xml:space="preserve"> </w:t>
      </w:r>
      <w:proofErr w:type="spellStart"/>
      <w:r>
        <w:t>shkollë</w:t>
      </w:r>
      <w:proofErr w:type="spellEnd"/>
      <w:r>
        <w:t xml:space="preserve"> </w:t>
      </w:r>
      <w:proofErr w:type="spellStart"/>
      <w:r>
        <w:t>dhe</w:t>
      </w:r>
      <w:proofErr w:type="spellEnd"/>
      <w:r>
        <w:t xml:space="preserve"> </w:t>
      </w:r>
      <w:proofErr w:type="spellStart"/>
      <w:r>
        <w:t>në</w:t>
      </w:r>
      <w:proofErr w:type="spellEnd"/>
      <w:r>
        <w:t xml:space="preserve"> </w:t>
      </w:r>
      <w:proofErr w:type="spellStart"/>
      <w:r>
        <w:t>atë</w:t>
      </w:r>
      <w:proofErr w:type="spellEnd"/>
      <w:r>
        <w:t xml:space="preserve"> </w:t>
      </w:r>
      <w:proofErr w:type="spellStart"/>
      <w:r>
        <w:t>kohë</w:t>
      </w:r>
      <w:proofErr w:type="spellEnd"/>
      <w:r>
        <w:t xml:space="preserve"> </w:t>
      </w:r>
      <w:proofErr w:type="spellStart"/>
      <w:r>
        <w:t>ishte</w:t>
      </w:r>
      <w:proofErr w:type="spellEnd"/>
      <w:r>
        <w:t xml:space="preserve"> </w:t>
      </w:r>
      <w:proofErr w:type="spellStart"/>
      <w:r>
        <w:t>një</w:t>
      </w:r>
      <w:proofErr w:type="spellEnd"/>
      <w:r>
        <w:t xml:space="preserve"> </w:t>
      </w:r>
      <w:proofErr w:type="spellStart"/>
      <w:r>
        <w:t>brez</w:t>
      </w:r>
      <w:proofErr w:type="spellEnd"/>
      <w:r>
        <w:t xml:space="preserve"> </w:t>
      </w:r>
      <w:proofErr w:type="spellStart"/>
      <w:r>
        <w:t>i</w:t>
      </w:r>
      <w:proofErr w:type="spellEnd"/>
      <w:r>
        <w:t xml:space="preserve"> </w:t>
      </w:r>
      <w:proofErr w:type="spellStart"/>
      <w:r>
        <w:t>shkëlqyeshëm</w:t>
      </w:r>
      <w:proofErr w:type="spellEnd"/>
      <w:r>
        <w:t xml:space="preserve"> </w:t>
      </w:r>
      <w:proofErr w:type="spellStart"/>
      <w:r>
        <w:t>që</w:t>
      </w:r>
      <w:proofErr w:type="spellEnd"/>
      <w:r>
        <w:t xml:space="preserve"> </w:t>
      </w:r>
      <w:proofErr w:type="spellStart"/>
      <w:r>
        <w:t>doli</w:t>
      </w:r>
      <w:proofErr w:type="spellEnd"/>
      <w:r>
        <w:t xml:space="preserve">, </w:t>
      </w:r>
      <w:proofErr w:type="spellStart"/>
      <w:r>
        <w:t>që</w:t>
      </w:r>
      <w:proofErr w:type="spellEnd"/>
      <w:r>
        <w:t xml:space="preserve"> </w:t>
      </w:r>
      <w:proofErr w:type="spellStart"/>
      <w:r>
        <w:t>vazhdimisht</w:t>
      </w:r>
      <w:proofErr w:type="spellEnd"/>
      <w:r>
        <w:t xml:space="preserve"> </w:t>
      </w:r>
      <w:proofErr w:type="spellStart"/>
      <w:r>
        <w:t>fillojnë</w:t>
      </w:r>
      <w:proofErr w:type="spellEnd"/>
      <w:r>
        <w:t xml:space="preserve"> e </w:t>
      </w:r>
      <w:proofErr w:type="spellStart"/>
      <w:r>
        <w:t>dalin</w:t>
      </w:r>
      <w:proofErr w:type="spellEnd"/>
      <w:r>
        <w:t xml:space="preserve"> po </w:t>
      </w:r>
      <w:proofErr w:type="spellStart"/>
      <w:r>
        <w:t>prapë</w:t>
      </w:r>
      <w:proofErr w:type="spellEnd"/>
      <w:r>
        <w:t xml:space="preserve"> me </w:t>
      </w:r>
      <w:proofErr w:type="spellStart"/>
      <w:r>
        <w:t>nxënës</w:t>
      </w:r>
      <w:proofErr w:type="spellEnd"/>
      <w:r>
        <w:t xml:space="preserve"> </w:t>
      </w:r>
      <w:proofErr w:type="spellStart"/>
      <w:r>
        <w:t>të</w:t>
      </w:r>
      <w:proofErr w:type="spellEnd"/>
      <w:r>
        <w:t xml:space="preserve"> </w:t>
      </w:r>
      <w:proofErr w:type="spellStart"/>
      <w:r>
        <w:t>mirë</w:t>
      </w:r>
      <w:proofErr w:type="spellEnd"/>
      <w:r>
        <w:t xml:space="preserve">, por </w:t>
      </w:r>
      <w:proofErr w:type="spellStart"/>
      <w:r>
        <w:t>që</w:t>
      </w:r>
      <w:proofErr w:type="spellEnd"/>
      <w:r>
        <w:t xml:space="preserve"> </w:t>
      </w:r>
      <w:proofErr w:type="spellStart"/>
      <w:r>
        <w:t>realisht</w:t>
      </w:r>
      <w:proofErr w:type="spellEnd"/>
      <w:r>
        <w:t xml:space="preserve"> </w:t>
      </w:r>
      <w:proofErr w:type="spellStart"/>
      <w:r>
        <w:t>qysh</w:t>
      </w:r>
      <w:proofErr w:type="spellEnd"/>
      <w:r>
        <w:t xml:space="preserve"> me </w:t>
      </w:r>
      <w:proofErr w:type="spellStart"/>
      <w:r>
        <w:t>mua</w:t>
      </w:r>
      <w:proofErr w:type="spellEnd"/>
      <w:r>
        <w:t xml:space="preserve"> </w:t>
      </w:r>
      <w:proofErr w:type="spellStart"/>
      <w:r>
        <w:t>në</w:t>
      </w:r>
      <w:proofErr w:type="spellEnd"/>
      <w:r>
        <w:t xml:space="preserve"> </w:t>
      </w:r>
      <w:proofErr w:type="spellStart"/>
      <w:r>
        <w:t>fillim</w:t>
      </w:r>
      <w:proofErr w:type="spellEnd"/>
      <w:r>
        <w:t xml:space="preserve"> </w:t>
      </w:r>
      <w:proofErr w:type="spellStart"/>
      <w:r>
        <w:t>edhe</w:t>
      </w:r>
      <w:proofErr w:type="spellEnd"/>
      <w:r>
        <w:t xml:space="preserve"> sot po </w:t>
      </w:r>
      <w:proofErr w:type="spellStart"/>
      <w:r>
        <w:t>prapë</w:t>
      </w:r>
      <w:proofErr w:type="spellEnd"/>
      <w:r>
        <w:t xml:space="preserve"> </w:t>
      </w:r>
      <w:proofErr w:type="spellStart"/>
      <w:r>
        <w:t>janë</w:t>
      </w:r>
      <w:proofErr w:type="spellEnd"/>
      <w:r>
        <w:t xml:space="preserve"> </w:t>
      </w:r>
      <w:proofErr w:type="spellStart"/>
      <w:r>
        <w:t>ata</w:t>
      </w:r>
      <w:proofErr w:type="spellEnd"/>
      <w:r>
        <w:t xml:space="preserve">. </w:t>
      </w:r>
      <w:proofErr w:type="spellStart"/>
      <w:r>
        <w:t>Edhe</w:t>
      </w:r>
      <w:proofErr w:type="spellEnd"/>
      <w:r>
        <w:t xml:space="preserve"> </w:t>
      </w:r>
      <w:proofErr w:type="spellStart"/>
      <w:r>
        <w:t>gjithmonë</w:t>
      </w:r>
      <w:proofErr w:type="spellEnd"/>
      <w:r>
        <w:t xml:space="preserve"> </w:t>
      </w:r>
      <w:proofErr w:type="spellStart"/>
      <w:r>
        <w:t>balanca</w:t>
      </w:r>
      <w:proofErr w:type="spellEnd"/>
      <w:r>
        <w:t xml:space="preserve"> </w:t>
      </w:r>
      <w:proofErr w:type="spellStart"/>
      <w:r>
        <w:t>ose</w:t>
      </w:r>
      <w:proofErr w:type="spellEnd"/>
      <w:r>
        <w:t xml:space="preserve"> </w:t>
      </w:r>
      <w:proofErr w:type="spellStart"/>
      <w:r>
        <w:t>kontrolli</w:t>
      </w:r>
      <w:proofErr w:type="spellEnd"/>
      <w:r>
        <w:t xml:space="preserve"> </w:t>
      </w:r>
      <w:proofErr w:type="spellStart"/>
      <w:r>
        <w:t>ndaj</w:t>
      </w:r>
      <w:proofErr w:type="spellEnd"/>
      <w:r>
        <w:t xml:space="preserve"> </w:t>
      </w:r>
      <w:proofErr w:type="spellStart"/>
      <w:r>
        <w:t>punonjësit</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thjesht</w:t>
      </w:r>
      <w:proofErr w:type="spellEnd"/>
      <w:r>
        <w:t xml:space="preserve"> </w:t>
      </w:r>
      <w:proofErr w:type="spellStart"/>
      <w:r>
        <w:t>te</w:t>
      </w:r>
      <w:proofErr w:type="spellEnd"/>
      <w:r>
        <w:t xml:space="preserve"> </w:t>
      </w:r>
      <w:proofErr w:type="spellStart"/>
      <w:r>
        <w:t>kryetarët</w:t>
      </w:r>
      <w:proofErr w:type="spellEnd"/>
      <w:r>
        <w:t xml:space="preserve"> e </w:t>
      </w:r>
      <w:proofErr w:type="spellStart"/>
      <w:r>
        <w:t>bashkisë</w:t>
      </w:r>
      <w:proofErr w:type="spellEnd"/>
      <w:r>
        <w:t xml:space="preserve">, por </w:t>
      </w:r>
      <w:proofErr w:type="spellStart"/>
      <w:r>
        <w:t>është</w:t>
      </w:r>
      <w:proofErr w:type="spellEnd"/>
      <w:r>
        <w:t xml:space="preserve"> </w:t>
      </w:r>
      <w:proofErr w:type="spellStart"/>
      <w:r>
        <w:t>kur</w:t>
      </w:r>
      <w:proofErr w:type="spellEnd"/>
      <w:r>
        <w:t xml:space="preserve"> </w:t>
      </w:r>
      <w:proofErr w:type="spellStart"/>
      <w:r>
        <w:t>të</w:t>
      </w:r>
      <w:proofErr w:type="spellEnd"/>
      <w:r>
        <w:t xml:space="preserve"> </w:t>
      </w:r>
      <w:proofErr w:type="spellStart"/>
      <w:r>
        <w:t>vjen</w:t>
      </w:r>
      <w:proofErr w:type="spellEnd"/>
      <w:r>
        <w:t xml:space="preserve"> </w:t>
      </w:r>
      <w:proofErr w:type="spellStart"/>
      <w:r>
        <w:t>një</w:t>
      </w:r>
      <w:proofErr w:type="spellEnd"/>
      <w:r>
        <w:t xml:space="preserve"> </w:t>
      </w:r>
      <w:proofErr w:type="spellStart"/>
      <w:r>
        <w:t>kontroll</w:t>
      </w:r>
      <w:proofErr w:type="spellEnd"/>
      <w:r>
        <w:t xml:space="preserve">, </w:t>
      </w:r>
      <w:proofErr w:type="spellStart"/>
      <w:r>
        <w:t>një</w:t>
      </w:r>
      <w:proofErr w:type="spellEnd"/>
      <w:r>
        <w:t xml:space="preserve"> audit, </w:t>
      </w:r>
      <w:proofErr w:type="spellStart"/>
      <w:r>
        <w:t>ku</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ti</w:t>
      </w:r>
      <w:proofErr w:type="spellEnd"/>
      <w:r>
        <w:t xml:space="preserve"> </w:t>
      </w:r>
      <w:proofErr w:type="spellStart"/>
      <w:r>
        <w:t>lehtësisht</w:t>
      </w:r>
      <w:proofErr w:type="spellEnd"/>
      <w:r>
        <w:t xml:space="preserve"> </w:t>
      </w:r>
      <w:proofErr w:type="spellStart"/>
      <w:r>
        <w:t>mundesh</w:t>
      </w:r>
      <w:proofErr w:type="spellEnd"/>
      <w:r>
        <w:t xml:space="preserve"> me e </w:t>
      </w:r>
      <w:proofErr w:type="spellStart"/>
      <w:r>
        <w:t>ditë</w:t>
      </w:r>
      <w:proofErr w:type="spellEnd"/>
      <w:r>
        <w:t xml:space="preserve"> se </w:t>
      </w:r>
      <w:proofErr w:type="spellStart"/>
      <w:r>
        <w:t>ku</w:t>
      </w:r>
      <w:proofErr w:type="spellEnd"/>
      <w:r>
        <w:t xml:space="preserve"> je </w:t>
      </w:r>
      <w:proofErr w:type="spellStart"/>
      <w:r>
        <w:t>ose</w:t>
      </w:r>
      <w:proofErr w:type="spellEnd"/>
      <w:r>
        <w:t xml:space="preserve"> </w:t>
      </w:r>
      <w:proofErr w:type="spellStart"/>
      <w:r>
        <w:t>çfarë</w:t>
      </w:r>
      <w:proofErr w:type="spellEnd"/>
      <w:r>
        <w:t xml:space="preserve"> </w:t>
      </w:r>
      <w:proofErr w:type="spellStart"/>
      <w:r>
        <w:t>cilësie</w:t>
      </w:r>
      <w:proofErr w:type="spellEnd"/>
      <w:r>
        <w:t xml:space="preserve"> </w:t>
      </w:r>
      <w:proofErr w:type="spellStart"/>
      <w:r>
        <w:t>të</w:t>
      </w:r>
      <w:proofErr w:type="spellEnd"/>
      <w:r>
        <w:t xml:space="preserve"> </w:t>
      </w:r>
      <w:proofErr w:type="spellStart"/>
      <w:r>
        <w:t>ke</w:t>
      </w:r>
      <w:proofErr w:type="spellEnd"/>
      <w:r>
        <w:t xml:space="preserve"> </w:t>
      </w:r>
      <w:proofErr w:type="spellStart"/>
      <w:r>
        <w:t>tek</w:t>
      </w:r>
      <w:proofErr w:type="spellEnd"/>
      <w:r>
        <w:t xml:space="preserve"> </w:t>
      </w:r>
      <w:proofErr w:type="spellStart"/>
      <w:r>
        <w:t>punonjësit</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tek</w:t>
      </w:r>
      <w:proofErr w:type="spellEnd"/>
      <w:r>
        <w:t xml:space="preserve">, </w:t>
      </w:r>
      <w:proofErr w:type="spellStart"/>
      <w:r>
        <w:t>domethënë</w:t>
      </w:r>
      <w:proofErr w:type="spellEnd"/>
      <w:r>
        <w:t xml:space="preserve">, </w:t>
      </w:r>
      <w:proofErr w:type="spellStart"/>
      <w:r>
        <w:t>tek</w:t>
      </w:r>
      <w:proofErr w:type="spellEnd"/>
      <w:r>
        <w:t xml:space="preserve"> </w:t>
      </w:r>
      <w:proofErr w:type="spellStart"/>
      <w:r>
        <w:t>pagat</w:t>
      </w:r>
      <w:proofErr w:type="spellEnd"/>
      <w:r>
        <w:t xml:space="preserve">, </w:t>
      </w:r>
      <w:proofErr w:type="spellStart"/>
      <w:r>
        <w:t>domethënë</w:t>
      </w:r>
      <w:proofErr w:type="spellEnd"/>
      <w:r>
        <w:t xml:space="preserve"> </w:t>
      </w:r>
      <w:proofErr w:type="spellStart"/>
      <w:r>
        <w:t>kjo</w:t>
      </w:r>
      <w:proofErr w:type="spellEnd"/>
      <w:r>
        <w:t xml:space="preserve"> ka </w:t>
      </w:r>
      <w:proofErr w:type="spellStart"/>
      <w:r>
        <w:t>qenë</w:t>
      </w:r>
      <w:proofErr w:type="spellEnd"/>
      <w:r>
        <w:t xml:space="preserve"> </w:t>
      </w:r>
      <w:proofErr w:type="spellStart"/>
      <w:r>
        <w:t>flas</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njëkohësisht</w:t>
      </w:r>
      <w:proofErr w:type="spellEnd"/>
      <w:r>
        <w:t xml:space="preserve"> </w:t>
      </w:r>
      <w:proofErr w:type="spellStart"/>
      <w:r>
        <w:t>territorin</w:t>
      </w:r>
      <w:proofErr w:type="spellEnd"/>
      <w:r>
        <w:t xml:space="preserve"> e </w:t>
      </w:r>
      <w:proofErr w:type="spellStart"/>
      <w:r>
        <w:t>kena</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madh</w:t>
      </w:r>
      <w:proofErr w:type="spellEnd"/>
      <w:r>
        <w:t xml:space="preserve">, e </w:t>
      </w:r>
      <w:proofErr w:type="spellStart"/>
      <w:r>
        <w:t>kena</w:t>
      </w:r>
      <w:proofErr w:type="spellEnd"/>
      <w:r>
        <w:t xml:space="preserve"> 720 km </w:t>
      </w:r>
      <w:proofErr w:type="spellStart"/>
      <w:r>
        <w:t>rrugë</w:t>
      </w:r>
      <w:proofErr w:type="spellEnd"/>
      <w:r>
        <w:t xml:space="preserve"> </w:t>
      </w:r>
      <w:proofErr w:type="spellStart"/>
      <w:r>
        <w:t>rurale</w:t>
      </w:r>
      <w:proofErr w:type="spellEnd"/>
      <w:r>
        <w:t xml:space="preserve">, </w:t>
      </w:r>
      <w:proofErr w:type="spellStart"/>
      <w:r>
        <w:t>që</w:t>
      </w:r>
      <w:proofErr w:type="spellEnd"/>
      <w:r>
        <w:t xml:space="preserve"> </w:t>
      </w:r>
      <w:proofErr w:type="spellStart"/>
      <w:r>
        <w:t>në</w:t>
      </w:r>
      <w:proofErr w:type="spellEnd"/>
      <w:r>
        <w:t xml:space="preserve"> </w:t>
      </w:r>
      <w:proofErr w:type="spellStart"/>
      <w:r>
        <w:t>thelb</w:t>
      </w:r>
      <w:proofErr w:type="spellEnd"/>
      <w:r>
        <w:t xml:space="preserve"> </w:t>
      </w:r>
      <w:proofErr w:type="spellStart"/>
      <w:r>
        <w:t>duhen</w:t>
      </w:r>
      <w:proofErr w:type="spellEnd"/>
      <w:r>
        <w:t xml:space="preserve"> </w:t>
      </w:r>
      <w:proofErr w:type="spellStart"/>
      <w:r>
        <w:t>punonjës</w:t>
      </w:r>
      <w:proofErr w:type="spellEnd"/>
      <w:r>
        <w:t xml:space="preserve"> </w:t>
      </w:r>
      <w:proofErr w:type="spellStart"/>
      <w:r>
        <w:t>për</w:t>
      </w:r>
      <w:proofErr w:type="spellEnd"/>
      <w:r>
        <w:t xml:space="preserve"> </w:t>
      </w:r>
      <w:proofErr w:type="spellStart"/>
      <w:r>
        <w:t>t'i</w:t>
      </w:r>
      <w:proofErr w:type="spellEnd"/>
      <w:r>
        <w:t xml:space="preserve"> </w:t>
      </w:r>
      <w:proofErr w:type="spellStart"/>
      <w:r>
        <w:t>mirëmbajtur</w:t>
      </w:r>
      <w:proofErr w:type="spellEnd"/>
      <w:r>
        <w:t xml:space="preserve">. </w:t>
      </w:r>
      <w:proofErr w:type="spellStart"/>
      <w:r>
        <w:t>Kena</w:t>
      </w:r>
      <w:proofErr w:type="spellEnd"/>
      <w:r>
        <w:t xml:space="preserve"> </w:t>
      </w:r>
      <w:proofErr w:type="spellStart"/>
      <w:r>
        <w:t>një</w:t>
      </w:r>
      <w:proofErr w:type="spellEnd"/>
      <w:r>
        <w:t xml:space="preserve"> </w:t>
      </w:r>
      <w:proofErr w:type="spellStart"/>
      <w:r>
        <w:t>sipërfaqe</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për</w:t>
      </w:r>
      <w:proofErr w:type="spellEnd"/>
      <w:r>
        <w:t xml:space="preserve"> </w:t>
      </w:r>
      <w:proofErr w:type="spellStart"/>
      <w:r>
        <w:t>të</w:t>
      </w:r>
      <w:proofErr w:type="spellEnd"/>
      <w:r>
        <w:t xml:space="preserve"> </w:t>
      </w:r>
      <w:proofErr w:type="spellStart"/>
      <w:r>
        <w:t>bërë</w:t>
      </w:r>
      <w:proofErr w:type="spellEnd"/>
      <w:r>
        <w:t xml:space="preserve"> </w:t>
      </w:r>
      <w:proofErr w:type="spellStart"/>
      <w:r>
        <w:t>pastrimin</w:t>
      </w:r>
      <w:proofErr w:type="spellEnd"/>
      <w:r>
        <w:t xml:space="preserve">, </w:t>
      </w:r>
      <w:proofErr w:type="spellStart"/>
      <w:r>
        <w:t>që</w:t>
      </w:r>
      <w:proofErr w:type="spellEnd"/>
      <w:r>
        <w:t xml:space="preserve"> </w:t>
      </w:r>
      <w:proofErr w:type="spellStart"/>
      <w:r>
        <w:t>edhe</w:t>
      </w:r>
      <w:proofErr w:type="spellEnd"/>
      <w:r>
        <w:t xml:space="preserve"> </w:t>
      </w:r>
      <w:proofErr w:type="spellStart"/>
      <w:r>
        <w:t>pastrimin</w:t>
      </w:r>
      <w:proofErr w:type="spellEnd"/>
      <w:r>
        <w:t xml:space="preserve"> e </w:t>
      </w:r>
      <w:proofErr w:type="spellStart"/>
      <w:r>
        <w:t>kena</w:t>
      </w:r>
      <w:proofErr w:type="spellEnd"/>
      <w:r>
        <w:t xml:space="preserve"> </w:t>
      </w:r>
      <w:proofErr w:type="spellStart"/>
      <w:r>
        <w:t>vetë</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kur</w:t>
      </w:r>
      <w:proofErr w:type="spellEnd"/>
      <w:r>
        <w:t xml:space="preserve"> </w:t>
      </w:r>
      <w:proofErr w:type="spellStart"/>
      <w:r>
        <w:t>filloi</w:t>
      </w:r>
      <w:proofErr w:type="spellEnd"/>
      <w:r>
        <w:t xml:space="preserve"> </w:t>
      </w:r>
      <w:proofErr w:type="spellStart"/>
      <w:r>
        <w:t>puna</w:t>
      </w:r>
      <w:proofErr w:type="spellEnd"/>
      <w:r>
        <w:t xml:space="preserve"> u </w:t>
      </w:r>
      <w:proofErr w:type="spellStart"/>
      <w:r>
        <w:t>bënë</w:t>
      </w:r>
      <w:proofErr w:type="spellEnd"/>
      <w:r>
        <w:t xml:space="preserve"> </w:t>
      </w:r>
      <w:proofErr w:type="spellStart"/>
      <w:r>
        <w:t>dy</w:t>
      </w:r>
      <w:proofErr w:type="spellEnd"/>
      <w:r>
        <w:t xml:space="preserve"> </w:t>
      </w:r>
      <w:proofErr w:type="spellStart"/>
      <w:r>
        <w:t>njësi</w:t>
      </w:r>
      <w:proofErr w:type="spellEnd"/>
      <w:r>
        <w:t xml:space="preserve"> </w:t>
      </w:r>
      <w:proofErr w:type="spellStart"/>
      <w:r>
        <w:t>pastrimi</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Koprikut</w:t>
      </w:r>
      <w:proofErr w:type="spellEnd"/>
      <w:r>
        <w:t xml:space="preserve"> </w:t>
      </w:r>
      <w:proofErr w:type="spellStart"/>
      <w:r>
        <w:t>dhe</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Bajës</w:t>
      </w:r>
      <w:proofErr w:type="spellEnd"/>
      <w:r>
        <w:t xml:space="preserve">, </w:t>
      </w:r>
      <w:proofErr w:type="spellStart"/>
      <w:r>
        <w:t>nuk</w:t>
      </w:r>
      <w:proofErr w:type="spellEnd"/>
      <w:r>
        <w:t xml:space="preserve"> u </w:t>
      </w:r>
      <w:proofErr w:type="spellStart"/>
      <w:r>
        <w:t>bënë</w:t>
      </w:r>
      <w:proofErr w:type="spellEnd"/>
      <w:r>
        <w:t xml:space="preserve"> </w:t>
      </w:r>
      <w:proofErr w:type="spellStart"/>
      <w:r>
        <w:t>në</w:t>
      </w:r>
      <w:proofErr w:type="spellEnd"/>
      <w:r>
        <w:t xml:space="preserve"> </w:t>
      </w:r>
      <w:proofErr w:type="spellStart"/>
      <w:r>
        <w:t>asnjë</w:t>
      </w:r>
      <w:proofErr w:type="spellEnd"/>
      <w:r>
        <w:t xml:space="preserve"> </w:t>
      </w:r>
      <w:proofErr w:type="spellStart"/>
      <w:r>
        <w:t>njësi</w:t>
      </w:r>
      <w:proofErr w:type="spellEnd"/>
      <w:r>
        <w:t xml:space="preserve"> </w:t>
      </w:r>
      <w:proofErr w:type="spellStart"/>
      <w:r>
        <w:t>tjetër</w:t>
      </w:r>
      <w:proofErr w:type="spellEnd"/>
      <w:r>
        <w:t xml:space="preserve">. Sot </w:t>
      </w:r>
      <w:proofErr w:type="spellStart"/>
      <w:r>
        <w:t>bëhen</w:t>
      </w:r>
      <w:proofErr w:type="spellEnd"/>
      <w:r>
        <w:t xml:space="preserve"> </w:t>
      </w:r>
      <w:proofErr w:type="spellStart"/>
      <w:r>
        <w:t>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bashkitë</w:t>
      </w:r>
      <w:proofErr w:type="spellEnd"/>
      <w:r>
        <w:t xml:space="preserve"> </w:t>
      </w:r>
      <w:proofErr w:type="spellStart"/>
      <w:r>
        <w:t>dhe</w:t>
      </w:r>
      <w:proofErr w:type="spellEnd"/>
      <w:r>
        <w:t xml:space="preserve"> </w:t>
      </w:r>
      <w:proofErr w:type="spellStart"/>
      <w:r>
        <w:t>normalisht</w:t>
      </w:r>
      <w:proofErr w:type="spellEnd"/>
      <w:r>
        <w:t xml:space="preserve"> </w:t>
      </w:r>
      <w:proofErr w:type="spellStart"/>
      <w:r>
        <w:t>ndërmarrja</w:t>
      </w:r>
      <w:proofErr w:type="spellEnd"/>
      <w:r>
        <w:t xml:space="preserve"> </w:t>
      </w:r>
      <w:proofErr w:type="spellStart"/>
      <w:r>
        <w:t>është</w:t>
      </w:r>
      <w:proofErr w:type="spellEnd"/>
      <w:r>
        <w:t xml:space="preserve"> </w:t>
      </w:r>
      <w:proofErr w:type="spellStart"/>
      <w:r>
        <w:t>pranë</w:t>
      </w:r>
      <w:proofErr w:type="spellEnd"/>
      <w:r>
        <w:t xml:space="preserve"> </w:t>
      </w:r>
      <w:proofErr w:type="spellStart"/>
      <w:r>
        <w:t>bashkisë</w:t>
      </w:r>
      <w:proofErr w:type="spellEnd"/>
      <w:r>
        <w:t xml:space="preserve">, jo, </w:t>
      </w:r>
      <w:proofErr w:type="spellStart"/>
      <w:r>
        <w:t>domethënë</w:t>
      </w:r>
      <w:proofErr w:type="spellEnd"/>
      <w:r>
        <w:t xml:space="preserve">, me </w:t>
      </w:r>
      <w:proofErr w:type="spellStart"/>
      <w:r>
        <w:t>kontratë</w:t>
      </w:r>
      <w:proofErr w:type="spellEnd"/>
      <w:r>
        <w:t xml:space="preserve"> me </w:t>
      </w:r>
      <w:proofErr w:type="spellStart"/>
      <w:r>
        <w:t>kontraktorin</w:t>
      </w:r>
      <w:proofErr w:type="spellEnd"/>
      <w:r>
        <w:t xml:space="preserve">. </w:t>
      </w:r>
      <w:proofErr w:type="spellStart"/>
      <w:r>
        <w:t>Për</w:t>
      </w:r>
      <w:proofErr w:type="spellEnd"/>
      <w:r>
        <w:t xml:space="preserve"> </w:t>
      </w:r>
      <w:proofErr w:type="spellStart"/>
      <w:r>
        <w:t>ndarjen</w:t>
      </w:r>
      <w:proofErr w:type="spellEnd"/>
      <w:r>
        <w:t xml:space="preserve">, </w:t>
      </w:r>
      <w:proofErr w:type="spellStart"/>
      <w:r>
        <w:t>thashë</w:t>
      </w:r>
      <w:proofErr w:type="spellEnd"/>
      <w:r>
        <w:t xml:space="preserve">, </w:t>
      </w:r>
      <w:proofErr w:type="spellStart"/>
      <w:r>
        <w:t>Malësia</w:t>
      </w:r>
      <w:proofErr w:type="spellEnd"/>
      <w:r>
        <w:t xml:space="preserve"> </w:t>
      </w:r>
      <w:proofErr w:type="spellStart"/>
      <w:r>
        <w:t>nuk</w:t>
      </w:r>
      <w:proofErr w:type="spellEnd"/>
      <w:r>
        <w:t xml:space="preserve"> ka vend mu </w:t>
      </w:r>
      <w:proofErr w:type="spellStart"/>
      <w:r>
        <w:t>diskutu</w:t>
      </w:r>
      <w:proofErr w:type="spellEnd"/>
      <w:r>
        <w:t xml:space="preserve">, mu </w:t>
      </w:r>
      <w:proofErr w:type="spellStart"/>
      <w:r>
        <w:t>nda</w:t>
      </w:r>
      <w:proofErr w:type="spellEnd"/>
      <w:r>
        <w:t xml:space="preserve">, </w:t>
      </w:r>
      <w:proofErr w:type="spellStart"/>
      <w:r>
        <w:t>domethënë</w:t>
      </w:r>
      <w:proofErr w:type="spellEnd"/>
      <w:r>
        <w:t xml:space="preserve">, </w:t>
      </w:r>
      <w:proofErr w:type="spellStart"/>
      <w:r>
        <w:t>është</w:t>
      </w:r>
      <w:proofErr w:type="spellEnd"/>
      <w:r>
        <w:t xml:space="preserve"> as </w:t>
      </w:r>
      <w:proofErr w:type="spellStart"/>
      <w:r>
        <w:t>mendoj</w:t>
      </w:r>
      <w:proofErr w:type="spellEnd"/>
      <w:r>
        <w:t xml:space="preserve"> se </w:t>
      </w:r>
      <w:proofErr w:type="spellStart"/>
      <w:r>
        <w:t>asnjëri</w:t>
      </w:r>
      <w:proofErr w:type="spellEnd"/>
      <w:r>
        <w:t xml:space="preserve"> </w:t>
      </w:r>
      <w:proofErr w:type="spellStart"/>
      <w:r>
        <w:t>prej</w:t>
      </w:r>
      <w:proofErr w:type="spellEnd"/>
      <w:r>
        <w:t xml:space="preserve"> </w:t>
      </w:r>
      <w:proofErr w:type="spellStart"/>
      <w:r>
        <w:t>jush</w:t>
      </w:r>
      <w:proofErr w:type="spellEnd"/>
      <w:r>
        <w:t xml:space="preserve"> </w:t>
      </w:r>
      <w:proofErr w:type="spellStart"/>
      <w:r>
        <w:t>nuk</w:t>
      </w:r>
      <w:proofErr w:type="spellEnd"/>
      <w:r>
        <w:t xml:space="preserve"> e </w:t>
      </w:r>
      <w:proofErr w:type="spellStart"/>
      <w:r>
        <w:t>mendon</w:t>
      </w:r>
      <w:proofErr w:type="spellEnd"/>
      <w:r>
        <w:t xml:space="preserve"> </w:t>
      </w:r>
      <w:proofErr w:type="spellStart"/>
      <w:r>
        <w:t>këtë</w:t>
      </w:r>
      <w:proofErr w:type="spellEnd"/>
      <w:r>
        <w:t xml:space="preserve"> </w:t>
      </w:r>
      <w:proofErr w:type="spellStart"/>
      <w:r>
        <w:t>gjë</w:t>
      </w:r>
      <w:proofErr w:type="spellEnd"/>
      <w:r>
        <w:t xml:space="preserve">, me </w:t>
      </w:r>
      <w:proofErr w:type="spellStart"/>
      <w:r>
        <w:t>thënë</w:t>
      </w:r>
      <w:proofErr w:type="spellEnd"/>
      <w:r>
        <w:t xml:space="preserve"> </w:t>
      </w:r>
      <w:proofErr w:type="spellStart"/>
      <w:r>
        <w:t>të</w:t>
      </w:r>
      <w:proofErr w:type="spellEnd"/>
      <w:r>
        <w:t xml:space="preserve"> </w:t>
      </w:r>
      <w:proofErr w:type="spellStart"/>
      <w:r>
        <w:t>drejtën</w:t>
      </w:r>
      <w:proofErr w:type="spellEnd"/>
      <w:r>
        <w:t xml:space="preserve">, se ne </w:t>
      </w:r>
      <w:proofErr w:type="spellStart"/>
      <w:r>
        <w:t>jemi</w:t>
      </w:r>
      <w:proofErr w:type="spellEnd"/>
      <w:r>
        <w:t xml:space="preserve"> </w:t>
      </w:r>
      <w:proofErr w:type="spellStart"/>
      <w:r>
        <w:t>një</w:t>
      </w:r>
      <w:proofErr w:type="spellEnd"/>
      <w:r>
        <w:t xml:space="preserve">, ne </w:t>
      </w:r>
      <w:proofErr w:type="spellStart"/>
      <w:r>
        <w:t>jemi</w:t>
      </w:r>
      <w:proofErr w:type="spellEnd"/>
      <w:r>
        <w:t xml:space="preserve"> </w:t>
      </w:r>
      <w:proofErr w:type="spellStart"/>
      <w:r>
        <w:t>një</w:t>
      </w:r>
      <w:proofErr w:type="spellEnd"/>
      <w:r>
        <w:t xml:space="preserve"> </w:t>
      </w:r>
      <w:proofErr w:type="spellStart"/>
      <w:r>
        <w:t>rast</w:t>
      </w:r>
      <w:proofErr w:type="spellEnd"/>
      <w:r>
        <w:t xml:space="preserve">. </w:t>
      </w:r>
      <w:proofErr w:type="spellStart"/>
      <w:r>
        <w:t>Normalisht</w:t>
      </w:r>
      <w:proofErr w:type="spellEnd"/>
      <w:r>
        <w:t xml:space="preserve"> </w:t>
      </w:r>
      <w:proofErr w:type="spellStart"/>
      <w:r>
        <w:t>që</w:t>
      </w:r>
      <w:proofErr w:type="spellEnd"/>
      <w:r>
        <w:t xml:space="preserve"> ne po, </w:t>
      </w:r>
      <w:proofErr w:type="spellStart"/>
      <w:r>
        <w:t>na</w:t>
      </w:r>
      <w:proofErr w:type="spellEnd"/>
      <w:r>
        <w:t xml:space="preserve"> e </w:t>
      </w:r>
      <w:proofErr w:type="spellStart"/>
      <w:r>
        <w:t>kanë</w:t>
      </w:r>
      <w:proofErr w:type="spellEnd"/>
      <w:r>
        <w:t xml:space="preserve"> </w:t>
      </w:r>
      <w:proofErr w:type="spellStart"/>
      <w:r>
        <w:t>marrë</w:t>
      </w:r>
      <w:proofErr w:type="spellEnd"/>
      <w:r>
        <w:t xml:space="preserve"> Mali </w:t>
      </w:r>
      <w:proofErr w:type="spellStart"/>
      <w:r>
        <w:t>i</w:t>
      </w:r>
      <w:proofErr w:type="spellEnd"/>
      <w:r>
        <w:t xml:space="preserve"> Zi, </w:t>
      </w:r>
      <w:proofErr w:type="spellStart"/>
      <w:r>
        <w:t>ato</w:t>
      </w:r>
      <w:proofErr w:type="spellEnd"/>
      <w:r>
        <w:t xml:space="preserve"> </w:t>
      </w:r>
      <w:proofErr w:type="spellStart"/>
      <w:r>
        <w:t>pjesët</w:t>
      </w:r>
      <w:proofErr w:type="spellEnd"/>
      <w:r>
        <w:t xml:space="preserve"> </w:t>
      </w:r>
      <w:proofErr w:type="spellStart"/>
      <w:r>
        <w:t>tona</w:t>
      </w:r>
      <w:proofErr w:type="spellEnd"/>
      <w:r>
        <w:t xml:space="preserve"> </w:t>
      </w:r>
      <w:proofErr w:type="spellStart"/>
      <w:r>
        <w:t>që</w:t>
      </w:r>
      <w:proofErr w:type="spellEnd"/>
      <w:r>
        <w:t xml:space="preserve"> </w:t>
      </w:r>
      <w:proofErr w:type="spellStart"/>
      <w:r>
        <w:t>ju</w:t>
      </w:r>
      <w:proofErr w:type="spellEnd"/>
      <w:r>
        <w:t xml:space="preserve"> </w:t>
      </w:r>
      <w:proofErr w:type="spellStart"/>
      <w:r>
        <w:t>i</w:t>
      </w:r>
      <w:proofErr w:type="spellEnd"/>
      <w:r>
        <w:t xml:space="preserve"> </w:t>
      </w:r>
      <w:proofErr w:type="spellStart"/>
      <w:r>
        <w:t>dini</w:t>
      </w:r>
      <w:proofErr w:type="spellEnd"/>
      <w:r>
        <w:t xml:space="preserve"> fort </w:t>
      </w:r>
      <w:proofErr w:type="spellStart"/>
      <w:r>
        <w:t>mirë</w:t>
      </w:r>
      <w:proofErr w:type="spellEnd"/>
      <w:r>
        <w:t xml:space="preserve">, por </w:t>
      </w:r>
      <w:proofErr w:type="spellStart"/>
      <w:r>
        <w:t>s'janë</w:t>
      </w:r>
      <w:proofErr w:type="spellEnd"/>
      <w:r>
        <w:t xml:space="preserve"> </w:t>
      </w:r>
      <w:proofErr w:type="spellStart"/>
      <w:r>
        <w:t>të</w:t>
      </w:r>
      <w:proofErr w:type="spellEnd"/>
      <w:r>
        <w:t xml:space="preserv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Por </w:t>
      </w:r>
      <w:proofErr w:type="spellStart"/>
      <w:r>
        <w:t>Malësia</w:t>
      </w:r>
      <w:proofErr w:type="spellEnd"/>
      <w:r>
        <w:t xml:space="preserve">, </w:t>
      </w:r>
      <w:proofErr w:type="spellStart"/>
      <w:r>
        <w:t>pavarësisht</w:t>
      </w:r>
      <w:proofErr w:type="spellEnd"/>
      <w:r>
        <w:t xml:space="preserve"> se </w:t>
      </w:r>
      <w:proofErr w:type="spellStart"/>
      <w:r>
        <w:t>territori</w:t>
      </w:r>
      <w:proofErr w:type="spellEnd"/>
      <w:r>
        <w:t xml:space="preserve"> e ka </w:t>
      </w:r>
      <w:proofErr w:type="spellStart"/>
      <w:r>
        <w:t>të</w:t>
      </w:r>
      <w:proofErr w:type="spellEnd"/>
      <w:r>
        <w:t xml:space="preserve"> </w:t>
      </w:r>
      <w:proofErr w:type="spellStart"/>
      <w:r>
        <w:t>madh</w:t>
      </w:r>
      <w:proofErr w:type="spellEnd"/>
      <w:r>
        <w:t xml:space="preserve">, </w:t>
      </w:r>
      <w:proofErr w:type="spellStart"/>
      <w:r>
        <w:t>mendoj</w:t>
      </w:r>
      <w:proofErr w:type="spellEnd"/>
      <w:r>
        <w:t xml:space="preserve"> </w:t>
      </w:r>
      <w:proofErr w:type="spellStart"/>
      <w:r>
        <w:t>që</w:t>
      </w:r>
      <w:proofErr w:type="spellEnd"/>
      <w:r>
        <w:t xml:space="preserve"> </w:t>
      </w:r>
      <w:proofErr w:type="spellStart"/>
      <w:r>
        <w:t>i</w:t>
      </w:r>
      <w:proofErr w:type="spellEnd"/>
      <w:r>
        <w:t xml:space="preserve"> </w:t>
      </w:r>
      <w:proofErr w:type="spellStart"/>
      <w:r>
        <w:t>plotëson</w:t>
      </w:r>
      <w:proofErr w:type="spellEnd"/>
      <w:r>
        <w:t xml:space="preserve"> </w:t>
      </w:r>
      <w:proofErr w:type="spellStart"/>
      <w:r>
        <w:t>të</w:t>
      </w:r>
      <w:proofErr w:type="spellEnd"/>
      <w:r>
        <w:t xml:space="preserve"> </w:t>
      </w:r>
      <w:proofErr w:type="spellStart"/>
      <w:r>
        <w:t>gjitha</w:t>
      </w:r>
      <w:proofErr w:type="spellEnd"/>
      <w:r>
        <w:t xml:space="preserve"> </w:t>
      </w:r>
      <w:proofErr w:type="spellStart"/>
      <w:r>
        <w:t>kriteret</w:t>
      </w:r>
      <w:proofErr w:type="spellEnd"/>
      <w:r>
        <w:t xml:space="preserve"> </w:t>
      </w:r>
      <w:proofErr w:type="spellStart"/>
      <w:r>
        <w:t>për</w:t>
      </w:r>
      <w:proofErr w:type="spellEnd"/>
      <w:r>
        <w:t xml:space="preserve"> </w:t>
      </w:r>
      <w:proofErr w:type="spellStart"/>
      <w:r>
        <w:t>të</w:t>
      </w:r>
      <w:proofErr w:type="spellEnd"/>
      <w:r>
        <w:t xml:space="preserve"> </w:t>
      </w:r>
      <w:proofErr w:type="spellStart"/>
      <w:r>
        <w:t>qenë</w:t>
      </w:r>
      <w:proofErr w:type="spellEnd"/>
      <w:r>
        <w:t xml:space="preserve"> </w:t>
      </w:r>
      <w:proofErr w:type="spellStart"/>
      <w:r>
        <w:t>bashki</w:t>
      </w:r>
      <w:proofErr w:type="spellEnd"/>
      <w:r>
        <w:t xml:space="preserve"> </w:t>
      </w:r>
      <w:proofErr w:type="spellStart"/>
      <w:r>
        <w:t>edhe</w:t>
      </w:r>
      <w:proofErr w:type="spellEnd"/>
      <w:r>
        <w:t xml:space="preserve"> </w:t>
      </w:r>
      <w:proofErr w:type="spellStart"/>
      <w:r>
        <w:t>për</w:t>
      </w:r>
      <w:proofErr w:type="spellEnd"/>
      <w:r>
        <w:t xml:space="preserve">, </w:t>
      </w:r>
      <w:proofErr w:type="spellStart"/>
      <w:r>
        <w:t>sipas</w:t>
      </w:r>
      <w:proofErr w:type="spellEnd"/>
      <w:r>
        <w:t xml:space="preserve"> </w:t>
      </w:r>
      <w:proofErr w:type="spellStart"/>
      <w:r>
        <w:t>së</w:t>
      </w:r>
      <w:proofErr w:type="spellEnd"/>
      <w:r>
        <w:t xml:space="preserve"> </w:t>
      </w:r>
      <w:proofErr w:type="spellStart"/>
      <w:r>
        <w:t>meje</w:t>
      </w:r>
      <w:proofErr w:type="spellEnd"/>
      <w:r>
        <w:t xml:space="preserve">, por </w:t>
      </w:r>
      <w:proofErr w:type="spellStart"/>
      <w:r>
        <w:t>edhe</w:t>
      </w:r>
      <w:proofErr w:type="spellEnd"/>
      <w:r>
        <w:t xml:space="preserve"> </w:t>
      </w:r>
      <w:proofErr w:type="spellStart"/>
      <w:r>
        <w:t>sipas</w:t>
      </w:r>
      <w:proofErr w:type="spellEnd"/>
      <w:r>
        <w:t xml:space="preserve"> </w:t>
      </w:r>
      <w:proofErr w:type="spellStart"/>
      <w:r>
        <w:t>banorëve</w:t>
      </w:r>
      <w:proofErr w:type="spellEnd"/>
      <w:r>
        <w:t xml:space="preserve">, </w:t>
      </w:r>
      <w:proofErr w:type="spellStart"/>
      <w:r>
        <w:t>të</w:t>
      </w:r>
      <w:proofErr w:type="spellEnd"/>
      <w:r>
        <w:t xml:space="preserve"> </w:t>
      </w:r>
      <w:proofErr w:type="spellStart"/>
      <w:r>
        <w:t>jetë</w:t>
      </w:r>
      <w:proofErr w:type="spellEnd"/>
      <w:r>
        <w:t xml:space="preserve"> </w:t>
      </w:r>
      <w:proofErr w:type="spellStart"/>
      <w:r>
        <w:t>pjesë</w:t>
      </w:r>
      <w:proofErr w:type="spellEnd"/>
      <w:r>
        <w:t xml:space="preserve"> e </w:t>
      </w:r>
      <w:proofErr w:type="spellStart"/>
      <w:r>
        <w:t>njëjtë</w:t>
      </w:r>
      <w:proofErr w:type="spellEnd"/>
      <w:r>
        <w:t xml:space="preserve">, </w:t>
      </w:r>
      <w:proofErr w:type="spellStart"/>
      <w:r>
        <w:t>ose</w:t>
      </w:r>
      <w:proofErr w:type="spellEnd"/>
      <w:r>
        <w:t xml:space="preserve"> </w:t>
      </w:r>
      <w:proofErr w:type="spellStart"/>
      <w:r>
        <w:t>unë</w:t>
      </w:r>
      <w:proofErr w:type="spellEnd"/>
      <w:r>
        <w:t xml:space="preserve"> </w:t>
      </w:r>
      <w:proofErr w:type="spellStart"/>
      <w:r>
        <w:t>mendoj</w:t>
      </w:r>
      <w:proofErr w:type="spellEnd"/>
      <w:r>
        <w:t xml:space="preserve"> </w:t>
      </w:r>
      <w:proofErr w:type="spellStart"/>
      <w:r>
        <w:t>që</w:t>
      </w:r>
      <w:proofErr w:type="spellEnd"/>
      <w:r>
        <w:t xml:space="preserve"> </w:t>
      </w:r>
      <w:proofErr w:type="spellStart"/>
      <w:r>
        <w:t>edhe</w:t>
      </w:r>
      <w:proofErr w:type="spellEnd"/>
      <w:r>
        <w:t xml:space="preserve"> </w:t>
      </w:r>
      <w:proofErr w:type="spellStart"/>
      <w:r>
        <w:t>ju</w:t>
      </w:r>
      <w:proofErr w:type="spellEnd"/>
      <w:r>
        <w:t xml:space="preserve"> </w:t>
      </w:r>
      <w:proofErr w:type="spellStart"/>
      <w:r>
        <w:t>mendoni</w:t>
      </w:r>
      <w:proofErr w:type="spellEnd"/>
      <w:r>
        <w:t xml:space="preserve"> </w:t>
      </w:r>
      <w:proofErr w:type="spellStart"/>
      <w:r>
        <w:t>siç</w:t>
      </w:r>
      <w:proofErr w:type="spellEnd"/>
      <w:r>
        <w:t xml:space="preserve"> </w:t>
      </w:r>
      <w:proofErr w:type="spellStart"/>
      <w:r>
        <w:t>mendoni</w:t>
      </w:r>
      <w:proofErr w:type="spellEnd"/>
      <w:r>
        <w:t xml:space="preserve"> </w:t>
      </w:r>
      <w:proofErr w:type="spellStart"/>
      <w:r>
        <w:t>ju</w:t>
      </w:r>
      <w:proofErr w:type="spellEnd"/>
      <w:r>
        <w:t xml:space="preserve">, apo </w:t>
      </w:r>
      <w:proofErr w:type="spellStart"/>
      <w:r>
        <w:t>siç</w:t>
      </w:r>
      <w:proofErr w:type="spellEnd"/>
      <w:r>
        <w:t xml:space="preserve"> </w:t>
      </w:r>
      <w:proofErr w:type="spellStart"/>
      <w:r>
        <w:t>mendojnë</w:t>
      </w:r>
      <w:proofErr w:type="spellEnd"/>
      <w:r>
        <w:t xml:space="preserve"> </w:t>
      </w:r>
      <w:proofErr w:type="spellStart"/>
      <w:r>
        <w:t>banorët</w:t>
      </w:r>
      <w:proofErr w:type="spellEnd"/>
      <w:r>
        <w:t xml:space="preserve">. </w:t>
      </w:r>
      <w:proofErr w:type="spellStart"/>
      <w:r>
        <w:t>Çështje</w:t>
      </w:r>
      <w:proofErr w:type="spellEnd"/>
      <w:r>
        <w:t xml:space="preserve"> </w:t>
      </w:r>
      <w:proofErr w:type="spellStart"/>
      <w:r>
        <w:t>kompetencash</w:t>
      </w:r>
      <w:proofErr w:type="spellEnd"/>
      <w:r>
        <w:t xml:space="preserve"> </w:t>
      </w:r>
      <w:proofErr w:type="spellStart"/>
      <w:r>
        <w:t>na</w:t>
      </w:r>
      <w:proofErr w:type="spellEnd"/>
      <w:r>
        <w:t xml:space="preserve">, </w:t>
      </w:r>
      <w:proofErr w:type="spellStart"/>
      <w:r>
        <w:t>ose</w:t>
      </w:r>
      <w:proofErr w:type="spellEnd"/>
      <w:r>
        <w:t xml:space="preserve"> </w:t>
      </w:r>
      <w:proofErr w:type="spellStart"/>
      <w:r>
        <w:t>bashkitë</w:t>
      </w:r>
      <w:proofErr w:type="spellEnd"/>
      <w:r>
        <w:t xml:space="preserve">, </w:t>
      </w:r>
      <w:proofErr w:type="spellStart"/>
      <w:r>
        <w:t>gjithmonë</w:t>
      </w:r>
      <w:proofErr w:type="spellEnd"/>
      <w:r>
        <w:t xml:space="preserve"> </w:t>
      </w:r>
      <w:proofErr w:type="spellStart"/>
      <w:r>
        <w:t>kërkojnë</w:t>
      </w:r>
      <w:proofErr w:type="spellEnd"/>
      <w:r>
        <w:t xml:space="preserve">. </w:t>
      </w:r>
      <w:proofErr w:type="spellStart"/>
      <w:r>
        <w:t>Realisht</w:t>
      </w:r>
      <w:proofErr w:type="spellEnd"/>
      <w:r>
        <w:t xml:space="preserve">, </w:t>
      </w:r>
      <w:proofErr w:type="spellStart"/>
      <w:r>
        <w:t>edhe</w:t>
      </w:r>
      <w:proofErr w:type="spellEnd"/>
      <w:r>
        <w:t xml:space="preserve"> </w:t>
      </w:r>
      <w:proofErr w:type="spellStart"/>
      <w:r>
        <w:t>krejt</w:t>
      </w:r>
      <w:proofErr w:type="spellEnd"/>
      <w:r>
        <w:t xml:space="preserve"> </w:t>
      </w:r>
      <w:proofErr w:type="spellStart"/>
      <w:r>
        <w:t>të</w:t>
      </w:r>
      <w:proofErr w:type="spellEnd"/>
      <w:r>
        <w:t xml:space="preserve"> </w:t>
      </w:r>
      <w:proofErr w:type="spellStart"/>
      <w:r>
        <w:t>gatshëm</w:t>
      </w:r>
      <w:proofErr w:type="spellEnd"/>
      <w:r>
        <w:t xml:space="preserve">, </w:t>
      </w:r>
      <w:proofErr w:type="spellStart"/>
      <w:r>
        <w:t>disa</w:t>
      </w:r>
      <w:proofErr w:type="spellEnd"/>
      <w:r>
        <w:t xml:space="preserve"> </w:t>
      </w:r>
      <w:proofErr w:type="spellStart"/>
      <w:r>
        <w:t>bashki</w:t>
      </w:r>
      <w:proofErr w:type="spellEnd"/>
      <w:r>
        <w:t xml:space="preserve"> </w:t>
      </w:r>
      <w:proofErr w:type="spellStart"/>
      <w:r>
        <w:t>nuk</w:t>
      </w:r>
      <w:proofErr w:type="spellEnd"/>
      <w:r>
        <w:t xml:space="preserve"> </w:t>
      </w:r>
      <w:proofErr w:type="spellStart"/>
      <w:r>
        <w:t>kanë</w:t>
      </w:r>
      <w:proofErr w:type="spellEnd"/>
      <w:r>
        <w:t xml:space="preserve"> </w:t>
      </w:r>
      <w:proofErr w:type="spellStart"/>
      <w:r>
        <w:t>qenë</w:t>
      </w:r>
      <w:proofErr w:type="spellEnd"/>
      <w:r>
        <w:t xml:space="preserve"> </w:t>
      </w:r>
      <w:proofErr w:type="spellStart"/>
      <w:r>
        <w:t>për</w:t>
      </w:r>
      <w:proofErr w:type="spellEnd"/>
      <w:r>
        <w:t xml:space="preserve"> </w:t>
      </w:r>
      <w:proofErr w:type="spellStart"/>
      <w:r>
        <w:t>t'i</w:t>
      </w:r>
      <w:proofErr w:type="spellEnd"/>
      <w:r>
        <w:t xml:space="preserve"> </w:t>
      </w:r>
      <w:proofErr w:type="spellStart"/>
      <w:r>
        <w:t>marrë</w:t>
      </w:r>
      <w:proofErr w:type="spellEnd"/>
      <w:r>
        <w:t xml:space="preserve"> </w:t>
      </w:r>
      <w:proofErr w:type="spellStart"/>
      <w:r>
        <w:t>disa</w:t>
      </w:r>
      <w:proofErr w:type="spellEnd"/>
      <w:r>
        <w:t xml:space="preserve"> </w:t>
      </w:r>
      <w:proofErr w:type="spellStart"/>
      <w:r>
        <w:t>kompetenca</w:t>
      </w:r>
      <w:proofErr w:type="spellEnd"/>
      <w:r>
        <w:t xml:space="preserve">, </w:t>
      </w:r>
      <w:proofErr w:type="spellStart"/>
      <w:r>
        <w:t>ose</w:t>
      </w:r>
      <w:proofErr w:type="spellEnd"/>
      <w:r>
        <w:t xml:space="preserve"> </w:t>
      </w:r>
      <w:proofErr w:type="spellStart"/>
      <w:r>
        <w:t>mami</w:t>
      </w:r>
      <w:proofErr w:type="spellEnd"/>
      <w:r>
        <w:t xml:space="preserve"> </w:t>
      </w:r>
      <w:proofErr w:type="spellStart"/>
      <w:r>
        <w:t>më</w:t>
      </w:r>
      <w:proofErr w:type="spellEnd"/>
      <w:r>
        <w:t xml:space="preserve"> </w:t>
      </w:r>
      <w:proofErr w:type="spellStart"/>
      <w:r>
        <w:t>tha</w:t>
      </w:r>
      <w:proofErr w:type="spellEnd"/>
      <w:r>
        <w:t xml:space="preserve"> </w:t>
      </w:r>
      <w:proofErr w:type="spellStart"/>
      <w:r>
        <w:t>disa</w:t>
      </w:r>
      <w:proofErr w:type="spellEnd"/>
      <w:r>
        <w:t xml:space="preserve"> </w:t>
      </w:r>
      <w:proofErr w:type="spellStart"/>
      <w:r>
        <w:t>gjëra</w:t>
      </w:r>
      <w:proofErr w:type="spellEnd"/>
      <w:r>
        <w:t xml:space="preserve"> </w:t>
      </w:r>
      <w:proofErr w:type="spellStart"/>
      <w:r>
        <w:t>që</w:t>
      </w:r>
      <w:proofErr w:type="spellEnd"/>
      <w:r>
        <w:t xml:space="preserve"> </w:t>
      </w:r>
      <w:proofErr w:type="spellStart"/>
      <w:r>
        <w:t>nëpër</w:t>
      </w:r>
      <w:proofErr w:type="spellEnd"/>
      <w:r>
        <w:t xml:space="preserve"> </w:t>
      </w:r>
      <w:proofErr w:type="spellStart"/>
      <w:r>
        <w:t>Evropë</w:t>
      </w:r>
      <w:proofErr w:type="spellEnd"/>
      <w:r>
        <w:t xml:space="preserve"> </w:t>
      </w:r>
      <w:proofErr w:type="spellStart"/>
      <w:r>
        <w:t>i</w:t>
      </w:r>
      <w:proofErr w:type="spellEnd"/>
      <w:r>
        <w:t xml:space="preserve"> </w:t>
      </w:r>
      <w:proofErr w:type="spellStart"/>
      <w:r>
        <w:t>kanë</w:t>
      </w:r>
      <w:proofErr w:type="spellEnd"/>
      <w:r>
        <w:t xml:space="preserve">. </w:t>
      </w:r>
      <w:proofErr w:type="spellStart"/>
      <w:r>
        <w:t>Edhe</w:t>
      </w:r>
      <w:proofErr w:type="spellEnd"/>
      <w:r>
        <w:t xml:space="preserve"> ajo, </w:t>
      </w:r>
      <w:proofErr w:type="spellStart"/>
      <w:r>
        <w:t>besoj</w:t>
      </w:r>
      <w:proofErr w:type="spellEnd"/>
      <w:r>
        <w:t xml:space="preserve">, </w:t>
      </w:r>
      <w:proofErr w:type="spellStart"/>
      <w:r>
        <w:t>kur</w:t>
      </w:r>
      <w:proofErr w:type="spellEnd"/>
      <w:r>
        <w:t xml:space="preserve"> </w:t>
      </w:r>
      <w:proofErr w:type="spellStart"/>
      <w:r>
        <w:t>të</w:t>
      </w:r>
      <w:proofErr w:type="spellEnd"/>
      <w:r>
        <w:t xml:space="preserve"> </w:t>
      </w:r>
      <w:proofErr w:type="spellStart"/>
      <w:r>
        <w:t>futen</w:t>
      </w:r>
      <w:proofErr w:type="spellEnd"/>
      <w:r>
        <w:t xml:space="preserve"> </w:t>
      </w:r>
      <w:proofErr w:type="spellStart"/>
      <w:r>
        <w:t>në</w:t>
      </w:r>
      <w:proofErr w:type="spellEnd"/>
      <w:r>
        <w:t xml:space="preserve"> </w:t>
      </w:r>
      <w:proofErr w:type="spellStart"/>
      <w:r>
        <w:t>Bashkimin</w:t>
      </w:r>
      <w:proofErr w:type="spellEnd"/>
      <w:r>
        <w:t xml:space="preserve"> </w:t>
      </w:r>
      <w:proofErr w:type="spellStart"/>
      <w:r>
        <w:t>Evropian</w:t>
      </w:r>
      <w:proofErr w:type="spellEnd"/>
      <w:r>
        <w:t xml:space="preserve">, do </w:t>
      </w:r>
      <w:proofErr w:type="spellStart"/>
      <w:r>
        <w:t>t'i</w:t>
      </w:r>
      <w:proofErr w:type="spellEnd"/>
      <w:r>
        <w:t xml:space="preserve"> </w:t>
      </w:r>
      <w:proofErr w:type="spellStart"/>
      <w:r>
        <w:t>ketë</w:t>
      </w:r>
      <w:proofErr w:type="spellEnd"/>
      <w:r>
        <w:t xml:space="preserve"> </w:t>
      </w:r>
      <w:proofErr w:type="spellStart"/>
      <w:r>
        <w:t>si</w:t>
      </w:r>
      <w:proofErr w:type="spellEnd"/>
      <w:r>
        <w:t xml:space="preserve"> ka </w:t>
      </w:r>
      <w:proofErr w:type="spellStart"/>
      <w:r>
        <w:t>Sllovenia</w:t>
      </w:r>
      <w:proofErr w:type="spellEnd"/>
      <w:r>
        <w:t xml:space="preserve">, apo </w:t>
      </w:r>
      <w:proofErr w:type="spellStart"/>
      <w:r>
        <w:t>si</w:t>
      </w:r>
      <w:proofErr w:type="spellEnd"/>
      <w:r>
        <w:t xml:space="preserve"> ka </w:t>
      </w:r>
      <w:proofErr w:type="spellStart"/>
      <w:r>
        <w:t>Gjermania</w:t>
      </w:r>
      <w:proofErr w:type="spellEnd"/>
      <w:r>
        <w:t xml:space="preserve">, Italia. Por </w:t>
      </w:r>
      <w:proofErr w:type="spellStart"/>
      <w:r>
        <w:t>kërkesat</w:t>
      </w:r>
      <w:proofErr w:type="spellEnd"/>
      <w:r>
        <w:t xml:space="preserve"> </w:t>
      </w:r>
      <w:proofErr w:type="spellStart"/>
      <w:r>
        <w:t>gjithmonë</w:t>
      </w:r>
      <w:proofErr w:type="spellEnd"/>
      <w:r>
        <w:t xml:space="preserve"> </w:t>
      </w:r>
      <w:proofErr w:type="spellStart"/>
      <w:r>
        <w:t>ekzistojnë</w:t>
      </w:r>
      <w:proofErr w:type="spellEnd"/>
      <w:r>
        <w:t xml:space="preserve"> </w:t>
      </w:r>
      <w:proofErr w:type="spellStart"/>
      <w:r>
        <w:t>edhe</w:t>
      </w:r>
      <w:proofErr w:type="spellEnd"/>
      <w:r>
        <w:t xml:space="preserve"> </w:t>
      </w:r>
      <w:proofErr w:type="spellStart"/>
      <w:r>
        <w:t>normalisht</w:t>
      </w:r>
      <w:proofErr w:type="spellEnd"/>
      <w:r>
        <w:t xml:space="preserve"> ai </w:t>
      </w:r>
      <w:proofErr w:type="spellStart"/>
      <w:r>
        <w:t>që</w:t>
      </w:r>
      <w:proofErr w:type="spellEnd"/>
      <w:r>
        <w:t xml:space="preserve"> </w:t>
      </w:r>
      <w:proofErr w:type="spellStart"/>
      <w:r>
        <w:t>guxon</w:t>
      </w:r>
      <w:proofErr w:type="spellEnd"/>
      <w:r>
        <w:t xml:space="preserve"> </w:t>
      </w:r>
      <w:proofErr w:type="spellStart"/>
      <w:r>
        <w:t>dhe</w:t>
      </w:r>
      <w:proofErr w:type="spellEnd"/>
      <w:r>
        <w:t xml:space="preserve"> ai </w:t>
      </w:r>
      <w:proofErr w:type="spellStart"/>
      <w:r>
        <w:t>që</w:t>
      </w:r>
      <w:proofErr w:type="spellEnd"/>
      <w:r>
        <w:t xml:space="preserve"> </w:t>
      </w:r>
      <w:proofErr w:type="spellStart"/>
      <w:r>
        <w:t>i</w:t>
      </w:r>
      <w:proofErr w:type="spellEnd"/>
      <w:r>
        <w:t xml:space="preserve"> </w:t>
      </w:r>
      <w:proofErr w:type="spellStart"/>
      <w:r>
        <w:t>kërkon</w:t>
      </w:r>
      <w:proofErr w:type="spellEnd"/>
      <w:r>
        <w:t xml:space="preserve">, pa </w:t>
      </w:r>
      <w:proofErr w:type="spellStart"/>
      <w:r>
        <w:t>gjë</w:t>
      </w:r>
      <w:proofErr w:type="spellEnd"/>
      <w:r>
        <w:t xml:space="preserve"> </w:t>
      </w:r>
      <w:proofErr w:type="spellStart"/>
      <w:r>
        <w:t>nuk</w:t>
      </w:r>
      <w:proofErr w:type="spellEnd"/>
      <w:r>
        <w:t xml:space="preserve"> </w:t>
      </w:r>
      <w:proofErr w:type="spellStart"/>
      <w:r>
        <w:t>mbetet</w:t>
      </w:r>
      <w:proofErr w:type="spellEnd"/>
      <w:r>
        <w:t xml:space="preserve"> </w:t>
      </w:r>
      <w:proofErr w:type="spellStart"/>
      <w:r>
        <w:t>kurrë</w:t>
      </w:r>
      <w:proofErr w:type="spellEnd"/>
      <w:r>
        <w:t xml:space="preserve">. Por </w:t>
      </w:r>
      <w:proofErr w:type="spellStart"/>
      <w:r>
        <w:t>kur</w:t>
      </w:r>
      <w:proofErr w:type="spellEnd"/>
      <w:r>
        <w:t xml:space="preserve"> </w:t>
      </w:r>
      <w:proofErr w:type="spellStart"/>
      <w:r>
        <w:t>kërkojnë</w:t>
      </w:r>
      <w:proofErr w:type="spellEnd"/>
      <w:r>
        <w:t xml:space="preserve"> </w:t>
      </w:r>
      <w:proofErr w:type="spellStart"/>
      <w:r>
        <w:t>të</w:t>
      </w:r>
      <w:proofErr w:type="spellEnd"/>
      <w:r>
        <w:t xml:space="preserve"> </w:t>
      </w:r>
      <w:proofErr w:type="spellStart"/>
      <w:r>
        <w:t>gjithë</w:t>
      </w:r>
      <w:proofErr w:type="spellEnd"/>
      <w:r>
        <w:t xml:space="preserve"> </w:t>
      </w:r>
      <w:proofErr w:type="spellStart"/>
      <w:r>
        <w:t>bashkë</w:t>
      </w:r>
      <w:proofErr w:type="spellEnd"/>
      <w:r>
        <w:t xml:space="preserve">, jo me </w:t>
      </w:r>
      <w:proofErr w:type="spellStart"/>
      <w:r>
        <w:t>qenë</w:t>
      </w:r>
      <w:proofErr w:type="spellEnd"/>
      <w:r>
        <w:t xml:space="preserve"> </w:t>
      </w:r>
      <w:proofErr w:type="spellStart"/>
      <w:r>
        <w:t>vetëm</w:t>
      </w:r>
      <w:proofErr w:type="spellEnd"/>
      <w:r>
        <w:t xml:space="preserve"> </w:t>
      </w:r>
      <w:proofErr w:type="spellStart"/>
      <w:r>
        <w:t>një</w:t>
      </w:r>
      <w:proofErr w:type="spellEnd"/>
      <w:r>
        <w:t xml:space="preserve"> </w:t>
      </w:r>
      <w:proofErr w:type="spellStart"/>
      <w:r>
        <w:t>zë</w:t>
      </w:r>
      <w:proofErr w:type="spellEnd"/>
      <w:r>
        <w:t xml:space="preserve"> </w:t>
      </w:r>
      <w:proofErr w:type="spellStart"/>
      <w:r>
        <w:t>i</w:t>
      </w:r>
      <w:proofErr w:type="spellEnd"/>
      <w:r>
        <w:t xml:space="preserve"> </w:t>
      </w:r>
      <w:proofErr w:type="spellStart"/>
      <w:r>
        <w:t>vetëm</w:t>
      </w:r>
      <w:proofErr w:type="spellEnd"/>
      <w:r>
        <w:t xml:space="preserve">. </w:t>
      </w:r>
      <w:proofErr w:type="spellStart"/>
      <w:r>
        <w:t>Faleminderit</w:t>
      </w:r>
      <w:proofErr w:type="spellEnd"/>
      <w:r>
        <w:t xml:space="preserve">. </w:t>
      </w:r>
    </w:p>
    <w:p w14:paraId="2E26FEF0" w14:textId="77777777" w:rsidR="003F5DAE" w:rsidRDefault="003F5DAE" w:rsidP="003F5DAE">
      <w:proofErr w:type="spellStart"/>
      <w:r>
        <w:rPr>
          <w:b/>
        </w:rPr>
        <w:t>Luçiano</w:t>
      </w:r>
      <w:proofErr w:type="spellEnd"/>
      <w:r>
        <w:rPr>
          <w:b/>
        </w:rPr>
        <w:t xml:space="preserve"> </w:t>
      </w:r>
      <w:proofErr w:type="spellStart"/>
      <w:r>
        <w:rPr>
          <w:b/>
        </w:rPr>
        <w:t>Boçi</w:t>
      </w:r>
      <w:proofErr w:type="spellEnd"/>
      <w:r>
        <w:rPr>
          <w:b/>
        </w:rPr>
        <w:t>:</w:t>
      </w:r>
    </w:p>
    <w:p w14:paraId="29C68EF0" w14:textId="77777777" w:rsidR="003F5DAE" w:rsidRDefault="00AB182B" w:rsidP="00AB182B">
      <w:r>
        <w:t xml:space="preserve">Po, </w:t>
      </w:r>
      <w:proofErr w:type="spellStart"/>
      <w:r>
        <w:t>zoti</w:t>
      </w:r>
      <w:proofErr w:type="spellEnd"/>
      <w:r>
        <w:t xml:space="preserve"> Curri. Po. </w:t>
      </w:r>
    </w:p>
    <w:p w14:paraId="1709FDD6" w14:textId="77777777" w:rsidR="003F5DAE" w:rsidRDefault="003F5DAE" w:rsidP="003F5DAE">
      <w:r>
        <w:rPr>
          <w:b/>
        </w:rPr>
        <w:t>Hil Curri:</w:t>
      </w:r>
    </w:p>
    <w:p w14:paraId="5A84DD03" w14:textId="77777777" w:rsidR="003F5DAE" w:rsidRDefault="00AB182B" w:rsidP="00AB182B">
      <w:proofErr w:type="spellStart"/>
      <w:r>
        <w:t>Faleminderit</w:t>
      </w:r>
      <w:proofErr w:type="spellEnd"/>
      <w:r>
        <w:t xml:space="preserve"> </w:t>
      </w:r>
      <w:proofErr w:type="spellStart"/>
      <w:r>
        <w:t>deputet</w:t>
      </w:r>
      <w:proofErr w:type="spellEnd"/>
      <w:r>
        <w:t xml:space="preserve"> </w:t>
      </w:r>
      <w:proofErr w:type="spellStart"/>
      <w:r>
        <w:t>për</w:t>
      </w:r>
      <w:proofErr w:type="spellEnd"/>
      <w:r>
        <w:t xml:space="preserve"> </w:t>
      </w:r>
      <w:proofErr w:type="spellStart"/>
      <w:r>
        <w:t>pyetjet</w:t>
      </w:r>
      <w:proofErr w:type="spellEnd"/>
      <w:r>
        <w:t xml:space="preserve">. Po e nisi </w:t>
      </w:r>
      <w:proofErr w:type="spellStart"/>
      <w:r>
        <w:t>nga</w:t>
      </w:r>
      <w:proofErr w:type="spellEnd"/>
      <w:r>
        <w:t xml:space="preserve"> </w:t>
      </w:r>
      <w:proofErr w:type="spellStart"/>
      <w:r>
        <w:t>kadastra</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sugjerim</w:t>
      </w:r>
      <w:proofErr w:type="spellEnd"/>
      <w:r>
        <w:t xml:space="preserve"> </w:t>
      </w:r>
      <w:proofErr w:type="spellStart"/>
      <w:r>
        <w:t>jashtëzakonisht</w:t>
      </w:r>
      <w:proofErr w:type="spellEnd"/>
      <w:r>
        <w:t xml:space="preserve"> </w:t>
      </w:r>
      <w:proofErr w:type="spellStart"/>
      <w:r>
        <w:t>i</w:t>
      </w:r>
      <w:proofErr w:type="spellEnd"/>
      <w:r>
        <w:t xml:space="preserve"> </w:t>
      </w:r>
      <w:proofErr w:type="spellStart"/>
      <w:r>
        <w:t>mirëmenduar</w:t>
      </w:r>
      <w:proofErr w:type="spellEnd"/>
      <w:r>
        <w:t xml:space="preserve"> </w:t>
      </w:r>
      <w:proofErr w:type="spellStart"/>
      <w:r>
        <w:t>për</w:t>
      </w:r>
      <w:proofErr w:type="spellEnd"/>
      <w:r>
        <w:t xml:space="preserve"> </w:t>
      </w:r>
      <w:proofErr w:type="spellStart"/>
      <w:r>
        <w:t>bashkitë</w:t>
      </w:r>
      <w:proofErr w:type="spellEnd"/>
      <w:r>
        <w:t xml:space="preserve">. </w:t>
      </w:r>
      <w:proofErr w:type="spellStart"/>
      <w:r>
        <w:t>Unë</w:t>
      </w:r>
      <w:proofErr w:type="spellEnd"/>
      <w:r>
        <w:t xml:space="preserve"> </w:t>
      </w:r>
      <w:proofErr w:type="spellStart"/>
      <w:r>
        <w:t>mendoj</w:t>
      </w:r>
      <w:proofErr w:type="spellEnd"/>
      <w:r>
        <w:t xml:space="preserve"> </w:t>
      </w:r>
      <w:proofErr w:type="spellStart"/>
      <w:r>
        <w:t>që</w:t>
      </w:r>
      <w:proofErr w:type="spellEnd"/>
      <w:r>
        <w:t xml:space="preserve"> </w:t>
      </w:r>
      <w:proofErr w:type="spellStart"/>
      <w:r>
        <w:t>çdo</w:t>
      </w:r>
      <w:proofErr w:type="spellEnd"/>
      <w:r>
        <w:t xml:space="preserve"> </w:t>
      </w:r>
      <w:proofErr w:type="spellStart"/>
      <w:r>
        <w:t>bashki</w:t>
      </w:r>
      <w:proofErr w:type="spellEnd"/>
      <w:r>
        <w:t xml:space="preserve">, </w:t>
      </w:r>
      <w:proofErr w:type="spellStart"/>
      <w:r>
        <w:t>në</w:t>
      </w:r>
      <w:proofErr w:type="spellEnd"/>
      <w:r>
        <w:t xml:space="preserve"> </w:t>
      </w:r>
      <w:proofErr w:type="spellStart"/>
      <w:r>
        <w:t>qoftë</w:t>
      </w:r>
      <w:proofErr w:type="spellEnd"/>
      <w:r>
        <w:t xml:space="preserve"> se do </w:t>
      </w:r>
      <w:proofErr w:type="spellStart"/>
      <w:r>
        <w:t>t'i</w:t>
      </w:r>
      <w:proofErr w:type="spellEnd"/>
      <w:r>
        <w:t xml:space="preserve"> </w:t>
      </w:r>
      <w:proofErr w:type="spellStart"/>
      <w:r>
        <w:t>kishte</w:t>
      </w:r>
      <w:proofErr w:type="spellEnd"/>
      <w:r>
        <w:t xml:space="preserve"> </w:t>
      </w:r>
      <w:proofErr w:type="spellStart"/>
      <w:r>
        <w:t>kadastra</w:t>
      </w:r>
      <w:proofErr w:type="spellEnd"/>
      <w:r>
        <w:t xml:space="preserve"> </w:t>
      </w:r>
      <w:proofErr w:type="spellStart"/>
      <w:r>
        <w:t>brenda</w:t>
      </w:r>
      <w:proofErr w:type="spellEnd"/>
      <w:r>
        <w:t xml:space="preserve"> </w:t>
      </w:r>
      <w:proofErr w:type="spellStart"/>
      <w:r>
        <w:t>juridiksionit</w:t>
      </w:r>
      <w:proofErr w:type="spellEnd"/>
      <w:r>
        <w:t xml:space="preserve"> </w:t>
      </w:r>
      <w:proofErr w:type="spellStart"/>
      <w:r>
        <w:t>të</w:t>
      </w:r>
      <w:proofErr w:type="spellEnd"/>
      <w:r>
        <w:t xml:space="preserve"> </w:t>
      </w:r>
      <w:proofErr w:type="spellStart"/>
      <w:r>
        <w:t>saj</w:t>
      </w:r>
      <w:proofErr w:type="spellEnd"/>
      <w:r>
        <w:t xml:space="preserve">, </w:t>
      </w:r>
      <w:proofErr w:type="spellStart"/>
      <w:r>
        <w:t>qoftë</w:t>
      </w:r>
      <w:proofErr w:type="spellEnd"/>
      <w:r>
        <w:t xml:space="preserve"> </w:t>
      </w:r>
      <w:proofErr w:type="spellStart"/>
      <w:r>
        <w:t>atë</w:t>
      </w:r>
      <w:proofErr w:type="spellEnd"/>
      <w:r>
        <w:t xml:space="preserve"> me </w:t>
      </w:r>
      <w:proofErr w:type="spellStart"/>
      <w:r>
        <w:t>drejtori</w:t>
      </w:r>
      <w:proofErr w:type="spellEnd"/>
      <w:r>
        <w:t xml:space="preserve"> apo me </w:t>
      </w:r>
      <w:proofErr w:type="spellStart"/>
      <w:r>
        <w:t>një</w:t>
      </w:r>
      <w:proofErr w:type="spellEnd"/>
      <w:r>
        <w:t xml:space="preserve"> </w:t>
      </w:r>
      <w:proofErr w:type="spellStart"/>
      <w:r>
        <w:t>sektor</w:t>
      </w:r>
      <w:proofErr w:type="spellEnd"/>
      <w:r>
        <w:t xml:space="preserve">, do </w:t>
      </w:r>
      <w:proofErr w:type="spellStart"/>
      <w:r>
        <w:t>zgjidhte</w:t>
      </w:r>
      <w:proofErr w:type="spellEnd"/>
      <w:r>
        <w:t xml:space="preserve"> </w:t>
      </w:r>
      <w:proofErr w:type="spellStart"/>
      <w:r>
        <w:t>njëherë</w:t>
      </w:r>
      <w:proofErr w:type="spellEnd"/>
      <w:r>
        <w:t xml:space="preserve"> </w:t>
      </w:r>
      <w:proofErr w:type="spellStart"/>
      <w:r>
        <w:t>përgjithmonë</w:t>
      </w:r>
      <w:proofErr w:type="spellEnd"/>
      <w:r>
        <w:t xml:space="preserve">, </w:t>
      </w:r>
      <w:proofErr w:type="spellStart"/>
      <w:r>
        <w:t>mendoj</w:t>
      </w:r>
      <w:proofErr w:type="spellEnd"/>
      <w:r>
        <w:t xml:space="preserve">, </w:t>
      </w:r>
      <w:proofErr w:type="spellStart"/>
      <w:r>
        <w:t>problemin</w:t>
      </w:r>
      <w:proofErr w:type="spellEnd"/>
      <w:r>
        <w:t xml:space="preserve"> e </w:t>
      </w:r>
      <w:proofErr w:type="spellStart"/>
      <w:r>
        <w:t>pronave</w:t>
      </w:r>
      <w:proofErr w:type="spellEnd"/>
      <w:r>
        <w:t xml:space="preserve"> </w:t>
      </w:r>
      <w:proofErr w:type="spellStart"/>
      <w:r>
        <w:t>që</w:t>
      </w:r>
      <w:proofErr w:type="spellEnd"/>
      <w:r>
        <w:t xml:space="preserve"> </w:t>
      </w:r>
      <w:proofErr w:type="spellStart"/>
      <w:r>
        <w:t>ndikojnë</w:t>
      </w:r>
      <w:proofErr w:type="spellEnd"/>
      <w:r>
        <w:t xml:space="preserve"> </w:t>
      </w:r>
      <w:proofErr w:type="spellStart"/>
      <w:r>
        <w:t>në</w:t>
      </w:r>
      <w:proofErr w:type="spellEnd"/>
      <w:r>
        <w:t xml:space="preserve"> </w:t>
      </w:r>
      <w:proofErr w:type="spellStart"/>
      <w:r>
        <w:t>ekonominë</w:t>
      </w:r>
      <w:proofErr w:type="spellEnd"/>
      <w:r>
        <w:t xml:space="preserve"> </w:t>
      </w:r>
      <w:proofErr w:type="spellStart"/>
      <w:r>
        <w:t>direkte</w:t>
      </w:r>
      <w:proofErr w:type="spellEnd"/>
      <w:r>
        <w:t xml:space="preserve">. </w:t>
      </w:r>
      <w:proofErr w:type="spellStart"/>
      <w:r>
        <w:t>Unë</w:t>
      </w:r>
      <w:proofErr w:type="spellEnd"/>
      <w:r>
        <w:t xml:space="preserve"> </w:t>
      </w:r>
      <w:proofErr w:type="spellStart"/>
      <w:r>
        <w:t>kam</w:t>
      </w:r>
      <w:proofErr w:type="spellEnd"/>
      <w:r>
        <w:t xml:space="preserve"> </w:t>
      </w:r>
      <w:proofErr w:type="spellStart"/>
      <w:r>
        <w:t>një</w:t>
      </w:r>
      <w:proofErr w:type="spellEnd"/>
      <w:r>
        <w:t xml:space="preserve"> </w:t>
      </w:r>
      <w:proofErr w:type="spellStart"/>
      <w:r>
        <w:t>të</w:t>
      </w:r>
      <w:proofErr w:type="spellEnd"/>
      <w:r>
        <w:t xml:space="preserve"> </w:t>
      </w:r>
      <w:proofErr w:type="spellStart"/>
      <w:r>
        <w:t>drejtë</w:t>
      </w:r>
      <w:proofErr w:type="spellEnd"/>
      <w:r>
        <w:t xml:space="preserve">, Bashkia e </w:t>
      </w:r>
      <w:proofErr w:type="spellStart"/>
      <w:r>
        <w:t>Fushë</w:t>
      </w:r>
      <w:proofErr w:type="spellEnd"/>
      <w:r>
        <w:t xml:space="preserve"> </w:t>
      </w:r>
      <w:proofErr w:type="spellStart"/>
      <w:r>
        <w:t>Arsit</w:t>
      </w:r>
      <w:proofErr w:type="spellEnd"/>
      <w:r>
        <w:t xml:space="preserve"> ka </w:t>
      </w:r>
      <w:proofErr w:type="spellStart"/>
      <w:r>
        <w:t>një</w:t>
      </w:r>
      <w:proofErr w:type="spellEnd"/>
      <w:r>
        <w:t xml:space="preserve"> </w:t>
      </w:r>
      <w:proofErr w:type="spellStart"/>
      <w:r>
        <w:t>të</w:t>
      </w:r>
      <w:proofErr w:type="spellEnd"/>
      <w:r>
        <w:t xml:space="preserve"> </w:t>
      </w:r>
      <w:proofErr w:type="spellStart"/>
      <w:r>
        <w:t>drejtë</w:t>
      </w:r>
      <w:proofErr w:type="spellEnd"/>
      <w:r>
        <w:t xml:space="preserve"> </w:t>
      </w:r>
      <w:proofErr w:type="spellStart"/>
      <w:r>
        <w:t>prej</w:t>
      </w:r>
      <w:proofErr w:type="spellEnd"/>
      <w:r>
        <w:t xml:space="preserve"> 600-540 km2. Nga </w:t>
      </w:r>
      <w:proofErr w:type="spellStart"/>
      <w:r>
        <w:lastRenderedPageBreak/>
        <w:t>ky</w:t>
      </w:r>
      <w:proofErr w:type="spellEnd"/>
      <w:r>
        <w:t xml:space="preserve"> </w:t>
      </w:r>
      <w:proofErr w:type="spellStart"/>
      <w:r>
        <w:t>të</w:t>
      </w:r>
      <w:proofErr w:type="spellEnd"/>
      <w:r>
        <w:t xml:space="preserve"> </w:t>
      </w:r>
      <w:proofErr w:type="spellStart"/>
      <w:r>
        <w:t>drejtë</w:t>
      </w:r>
      <w:proofErr w:type="spellEnd"/>
      <w:r>
        <w:t xml:space="preserve">, 93% </w:t>
      </w:r>
      <w:proofErr w:type="spellStart"/>
      <w:r>
        <w:t>është</w:t>
      </w:r>
      <w:proofErr w:type="spellEnd"/>
      <w:r>
        <w:t xml:space="preserve"> me </w:t>
      </w:r>
      <w:proofErr w:type="spellStart"/>
      <w:r>
        <w:t>tapi</w:t>
      </w:r>
      <w:proofErr w:type="spellEnd"/>
      <w:r>
        <w:t xml:space="preserve">, </w:t>
      </w:r>
      <w:proofErr w:type="spellStart"/>
      <w:r>
        <w:t>është</w:t>
      </w:r>
      <w:proofErr w:type="spellEnd"/>
      <w:r>
        <w:t xml:space="preserve"> </w:t>
      </w:r>
      <w:proofErr w:type="spellStart"/>
      <w:r>
        <w:t>tokë</w:t>
      </w:r>
      <w:proofErr w:type="spellEnd"/>
      <w:r>
        <w:t xml:space="preserve">, </w:t>
      </w:r>
      <w:proofErr w:type="spellStart"/>
      <w:r>
        <w:t>domethënë</w:t>
      </w:r>
      <w:proofErr w:type="spellEnd"/>
      <w:r>
        <w:t xml:space="preserve">, </w:t>
      </w:r>
      <w:proofErr w:type="spellStart"/>
      <w:r>
        <w:t>pyore</w:t>
      </w:r>
      <w:proofErr w:type="spellEnd"/>
      <w:r>
        <w:t xml:space="preserve">, fond </w:t>
      </w:r>
      <w:proofErr w:type="spellStart"/>
      <w:r>
        <w:t>pyor</w:t>
      </w:r>
      <w:proofErr w:type="spellEnd"/>
      <w:r>
        <w:t xml:space="preserve">, </w:t>
      </w:r>
      <w:proofErr w:type="spellStart"/>
      <w:r>
        <w:t>mjedisor</w:t>
      </w:r>
      <w:proofErr w:type="spellEnd"/>
      <w:r>
        <w:t xml:space="preserve">, po ka </w:t>
      </w:r>
      <w:proofErr w:type="spellStart"/>
      <w:r>
        <w:t>tapi</w:t>
      </w:r>
      <w:proofErr w:type="spellEnd"/>
      <w:r>
        <w:t xml:space="preserve">. </w:t>
      </w:r>
      <w:proofErr w:type="spellStart"/>
      <w:r>
        <w:t>Për</w:t>
      </w:r>
      <w:proofErr w:type="spellEnd"/>
      <w:r>
        <w:t xml:space="preserve"> 7% </w:t>
      </w:r>
      <w:proofErr w:type="spellStart"/>
      <w:r>
        <w:t>që</w:t>
      </w:r>
      <w:proofErr w:type="spellEnd"/>
      <w:r>
        <w:t xml:space="preserve"> </w:t>
      </w:r>
      <w:proofErr w:type="spellStart"/>
      <w:r>
        <w:t>janë</w:t>
      </w:r>
      <w:proofErr w:type="spellEnd"/>
      <w:r>
        <w:t xml:space="preserve"> </w:t>
      </w:r>
      <w:proofErr w:type="spellStart"/>
      <w:r>
        <w:t>tokë</w:t>
      </w:r>
      <w:proofErr w:type="spellEnd"/>
      <w:r>
        <w:t xml:space="preserve"> </w:t>
      </w:r>
      <w:proofErr w:type="spellStart"/>
      <w:r>
        <w:t>bujqësore</w:t>
      </w:r>
      <w:proofErr w:type="spellEnd"/>
      <w:r>
        <w:t xml:space="preserve"> </w:t>
      </w:r>
      <w:proofErr w:type="spellStart"/>
      <w:r>
        <w:t>që</w:t>
      </w:r>
      <w:proofErr w:type="spellEnd"/>
      <w:r>
        <w:t xml:space="preserve"> </w:t>
      </w:r>
      <w:proofErr w:type="spellStart"/>
      <w:r>
        <w:t>edhe</w:t>
      </w:r>
      <w:proofErr w:type="spellEnd"/>
      <w:r>
        <w:t xml:space="preserve"> </w:t>
      </w:r>
      <w:proofErr w:type="spellStart"/>
      <w:r>
        <w:t>industriale</w:t>
      </w:r>
      <w:proofErr w:type="spellEnd"/>
      <w:r>
        <w:t xml:space="preserve">, ajo, </w:t>
      </w:r>
      <w:proofErr w:type="spellStart"/>
      <w:r>
        <w:t>fatkeqësisht</w:t>
      </w:r>
      <w:proofErr w:type="spellEnd"/>
      <w:r>
        <w:t xml:space="preserve">, </w:t>
      </w:r>
      <w:proofErr w:type="spellStart"/>
      <w:r>
        <w:t>nuk</w:t>
      </w:r>
      <w:proofErr w:type="spellEnd"/>
      <w:r>
        <w:t xml:space="preserve"> </w:t>
      </w:r>
      <w:proofErr w:type="spellStart"/>
      <w:r>
        <w:t>asnjë</w:t>
      </w:r>
      <w:proofErr w:type="spellEnd"/>
      <w:r>
        <w:t xml:space="preserve"> </w:t>
      </w:r>
      <w:proofErr w:type="spellStart"/>
      <w:r>
        <w:t>përqind</w:t>
      </w:r>
      <w:proofErr w:type="spellEnd"/>
      <w:r>
        <w:t xml:space="preserve"> e </w:t>
      </w:r>
      <w:proofErr w:type="spellStart"/>
      <w:r>
        <w:t>tyre</w:t>
      </w:r>
      <w:proofErr w:type="spellEnd"/>
      <w:r>
        <w:t xml:space="preserve"> </w:t>
      </w:r>
      <w:proofErr w:type="spellStart"/>
      <w:r>
        <w:t>nuk</w:t>
      </w:r>
      <w:proofErr w:type="spellEnd"/>
      <w:r>
        <w:t xml:space="preserve"> </w:t>
      </w:r>
      <w:proofErr w:type="spellStart"/>
      <w:r>
        <w:t>është</w:t>
      </w:r>
      <w:proofErr w:type="spellEnd"/>
      <w:r>
        <w:t xml:space="preserve"> me </w:t>
      </w:r>
      <w:proofErr w:type="spellStart"/>
      <w:r>
        <w:t>tapi</w:t>
      </w:r>
      <w:proofErr w:type="spellEnd"/>
      <w:r>
        <w:t xml:space="preserve">. </w:t>
      </w:r>
      <w:proofErr w:type="spellStart"/>
      <w:r>
        <w:t>Kjo</w:t>
      </w:r>
      <w:proofErr w:type="spellEnd"/>
      <w:r>
        <w:t xml:space="preserve"> </w:t>
      </w:r>
      <w:proofErr w:type="spellStart"/>
      <w:r>
        <w:t>na</w:t>
      </w:r>
      <w:proofErr w:type="spellEnd"/>
      <w:r>
        <w:t xml:space="preserve"> </w:t>
      </w:r>
      <w:proofErr w:type="spellStart"/>
      <w:r>
        <w:t>penalizon</w:t>
      </w:r>
      <w:proofErr w:type="spellEnd"/>
      <w:r>
        <w:t xml:space="preserve"> </w:t>
      </w:r>
      <w:proofErr w:type="spellStart"/>
      <w:r>
        <w:t>jashtëzakonisht</w:t>
      </w:r>
      <w:proofErr w:type="spellEnd"/>
      <w:r>
        <w:t xml:space="preserve"> </w:t>
      </w:r>
      <w:proofErr w:type="spellStart"/>
      <w:r>
        <w:t>shumë</w:t>
      </w:r>
      <w:proofErr w:type="spellEnd"/>
      <w:r>
        <w:t xml:space="preserve"> </w:t>
      </w:r>
      <w:proofErr w:type="spellStart"/>
      <w:r>
        <w:t>për</w:t>
      </w:r>
      <w:proofErr w:type="spellEnd"/>
      <w:r>
        <w:t xml:space="preserve"> </w:t>
      </w:r>
      <w:proofErr w:type="spellStart"/>
      <w:r>
        <w:t>zhvillimin</w:t>
      </w:r>
      <w:proofErr w:type="spellEnd"/>
      <w:r>
        <w:t xml:space="preserve"> 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w:t>
      </w:r>
      <w:proofErr w:type="spellStart"/>
      <w:r>
        <w:t>Hapja</w:t>
      </w:r>
      <w:proofErr w:type="spellEnd"/>
      <w:r>
        <w:t xml:space="preserve"> e </w:t>
      </w:r>
      <w:proofErr w:type="spellStart"/>
      <w:r>
        <w:t>një</w:t>
      </w:r>
      <w:proofErr w:type="spellEnd"/>
      <w:r>
        <w:t xml:space="preserve"> </w:t>
      </w:r>
      <w:proofErr w:type="spellStart"/>
      <w:r>
        <w:t>zyre</w:t>
      </w:r>
      <w:proofErr w:type="spellEnd"/>
      <w:r>
        <w:t xml:space="preserve"> </w:t>
      </w:r>
      <w:proofErr w:type="spellStart"/>
      <w:r>
        <w:t>brenda</w:t>
      </w:r>
      <w:proofErr w:type="spellEnd"/>
      <w:r>
        <w:t xml:space="preserve"> </w:t>
      </w:r>
      <w:proofErr w:type="spellStart"/>
      <w:r>
        <w:t>për</w:t>
      </w:r>
      <w:proofErr w:type="spellEnd"/>
      <w:r>
        <w:t xml:space="preserve"> </w:t>
      </w:r>
      <w:proofErr w:type="spellStart"/>
      <w:r>
        <w:t>brenda</w:t>
      </w:r>
      <w:proofErr w:type="spellEnd"/>
      <w:r>
        <w:t xml:space="preserve"> </w:t>
      </w:r>
      <w:proofErr w:type="spellStart"/>
      <w:r>
        <w:t>territorit</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në</w:t>
      </w:r>
      <w:proofErr w:type="spellEnd"/>
      <w:r>
        <w:t xml:space="preserve"> </w:t>
      </w:r>
      <w:proofErr w:type="spellStart"/>
      <w:r>
        <w:t>juridiksionin</w:t>
      </w:r>
      <w:proofErr w:type="spellEnd"/>
      <w:r>
        <w:t xml:space="preserve">, apo me </w:t>
      </w:r>
      <w:proofErr w:type="spellStart"/>
      <w:r>
        <w:t>varësi</w:t>
      </w:r>
      <w:proofErr w:type="spellEnd"/>
      <w:r>
        <w:t xml:space="preserve"> apo </w:t>
      </w:r>
      <w:proofErr w:type="spellStart"/>
      <w:r>
        <w:t>direkte</w:t>
      </w:r>
      <w:proofErr w:type="spellEnd"/>
      <w:r>
        <w:t xml:space="preserve">, do </w:t>
      </w:r>
      <w:proofErr w:type="spellStart"/>
      <w:r>
        <w:t>të</w:t>
      </w:r>
      <w:proofErr w:type="spellEnd"/>
      <w:r>
        <w:t xml:space="preserve"> </w:t>
      </w:r>
      <w:proofErr w:type="spellStart"/>
      <w:r>
        <w:t>ishte</w:t>
      </w:r>
      <w:proofErr w:type="spellEnd"/>
      <w:r>
        <w:t xml:space="preserve"> </w:t>
      </w:r>
      <w:proofErr w:type="spellStart"/>
      <w:r>
        <w:t>jashtëzakonisht</w:t>
      </w:r>
      <w:proofErr w:type="spellEnd"/>
      <w:r>
        <w:t xml:space="preserve"> </w:t>
      </w:r>
      <w:proofErr w:type="spellStart"/>
      <w:r>
        <w:t>një</w:t>
      </w:r>
      <w:proofErr w:type="spellEnd"/>
      <w:r>
        <w:t xml:space="preserve"> </w:t>
      </w:r>
      <w:proofErr w:type="spellStart"/>
      <w:r>
        <w:t>zgjidhje</w:t>
      </w:r>
      <w:proofErr w:type="spellEnd"/>
      <w:r>
        <w:t xml:space="preserve"> </w:t>
      </w:r>
      <w:proofErr w:type="spellStart"/>
      <w:r>
        <w:t>përfundimtare</w:t>
      </w:r>
      <w:proofErr w:type="spellEnd"/>
      <w:r>
        <w:t xml:space="preserve">, </w:t>
      </w:r>
      <w:proofErr w:type="spellStart"/>
      <w:r>
        <w:t>mendoj</w:t>
      </w:r>
      <w:proofErr w:type="spellEnd"/>
      <w:r>
        <w:t xml:space="preserve"> </w:t>
      </w:r>
      <w:proofErr w:type="spellStart"/>
      <w:r>
        <w:t>unë</w:t>
      </w:r>
      <w:proofErr w:type="spellEnd"/>
      <w:r>
        <w:t xml:space="preserve">, e </w:t>
      </w:r>
      <w:proofErr w:type="spellStart"/>
      <w:r>
        <w:t>problemit</w:t>
      </w:r>
      <w:proofErr w:type="spellEnd"/>
      <w:r>
        <w:t xml:space="preserve"> </w:t>
      </w:r>
      <w:proofErr w:type="spellStart"/>
      <w:r>
        <w:t>të</w:t>
      </w:r>
      <w:proofErr w:type="spellEnd"/>
      <w:r>
        <w:t xml:space="preserve"> </w:t>
      </w:r>
      <w:proofErr w:type="spellStart"/>
      <w:r>
        <w:t>pronave</w:t>
      </w:r>
      <w:proofErr w:type="spellEnd"/>
      <w:r>
        <w:t xml:space="preserve"> </w:t>
      </w:r>
      <w:proofErr w:type="spellStart"/>
      <w:r>
        <w:t>brenda</w:t>
      </w:r>
      <w:proofErr w:type="spellEnd"/>
      <w:r>
        <w:t xml:space="preserve"> </w:t>
      </w:r>
      <w:proofErr w:type="spellStart"/>
      <w:r>
        <w:t>për</w:t>
      </w:r>
      <w:proofErr w:type="spellEnd"/>
      <w:r>
        <w:t xml:space="preserve"> </w:t>
      </w:r>
      <w:proofErr w:type="spellStart"/>
      <w:r>
        <w:t>brenda</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Ky </w:t>
      </w:r>
      <w:proofErr w:type="spellStart"/>
      <w:r>
        <w:t>është</w:t>
      </w:r>
      <w:proofErr w:type="spellEnd"/>
      <w:r>
        <w:t xml:space="preserve"> </w:t>
      </w:r>
      <w:proofErr w:type="spellStart"/>
      <w:r>
        <w:t>mendimi</w:t>
      </w:r>
      <w:proofErr w:type="spellEnd"/>
      <w:r>
        <w:t xml:space="preserve"> </w:t>
      </w:r>
      <w:proofErr w:type="spellStart"/>
      <w:r>
        <w:t>im</w:t>
      </w:r>
      <w:proofErr w:type="spellEnd"/>
      <w:r>
        <w:t xml:space="preserve">. </w:t>
      </w:r>
      <w:proofErr w:type="spellStart"/>
      <w:r>
        <w:t>Sipërfaqja</w:t>
      </w:r>
      <w:proofErr w:type="spellEnd"/>
      <w:r>
        <w:t xml:space="preserve"> 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w:t>
      </w:r>
      <w:proofErr w:type="spellStart"/>
      <w:r>
        <w:t>rrethohet</w:t>
      </w:r>
      <w:proofErr w:type="spellEnd"/>
      <w:r>
        <w:t xml:space="preserve">, </w:t>
      </w:r>
      <w:proofErr w:type="spellStart"/>
      <w:r>
        <w:t>është</w:t>
      </w:r>
      <w:proofErr w:type="spellEnd"/>
      <w:r>
        <w:t xml:space="preserve"> </w:t>
      </w:r>
      <w:proofErr w:type="spellStart"/>
      <w:r>
        <w:t>si</w:t>
      </w:r>
      <w:proofErr w:type="spellEnd"/>
      <w:r>
        <w:t xml:space="preserve"> </w:t>
      </w:r>
      <w:proofErr w:type="spellStart"/>
      <w:r>
        <w:t>pjesë</w:t>
      </w:r>
      <w:proofErr w:type="spellEnd"/>
      <w:r>
        <w:t xml:space="preserve"> e </w:t>
      </w:r>
      <w:proofErr w:type="spellStart"/>
      <w:r>
        <w:t>Gadishullit</w:t>
      </w:r>
      <w:proofErr w:type="spellEnd"/>
      <w:r>
        <w:t xml:space="preserve">, ka </w:t>
      </w:r>
      <w:proofErr w:type="spellStart"/>
      <w:r>
        <w:t>hidrocentralin</w:t>
      </w:r>
      <w:proofErr w:type="spellEnd"/>
      <w:r>
        <w:t xml:space="preserve"> e </w:t>
      </w:r>
      <w:proofErr w:type="spellStart"/>
      <w:r>
        <w:t>Fierës</w:t>
      </w:r>
      <w:proofErr w:type="spellEnd"/>
      <w:r>
        <w:t xml:space="preserve">, </w:t>
      </w:r>
      <w:proofErr w:type="spellStart"/>
      <w:r>
        <w:t>dhe</w:t>
      </w:r>
      <w:proofErr w:type="spellEnd"/>
      <w:r>
        <w:t xml:space="preserve"> </w:t>
      </w:r>
      <w:proofErr w:type="spellStart"/>
      <w:r>
        <w:t>pjesën</w:t>
      </w:r>
      <w:proofErr w:type="spellEnd"/>
      <w:r>
        <w:t xml:space="preserve"> e 50% </w:t>
      </w:r>
      <w:proofErr w:type="spellStart"/>
      <w:r>
        <w:t>të</w:t>
      </w:r>
      <w:proofErr w:type="spellEnd"/>
      <w:r>
        <w:t xml:space="preserve"> </w:t>
      </w:r>
      <w:proofErr w:type="spellStart"/>
      <w:r>
        <w:t>hidrocentralit</w:t>
      </w:r>
      <w:proofErr w:type="spellEnd"/>
      <w:r>
        <w:t xml:space="preserve"> </w:t>
      </w:r>
      <w:proofErr w:type="spellStart"/>
      <w:r>
        <w:t>të</w:t>
      </w:r>
      <w:proofErr w:type="spellEnd"/>
      <w:r>
        <w:t xml:space="preserve"> </w:t>
      </w:r>
      <w:proofErr w:type="spellStart"/>
      <w:r>
        <w:t>ujërave</w:t>
      </w:r>
      <w:proofErr w:type="spellEnd"/>
      <w:r>
        <w:t xml:space="preserve"> </w:t>
      </w:r>
      <w:proofErr w:type="spellStart"/>
      <w:r>
        <w:t>të</w:t>
      </w:r>
      <w:proofErr w:type="spellEnd"/>
      <w:r>
        <w:t xml:space="preserve"> </w:t>
      </w:r>
      <w:proofErr w:type="spellStart"/>
      <w:r>
        <w:t>hidrocentralit</w:t>
      </w:r>
      <w:proofErr w:type="spellEnd"/>
      <w:r>
        <w:t xml:space="preserve"> </w:t>
      </w:r>
      <w:proofErr w:type="spellStart"/>
      <w:r>
        <w:t>të</w:t>
      </w:r>
      <w:proofErr w:type="spellEnd"/>
      <w:r>
        <w:t xml:space="preserve"> </w:t>
      </w:r>
      <w:proofErr w:type="spellStart"/>
      <w:r>
        <w:t>Fierës</w:t>
      </w:r>
      <w:proofErr w:type="spellEnd"/>
      <w:r>
        <w:t xml:space="preserve"> </w:t>
      </w:r>
      <w:proofErr w:type="spellStart"/>
      <w:r>
        <w:t>janë</w:t>
      </w:r>
      <w:proofErr w:type="spellEnd"/>
      <w:r>
        <w:t xml:space="preserve"> </w:t>
      </w:r>
      <w:proofErr w:type="spellStart"/>
      <w:r>
        <w:t>në</w:t>
      </w:r>
      <w:proofErr w:type="spellEnd"/>
      <w:r>
        <w:t xml:space="preserve"> </w:t>
      </w:r>
      <w:proofErr w:type="spellStart"/>
      <w:r>
        <w:t>territorin</w:t>
      </w:r>
      <w:proofErr w:type="spellEnd"/>
      <w:r>
        <w:t xml:space="preserve"> 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w:t>
      </w:r>
      <w:proofErr w:type="spellStart"/>
      <w:r>
        <w:t>Vetë</w:t>
      </w:r>
      <w:proofErr w:type="spellEnd"/>
      <w:r>
        <w:t xml:space="preserve"> </w:t>
      </w:r>
      <w:proofErr w:type="spellStart"/>
      <w:r>
        <w:t>hidrocentrali</w:t>
      </w:r>
      <w:proofErr w:type="spellEnd"/>
      <w:r>
        <w:t xml:space="preserve"> </w:t>
      </w:r>
      <w:proofErr w:type="spellStart"/>
      <w:r>
        <w:t>është</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dhe</w:t>
      </w:r>
      <w:proofErr w:type="spellEnd"/>
      <w:r>
        <w:t xml:space="preserve"> 50% </w:t>
      </w:r>
      <w:proofErr w:type="spellStart"/>
      <w:r>
        <w:t>të</w:t>
      </w:r>
      <w:proofErr w:type="spellEnd"/>
      <w:r>
        <w:t xml:space="preserve"> </w:t>
      </w:r>
      <w:proofErr w:type="spellStart"/>
      <w:r>
        <w:t>ujërave</w:t>
      </w:r>
      <w:proofErr w:type="spellEnd"/>
      <w:r>
        <w:t xml:space="preserve"> </w:t>
      </w:r>
      <w:proofErr w:type="spellStart"/>
      <w:r>
        <w:t>të</w:t>
      </w:r>
      <w:proofErr w:type="spellEnd"/>
      <w:r>
        <w:t xml:space="preserve"> </w:t>
      </w:r>
      <w:proofErr w:type="spellStart"/>
      <w:r>
        <w:t>komunit</w:t>
      </w:r>
      <w:proofErr w:type="spellEnd"/>
      <w:r>
        <w:t xml:space="preserve"> </w:t>
      </w:r>
      <w:proofErr w:type="spellStart"/>
      <w:r>
        <w:t>i</w:t>
      </w:r>
      <w:proofErr w:type="spellEnd"/>
      <w:r>
        <w:t xml:space="preserve"> ka </w:t>
      </w:r>
      <w:proofErr w:type="spellStart"/>
      <w:r>
        <w:t>në</w:t>
      </w:r>
      <w:proofErr w:type="spellEnd"/>
      <w:r>
        <w:t xml:space="preserve"> </w:t>
      </w:r>
      <w:proofErr w:type="spellStart"/>
      <w:r>
        <w:t>juridiksion</w:t>
      </w:r>
      <w:proofErr w:type="spellEnd"/>
      <w:r>
        <w:t xml:space="preserve"> Bashkia e </w:t>
      </w:r>
      <w:proofErr w:type="spellStart"/>
      <w:r>
        <w:t>Fushë</w:t>
      </w:r>
      <w:proofErr w:type="spellEnd"/>
      <w:r>
        <w:t xml:space="preserve"> </w:t>
      </w:r>
      <w:proofErr w:type="spellStart"/>
      <w:r>
        <w:t>Arsit</w:t>
      </w:r>
      <w:proofErr w:type="spellEnd"/>
      <w:r>
        <w:t xml:space="preserve">. </w:t>
      </w:r>
      <w:proofErr w:type="spellStart"/>
      <w:r>
        <w:t>Pesë</w:t>
      </w:r>
      <w:proofErr w:type="spellEnd"/>
      <w:r>
        <w:t xml:space="preserve"> </w:t>
      </w:r>
      <w:proofErr w:type="spellStart"/>
      <w:r>
        <w:t>bashki</w:t>
      </w:r>
      <w:proofErr w:type="spellEnd"/>
      <w:r>
        <w:t xml:space="preserve"> </w:t>
      </w:r>
      <w:proofErr w:type="spellStart"/>
      <w:r>
        <w:t>të</w:t>
      </w:r>
      <w:proofErr w:type="spellEnd"/>
      <w:r>
        <w:t xml:space="preserve"> </w:t>
      </w:r>
      <w:proofErr w:type="spellStart"/>
      <w:r>
        <w:t>tjera</w:t>
      </w:r>
      <w:proofErr w:type="spellEnd"/>
      <w:r>
        <w:t xml:space="preserve"> </w:t>
      </w:r>
      <w:proofErr w:type="spellStart"/>
      <w:r>
        <w:t>kanë</w:t>
      </w:r>
      <w:proofErr w:type="spellEnd"/>
      <w:r>
        <w:t xml:space="preserve"> </w:t>
      </w:r>
      <w:proofErr w:type="spellStart"/>
      <w:r>
        <w:t>pjesën</w:t>
      </w:r>
      <w:proofErr w:type="spellEnd"/>
      <w:r>
        <w:t xml:space="preserve"> </w:t>
      </w:r>
      <w:proofErr w:type="spellStart"/>
      <w:r>
        <w:t>tjetër</w:t>
      </w:r>
      <w:proofErr w:type="spellEnd"/>
      <w:r>
        <w:t xml:space="preserve">. Ne </w:t>
      </w:r>
      <w:proofErr w:type="spellStart"/>
      <w:r>
        <w:t>nuk</w:t>
      </w:r>
      <w:proofErr w:type="spellEnd"/>
      <w:r>
        <w:t xml:space="preserve"> </w:t>
      </w:r>
      <w:proofErr w:type="spellStart"/>
      <w:r>
        <w:t>kemi</w:t>
      </w:r>
      <w:proofErr w:type="spellEnd"/>
      <w:r>
        <w:t xml:space="preserve"> as </w:t>
      </w:r>
      <w:proofErr w:type="spellStart"/>
      <w:r>
        <w:t>inspektor</w:t>
      </w:r>
      <w:proofErr w:type="spellEnd"/>
      <w:r>
        <w:t xml:space="preserve"> </w:t>
      </w:r>
      <w:proofErr w:type="spellStart"/>
      <w:r>
        <w:t>për</w:t>
      </w:r>
      <w:proofErr w:type="spellEnd"/>
      <w:r>
        <w:t xml:space="preserve"> </w:t>
      </w:r>
      <w:proofErr w:type="spellStart"/>
      <w:r>
        <w:t>ujërat</w:t>
      </w:r>
      <w:proofErr w:type="spellEnd"/>
      <w:r>
        <w:t xml:space="preserve">, jo </w:t>
      </w:r>
      <w:proofErr w:type="spellStart"/>
      <w:r>
        <w:t>më</w:t>
      </w:r>
      <w:proofErr w:type="spellEnd"/>
      <w:r>
        <w:t xml:space="preserve"> pa </w:t>
      </w:r>
      <w:proofErr w:type="spellStart"/>
      <w:r>
        <w:t>fjalë</w:t>
      </w:r>
      <w:proofErr w:type="spellEnd"/>
      <w:r>
        <w:t xml:space="preserve"> </w:t>
      </w:r>
      <w:proofErr w:type="spellStart"/>
      <w:r>
        <w:t>për</w:t>
      </w:r>
      <w:proofErr w:type="spellEnd"/>
      <w:r>
        <w:t xml:space="preserve"> </w:t>
      </w:r>
      <w:proofErr w:type="spellStart"/>
      <w:r>
        <w:t>taksa</w:t>
      </w:r>
      <w:proofErr w:type="spellEnd"/>
      <w:r>
        <w:t xml:space="preserve">. Ne </w:t>
      </w:r>
      <w:proofErr w:type="spellStart"/>
      <w:r>
        <w:t>kërkojmë</w:t>
      </w:r>
      <w:proofErr w:type="spellEnd"/>
      <w:r>
        <w:t xml:space="preserve"> </w:t>
      </w:r>
      <w:proofErr w:type="spellStart"/>
      <w:r>
        <w:t>nga</w:t>
      </w:r>
      <w:proofErr w:type="spellEnd"/>
      <w:r>
        <w:t xml:space="preserve"> </w:t>
      </w:r>
      <w:proofErr w:type="spellStart"/>
      <w:r>
        <w:t>komisioni</w:t>
      </w:r>
      <w:proofErr w:type="spellEnd"/>
      <w:r>
        <w:t xml:space="preserve"> </w:t>
      </w:r>
      <w:proofErr w:type="spellStart"/>
      <w:r>
        <w:t>që</w:t>
      </w:r>
      <w:proofErr w:type="spellEnd"/>
      <w:r>
        <w:t xml:space="preserve"> </w:t>
      </w:r>
      <w:proofErr w:type="spellStart"/>
      <w:r>
        <w:t>kjo</w:t>
      </w:r>
      <w:proofErr w:type="spellEnd"/>
      <w:r>
        <w:t xml:space="preserve"> </w:t>
      </w:r>
      <w:proofErr w:type="spellStart"/>
      <w:r>
        <w:t>kompetencë</w:t>
      </w:r>
      <w:proofErr w:type="spellEnd"/>
      <w:r>
        <w:t xml:space="preserve"> </w:t>
      </w:r>
      <w:proofErr w:type="spellStart"/>
      <w:r>
        <w:t>na</w:t>
      </w:r>
      <w:proofErr w:type="spellEnd"/>
      <w:r>
        <w:t xml:space="preserve"> </w:t>
      </w:r>
      <w:proofErr w:type="spellStart"/>
      <w:r>
        <w:t>shtohet</w:t>
      </w:r>
      <w:proofErr w:type="spellEnd"/>
      <w:r>
        <w:t xml:space="preserve">, </w:t>
      </w:r>
      <w:proofErr w:type="spellStart"/>
      <w:r>
        <w:t>që</w:t>
      </w:r>
      <w:proofErr w:type="spellEnd"/>
      <w:r>
        <w:t xml:space="preserve"> se </w:t>
      </w:r>
      <w:proofErr w:type="spellStart"/>
      <w:r>
        <w:t>mbledhim</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nga</w:t>
      </w:r>
      <w:proofErr w:type="spellEnd"/>
      <w:r>
        <w:t xml:space="preserve"> </w:t>
      </w:r>
      <w:proofErr w:type="spellStart"/>
      <w:r>
        <w:t>sipërfaqet</w:t>
      </w:r>
      <w:proofErr w:type="spellEnd"/>
      <w:r>
        <w:t xml:space="preserve"> </w:t>
      </w:r>
      <w:proofErr w:type="spellStart"/>
      <w:r>
        <w:t>dhe</w:t>
      </w:r>
      <w:proofErr w:type="spellEnd"/>
      <w:r>
        <w:t xml:space="preserve"> ka </w:t>
      </w:r>
      <w:proofErr w:type="spellStart"/>
      <w:r>
        <w:t>një</w:t>
      </w:r>
      <w:proofErr w:type="spellEnd"/>
      <w:r>
        <w:t xml:space="preserve"> </w:t>
      </w:r>
      <w:proofErr w:type="spellStart"/>
      <w:r>
        <w:t>mirëmbajtje</w:t>
      </w:r>
      <w:proofErr w:type="spellEnd"/>
      <w:r>
        <w:t xml:space="preserve">, ka </w:t>
      </w:r>
      <w:proofErr w:type="spellStart"/>
      <w:r>
        <w:t>një</w:t>
      </w:r>
      <w:proofErr w:type="spellEnd"/>
      <w:r>
        <w:t xml:space="preserve"> </w:t>
      </w:r>
      <w:proofErr w:type="spellStart"/>
      <w:r>
        <w:t>ruajtje</w:t>
      </w:r>
      <w:proofErr w:type="spellEnd"/>
      <w:r>
        <w:t xml:space="preserve"> </w:t>
      </w:r>
      <w:proofErr w:type="spellStart"/>
      <w:r>
        <w:t>për</w:t>
      </w:r>
      <w:proofErr w:type="spellEnd"/>
      <w:r>
        <w:t xml:space="preserve"> </w:t>
      </w:r>
      <w:proofErr w:type="spellStart"/>
      <w:r>
        <w:t>niveleve</w:t>
      </w:r>
      <w:proofErr w:type="spellEnd"/>
      <w:r>
        <w:t xml:space="preserve">, </w:t>
      </w:r>
      <w:proofErr w:type="spellStart"/>
      <w:r>
        <w:t>një</w:t>
      </w:r>
      <w:proofErr w:type="spellEnd"/>
      <w:r>
        <w:t xml:space="preserve"> </w:t>
      </w:r>
      <w:proofErr w:type="spellStart"/>
      <w:r>
        <w:t>që</w:t>
      </w:r>
      <w:proofErr w:type="spellEnd"/>
      <w:r>
        <w:t xml:space="preserve"> </w:t>
      </w:r>
      <w:proofErr w:type="spellStart"/>
      <w:r>
        <w:t>lidhet</w:t>
      </w:r>
      <w:proofErr w:type="spellEnd"/>
      <w:r>
        <w:t xml:space="preserve"> </w:t>
      </w:r>
      <w:proofErr w:type="spellStart"/>
      <w:r>
        <w:t>edhe</w:t>
      </w:r>
      <w:proofErr w:type="spellEnd"/>
      <w:r>
        <w:t xml:space="preserve"> me </w:t>
      </w:r>
      <w:proofErr w:type="spellStart"/>
      <w:r>
        <w:t>sikurstimin</w:t>
      </w:r>
      <w:proofErr w:type="spellEnd"/>
      <w:r>
        <w:t xml:space="preserve"> e </w:t>
      </w:r>
      <w:proofErr w:type="spellStart"/>
      <w:r>
        <w:t>karbonit</w:t>
      </w:r>
      <w:proofErr w:type="spellEnd"/>
      <w:r>
        <w:t xml:space="preserve">, po </w:t>
      </w:r>
      <w:proofErr w:type="spellStart"/>
      <w:r>
        <w:t>gjithmonë</w:t>
      </w:r>
      <w:proofErr w:type="spellEnd"/>
      <w:r>
        <w:t xml:space="preserve"> ne </w:t>
      </w:r>
      <w:proofErr w:type="spellStart"/>
      <w:r>
        <w:t>deri</w:t>
      </w:r>
      <w:proofErr w:type="spellEnd"/>
      <w:r>
        <w:t xml:space="preserve"> </w:t>
      </w:r>
      <w:proofErr w:type="spellStart"/>
      <w:r>
        <w:t>tash</w:t>
      </w:r>
      <w:proofErr w:type="spellEnd"/>
      <w:r>
        <w:t xml:space="preserve"> </w:t>
      </w:r>
      <w:proofErr w:type="spellStart"/>
      <w:r>
        <w:t>bashkia</w:t>
      </w:r>
      <w:proofErr w:type="spellEnd"/>
      <w:r>
        <w:t xml:space="preserve"> </w:t>
      </w:r>
      <w:proofErr w:type="spellStart"/>
      <w:r>
        <w:t>nuk</w:t>
      </w:r>
      <w:proofErr w:type="spellEnd"/>
      <w:r>
        <w:t xml:space="preserve"> </w:t>
      </w:r>
      <w:proofErr w:type="spellStart"/>
      <w:r>
        <w:t>mbledh</w:t>
      </w:r>
      <w:proofErr w:type="spellEnd"/>
      <w:r>
        <w:t xml:space="preserve"> </w:t>
      </w:r>
      <w:proofErr w:type="spellStart"/>
      <w:r>
        <w:t>asnjë</w:t>
      </w:r>
      <w:proofErr w:type="spellEnd"/>
      <w:r>
        <w:t xml:space="preserve"> </w:t>
      </w:r>
      <w:proofErr w:type="spellStart"/>
      <w:r>
        <w:t>të</w:t>
      </w:r>
      <w:proofErr w:type="spellEnd"/>
      <w:r>
        <w:t xml:space="preserve"> </w:t>
      </w:r>
      <w:proofErr w:type="spellStart"/>
      <w:r>
        <w:t>ardhur</w:t>
      </w:r>
      <w:proofErr w:type="spellEnd"/>
      <w:r>
        <w:t xml:space="preserve">. </w:t>
      </w:r>
      <w:proofErr w:type="spellStart"/>
      <w:r>
        <w:t>Pjesë</w:t>
      </w:r>
      <w:proofErr w:type="spellEnd"/>
      <w:r>
        <w:t xml:space="preserve"> </w:t>
      </w:r>
      <w:proofErr w:type="spellStart"/>
      <w:r>
        <w:t>tjetër</w:t>
      </w:r>
      <w:proofErr w:type="spellEnd"/>
      <w:r>
        <w:t xml:space="preserve"> </w:t>
      </w:r>
      <w:proofErr w:type="spellStart"/>
      <w:r>
        <w:t>që</w:t>
      </w:r>
      <w:proofErr w:type="spellEnd"/>
      <w:r>
        <w:t xml:space="preserve"> e </w:t>
      </w:r>
      <w:proofErr w:type="spellStart"/>
      <w:r>
        <w:t>shqetëson</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është</w:t>
      </w:r>
      <w:proofErr w:type="spellEnd"/>
      <w:r>
        <w:t xml:space="preserve"> se Bashkia e </w:t>
      </w:r>
      <w:proofErr w:type="spellStart"/>
      <w:r>
        <w:t>Fushë</w:t>
      </w:r>
      <w:proofErr w:type="spellEnd"/>
      <w:r>
        <w:t xml:space="preserve"> </w:t>
      </w:r>
      <w:proofErr w:type="spellStart"/>
      <w:r>
        <w:t>Arsit</w:t>
      </w:r>
      <w:proofErr w:type="spellEnd"/>
      <w:r>
        <w:t xml:space="preserve"> ka 400 km </w:t>
      </w:r>
      <w:proofErr w:type="spellStart"/>
      <w:r>
        <w:t>brenda</w:t>
      </w:r>
      <w:proofErr w:type="spellEnd"/>
      <w:r>
        <w:t xml:space="preserve"> </w:t>
      </w:r>
      <w:proofErr w:type="spellStart"/>
      <w:r>
        <w:t>juridiksionit</w:t>
      </w:r>
      <w:proofErr w:type="spellEnd"/>
      <w:r>
        <w:t xml:space="preserve"> </w:t>
      </w:r>
      <w:proofErr w:type="spellStart"/>
      <w:r>
        <w:t>të</w:t>
      </w:r>
      <w:proofErr w:type="spellEnd"/>
      <w:r>
        <w:t xml:space="preserve"> </w:t>
      </w:r>
      <w:proofErr w:type="spellStart"/>
      <w:r>
        <w:t>saj</w:t>
      </w:r>
      <w:proofErr w:type="spellEnd"/>
      <w:r>
        <w:t xml:space="preserve"> </w:t>
      </w:r>
      <w:proofErr w:type="spellStart"/>
      <w:r>
        <w:t>linja</w:t>
      </w:r>
      <w:proofErr w:type="spellEnd"/>
      <w:r>
        <w:t xml:space="preserve"> </w:t>
      </w:r>
      <w:proofErr w:type="spellStart"/>
      <w:r>
        <w:t>interkonjuksioni</w:t>
      </w:r>
      <w:proofErr w:type="spellEnd"/>
      <w:r>
        <w:t xml:space="preserve">, </w:t>
      </w:r>
      <w:proofErr w:type="spellStart"/>
      <w:r>
        <w:t>te</w:t>
      </w:r>
      <w:proofErr w:type="spellEnd"/>
      <w:r>
        <w:t xml:space="preserve"> </w:t>
      </w:r>
      <w:proofErr w:type="spellStart"/>
      <w:r>
        <w:t>cilat</w:t>
      </w:r>
      <w:proofErr w:type="spellEnd"/>
      <w:r>
        <w:t xml:space="preserve"> ka </w:t>
      </w:r>
      <w:proofErr w:type="spellStart"/>
      <w:r>
        <w:t>një</w:t>
      </w:r>
      <w:proofErr w:type="spellEnd"/>
      <w:r>
        <w:t xml:space="preserve"> </w:t>
      </w:r>
      <w:proofErr w:type="spellStart"/>
      <w:r>
        <w:t>rreze</w:t>
      </w:r>
      <w:proofErr w:type="spellEnd"/>
      <w:r>
        <w:t xml:space="preserve"> 20 m </w:t>
      </w:r>
      <w:proofErr w:type="spellStart"/>
      <w:r>
        <w:t>në</w:t>
      </w:r>
      <w:proofErr w:type="spellEnd"/>
      <w:r>
        <w:t xml:space="preserve"> </w:t>
      </w:r>
      <w:proofErr w:type="spellStart"/>
      <w:r>
        <w:t>varësi</w:t>
      </w:r>
      <w:proofErr w:type="spellEnd"/>
      <w:r>
        <w:t xml:space="preserve">, po </w:t>
      </w:r>
      <w:proofErr w:type="spellStart"/>
      <w:r>
        <w:t>këtë</w:t>
      </w:r>
      <w:proofErr w:type="spellEnd"/>
      <w:r>
        <w:t xml:space="preserve"> </w:t>
      </w:r>
      <w:proofErr w:type="spellStart"/>
      <w:r>
        <w:t>interkonjuksionin</w:t>
      </w:r>
      <w:proofErr w:type="spellEnd"/>
      <w:r>
        <w:t xml:space="preserve"> ka 20 m. </w:t>
      </w:r>
      <w:proofErr w:type="spellStart"/>
      <w:r>
        <w:t>Kjo</w:t>
      </w:r>
      <w:proofErr w:type="spellEnd"/>
      <w:r>
        <w:t xml:space="preserve"> </w:t>
      </w:r>
      <w:proofErr w:type="spellStart"/>
      <w:r>
        <w:t>është</w:t>
      </w:r>
      <w:proofErr w:type="spellEnd"/>
      <w:r>
        <w:t xml:space="preserve"> </w:t>
      </w:r>
      <w:proofErr w:type="spellStart"/>
      <w:r>
        <w:t>çështje</w:t>
      </w:r>
      <w:proofErr w:type="spellEnd"/>
      <w:r>
        <w:t xml:space="preserve"> </w:t>
      </w:r>
      <w:proofErr w:type="spellStart"/>
      <w:r>
        <w:t>kompetence</w:t>
      </w:r>
      <w:proofErr w:type="spellEnd"/>
      <w:r>
        <w:t xml:space="preserve">. </w:t>
      </w:r>
      <w:proofErr w:type="spellStart"/>
      <w:r>
        <w:t>Është</w:t>
      </w:r>
      <w:proofErr w:type="spellEnd"/>
      <w:r>
        <w:t xml:space="preserve"> </w:t>
      </w:r>
      <w:proofErr w:type="spellStart"/>
      <w:r>
        <w:t>hequr</w:t>
      </w:r>
      <w:proofErr w:type="spellEnd"/>
      <w:r>
        <w:t xml:space="preserve"> </w:t>
      </w:r>
      <w:proofErr w:type="spellStart"/>
      <w:r>
        <w:t>nga</w:t>
      </w:r>
      <w:proofErr w:type="spellEnd"/>
      <w:r>
        <w:t xml:space="preserve"> </w:t>
      </w:r>
      <w:proofErr w:type="spellStart"/>
      <w:r>
        <w:t>fondi</w:t>
      </w:r>
      <w:proofErr w:type="spellEnd"/>
      <w:r>
        <w:t xml:space="preserve"> </w:t>
      </w:r>
      <w:proofErr w:type="spellStart"/>
      <w:r>
        <w:t>pyor</w:t>
      </w:r>
      <w:proofErr w:type="spellEnd"/>
      <w:r>
        <w:t xml:space="preserve">, e </w:t>
      </w:r>
      <w:proofErr w:type="spellStart"/>
      <w:r>
        <w:t>menaxhojmë</w:t>
      </w:r>
      <w:proofErr w:type="spellEnd"/>
      <w:r>
        <w:t xml:space="preserve">, e </w:t>
      </w:r>
      <w:proofErr w:type="spellStart"/>
      <w:r>
        <w:t>ruajmë</w:t>
      </w:r>
      <w:proofErr w:type="spellEnd"/>
      <w:r>
        <w:t xml:space="preserve">, e </w:t>
      </w:r>
      <w:proofErr w:type="spellStart"/>
      <w:r>
        <w:t>mirëmbajmë</w:t>
      </w:r>
      <w:proofErr w:type="spellEnd"/>
      <w:r>
        <w:t xml:space="preserve"> me </w:t>
      </w:r>
      <w:proofErr w:type="spellStart"/>
      <w:r>
        <w:t>gjithë</w:t>
      </w:r>
      <w:proofErr w:type="spellEnd"/>
      <w:r>
        <w:t xml:space="preserve"> </w:t>
      </w:r>
      <w:proofErr w:type="spellStart"/>
      <w:r>
        <w:t>ato</w:t>
      </w:r>
      <w:proofErr w:type="spellEnd"/>
      <w:r>
        <w:t xml:space="preserve"> </w:t>
      </w:r>
      <w:proofErr w:type="spellStart"/>
      <w:r>
        <w:t>mjete</w:t>
      </w:r>
      <w:proofErr w:type="spellEnd"/>
      <w:r>
        <w:t xml:space="preserve"> </w:t>
      </w:r>
      <w:proofErr w:type="spellStart"/>
      <w:r>
        <w:t>që</w:t>
      </w:r>
      <w:proofErr w:type="spellEnd"/>
      <w:r>
        <w:t xml:space="preserve"> </w:t>
      </w:r>
      <w:proofErr w:type="spellStart"/>
      <w:r>
        <w:t>kena</w:t>
      </w:r>
      <w:proofErr w:type="spellEnd"/>
      <w:r>
        <w:t xml:space="preserve"> ne, </w:t>
      </w:r>
      <w:proofErr w:type="spellStart"/>
      <w:r>
        <w:t>ato</w:t>
      </w:r>
      <w:proofErr w:type="spellEnd"/>
      <w:r>
        <w:t xml:space="preserve"> </w:t>
      </w:r>
      <w:proofErr w:type="spellStart"/>
      <w:r>
        <w:t>mundësi</w:t>
      </w:r>
      <w:proofErr w:type="spellEnd"/>
      <w:r>
        <w:t xml:space="preserve"> </w:t>
      </w:r>
      <w:proofErr w:type="spellStart"/>
      <w:r>
        <w:t>që</w:t>
      </w:r>
      <w:proofErr w:type="spellEnd"/>
      <w:r>
        <w:t xml:space="preserve"> </w:t>
      </w:r>
      <w:proofErr w:type="spellStart"/>
      <w:r>
        <w:t>kena</w:t>
      </w:r>
      <w:proofErr w:type="spellEnd"/>
      <w:r>
        <w:t xml:space="preserve"> ne, </w:t>
      </w:r>
      <w:proofErr w:type="spellStart"/>
      <w:r>
        <w:t>kurse</w:t>
      </w:r>
      <w:proofErr w:type="spellEnd"/>
      <w:r>
        <w:t xml:space="preserve"> </w:t>
      </w:r>
      <w:proofErr w:type="spellStart"/>
      <w:r>
        <w:t>taksa</w:t>
      </w:r>
      <w:proofErr w:type="spellEnd"/>
      <w:r>
        <w:t xml:space="preserve"> </w:t>
      </w:r>
      <w:proofErr w:type="spellStart"/>
      <w:r>
        <w:t>kena</w:t>
      </w:r>
      <w:proofErr w:type="spellEnd"/>
      <w:r>
        <w:t xml:space="preserve"> zero </w:t>
      </w:r>
      <w:proofErr w:type="spellStart"/>
      <w:r>
        <w:t>në</w:t>
      </w:r>
      <w:proofErr w:type="spellEnd"/>
      <w:r>
        <w:t xml:space="preserve"> </w:t>
      </w:r>
      <w:proofErr w:type="spellStart"/>
      <w:r>
        <w:t>lidhje</w:t>
      </w:r>
      <w:proofErr w:type="spellEnd"/>
      <w:r>
        <w:t xml:space="preserve"> me </w:t>
      </w:r>
      <w:proofErr w:type="spellStart"/>
      <w:r>
        <w:t>pjesën</w:t>
      </w:r>
      <w:proofErr w:type="spellEnd"/>
      <w:r>
        <w:t xml:space="preserve"> e </w:t>
      </w:r>
      <w:proofErr w:type="spellStart"/>
      <w:r>
        <w:t>kësaj</w:t>
      </w:r>
      <w:proofErr w:type="spellEnd"/>
      <w:r>
        <w:t xml:space="preserve">. </w:t>
      </w:r>
      <w:proofErr w:type="spellStart"/>
      <w:r>
        <w:t>Referenca</w:t>
      </w:r>
      <w:proofErr w:type="spellEnd"/>
      <w:r>
        <w:t xml:space="preserve"> e </w:t>
      </w:r>
      <w:proofErr w:type="spellStart"/>
      <w:r>
        <w:t>ulët</w:t>
      </w:r>
      <w:proofErr w:type="spellEnd"/>
      <w:r>
        <w:t xml:space="preserve">, </w:t>
      </w:r>
      <w:proofErr w:type="spellStart"/>
      <w:r>
        <w:t>na</w:t>
      </w:r>
      <w:proofErr w:type="spellEnd"/>
      <w:r>
        <w:t xml:space="preserve"> </w:t>
      </w:r>
      <w:proofErr w:type="spellStart"/>
      <w:r>
        <w:t>kemi</w:t>
      </w:r>
      <w:proofErr w:type="spellEnd"/>
      <w:r>
        <w:t xml:space="preserve"> </w:t>
      </w:r>
      <w:proofErr w:type="spellStart"/>
      <w:r>
        <w:t>dhe</w:t>
      </w:r>
      <w:proofErr w:type="spellEnd"/>
      <w:r>
        <w:t xml:space="preserve"> </w:t>
      </w:r>
      <w:proofErr w:type="spellStart"/>
      <w:r>
        <w:t>referencën</w:t>
      </w:r>
      <w:proofErr w:type="spellEnd"/>
      <w:r>
        <w:t xml:space="preserve"> e </w:t>
      </w:r>
      <w:proofErr w:type="spellStart"/>
      <w:r>
        <w:t>ulët</w:t>
      </w:r>
      <w:proofErr w:type="spellEnd"/>
      <w:r>
        <w:t xml:space="preserve"> </w:t>
      </w:r>
      <w:proofErr w:type="spellStart"/>
      <w:r>
        <w:t>dhe</w:t>
      </w:r>
      <w:proofErr w:type="spellEnd"/>
      <w:r>
        <w:t xml:space="preserve"> </w:t>
      </w:r>
      <w:proofErr w:type="spellStart"/>
      <w:r>
        <w:t>kena</w:t>
      </w:r>
      <w:proofErr w:type="spellEnd"/>
      <w:r>
        <w:t xml:space="preserve"> </w:t>
      </w:r>
      <w:proofErr w:type="spellStart"/>
      <w:r>
        <w:t>bërë</w:t>
      </w:r>
      <w:proofErr w:type="spellEnd"/>
      <w:r>
        <w:t xml:space="preserve"> </w:t>
      </w:r>
      <w:proofErr w:type="spellStart"/>
      <w:r>
        <w:t>përpjekje</w:t>
      </w:r>
      <w:proofErr w:type="spellEnd"/>
      <w:r>
        <w:t xml:space="preserve"> </w:t>
      </w:r>
      <w:proofErr w:type="spellStart"/>
      <w:r>
        <w:t>për</w:t>
      </w:r>
      <w:proofErr w:type="spellEnd"/>
      <w:r>
        <w:t xml:space="preserve"> </w:t>
      </w:r>
      <w:proofErr w:type="spellStart"/>
      <w:r>
        <w:t>shtimin</w:t>
      </w:r>
      <w:proofErr w:type="spellEnd"/>
      <w:r>
        <w:t xml:space="preserve"> e </w:t>
      </w:r>
      <w:proofErr w:type="spellStart"/>
      <w:r>
        <w:t>referencës</w:t>
      </w:r>
      <w:proofErr w:type="spellEnd"/>
      <w:r>
        <w:t xml:space="preserve">, e </w:t>
      </w:r>
      <w:proofErr w:type="spellStart"/>
      <w:r>
        <w:t>cila</w:t>
      </w:r>
      <w:proofErr w:type="spellEnd"/>
      <w:r>
        <w:t xml:space="preserve"> </w:t>
      </w:r>
      <w:proofErr w:type="spellStart"/>
      <w:r>
        <w:t>të</w:t>
      </w:r>
      <w:proofErr w:type="spellEnd"/>
      <w:r>
        <w:t xml:space="preserve"> </w:t>
      </w:r>
      <w:proofErr w:type="spellStart"/>
      <w:r>
        <w:t>parafersohet</w:t>
      </w:r>
      <w:proofErr w:type="spellEnd"/>
      <w:r>
        <w:t xml:space="preserve"> </w:t>
      </w:r>
      <w:proofErr w:type="spellStart"/>
      <w:r>
        <w:t>tregut</w:t>
      </w:r>
      <w:proofErr w:type="spellEnd"/>
      <w:r>
        <w:t xml:space="preserve">. </w:t>
      </w:r>
      <w:proofErr w:type="spellStart"/>
      <w:r>
        <w:t>Pjesa</w:t>
      </w:r>
      <w:proofErr w:type="spellEnd"/>
      <w:r>
        <w:t xml:space="preserve"> </w:t>
      </w:r>
      <w:proofErr w:type="spellStart"/>
      <w:r>
        <w:t>tjetër</w:t>
      </w:r>
      <w:proofErr w:type="spellEnd"/>
      <w:r>
        <w:t xml:space="preserve"> e </w:t>
      </w:r>
      <w:proofErr w:type="spellStart"/>
      <w:r>
        <w:t>ujësjellësit</w:t>
      </w:r>
      <w:proofErr w:type="spellEnd"/>
      <w:r>
        <w:t xml:space="preserve">, ajo e </w:t>
      </w:r>
      <w:proofErr w:type="spellStart"/>
      <w:r>
        <w:t>ujësjellësit</w:t>
      </w:r>
      <w:proofErr w:type="spellEnd"/>
      <w:r>
        <w:t xml:space="preserve"> </w:t>
      </w:r>
      <w:proofErr w:type="spellStart"/>
      <w:r>
        <w:t>për</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flas</w:t>
      </w:r>
      <w:proofErr w:type="spellEnd"/>
      <w:r>
        <w:t xml:space="preserve"> </w:t>
      </w:r>
      <w:proofErr w:type="spellStart"/>
      <w:r>
        <w:t>gjithmonë</w:t>
      </w:r>
      <w:proofErr w:type="spellEnd"/>
      <w:r>
        <w:t xml:space="preserve">, ajo </w:t>
      </w:r>
      <w:proofErr w:type="spellStart"/>
      <w:r>
        <w:t>unë</w:t>
      </w:r>
      <w:proofErr w:type="spellEnd"/>
      <w:r>
        <w:t xml:space="preserve"> </w:t>
      </w:r>
      <w:proofErr w:type="spellStart"/>
      <w:r>
        <w:t>nuk</w:t>
      </w:r>
      <w:proofErr w:type="spellEnd"/>
      <w:r>
        <w:t xml:space="preserve"> </w:t>
      </w:r>
      <w:proofErr w:type="spellStart"/>
      <w:r>
        <w:t>mendoj</w:t>
      </w:r>
      <w:proofErr w:type="spellEnd"/>
      <w:r>
        <w:t xml:space="preserve"> se </w:t>
      </w:r>
      <w:proofErr w:type="spellStart"/>
      <w:r>
        <w:t>shkrirja</w:t>
      </w:r>
      <w:proofErr w:type="spellEnd"/>
      <w:r>
        <w:t xml:space="preserve"> e me </w:t>
      </w:r>
      <w:proofErr w:type="spellStart"/>
      <w:r>
        <w:t>vendim</w:t>
      </w:r>
      <w:proofErr w:type="spellEnd"/>
      <w:r>
        <w:t xml:space="preserve"> </w:t>
      </w:r>
      <w:proofErr w:type="spellStart"/>
      <w:r>
        <w:t>këshilli</w:t>
      </w:r>
      <w:proofErr w:type="spellEnd"/>
      <w:r>
        <w:t xml:space="preserve">, </w:t>
      </w:r>
      <w:proofErr w:type="spellStart"/>
      <w:r>
        <w:t>shkrirja</w:t>
      </w:r>
      <w:proofErr w:type="spellEnd"/>
      <w:r>
        <w:t xml:space="preserve"> e SHA-</w:t>
      </w:r>
      <w:proofErr w:type="spellStart"/>
      <w:r>
        <w:t>së</w:t>
      </w:r>
      <w:proofErr w:type="spellEnd"/>
      <w:r>
        <w:t xml:space="preserve"> </w:t>
      </w:r>
      <w:proofErr w:type="spellStart"/>
      <w:r>
        <w:t>është</w:t>
      </w:r>
      <w:proofErr w:type="spellEnd"/>
      <w:r>
        <w:t xml:space="preserve"> </w:t>
      </w:r>
      <w:proofErr w:type="spellStart"/>
      <w:r>
        <w:t>krejtësisht</w:t>
      </w:r>
      <w:proofErr w:type="spellEnd"/>
      <w:r>
        <w:t xml:space="preserve"> </w:t>
      </w:r>
      <w:proofErr w:type="spellStart"/>
      <w:r>
        <w:t>ao</w:t>
      </w:r>
      <w:proofErr w:type="spellEnd"/>
      <w:r>
        <w:t xml:space="preserve">, </w:t>
      </w:r>
      <w:proofErr w:type="spellStart"/>
      <w:r>
        <w:t>domethënë</w:t>
      </w:r>
      <w:proofErr w:type="spellEnd"/>
      <w:r>
        <w:t xml:space="preserve">, SHA-ja </w:t>
      </w:r>
      <w:proofErr w:type="spellStart"/>
      <w:r>
        <w:t>shkruhet</w:t>
      </w:r>
      <w:proofErr w:type="spellEnd"/>
      <w:r>
        <w:t xml:space="preserve"> </w:t>
      </w:r>
      <w:proofErr w:type="spellStart"/>
      <w:r>
        <w:t>vetë</w:t>
      </w:r>
      <w:proofErr w:type="spellEnd"/>
      <w:r>
        <w:t xml:space="preserve">. Na </w:t>
      </w:r>
      <w:proofErr w:type="spellStart"/>
      <w:r>
        <w:t>kena</w:t>
      </w:r>
      <w:proofErr w:type="spellEnd"/>
      <w:r>
        <w:t xml:space="preserve"> me </w:t>
      </w:r>
      <w:proofErr w:type="spellStart"/>
      <w:r>
        <w:t>rrjedhje</w:t>
      </w:r>
      <w:proofErr w:type="spellEnd"/>
      <w:r>
        <w:t xml:space="preserve"> </w:t>
      </w:r>
      <w:proofErr w:type="spellStart"/>
      <w:r>
        <w:t>të</w:t>
      </w:r>
      <w:proofErr w:type="spellEnd"/>
      <w:r>
        <w:t xml:space="preserve"> </w:t>
      </w:r>
      <w:proofErr w:type="spellStart"/>
      <w:r>
        <w:t>lirë</w:t>
      </w:r>
      <w:proofErr w:type="spellEnd"/>
      <w:r>
        <w:t xml:space="preserve">, e </w:t>
      </w:r>
      <w:proofErr w:type="spellStart"/>
      <w:r>
        <w:t>kena</w:t>
      </w:r>
      <w:proofErr w:type="spellEnd"/>
      <w:r>
        <w:t xml:space="preserve"> </w:t>
      </w:r>
      <w:proofErr w:type="spellStart"/>
      <w:r>
        <w:t>çmimin</w:t>
      </w:r>
      <w:proofErr w:type="spellEnd"/>
      <w:r>
        <w:t xml:space="preserve"> e </w:t>
      </w:r>
      <w:proofErr w:type="spellStart"/>
      <w:r>
        <w:t>ujit</w:t>
      </w:r>
      <w:proofErr w:type="spellEnd"/>
      <w:r>
        <w:t xml:space="preserve"> </w:t>
      </w:r>
      <w:proofErr w:type="spellStart"/>
      <w:r>
        <w:t>tani</w:t>
      </w:r>
      <w:proofErr w:type="spellEnd"/>
      <w:r>
        <w:t xml:space="preserve"> me </w:t>
      </w:r>
      <w:proofErr w:type="spellStart"/>
      <w:r>
        <w:t>në</w:t>
      </w:r>
      <w:proofErr w:type="spellEnd"/>
      <w:r>
        <w:t xml:space="preserve"> </w:t>
      </w:r>
      <w:proofErr w:type="spellStart"/>
      <w:r>
        <w:t>stratosferë</w:t>
      </w:r>
      <w:proofErr w:type="spellEnd"/>
      <w:r>
        <w:t xml:space="preserve"> 600%, </w:t>
      </w:r>
      <w:proofErr w:type="spellStart"/>
      <w:r>
        <w:t>është</w:t>
      </w:r>
      <w:proofErr w:type="spellEnd"/>
      <w:r>
        <w:t xml:space="preserve"> </w:t>
      </w:r>
      <w:proofErr w:type="spellStart"/>
      <w:r>
        <w:t>çmimi</w:t>
      </w:r>
      <w:proofErr w:type="spellEnd"/>
      <w:r>
        <w:t xml:space="preserve"> </w:t>
      </w:r>
      <w:proofErr w:type="spellStart"/>
      <w:r>
        <w:t>i</w:t>
      </w:r>
      <w:proofErr w:type="spellEnd"/>
      <w:r>
        <w:t xml:space="preserve"> </w:t>
      </w:r>
      <w:proofErr w:type="spellStart"/>
      <w:r>
        <w:t>ujit</w:t>
      </w:r>
      <w:proofErr w:type="spellEnd"/>
      <w:r>
        <w:t xml:space="preserve">. Nuk </w:t>
      </w:r>
      <w:proofErr w:type="spellStart"/>
      <w:r>
        <w:t>kena</w:t>
      </w:r>
      <w:proofErr w:type="spellEnd"/>
      <w:r>
        <w:t xml:space="preserve"> zero </w:t>
      </w:r>
      <w:proofErr w:type="spellStart"/>
      <w:r>
        <w:t>shërbime</w:t>
      </w:r>
      <w:proofErr w:type="spellEnd"/>
      <w:r>
        <w:t xml:space="preserve">. Me </w:t>
      </w:r>
      <w:proofErr w:type="spellStart"/>
      <w:r>
        <w:t>respektin</w:t>
      </w:r>
      <w:proofErr w:type="spellEnd"/>
      <w:r>
        <w:t xml:space="preserve"> e </w:t>
      </w:r>
      <w:proofErr w:type="spellStart"/>
      <w:r>
        <w:t>madh</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kemi</w:t>
      </w:r>
      <w:proofErr w:type="spellEnd"/>
      <w:r>
        <w:t xml:space="preserve"> </w:t>
      </w:r>
      <w:proofErr w:type="spellStart"/>
      <w:r>
        <w:t>për</w:t>
      </w:r>
      <w:proofErr w:type="spellEnd"/>
      <w:r>
        <w:t xml:space="preserve"> </w:t>
      </w:r>
      <w:proofErr w:type="spellStart"/>
      <w:r>
        <w:t>çdo</w:t>
      </w:r>
      <w:proofErr w:type="spellEnd"/>
      <w:r>
        <w:t xml:space="preserve"> </w:t>
      </w:r>
      <w:proofErr w:type="spellStart"/>
      <w:r>
        <w:t>kolega</w:t>
      </w:r>
      <w:proofErr w:type="spellEnd"/>
      <w:r>
        <w:t xml:space="preserve">, </w:t>
      </w:r>
      <w:proofErr w:type="spellStart"/>
      <w:r>
        <w:t>për</w:t>
      </w:r>
      <w:proofErr w:type="spellEnd"/>
      <w:r>
        <w:t xml:space="preserve"> </w:t>
      </w:r>
      <w:proofErr w:type="spellStart"/>
      <w:r>
        <w:t>çdo</w:t>
      </w:r>
      <w:proofErr w:type="spellEnd"/>
      <w:r>
        <w:t xml:space="preserve"> </w:t>
      </w:r>
      <w:proofErr w:type="spellStart"/>
      <w:r>
        <w:t>njeri</w:t>
      </w:r>
      <w:proofErr w:type="spellEnd"/>
      <w:r>
        <w:t xml:space="preserve"> </w:t>
      </w:r>
      <w:proofErr w:type="spellStart"/>
      <w:r>
        <w:t>që</w:t>
      </w:r>
      <w:proofErr w:type="spellEnd"/>
      <w:r>
        <w:t xml:space="preserve"> </w:t>
      </w:r>
      <w:proofErr w:type="spellStart"/>
      <w:r>
        <w:t>merret</w:t>
      </w:r>
      <w:proofErr w:type="spellEnd"/>
      <w:r>
        <w:t xml:space="preserve"> me </w:t>
      </w:r>
      <w:proofErr w:type="spellStart"/>
      <w:r>
        <w:t>këtë</w:t>
      </w:r>
      <w:proofErr w:type="spellEnd"/>
      <w:r>
        <w:t xml:space="preserve"> </w:t>
      </w:r>
      <w:proofErr w:type="spellStart"/>
      <w:r>
        <w:t>punë</w:t>
      </w:r>
      <w:proofErr w:type="spellEnd"/>
      <w:r>
        <w:t xml:space="preserve">, zero </w:t>
      </w:r>
      <w:proofErr w:type="spellStart"/>
      <w:r>
        <w:t>shërbime</w:t>
      </w:r>
      <w:proofErr w:type="spellEnd"/>
      <w:r>
        <w:t xml:space="preserve">. Ne </w:t>
      </w:r>
      <w:proofErr w:type="spellStart"/>
      <w:r>
        <w:t>kërkojmë</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rikthimin</w:t>
      </w:r>
      <w:proofErr w:type="spellEnd"/>
      <w:r>
        <w:t xml:space="preserve"> e </w:t>
      </w:r>
      <w:proofErr w:type="spellStart"/>
      <w:r>
        <w:t>saj</w:t>
      </w:r>
      <w:proofErr w:type="spellEnd"/>
      <w:r>
        <w:t xml:space="preserve">, se e </w:t>
      </w:r>
      <w:proofErr w:type="spellStart"/>
      <w:r>
        <w:t>menaxhojmë</w:t>
      </w:r>
      <w:proofErr w:type="spellEnd"/>
      <w:r>
        <w:t xml:space="preserve">. Nuk </w:t>
      </w:r>
      <w:proofErr w:type="spellStart"/>
      <w:r>
        <w:t>është</w:t>
      </w:r>
      <w:proofErr w:type="spellEnd"/>
      <w:r>
        <w:t xml:space="preserve">, </w:t>
      </w:r>
      <w:proofErr w:type="spellStart"/>
      <w:r>
        <w:t>nuk</w:t>
      </w:r>
      <w:proofErr w:type="spellEnd"/>
      <w:r>
        <w:t xml:space="preserve"> e </w:t>
      </w:r>
      <w:proofErr w:type="spellStart"/>
      <w:r>
        <w:t>kena</w:t>
      </w:r>
      <w:proofErr w:type="spellEnd"/>
      <w:r>
        <w:t xml:space="preserve"> me </w:t>
      </w:r>
      <w:proofErr w:type="spellStart"/>
      <w:r>
        <w:t>energji</w:t>
      </w:r>
      <w:proofErr w:type="spellEnd"/>
      <w:r>
        <w:t xml:space="preserve">, </w:t>
      </w:r>
      <w:proofErr w:type="spellStart"/>
      <w:r>
        <w:t>nuk</w:t>
      </w:r>
      <w:proofErr w:type="spellEnd"/>
      <w:r>
        <w:t xml:space="preserve"> e </w:t>
      </w:r>
      <w:proofErr w:type="spellStart"/>
      <w:r>
        <w:t>kena</w:t>
      </w:r>
      <w:proofErr w:type="spellEnd"/>
      <w:r>
        <w:t xml:space="preserve"> me </w:t>
      </w:r>
      <w:proofErr w:type="spellStart"/>
      <w:r>
        <w:t>konsumim</w:t>
      </w:r>
      <w:proofErr w:type="spellEnd"/>
      <w:r>
        <w:t xml:space="preserve">, </w:t>
      </w:r>
      <w:proofErr w:type="spellStart"/>
      <w:r>
        <w:t>kena</w:t>
      </w:r>
      <w:proofErr w:type="spellEnd"/>
      <w:r>
        <w:t xml:space="preserve"> me </w:t>
      </w:r>
      <w:proofErr w:type="spellStart"/>
      <w:r>
        <w:t>rrjedhë</w:t>
      </w:r>
      <w:proofErr w:type="spellEnd"/>
      <w:r>
        <w:t xml:space="preserve"> </w:t>
      </w:r>
      <w:proofErr w:type="spellStart"/>
      <w:r>
        <w:t>të</w:t>
      </w:r>
      <w:proofErr w:type="spellEnd"/>
      <w:r>
        <w:t xml:space="preserve"> </w:t>
      </w:r>
      <w:proofErr w:type="spellStart"/>
      <w:r>
        <w:t>lirë</w:t>
      </w:r>
      <w:proofErr w:type="spellEnd"/>
      <w:r>
        <w:t xml:space="preserve">. </w:t>
      </w:r>
      <w:proofErr w:type="spellStart"/>
      <w:r>
        <w:t>Dhe</w:t>
      </w:r>
      <w:proofErr w:type="spellEnd"/>
      <w:r>
        <w:t xml:space="preserve"> </w:t>
      </w:r>
      <w:proofErr w:type="spellStart"/>
      <w:r>
        <w:t>kështu</w:t>
      </w:r>
      <w:proofErr w:type="spellEnd"/>
      <w:r>
        <w:t xml:space="preserve"> </w:t>
      </w:r>
      <w:proofErr w:type="spellStart"/>
      <w:r>
        <w:t>si</w:t>
      </w:r>
      <w:proofErr w:type="spellEnd"/>
      <w:r>
        <w:t xml:space="preserve"> do </w:t>
      </w:r>
      <w:proofErr w:type="spellStart"/>
      <w:r>
        <w:t>të</w:t>
      </w:r>
      <w:proofErr w:type="spellEnd"/>
      <w:r>
        <w:t xml:space="preserve"> </w:t>
      </w:r>
      <w:proofErr w:type="spellStart"/>
      <w:r>
        <w:t>ishte</w:t>
      </w:r>
      <w:proofErr w:type="spellEnd"/>
      <w:r>
        <w:t xml:space="preserve"> e </w:t>
      </w:r>
      <w:proofErr w:type="spellStart"/>
      <w:r>
        <w:t>parë</w:t>
      </w:r>
      <w:proofErr w:type="spellEnd"/>
      <w:r>
        <w:t xml:space="preserve">. Po. </w:t>
      </w:r>
      <w:proofErr w:type="spellStart"/>
      <w:r>
        <w:t>Pjesa</w:t>
      </w:r>
      <w:proofErr w:type="spellEnd"/>
      <w:r>
        <w:t xml:space="preserve"> </w:t>
      </w:r>
      <w:proofErr w:type="spellStart"/>
      <w:r>
        <w:t>tjetër</w:t>
      </w:r>
      <w:proofErr w:type="spellEnd"/>
      <w:r>
        <w:t xml:space="preserve">, Bashkia e </w:t>
      </w:r>
      <w:proofErr w:type="spellStart"/>
      <w:r>
        <w:t>Fushë</w:t>
      </w:r>
      <w:proofErr w:type="spellEnd"/>
      <w:r>
        <w:t xml:space="preserve"> </w:t>
      </w:r>
      <w:proofErr w:type="spellStart"/>
      <w:r>
        <w:t>Arsit</w:t>
      </w:r>
      <w:proofErr w:type="spellEnd"/>
      <w:r>
        <w:t xml:space="preserve"> ka </w:t>
      </w:r>
      <w:proofErr w:type="spellStart"/>
      <w:r>
        <w:t>tre</w:t>
      </w:r>
      <w:proofErr w:type="spellEnd"/>
      <w:r>
        <w:t xml:space="preserve"> </w:t>
      </w:r>
      <w:proofErr w:type="spellStart"/>
      <w:r>
        <w:t>fabrika</w:t>
      </w:r>
      <w:proofErr w:type="spellEnd"/>
      <w:r>
        <w:t xml:space="preserve"> uji </w:t>
      </w:r>
      <w:proofErr w:type="spellStart"/>
      <w:r>
        <w:t>të</w:t>
      </w:r>
      <w:proofErr w:type="spellEnd"/>
      <w:r>
        <w:t xml:space="preserve"> </w:t>
      </w:r>
      <w:proofErr w:type="spellStart"/>
      <w:r>
        <w:t>suksesshme</w:t>
      </w:r>
      <w:proofErr w:type="spellEnd"/>
      <w:r>
        <w:t xml:space="preserve">. Nuk po ja </w:t>
      </w:r>
      <w:proofErr w:type="spellStart"/>
      <w:r>
        <w:t>përmend</w:t>
      </w:r>
      <w:proofErr w:type="spellEnd"/>
      <w:r>
        <w:t xml:space="preserve"> </w:t>
      </w:r>
      <w:proofErr w:type="spellStart"/>
      <w:r>
        <w:t>emrat</w:t>
      </w:r>
      <w:proofErr w:type="spellEnd"/>
      <w:r>
        <w:t xml:space="preserve"> </w:t>
      </w:r>
      <w:proofErr w:type="spellStart"/>
      <w:r>
        <w:t>për</w:t>
      </w:r>
      <w:proofErr w:type="spellEnd"/>
      <w:r>
        <w:t xml:space="preserve"> </w:t>
      </w:r>
      <w:proofErr w:type="spellStart"/>
      <w:r>
        <w:t>efekt</w:t>
      </w:r>
      <w:proofErr w:type="spellEnd"/>
      <w:r>
        <w:t xml:space="preserve">, po </w:t>
      </w:r>
      <w:proofErr w:type="spellStart"/>
      <w:r>
        <w:t>janë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suksesshme</w:t>
      </w:r>
      <w:proofErr w:type="spellEnd"/>
      <w:r>
        <w:t xml:space="preserve">, </w:t>
      </w:r>
      <w:proofErr w:type="spellStart"/>
      <w:r>
        <w:t>mbulojnë</w:t>
      </w:r>
      <w:proofErr w:type="spellEnd"/>
      <w:r>
        <w:t xml:space="preserve"> 65% </w:t>
      </w:r>
      <w:proofErr w:type="spellStart"/>
      <w:r>
        <w:t>të</w:t>
      </w:r>
      <w:proofErr w:type="spellEnd"/>
      <w:r>
        <w:t xml:space="preserve"> </w:t>
      </w:r>
      <w:proofErr w:type="spellStart"/>
      <w:r>
        <w:t>tregut</w:t>
      </w:r>
      <w:proofErr w:type="spellEnd"/>
      <w:r>
        <w:t xml:space="preserve"> </w:t>
      </w:r>
      <w:proofErr w:type="spellStart"/>
      <w:r>
        <w:t>shqiptar</w:t>
      </w:r>
      <w:proofErr w:type="spellEnd"/>
      <w:r>
        <w:t xml:space="preserve">. </w:t>
      </w:r>
      <w:proofErr w:type="spellStart"/>
      <w:r>
        <w:t>Dhe</w:t>
      </w:r>
      <w:proofErr w:type="spellEnd"/>
      <w:r>
        <w:t xml:space="preserve"> </w:t>
      </w:r>
      <w:proofErr w:type="spellStart"/>
      <w:r>
        <w:t>këtyre</w:t>
      </w:r>
      <w:proofErr w:type="spellEnd"/>
      <w:r>
        <w:t xml:space="preserve"> </w:t>
      </w:r>
      <w:proofErr w:type="spellStart"/>
      <w:r>
        <w:t>fabrikave</w:t>
      </w:r>
      <w:proofErr w:type="spellEnd"/>
      <w:r>
        <w:t xml:space="preserve"> </w:t>
      </w:r>
      <w:proofErr w:type="spellStart"/>
      <w:r>
        <w:t>më</w:t>
      </w:r>
      <w:proofErr w:type="spellEnd"/>
      <w:r>
        <w:t xml:space="preserve"> </w:t>
      </w:r>
      <w:proofErr w:type="spellStart"/>
      <w:r>
        <w:t>vjen</w:t>
      </w:r>
      <w:proofErr w:type="spellEnd"/>
      <w:r>
        <w:t xml:space="preserve"> </w:t>
      </w:r>
      <w:proofErr w:type="spellStart"/>
      <w:r>
        <w:t>taksa</w:t>
      </w:r>
      <w:proofErr w:type="spellEnd"/>
      <w:r>
        <w:t xml:space="preserve">, </w:t>
      </w:r>
      <w:proofErr w:type="spellStart"/>
      <w:r>
        <w:t>bazeni</w:t>
      </w:r>
      <w:proofErr w:type="spellEnd"/>
      <w:r>
        <w:t xml:space="preserve">, </w:t>
      </w:r>
      <w:proofErr w:type="spellStart"/>
      <w:r>
        <w:t>drejtoria</w:t>
      </w:r>
      <w:proofErr w:type="spellEnd"/>
      <w:r>
        <w:t xml:space="preserve"> e </w:t>
      </w:r>
      <w:proofErr w:type="spellStart"/>
      <w:r>
        <w:t>bazeneve</w:t>
      </w:r>
      <w:proofErr w:type="spellEnd"/>
      <w:r>
        <w:t xml:space="preserve"> </w:t>
      </w:r>
      <w:proofErr w:type="spellStart"/>
      <w:r>
        <w:t>në</w:t>
      </w:r>
      <w:proofErr w:type="spellEnd"/>
      <w:r>
        <w:t xml:space="preserve"> </w:t>
      </w:r>
      <w:proofErr w:type="spellStart"/>
      <w:r>
        <w:t>Lezhë</w:t>
      </w:r>
      <w:proofErr w:type="spellEnd"/>
      <w:r>
        <w:t xml:space="preserve">, apo </w:t>
      </w:r>
      <w:proofErr w:type="spellStart"/>
      <w:r>
        <w:t>diku</w:t>
      </w:r>
      <w:proofErr w:type="spellEnd"/>
      <w:r>
        <w:t xml:space="preserve">, </w:t>
      </w:r>
      <w:proofErr w:type="spellStart"/>
      <w:r>
        <w:t>vjen</w:t>
      </w:r>
      <w:proofErr w:type="spellEnd"/>
      <w:r>
        <w:t xml:space="preserve"> e </w:t>
      </w:r>
      <w:proofErr w:type="spellStart"/>
      <w:r>
        <w:t>vë</w:t>
      </w:r>
      <w:proofErr w:type="spellEnd"/>
      <w:r>
        <w:t xml:space="preserve"> </w:t>
      </w:r>
      <w:proofErr w:type="spellStart"/>
      <w:r>
        <w:t>ato</w:t>
      </w:r>
      <w:proofErr w:type="spellEnd"/>
      <w:r>
        <w:t xml:space="preserve"> </w:t>
      </w:r>
      <w:proofErr w:type="spellStart"/>
      <w:r>
        <w:t>ampermetra</w:t>
      </w:r>
      <w:proofErr w:type="spellEnd"/>
      <w:r>
        <w:t xml:space="preserve"> </w:t>
      </w:r>
      <w:proofErr w:type="spellStart"/>
      <w:r>
        <w:t>të</w:t>
      </w:r>
      <w:proofErr w:type="spellEnd"/>
      <w:r>
        <w:t xml:space="preserve"> </w:t>
      </w:r>
      <w:proofErr w:type="spellStart"/>
      <w:r>
        <w:t>madhë</w:t>
      </w:r>
      <w:proofErr w:type="spellEnd"/>
      <w:r>
        <w:t xml:space="preserve"> </w:t>
      </w:r>
      <w:proofErr w:type="spellStart"/>
      <w:r>
        <w:t>edhe</w:t>
      </w:r>
      <w:proofErr w:type="spellEnd"/>
      <w:r>
        <w:t xml:space="preserve"> </w:t>
      </w:r>
      <w:proofErr w:type="spellStart"/>
      <w:r>
        <w:t>ju</w:t>
      </w:r>
      <w:proofErr w:type="spellEnd"/>
      <w:r>
        <w:t xml:space="preserve"> </w:t>
      </w:r>
      <w:proofErr w:type="spellStart"/>
      <w:r>
        <w:t>merr</w:t>
      </w:r>
      <w:proofErr w:type="spellEnd"/>
      <w:r>
        <w:t xml:space="preserve"> </w:t>
      </w:r>
      <w:proofErr w:type="spellStart"/>
      <w:r>
        <w:t>taksën</w:t>
      </w:r>
      <w:proofErr w:type="spellEnd"/>
      <w:r>
        <w:t xml:space="preserve">. </w:t>
      </w:r>
      <w:proofErr w:type="spellStart"/>
      <w:r>
        <w:t>Dhe</w:t>
      </w:r>
      <w:proofErr w:type="spellEnd"/>
      <w:r>
        <w:t xml:space="preserve"> </w:t>
      </w:r>
      <w:proofErr w:type="spellStart"/>
      <w:r>
        <w:t>këtyre</w:t>
      </w:r>
      <w:proofErr w:type="spellEnd"/>
      <w:r>
        <w:t xml:space="preserve"> </w:t>
      </w:r>
      <w:proofErr w:type="spellStart"/>
      <w:r>
        <w:t>nuk</w:t>
      </w:r>
      <w:proofErr w:type="spellEnd"/>
      <w:r>
        <w:t xml:space="preserve"> ja </w:t>
      </w:r>
      <w:proofErr w:type="spellStart"/>
      <w:r>
        <w:t>marrim</w:t>
      </w:r>
      <w:proofErr w:type="spellEnd"/>
      <w:r>
        <w:t xml:space="preserve"> ne </w:t>
      </w:r>
      <w:proofErr w:type="spellStart"/>
      <w:r>
        <w:t>taksën</w:t>
      </w:r>
      <w:proofErr w:type="spellEnd"/>
      <w:r>
        <w:t xml:space="preserve">, ja </w:t>
      </w:r>
      <w:proofErr w:type="spellStart"/>
      <w:r>
        <w:t>merret</w:t>
      </w:r>
      <w:proofErr w:type="spellEnd"/>
      <w:r>
        <w:t xml:space="preserve"> </w:t>
      </w:r>
      <w:proofErr w:type="spellStart"/>
      <w:r>
        <w:t>drejtoria</w:t>
      </w:r>
      <w:proofErr w:type="spellEnd"/>
      <w:r>
        <w:t xml:space="preserve"> e </w:t>
      </w:r>
      <w:proofErr w:type="spellStart"/>
      <w:r>
        <w:t>bazeneve</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dhe</w:t>
      </w:r>
      <w:proofErr w:type="spellEnd"/>
      <w:r>
        <w:t xml:space="preserve"> </w:t>
      </w:r>
      <w:proofErr w:type="spellStart"/>
      <w:r>
        <w:t>drejtoria</w:t>
      </w:r>
      <w:proofErr w:type="spellEnd"/>
      <w:r>
        <w:t xml:space="preserve"> e </w:t>
      </w:r>
      <w:proofErr w:type="spellStart"/>
      <w:r>
        <w:t>bazeneve</w:t>
      </w:r>
      <w:proofErr w:type="spellEnd"/>
      <w:r>
        <w:t xml:space="preserve"> </w:t>
      </w:r>
      <w:proofErr w:type="spellStart"/>
      <w:r>
        <w:t>në</w:t>
      </w:r>
      <w:proofErr w:type="spellEnd"/>
      <w:r>
        <w:t xml:space="preserve"> </w:t>
      </w:r>
      <w:proofErr w:type="spellStart"/>
      <w:r>
        <w:t>vetvete</w:t>
      </w:r>
      <w:proofErr w:type="spellEnd"/>
      <w:r>
        <w:t xml:space="preserve"> </w:t>
      </w:r>
      <w:proofErr w:type="spellStart"/>
      <w:r>
        <w:t>i</w:t>
      </w:r>
      <w:proofErr w:type="spellEnd"/>
      <w:r>
        <w:t xml:space="preserve"> </w:t>
      </w:r>
      <w:proofErr w:type="spellStart"/>
      <w:r>
        <w:t>takson</w:t>
      </w:r>
      <w:proofErr w:type="spellEnd"/>
      <w:r>
        <w:t xml:space="preserve">. </w:t>
      </w:r>
      <w:proofErr w:type="spellStart"/>
      <w:r>
        <w:t>Domethënë</w:t>
      </w:r>
      <w:proofErr w:type="spellEnd"/>
      <w:r>
        <w:t xml:space="preserve">, </w:t>
      </w:r>
      <w:proofErr w:type="spellStart"/>
      <w:r>
        <w:t>kena</w:t>
      </w:r>
      <w:proofErr w:type="spellEnd"/>
      <w:r>
        <w:t xml:space="preserve"> </w:t>
      </w:r>
      <w:proofErr w:type="spellStart"/>
      <w:r>
        <w:t>pushtetin</w:t>
      </w:r>
      <w:proofErr w:type="spellEnd"/>
      <w:r>
        <w:t xml:space="preserve"> </w:t>
      </w:r>
      <w:proofErr w:type="spellStart"/>
      <w:r>
        <w:t>qendror</w:t>
      </w:r>
      <w:proofErr w:type="spellEnd"/>
      <w:r>
        <w:t xml:space="preserve">, </w:t>
      </w:r>
      <w:proofErr w:type="spellStart"/>
      <w:r>
        <w:t>pushtetin</w:t>
      </w:r>
      <w:proofErr w:type="spellEnd"/>
      <w:r>
        <w:t xml:space="preserve"> vendor, po </w:t>
      </w:r>
      <w:proofErr w:type="spellStart"/>
      <w:r>
        <w:t>kena</w:t>
      </w:r>
      <w:proofErr w:type="spellEnd"/>
      <w:r>
        <w:t xml:space="preserve"> </w:t>
      </w:r>
      <w:proofErr w:type="spellStart"/>
      <w:r>
        <w:t>dhe</w:t>
      </w:r>
      <w:proofErr w:type="spellEnd"/>
      <w:r>
        <w:t xml:space="preserve"> </w:t>
      </w:r>
      <w:proofErr w:type="spellStart"/>
      <w:r>
        <w:t>një</w:t>
      </w:r>
      <w:proofErr w:type="spellEnd"/>
      <w:r>
        <w:t xml:space="preserve"> </w:t>
      </w:r>
      <w:proofErr w:type="spellStart"/>
      <w:r>
        <w:t>pushtet</w:t>
      </w:r>
      <w:proofErr w:type="spellEnd"/>
      <w:r>
        <w:t xml:space="preserve"> </w:t>
      </w:r>
      <w:proofErr w:type="spellStart"/>
      <w:r>
        <w:t>të</w:t>
      </w:r>
      <w:proofErr w:type="spellEnd"/>
      <w:r>
        <w:t xml:space="preserve"> </w:t>
      </w:r>
      <w:proofErr w:type="spellStart"/>
      <w:r>
        <w:t>tretë</w:t>
      </w:r>
      <w:proofErr w:type="spellEnd"/>
      <w:r>
        <w:t xml:space="preserve"> </w:t>
      </w:r>
      <w:proofErr w:type="spellStart"/>
      <w:r>
        <w:t>që</w:t>
      </w:r>
      <w:proofErr w:type="spellEnd"/>
      <w:r>
        <w:t xml:space="preserve"> </w:t>
      </w:r>
      <w:proofErr w:type="spellStart"/>
      <w:r>
        <w:t>quhet</w:t>
      </w:r>
      <w:proofErr w:type="spellEnd"/>
      <w:r>
        <w:t xml:space="preserve"> </w:t>
      </w:r>
      <w:proofErr w:type="spellStart"/>
      <w:r>
        <w:t>drejtoria</w:t>
      </w:r>
      <w:proofErr w:type="spellEnd"/>
      <w:r>
        <w:t xml:space="preserve"> e </w:t>
      </w:r>
      <w:proofErr w:type="spellStart"/>
      <w:r>
        <w:t>bazeneve</w:t>
      </w:r>
      <w:proofErr w:type="spellEnd"/>
      <w:r>
        <w:t xml:space="preserve">, </w:t>
      </w:r>
      <w:proofErr w:type="spellStart"/>
      <w:r>
        <w:t>që</w:t>
      </w:r>
      <w:proofErr w:type="spellEnd"/>
      <w:r>
        <w:t xml:space="preserve"> </w:t>
      </w:r>
      <w:proofErr w:type="spellStart"/>
      <w:r>
        <w:t>takson</w:t>
      </w:r>
      <w:proofErr w:type="spellEnd"/>
      <w:r>
        <w:t xml:space="preserve"> </w:t>
      </w:r>
      <w:proofErr w:type="spellStart"/>
      <w:r>
        <w:t>në</w:t>
      </w:r>
      <w:proofErr w:type="spellEnd"/>
      <w:r>
        <w:t xml:space="preserve"> </w:t>
      </w:r>
      <w:proofErr w:type="spellStart"/>
      <w:r>
        <w:t>mënyrë</w:t>
      </w:r>
      <w:proofErr w:type="spellEnd"/>
      <w:r>
        <w:t xml:space="preserve"> </w:t>
      </w:r>
      <w:proofErr w:type="spellStart"/>
      <w:r>
        <w:t>të</w:t>
      </w:r>
      <w:proofErr w:type="spellEnd"/>
      <w:r>
        <w:t xml:space="preserve"> </w:t>
      </w:r>
      <w:proofErr w:type="spellStart"/>
      <w:r>
        <w:t>pavarur</w:t>
      </w:r>
      <w:proofErr w:type="spellEnd"/>
      <w:r>
        <w:t xml:space="preserve">. Ajo, </w:t>
      </w:r>
      <w:proofErr w:type="spellStart"/>
      <w:r>
        <w:t>domethënë</w:t>
      </w:r>
      <w:proofErr w:type="spellEnd"/>
      <w:r>
        <w:t xml:space="preserve">, ka </w:t>
      </w:r>
      <w:proofErr w:type="spellStart"/>
      <w:r>
        <w:t>liri</w:t>
      </w:r>
      <w:proofErr w:type="spellEnd"/>
      <w:r>
        <w:t xml:space="preserve"> </w:t>
      </w:r>
      <w:proofErr w:type="spellStart"/>
      <w:r>
        <w:t>veprimi</w:t>
      </w:r>
      <w:proofErr w:type="spellEnd"/>
      <w:r>
        <w:t xml:space="preserve"> </w:t>
      </w:r>
      <w:proofErr w:type="spellStart"/>
      <w:r>
        <w:t>për</w:t>
      </w:r>
      <w:proofErr w:type="spellEnd"/>
      <w:r>
        <w:t xml:space="preserve">, po </w:t>
      </w:r>
      <w:proofErr w:type="spellStart"/>
      <w:r>
        <w:t>potenciali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i</w:t>
      </w:r>
      <w:proofErr w:type="spellEnd"/>
      <w:r>
        <w:t xml:space="preserve"> </w:t>
      </w:r>
      <w:proofErr w:type="spellStart"/>
      <w:r>
        <w:t>njëjtë</w:t>
      </w:r>
      <w:proofErr w:type="spellEnd"/>
      <w:r>
        <w:t xml:space="preserve"> me </w:t>
      </w:r>
      <w:proofErr w:type="spellStart"/>
      <w:r>
        <w:t>bashkive</w:t>
      </w:r>
      <w:proofErr w:type="spellEnd"/>
      <w:r>
        <w:t xml:space="preserve"> </w:t>
      </w:r>
      <w:proofErr w:type="spellStart"/>
      <w:r>
        <w:t>tjera</w:t>
      </w:r>
      <w:proofErr w:type="spellEnd"/>
      <w:r>
        <w:t xml:space="preserve">, pa e </w:t>
      </w:r>
      <w:proofErr w:type="spellStart"/>
      <w:r>
        <w:t>funduar</w:t>
      </w:r>
      <w:proofErr w:type="spellEnd"/>
      <w:r>
        <w:t xml:space="preserve"> </w:t>
      </w:r>
      <w:proofErr w:type="spellStart"/>
      <w:r>
        <w:t>asnjë</w:t>
      </w:r>
      <w:proofErr w:type="spellEnd"/>
      <w:r>
        <w:t xml:space="preserve">, me </w:t>
      </w:r>
      <w:proofErr w:type="spellStart"/>
      <w:r>
        <w:t>respektin</w:t>
      </w:r>
      <w:proofErr w:type="spellEnd"/>
      <w:r>
        <w:t xml:space="preserve"> e </w:t>
      </w:r>
      <w:proofErr w:type="spellStart"/>
      <w:r>
        <w:t>madh</w:t>
      </w:r>
      <w:proofErr w:type="spellEnd"/>
      <w:r>
        <w:t xml:space="preserve"> </w:t>
      </w:r>
      <w:proofErr w:type="spellStart"/>
      <w:r>
        <w:t>që</w:t>
      </w:r>
      <w:proofErr w:type="spellEnd"/>
      <w:r>
        <w:t xml:space="preserve"> </w:t>
      </w:r>
      <w:proofErr w:type="spellStart"/>
      <w:r>
        <w:t>kam</w:t>
      </w:r>
      <w:proofErr w:type="spellEnd"/>
      <w:r>
        <w:t xml:space="preserve"> </w:t>
      </w:r>
      <w:proofErr w:type="spellStart"/>
      <w:r>
        <w:t>për</w:t>
      </w:r>
      <w:proofErr w:type="spellEnd"/>
      <w:r>
        <w:t xml:space="preserve"> </w:t>
      </w:r>
      <w:proofErr w:type="spellStart"/>
      <w:r>
        <w:t>kryetarët</w:t>
      </w:r>
      <w:proofErr w:type="spellEnd"/>
      <w:r>
        <w:t xml:space="preserve">, </w:t>
      </w:r>
      <w:proofErr w:type="spellStart"/>
      <w:r>
        <w:t>sepse</w:t>
      </w:r>
      <w:proofErr w:type="spellEnd"/>
      <w:r>
        <w:t xml:space="preserve"> </w:t>
      </w:r>
      <w:proofErr w:type="spellStart"/>
      <w:r>
        <w:t>unë</w:t>
      </w:r>
      <w:proofErr w:type="spellEnd"/>
      <w:r>
        <w:t xml:space="preserve"> </w:t>
      </w:r>
      <w:proofErr w:type="spellStart"/>
      <w:r>
        <w:t>mbuloj</w:t>
      </w:r>
      <w:proofErr w:type="spellEnd"/>
      <w:r>
        <w:t xml:space="preserve"> 65% </w:t>
      </w:r>
      <w:proofErr w:type="spellStart"/>
      <w:r>
        <w:t>të</w:t>
      </w:r>
      <w:proofErr w:type="spellEnd"/>
      <w:r>
        <w:t xml:space="preserve"> </w:t>
      </w:r>
      <w:proofErr w:type="spellStart"/>
      <w:r>
        <w:t>tregut</w:t>
      </w:r>
      <w:proofErr w:type="spellEnd"/>
      <w:r>
        <w:t xml:space="preserve"> </w:t>
      </w:r>
      <w:proofErr w:type="spellStart"/>
      <w:r>
        <w:t>shqiptar</w:t>
      </w:r>
      <w:proofErr w:type="spellEnd"/>
      <w:r>
        <w:t xml:space="preserve"> me </w:t>
      </w:r>
      <w:proofErr w:type="spellStart"/>
      <w:r>
        <w:t>ujë</w:t>
      </w:r>
      <w:proofErr w:type="spellEnd"/>
      <w:r>
        <w:t xml:space="preserve">. Kam </w:t>
      </w:r>
      <w:proofErr w:type="spellStart"/>
      <w:r>
        <w:t>një</w:t>
      </w:r>
      <w:proofErr w:type="spellEnd"/>
      <w:r>
        <w:t xml:space="preserve"> </w:t>
      </w:r>
      <w:proofErr w:type="spellStart"/>
      <w:r>
        <w:t>potencial</w:t>
      </w:r>
      <w:proofErr w:type="spellEnd"/>
      <w:r>
        <w:t xml:space="preserve"> </w:t>
      </w:r>
      <w:proofErr w:type="spellStart"/>
      <w:r>
        <w:t>ujor</w:t>
      </w:r>
      <w:proofErr w:type="spellEnd"/>
      <w:r>
        <w:t xml:space="preserve"> </w:t>
      </w:r>
      <w:proofErr w:type="spellStart"/>
      <w:r>
        <w:t>të</w:t>
      </w:r>
      <w:proofErr w:type="spellEnd"/>
      <w:r>
        <w:t xml:space="preserve"> </w:t>
      </w:r>
      <w:proofErr w:type="spellStart"/>
      <w:r>
        <w:t>studium</w:t>
      </w:r>
      <w:proofErr w:type="spellEnd"/>
      <w:r>
        <w:t xml:space="preserve">, </w:t>
      </w:r>
      <w:proofErr w:type="spellStart"/>
      <w:r>
        <w:t>i</w:t>
      </w:r>
      <w:proofErr w:type="spellEnd"/>
      <w:r>
        <w:t xml:space="preserve"> </w:t>
      </w:r>
      <w:proofErr w:type="spellStart"/>
      <w:r>
        <w:t>cili</w:t>
      </w:r>
      <w:proofErr w:type="spellEnd"/>
      <w:r>
        <w:t xml:space="preserve"> </w:t>
      </w:r>
      <w:proofErr w:type="spellStart"/>
      <w:r>
        <w:t>është</w:t>
      </w:r>
      <w:proofErr w:type="spellEnd"/>
      <w:r>
        <w:t xml:space="preserve"> </w:t>
      </w:r>
      <w:proofErr w:type="spellStart"/>
      <w:r>
        <w:t>lider</w:t>
      </w:r>
      <w:proofErr w:type="spellEnd"/>
      <w:r>
        <w:t xml:space="preserve"> </w:t>
      </w:r>
      <w:proofErr w:type="spellStart"/>
      <w:r>
        <w:t>në</w:t>
      </w:r>
      <w:proofErr w:type="spellEnd"/>
      <w:r>
        <w:t xml:space="preserve"> </w:t>
      </w:r>
      <w:proofErr w:type="spellStart"/>
      <w:r>
        <w:t>Ballkan</w:t>
      </w:r>
      <w:proofErr w:type="spellEnd"/>
      <w:r>
        <w:t xml:space="preserve">. </w:t>
      </w:r>
      <w:proofErr w:type="spellStart"/>
      <w:r>
        <w:t>Është</w:t>
      </w:r>
      <w:proofErr w:type="spellEnd"/>
      <w:r>
        <w:t xml:space="preserve"> </w:t>
      </w:r>
      <w:proofErr w:type="spellStart"/>
      <w:r>
        <w:t>natyral</w:t>
      </w:r>
      <w:proofErr w:type="spellEnd"/>
      <w:r>
        <w:t xml:space="preserve">, </w:t>
      </w:r>
      <w:proofErr w:type="spellStart"/>
      <w:r>
        <w:t>nuk</w:t>
      </w:r>
      <w:proofErr w:type="spellEnd"/>
      <w:r>
        <w:t xml:space="preserve"> </w:t>
      </w:r>
      <w:proofErr w:type="spellStart"/>
      <w:r>
        <w:t>është</w:t>
      </w:r>
      <w:proofErr w:type="spellEnd"/>
      <w:r>
        <w:t xml:space="preserve"> se e </w:t>
      </w:r>
      <w:proofErr w:type="spellStart"/>
      <w:r>
        <w:t>kemi</w:t>
      </w:r>
      <w:proofErr w:type="spellEnd"/>
      <w:r>
        <w:t xml:space="preserve"> as </w:t>
      </w:r>
      <w:proofErr w:type="spellStart"/>
      <w:r>
        <w:t>pikë</w:t>
      </w:r>
      <w:proofErr w:type="spellEnd"/>
      <w:r>
        <w:t xml:space="preserve"> </w:t>
      </w:r>
      <w:proofErr w:type="spellStart"/>
      <w:r>
        <w:t>masë</w:t>
      </w:r>
      <w:proofErr w:type="spellEnd"/>
      <w:r>
        <w:t xml:space="preserve"> </w:t>
      </w:r>
      <w:proofErr w:type="spellStart"/>
      <w:r>
        <w:t>ardhjes</w:t>
      </w:r>
      <w:proofErr w:type="spellEnd"/>
      <w:r>
        <w:t xml:space="preserve"> </w:t>
      </w:r>
      <w:proofErr w:type="spellStart"/>
      <w:r>
        <w:t>tonë</w:t>
      </w:r>
      <w:proofErr w:type="spellEnd"/>
      <w:r>
        <w:t xml:space="preserve"> apo </w:t>
      </w:r>
      <w:proofErr w:type="spellStart"/>
      <w:r>
        <w:t>përpara</w:t>
      </w:r>
      <w:proofErr w:type="spellEnd"/>
      <w:r>
        <w:t xml:space="preserve">, po ka </w:t>
      </w:r>
      <w:proofErr w:type="spellStart"/>
      <w:r>
        <w:t>qenë</w:t>
      </w:r>
      <w:proofErr w:type="spellEnd"/>
      <w:r>
        <w:t xml:space="preserve"> </w:t>
      </w:r>
      <w:proofErr w:type="spellStart"/>
      <w:r>
        <w:t>gjithmonë</w:t>
      </w:r>
      <w:proofErr w:type="spellEnd"/>
      <w:r>
        <w:t xml:space="preserve"> </w:t>
      </w:r>
      <w:proofErr w:type="spellStart"/>
      <w:r>
        <w:t>dhe</w:t>
      </w:r>
      <w:proofErr w:type="spellEnd"/>
      <w:r>
        <w:t xml:space="preserve"> do </w:t>
      </w:r>
      <w:proofErr w:type="spellStart"/>
      <w:r>
        <w:t>të</w:t>
      </w:r>
      <w:proofErr w:type="spellEnd"/>
      <w:r>
        <w:t xml:space="preserve"> </w:t>
      </w:r>
      <w:proofErr w:type="spellStart"/>
      <w:r>
        <w:t>jetë</w:t>
      </w:r>
      <w:proofErr w:type="spellEnd"/>
      <w:r>
        <w:t xml:space="preserve">. Po </w:t>
      </w:r>
      <w:proofErr w:type="spellStart"/>
      <w:r>
        <w:t>sfida</w:t>
      </w:r>
      <w:proofErr w:type="spellEnd"/>
      <w:r>
        <w:t xml:space="preserve"> e </w:t>
      </w:r>
      <w:proofErr w:type="spellStart"/>
      <w:r>
        <w:t>ujit</w:t>
      </w:r>
      <w:proofErr w:type="spellEnd"/>
      <w:r>
        <w:t xml:space="preserve"> </w:t>
      </w:r>
      <w:proofErr w:type="spellStart"/>
      <w:r>
        <w:t>është</w:t>
      </w:r>
      <w:proofErr w:type="spellEnd"/>
      <w:r>
        <w:t xml:space="preserve"> e </w:t>
      </w:r>
      <w:proofErr w:type="spellStart"/>
      <w:r>
        <w:t>shekullit</w:t>
      </w:r>
      <w:proofErr w:type="spellEnd"/>
      <w:r>
        <w:t xml:space="preserve">, </w:t>
      </w:r>
      <w:proofErr w:type="spellStart"/>
      <w:r>
        <w:t>kështu</w:t>
      </w:r>
      <w:proofErr w:type="spellEnd"/>
      <w:r>
        <w:t xml:space="preserve"> </w:t>
      </w:r>
      <w:proofErr w:type="spellStart"/>
      <w:r>
        <w:t>që</w:t>
      </w:r>
      <w:proofErr w:type="spellEnd"/>
      <w:r>
        <w:t xml:space="preserve"> e </w:t>
      </w:r>
      <w:proofErr w:type="spellStart"/>
      <w:r>
        <w:t>ardhmja</w:t>
      </w:r>
      <w:proofErr w:type="spellEnd"/>
      <w:r>
        <w:t xml:space="preserve"> e </w:t>
      </w:r>
      <w:proofErr w:type="spellStart"/>
      <w:r>
        <w:t>bashkisë</w:t>
      </w:r>
      <w:proofErr w:type="spellEnd"/>
      <w:r>
        <w:t xml:space="preserve"> do </w:t>
      </w:r>
      <w:proofErr w:type="spellStart"/>
      <w:r>
        <w:t>të</w:t>
      </w:r>
      <w:proofErr w:type="spellEnd"/>
      <w:r>
        <w:t xml:space="preserve"> </w:t>
      </w:r>
      <w:proofErr w:type="spellStart"/>
      <w:r>
        <w:t>jetë</w:t>
      </w:r>
      <w:proofErr w:type="spellEnd"/>
      <w:r>
        <w:t xml:space="preserve"> </w:t>
      </w:r>
      <w:proofErr w:type="spellStart"/>
      <w:r>
        <w:t>në</w:t>
      </w:r>
      <w:proofErr w:type="spellEnd"/>
      <w:r>
        <w:t xml:space="preserve"> </w:t>
      </w:r>
      <w:proofErr w:type="spellStart"/>
      <w:r>
        <w:t>parametra</w:t>
      </w:r>
      <w:proofErr w:type="spellEnd"/>
      <w:r>
        <w:t xml:space="preserve"> </w:t>
      </w:r>
      <w:proofErr w:type="spellStart"/>
      <w:r>
        <w:t>financiarë</w:t>
      </w:r>
      <w:proofErr w:type="spellEnd"/>
      <w:r>
        <w:t xml:space="preserve"> </w:t>
      </w:r>
      <w:proofErr w:type="spellStart"/>
      <w:r>
        <w:t>jashtëzakonisht</w:t>
      </w:r>
      <w:proofErr w:type="spellEnd"/>
      <w:r>
        <w:t xml:space="preserve"> </w:t>
      </w:r>
      <w:proofErr w:type="spellStart"/>
      <w:r>
        <w:t>një</w:t>
      </w:r>
      <w:proofErr w:type="spellEnd"/>
      <w:r>
        <w:t xml:space="preserve"> e </w:t>
      </w:r>
      <w:proofErr w:type="spellStart"/>
      <w:r>
        <w:t>ardhme</w:t>
      </w:r>
      <w:proofErr w:type="spellEnd"/>
      <w:r>
        <w:t xml:space="preserve">, </w:t>
      </w:r>
      <w:proofErr w:type="spellStart"/>
      <w:r>
        <w:t>një</w:t>
      </w:r>
      <w:proofErr w:type="spellEnd"/>
      <w:r>
        <w:t xml:space="preserve"> </w:t>
      </w:r>
      <w:proofErr w:type="spellStart"/>
      <w:r>
        <w:t>si</w:t>
      </w:r>
      <w:proofErr w:type="spellEnd"/>
      <w:r>
        <w:t xml:space="preserve"> </w:t>
      </w:r>
      <w:proofErr w:type="spellStart"/>
      <w:r>
        <w:t>një</w:t>
      </w:r>
      <w:proofErr w:type="spellEnd"/>
      <w:r>
        <w:t xml:space="preserve"> </w:t>
      </w:r>
      <w:proofErr w:type="spellStart"/>
      <w:r>
        <w:t>bashki</w:t>
      </w:r>
      <w:proofErr w:type="spellEnd"/>
      <w:r>
        <w:t xml:space="preserve"> </w:t>
      </w:r>
      <w:proofErr w:type="spellStart"/>
      <w:r>
        <w:t>që</w:t>
      </w:r>
      <w:proofErr w:type="spellEnd"/>
      <w:r>
        <w:t xml:space="preserve"> </w:t>
      </w:r>
      <w:proofErr w:type="spellStart"/>
      <w:r>
        <w:t>pa</w:t>
      </w:r>
      <w:proofErr w:type="spellEnd"/>
      <w:r>
        <w:t xml:space="preserve"> </w:t>
      </w:r>
      <w:proofErr w:type="spellStart"/>
      <w:r>
        <w:t>frikë</w:t>
      </w:r>
      <w:proofErr w:type="spellEnd"/>
      <w:r>
        <w:t xml:space="preserve"> </w:t>
      </w:r>
      <w:proofErr w:type="spellStart"/>
      <w:r>
        <w:t>mund</w:t>
      </w:r>
      <w:proofErr w:type="spellEnd"/>
      <w:r>
        <w:t xml:space="preserve"> </w:t>
      </w:r>
      <w:proofErr w:type="spellStart"/>
      <w:r>
        <w:t>të</w:t>
      </w:r>
      <w:proofErr w:type="spellEnd"/>
      <w:r>
        <w:t xml:space="preserve"> them </w:t>
      </w:r>
      <w:proofErr w:type="spellStart"/>
      <w:r>
        <w:t>që</w:t>
      </w:r>
      <w:proofErr w:type="spellEnd"/>
      <w:r>
        <w:t xml:space="preserve"> </w:t>
      </w:r>
      <w:proofErr w:type="spellStart"/>
      <w:r>
        <w:t>në</w:t>
      </w:r>
      <w:proofErr w:type="spellEnd"/>
      <w:r>
        <w:t xml:space="preserve"> </w:t>
      </w:r>
      <w:proofErr w:type="spellStart"/>
      <w:r>
        <w:t>dy</w:t>
      </w:r>
      <w:proofErr w:type="spellEnd"/>
      <w:r>
        <w:t xml:space="preserve"> </w:t>
      </w:r>
      <w:proofErr w:type="spellStart"/>
      <w:r>
        <w:t>vite</w:t>
      </w:r>
      <w:proofErr w:type="spellEnd"/>
      <w:r>
        <w:t xml:space="preserve"> </w:t>
      </w:r>
      <w:proofErr w:type="spellStart"/>
      <w:r>
        <w:t>nuk</w:t>
      </w:r>
      <w:proofErr w:type="spellEnd"/>
      <w:r>
        <w:t xml:space="preserve"> do </w:t>
      </w:r>
      <w:proofErr w:type="spellStart"/>
      <w:r>
        <w:t>të</w:t>
      </w:r>
      <w:proofErr w:type="spellEnd"/>
      <w:r>
        <w:t xml:space="preserve"> </w:t>
      </w:r>
      <w:proofErr w:type="spellStart"/>
      <w:r>
        <w:t>ketë</w:t>
      </w:r>
      <w:proofErr w:type="spellEnd"/>
      <w:r>
        <w:t xml:space="preserve"> </w:t>
      </w:r>
      <w:proofErr w:type="spellStart"/>
      <w:r>
        <w:t>më</w:t>
      </w:r>
      <w:proofErr w:type="spellEnd"/>
      <w:r>
        <w:t xml:space="preserve"> </w:t>
      </w:r>
      <w:proofErr w:type="spellStart"/>
      <w:r>
        <w:t>probleme</w:t>
      </w:r>
      <w:proofErr w:type="spellEnd"/>
      <w:r>
        <w:t xml:space="preserve"> </w:t>
      </w:r>
      <w:proofErr w:type="spellStart"/>
      <w:r>
        <w:t>punësimi</w:t>
      </w:r>
      <w:proofErr w:type="spellEnd"/>
      <w:r>
        <w:t xml:space="preserve"> apo </w:t>
      </w:r>
      <w:proofErr w:type="spellStart"/>
      <w:r>
        <w:t>vetëfinancimi</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kemi</w:t>
      </w:r>
      <w:proofErr w:type="spellEnd"/>
      <w:r>
        <w:t xml:space="preserve"> </w:t>
      </w:r>
      <w:proofErr w:type="spellStart"/>
      <w:r>
        <w:t>të</w:t>
      </w:r>
      <w:proofErr w:type="spellEnd"/>
      <w:r>
        <w:t xml:space="preserve"> </w:t>
      </w:r>
      <w:proofErr w:type="spellStart"/>
      <w:r>
        <w:t>instalum</w:t>
      </w:r>
      <w:proofErr w:type="spellEnd"/>
      <w:r>
        <w:t xml:space="preserve">, </w:t>
      </w:r>
      <w:proofErr w:type="spellStart"/>
      <w:r>
        <w:t>kur</w:t>
      </w:r>
      <w:proofErr w:type="spellEnd"/>
      <w:r>
        <w:t xml:space="preserve"> </w:t>
      </w:r>
      <w:proofErr w:type="spellStart"/>
      <w:r>
        <w:t>bëhet</w:t>
      </w:r>
      <w:proofErr w:type="spellEnd"/>
      <w:r>
        <w:t xml:space="preserve"> </w:t>
      </w:r>
      <w:proofErr w:type="spellStart"/>
      <w:r>
        <w:t>fjalë</w:t>
      </w:r>
      <w:proofErr w:type="spellEnd"/>
      <w:r>
        <w:t xml:space="preserve"> </w:t>
      </w:r>
      <w:proofErr w:type="spellStart"/>
      <w:r>
        <w:t>bashkim</w:t>
      </w:r>
      <w:proofErr w:type="spellEnd"/>
      <w:r>
        <w:t xml:space="preserve">, apo </w:t>
      </w:r>
      <w:proofErr w:type="spellStart"/>
      <w:r>
        <w:t>shkryeri</w:t>
      </w:r>
      <w:proofErr w:type="spellEnd"/>
      <w:r>
        <w:t xml:space="preserve">, do </w:t>
      </w:r>
      <w:proofErr w:type="spellStart"/>
      <w:r>
        <w:t>të</w:t>
      </w:r>
      <w:proofErr w:type="spellEnd"/>
      <w:r>
        <w:t xml:space="preserve"> </w:t>
      </w:r>
      <w:proofErr w:type="spellStart"/>
      <w:r>
        <w:t>më</w:t>
      </w:r>
      <w:proofErr w:type="spellEnd"/>
      <w:r>
        <w:t xml:space="preserve"> </w:t>
      </w:r>
      <w:proofErr w:type="spellStart"/>
      <w:r>
        <w:t>pyetë</w:t>
      </w:r>
      <w:proofErr w:type="spellEnd"/>
      <w:r>
        <w:t xml:space="preserve"> </w:t>
      </w:r>
      <w:proofErr w:type="spellStart"/>
      <w:r>
        <w:t>edhe</w:t>
      </w:r>
      <w:proofErr w:type="spellEnd"/>
      <w:r>
        <w:t xml:space="preserve"> NATO-n, </w:t>
      </w:r>
      <w:proofErr w:type="spellStart"/>
      <w:r>
        <w:t>sepse</w:t>
      </w:r>
      <w:proofErr w:type="spellEnd"/>
      <w:r>
        <w:t xml:space="preserve"> </w:t>
      </w:r>
      <w:proofErr w:type="spellStart"/>
      <w:r>
        <w:t>kena</w:t>
      </w:r>
      <w:proofErr w:type="spellEnd"/>
      <w:r>
        <w:t xml:space="preserve"> </w:t>
      </w:r>
      <w:proofErr w:type="spellStart"/>
      <w:r>
        <w:t>të</w:t>
      </w:r>
      <w:proofErr w:type="spellEnd"/>
      <w:r>
        <w:t xml:space="preserve"> </w:t>
      </w:r>
      <w:proofErr w:type="spellStart"/>
      <w:r>
        <w:t>instalum</w:t>
      </w:r>
      <w:proofErr w:type="spellEnd"/>
      <w:r>
        <w:t xml:space="preserve"> </w:t>
      </w:r>
      <w:proofErr w:type="spellStart"/>
      <w:r>
        <w:t>radarin</w:t>
      </w:r>
      <w:proofErr w:type="spellEnd"/>
      <w:r>
        <w:t xml:space="preserve"> </w:t>
      </w:r>
      <w:proofErr w:type="spellStart"/>
      <w:r>
        <w:t>më</w:t>
      </w:r>
      <w:proofErr w:type="spellEnd"/>
      <w:r>
        <w:t xml:space="preserve"> </w:t>
      </w:r>
      <w:proofErr w:type="spellStart"/>
      <w:r>
        <w:t>të</w:t>
      </w:r>
      <w:proofErr w:type="spellEnd"/>
      <w:r>
        <w:t xml:space="preserve"> </w:t>
      </w:r>
      <w:proofErr w:type="spellStart"/>
      <w:r>
        <w:t>rëndësishëm</w:t>
      </w:r>
      <w:proofErr w:type="spellEnd"/>
      <w:r>
        <w:t xml:space="preserve"> </w:t>
      </w:r>
      <w:proofErr w:type="spellStart"/>
      <w:r>
        <w:t>që</w:t>
      </w:r>
      <w:proofErr w:type="spellEnd"/>
      <w:r>
        <w:t xml:space="preserve"> ka, </w:t>
      </w:r>
      <w:proofErr w:type="spellStart"/>
      <w:r>
        <w:t>është</w:t>
      </w:r>
      <w:proofErr w:type="spellEnd"/>
      <w:r>
        <w:t xml:space="preserve"> </w:t>
      </w:r>
      <w:proofErr w:type="spellStart"/>
      <w:r>
        <w:t>i</w:t>
      </w:r>
      <w:proofErr w:type="spellEnd"/>
      <w:r>
        <w:t xml:space="preserve"> </w:t>
      </w:r>
      <w:proofErr w:type="spellStart"/>
      <w:r>
        <w:t>instalum</w:t>
      </w:r>
      <w:proofErr w:type="spellEnd"/>
      <w:r>
        <w:t xml:space="preserve"> Bashkia e </w:t>
      </w:r>
      <w:proofErr w:type="spellStart"/>
      <w:r>
        <w:t>Fushë</w:t>
      </w:r>
      <w:proofErr w:type="spellEnd"/>
      <w:r>
        <w:t xml:space="preserve"> </w:t>
      </w:r>
      <w:proofErr w:type="spellStart"/>
      <w:r>
        <w:t>Arsit</w:t>
      </w:r>
      <w:proofErr w:type="spellEnd"/>
      <w:r>
        <w:t xml:space="preserve"> </w:t>
      </w:r>
      <w:proofErr w:type="spellStart"/>
      <w:r>
        <w:t>në</w:t>
      </w:r>
      <w:proofErr w:type="spellEnd"/>
      <w:r>
        <w:t xml:space="preserve"> Malin e </w:t>
      </w:r>
      <w:proofErr w:type="spellStart"/>
      <w:r>
        <w:lastRenderedPageBreak/>
        <w:t>Midhës</w:t>
      </w:r>
      <w:proofErr w:type="spellEnd"/>
      <w:r>
        <w:t xml:space="preserve">, </w:t>
      </w:r>
      <w:proofErr w:type="spellStart"/>
      <w:r>
        <w:t>dhe</w:t>
      </w:r>
      <w:proofErr w:type="spellEnd"/>
      <w:r>
        <w:t xml:space="preserve"> </w:t>
      </w:r>
      <w:proofErr w:type="spellStart"/>
      <w:r>
        <w:t>ky</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i</w:t>
      </w:r>
      <w:proofErr w:type="spellEnd"/>
      <w:r>
        <w:t xml:space="preserve"> </w:t>
      </w:r>
      <w:proofErr w:type="spellStart"/>
      <w:r>
        <w:t>rëndësi</w:t>
      </w:r>
      <w:proofErr w:type="spellEnd"/>
      <w:r>
        <w:t xml:space="preserve"> </w:t>
      </w:r>
      <w:proofErr w:type="spellStart"/>
      <w:r>
        <w:t>të</w:t>
      </w:r>
      <w:proofErr w:type="spellEnd"/>
      <w:r>
        <w:t xml:space="preserve"> </w:t>
      </w:r>
      <w:proofErr w:type="spellStart"/>
      <w:r>
        <w:t>veçantë</w:t>
      </w:r>
      <w:proofErr w:type="spellEnd"/>
      <w:r>
        <w:t xml:space="preserve">. </w:t>
      </w:r>
      <w:proofErr w:type="spellStart"/>
      <w:r>
        <w:t>Pra</w:t>
      </w:r>
      <w:proofErr w:type="spellEnd"/>
      <w:r>
        <w:t xml:space="preserve">, </w:t>
      </w:r>
      <w:proofErr w:type="spellStart"/>
      <w:r>
        <w:t>bashkia</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thjesht</w:t>
      </w:r>
      <w:proofErr w:type="spellEnd"/>
      <w:r>
        <w:t xml:space="preserve"> </w:t>
      </w:r>
      <w:proofErr w:type="spellStart"/>
      <w:r>
        <w:t>një</w:t>
      </w:r>
      <w:proofErr w:type="spellEnd"/>
      <w:r>
        <w:t xml:space="preserve"> </w:t>
      </w:r>
      <w:proofErr w:type="spellStart"/>
      <w:r>
        <w:t>nocion</w:t>
      </w:r>
      <w:proofErr w:type="spellEnd"/>
      <w:r>
        <w:t xml:space="preserve"> </w:t>
      </w:r>
      <w:proofErr w:type="spellStart"/>
      <w:r>
        <w:t>gjeografik</w:t>
      </w:r>
      <w:proofErr w:type="spellEnd"/>
      <w:r>
        <w:t xml:space="preserve">, apo ka </w:t>
      </w:r>
      <w:proofErr w:type="spellStart"/>
      <w:r>
        <w:t>dhe</w:t>
      </w:r>
      <w:proofErr w:type="spellEnd"/>
      <w:r>
        <w:t xml:space="preserve"> </w:t>
      </w:r>
      <w:proofErr w:type="spellStart"/>
      <w:r>
        <w:t>këtë</w:t>
      </w:r>
      <w:proofErr w:type="spellEnd"/>
      <w:r>
        <w:t xml:space="preserve"> </w:t>
      </w:r>
      <w:proofErr w:type="spellStart"/>
      <w:r>
        <w:t>rëndësinë</w:t>
      </w:r>
      <w:proofErr w:type="spellEnd"/>
      <w:r>
        <w:t xml:space="preserve"> e </w:t>
      </w:r>
      <w:proofErr w:type="spellStart"/>
      <w:r>
        <w:t>strategjike</w:t>
      </w:r>
      <w:proofErr w:type="spellEnd"/>
      <w:r>
        <w:t xml:space="preserve">. Ka </w:t>
      </w:r>
      <w:proofErr w:type="spellStart"/>
      <w:r>
        <w:t>rrugën</w:t>
      </w:r>
      <w:proofErr w:type="spellEnd"/>
      <w:r>
        <w:t xml:space="preserve">, </w:t>
      </w:r>
      <w:proofErr w:type="spellStart"/>
      <w:r>
        <w:t>mirëmbajtjen</w:t>
      </w:r>
      <w:proofErr w:type="spellEnd"/>
      <w:r>
        <w:t xml:space="preserve">, </w:t>
      </w:r>
      <w:proofErr w:type="spellStart"/>
      <w:r>
        <w:t>ruajtjen</w:t>
      </w:r>
      <w:proofErr w:type="spellEnd"/>
      <w:r>
        <w:t xml:space="preserve">, </w:t>
      </w:r>
      <w:proofErr w:type="spellStart"/>
      <w:r>
        <w:t>janë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nga</w:t>
      </w:r>
      <w:proofErr w:type="spellEnd"/>
      <w:r>
        <w:t xml:space="preserve"> </w:t>
      </w:r>
      <w:proofErr w:type="spellStart"/>
      <w:r>
        <w:t>ushtria</w:t>
      </w:r>
      <w:proofErr w:type="spellEnd"/>
      <w:r>
        <w:t xml:space="preserve"> </w:t>
      </w:r>
      <w:proofErr w:type="spellStart"/>
      <w:r>
        <w:t>dhe</w:t>
      </w:r>
      <w:proofErr w:type="spellEnd"/>
      <w:r>
        <w:t xml:space="preserve"> </w:t>
      </w:r>
      <w:proofErr w:type="spellStart"/>
      <w:r>
        <w:t>nga</w:t>
      </w:r>
      <w:proofErr w:type="spellEnd"/>
      <w:r>
        <w:t xml:space="preserve"> NATO-ja. </w:t>
      </w:r>
      <w:proofErr w:type="spellStart"/>
      <w:r>
        <w:t>Përveç</w:t>
      </w:r>
      <w:proofErr w:type="spellEnd"/>
      <w:r>
        <w:t xml:space="preserve"> </w:t>
      </w:r>
      <w:proofErr w:type="spellStart"/>
      <w:r>
        <w:t>hidrocentralit</w:t>
      </w:r>
      <w:proofErr w:type="spellEnd"/>
      <w:r>
        <w:t xml:space="preserve"> </w:t>
      </w:r>
      <w:proofErr w:type="spellStart"/>
      <w:r>
        <w:t>të</w:t>
      </w:r>
      <w:proofErr w:type="spellEnd"/>
      <w:r>
        <w:t xml:space="preserve"> </w:t>
      </w:r>
      <w:proofErr w:type="spellStart"/>
      <w:r>
        <w:t>Fierës</w:t>
      </w:r>
      <w:proofErr w:type="spellEnd"/>
      <w:r>
        <w:t xml:space="preserve">, ne </w:t>
      </w:r>
      <w:proofErr w:type="spellStart"/>
      <w:r>
        <w:t>kemi</w:t>
      </w:r>
      <w:proofErr w:type="spellEnd"/>
      <w:r>
        <w:t xml:space="preserve"> </w:t>
      </w:r>
      <w:proofErr w:type="spellStart"/>
      <w:r>
        <w:t>edhe</w:t>
      </w:r>
      <w:proofErr w:type="spellEnd"/>
      <w:r>
        <w:t xml:space="preserve"> </w:t>
      </w:r>
      <w:proofErr w:type="spellStart"/>
      <w:r>
        <w:t>pesë</w:t>
      </w:r>
      <w:proofErr w:type="spellEnd"/>
      <w:r>
        <w:t xml:space="preserve"> </w:t>
      </w:r>
      <w:proofErr w:type="spellStart"/>
      <w:r>
        <w:t>hecet</w:t>
      </w:r>
      <w:proofErr w:type="spellEnd"/>
      <w:r>
        <w:t xml:space="preserve"> </w:t>
      </w:r>
      <w:proofErr w:type="spellStart"/>
      <w:r>
        <w:t>tjera</w:t>
      </w:r>
      <w:proofErr w:type="spellEnd"/>
      <w:r>
        <w:t xml:space="preserve">, </w:t>
      </w:r>
      <w:proofErr w:type="spellStart"/>
      <w:r>
        <w:t>dhe</w:t>
      </w:r>
      <w:proofErr w:type="spellEnd"/>
      <w:r>
        <w:t xml:space="preserve"> </w:t>
      </w:r>
      <w:proofErr w:type="spellStart"/>
      <w:r>
        <w:t>pesë</w:t>
      </w:r>
      <w:proofErr w:type="spellEnd"/>
      <w:r>
        <w:t xml:space="preserve"> </w:t>
      </w:r>
      <w:proofErr w:type="spellStart"/>
      <w:r>
        <w:t>tjera</w:t>
      </w:r>
      <w:proofErr w:type="spellEnd"/>
      <w:r>
        <w:t xml:space="preserve"> ne </w:t>
      </w:r>
      <w:proofErr w:type="spellStart"/>
      <w:r>
        <w:t>shoh</w:t>
      </w:r>
      <w:proofErr w:type="spellEnd"/>
      <w:r>
        <w:t xml:space="preserve">, ne </w:t>
      </w:r>
      <w:proofErr w:type="spellStart"/>
      <w:r>
        <w:t>nuk</w:t>
      </w:r>
      <w:proofErr w:type="spellEnd"/>
      <w:r>
        <w:t xml:space="preserve"> </w:t>
      </w:r>
      <w:proofErr w:type="spellStart"/>
      <w:r>
        <w:t>marrim</w:t>
      </w:r>
      <w:proofErr w:type="spellEnd"/>
      <w:r>
        <w:t xml:space="preserve"> </w:t>
      </w:r>
      <w:proofErr w:type="spellStart"/>
      <w:r>
        <w:t>taksë</w:t>
      </w:r>
      <w:proofErr w:type="spellEnd"/>
      <w:r>
        <w:t xml:space="preserve"> </w:t>
      </w:r>
      <w:proofErr w:type="spellStart"/>
      <w:r>
        <w:t>për</w:t>
      </w:r>
      <w:proofErr w:type="spellEnd"/>
      <w:r>
        <w:t xml:space="preserve"> </w:t>
      </w:r>
      <w:proofErr w:type="spellStart"/>
      <w:r>
        <w:t>hecet</w:t>
      </w:r>
      <w:proofErr w:type="spellEnd"/>
      <w:r>
        <w:t xml:space="preserve">, ne </w:t>
      </w:r>
      <w:proofErr w:type="spellStart"/>
      <w:r>
        <w:t>marrim</w:t>
      </w:r>
      <w:proofErr w:type="spellEnd"/>
      <w:r>
        <w:t xml:space="preserve"> </w:t>
      </w:r>
      <w:proofErr w:type="spellStart"/>
      <w:r>
        <w:t>thjesht</w:t>
      </w:r>
      <w:proofErr w:type="spellEnd"/>
      <w:r>
        <w:t xml:space="preserve"> </w:t>
      </w:r>
      <w:proofErr w:type="spellStart"/>
      <w:r>
        <w:t>një</w:t>
      </w:r>
      <w:proofErr w:type="spellEnd"/>
      <w:r>
        <w:t xml:space="preserve"> </w:t>
      </w:r>
      <w:proofErr w:type="spellStart"/>
      <w:r>
        <w:t>taksë</w:t>
      </w:r>
      <w:proofErr w:type="spellEnd"/>
      <w:r>
        <w:t xml:space="preserve"> 20 m2 </w:t>
      </w:r>
      <w:proofErr w:type="spellStart"/>
      <w:r>
        <w:t>që</w:t>
      </w:r>
      <w:proofErr w:type="spellEnd"/>
      <w:r>
        <w:t xml:space="preserve"> </w:t>
      </w:r>
      <w:proofErr w:type="spellStart"/>
      <w:r>
        <w:t>është</w:t>
      </w:r>
      <w:proofErr w:type="spellEnd"/>
      <w:r>
        <w:t xml:space="preserve"> </w:t>
      </w:r>
      <w:proofErr w:type="spellStart"/>
      <w:r>
        <w:t>të</w:t>
      </w:r>
      <w:proofErr w:type="spellEnd"/>
      <w:r>
        <w:t xml:space="preserve"> </w:t>
      </w:r>
      <w:proofErr w:type="spellStart"/>
      <w:r>
        <w:t>heci</w:t>
      </w:r>
      <w:proofErr w:type="spellEnd"/>
      <w:r>
        <w:t xml:space="preserve">, </w:t>
      </w:r>
      <w:proofErr w:type="spellStart"/>
      <w:r>
        <w:t>një</w:t>
      </w:r>
      <w:proofErr w:type="spellEnd"/>
      <w:r>
        <w:t xml:space="preserve"> </w:t>
      </w:r>
      <w:proofErr w:type="spellStart"/>
      <w:r>
        <w:t>taksë</w:t>
      </w:r>
      <w:proofErr w:type="spellEnd"/>
      <w:r>
        <w:t xml:space="preserve"> </w:t>
      </w:r>
      <w:proofErr w:type="spellStart"/>
      <w:r>
        <w:t>për</w:t>
      </w:r>
      <w:proofErr w:type="spellEnd"/>
      <w:r>
        <w:t xml:space="preserve"> </w:t>
      </w:r>
      <w:proofErr w:type="spellStart"/>
      <w:r>
        <w:t>raportin</w:t>
      </w:r>
      <w:proofErr w:type="spellEnd"/>
      <w:r>
        <w:t xml:space="preserve"> </w:t>
      </w:r>
      <w:proofErr w:type="spellStart"/>
      <w:r>
        <w:t>teknik</w:t>
      </w:r>
      <w:proofErr w:type="spellEnd"/>
      <w:r>
        <w:t xml:space="preserve">, e </w:t>
      </w:r>
      <w:proofErr w:type="spellStart"/>
      <w:r>
        <w:t>cila</w:t>
      </w:r>
      <w:proofErr w:type="spellEnd"/>
      <w:r>
        <w:t xml:space="preserve"> </w:t>
      </w:r>
      <w:proofErr w:type="spellStart"/>
      <w:r>
        <w:t>zgjat</w:t>
      </w:r>
      <w:proofErr w:type="spellEnd"/>
      <w:r>
        <w:t xml:space="preserve"> </w:t>
      </w:r>
      <w:proofErr w:type="spellStart"/>
      <w:r>
        <w:t>dy</w:t>
      </w:r>
      <w:proofErr w:type="spellEnd"/>
      <w:r>
        <w:t xml:space="preserve"> </w:t>
      </w:r>
      <w:proofErr w:type="spellStart"/>
      <w:r>
        <w:t>vjet</w:t>
      </w:r>
      <w:proofErr w:type="spellEnd"/>
      <w:r>
        <w:t xml:space="preserve">, </w:t>
      </w:r>
      <w:proofErr w:type="spellStart"/>
      <w:r>
        <w:t>dhe</w:t>
      </w:r>
      <w:proofErr w:type="spellEnd"/>
      <w:r>
        <w:t xml:space="preserve"> </w:t>
      </w:r>
      <w:proofErr w:type="spellStart"/>
      <w:r>
        <w:t>rente</w:t>
      </w:r>
      <w:proofErr w:type="spellEnd"/>
      <w:r>
        <w:t xml:space="preserve"> </w:t>
      </w:r>
      <w:proofErr w:type="spellStart"/>
      <w:r>
        <w:t>energjetike</w:t>
      </w:r>
      <w:proofErr w:type="spellEnd"/>
      <w:r>
        <w:t xml:space="preserve"> </w:t>
      </w:r>
      <w:proofErr w:type="spellStart"/>
      <w:r>
        <w:t>nuk</w:t>
      </w:r>
      <w:proofErr w:type="spellEnd"/>
      <w:r>
        <w:t xml:space="preserve"> </w:t>
      </w:r>
      <w:proofErr w:type="spellStart"/>
      <w:r>
        <w:t>bëhet</w:t>
      </w:r>
      <w:proofErr w:type="spellEnd"/>
      <w:r>
        <w:t xml:space="preserve"> </w:t>
      </w:r>
      <w:proofErr w:type="spellStart"/>
      <w:r>
        <w:t>fjalë</w:t>
      </w:r>
      <w:proofErr w:type="spellEnd"/>
      <w:r>
        <w:t xml:space="preserve">. </w:t>
      </w:r>
      <w:proofErr w:type="spellStart"/>
      <w:r>
        <w:t>Kjo</w:t>
      </w:r>
      <w:proofErr w:type="spellEnd"/>
      <w:r>
        <w:t xml:space="preserve"> </w:t>
      </w:r>
      <w:proofErr w:type="spellStart"/>
      <w:r>
        <w:t>s'është</w:t>
      </w:r>
      <w:proofErr w:type="spellEnd"/>
      <w:r>
        <w:t xml:space="preserve"> </w:t>
      </w:r>
      <w:proofErr w:type="spellStart"/>
      <w:r>
        <w:t>si</w:t>
      </w:r>
      <w:proofErr w:type="spellEnd"/>
      <w:r>
        <w:t xml:space="preserve"> </w:t>
      </w:r>
      <w:proofErr w:type="spellStart"/>
      <w:r>
        <w:t>koncept</w:t>
      </w:r>
      <w:proofErr w:type="spellEnd"/>
      <w:r>
        <w:t xml:space="preserve">, </w:t>
      </w:r>
      <w:proofErr w:type="spellStart"/>
      <w:r>
        <w:t>nuk</w:t>
      </w:r>
      <w:proofErr w:type="spellEnd"/>
      <w:r>
        <w:t xml:space="preserve"> e </w:t>
      </w:r>
      <w:proofErr w:type="spellStart"/>
      <w:r>
        <w:t>kena</w:t>
      </w:r>
      <w:proofErr w:type="spellEnd"/>
      <w:r>
        <w:t xml:space="preserve"> </w:t>
      </w:r>
      <w:proofErr w:type="spellStart"/>
      <w:r>
        <w:t>dhe</w:t>
      </w:r>
      <w:proofErr w:type="spellEnd"/>
      <w:r>
        <w:t xml:space="preserve"> </w:t>
      </w:r>
      <w:proofErr w:type="spellStart"/>
      <w:r>
        <w:t>kërkojmë</w:t>
      </w:r>
      <w:proofErr w:type="spellEnd"/>
      <w:r>
        <w:t xml:space="preserve">, </w:t>
      </w:r>
      <w:proofErr w:type="spellStart"/>
      <w:r>
        <w:t>sepse</w:t>
      </w:r>
      <w:proofErr w:type="spellEnd"/>
      <w:r>
        <w:t xml:space="preserve"> </w:t>
      </w:r>
      <w:proofErr w:type="spellStart"/>
      <w:r>
        <w:t>kjo</w:t>
      </w:r>
      <w:proofErr w:type="spellEnd"/>
      <w:r>
        <w:t xml:space="preserve"> ne e </w:t>
      </w:r>
      <w:proofErr w:type="spellStart"/>
      <w:r>
        <w:t>bëjmë</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Fondi</w:t>
      </w:r>
      <w:proofErr w:type="spellEnd"/>
      <w:r>
        <w:t xml:space="preserve"> </w:t>
      </w:r>
      <w:proofErr w:type="spellStart"/>
      <w:r>
        <w:t>i</w:t>
      </w:r>
      <w:proofErr w:type="spellEnd"/>
      <w:r>
        <w:t xml:space="preserve"> </w:t>
      </w:r>
      <w:proofErr w:type="spellStart"/>
      <w:r>
        <w:t>pyur</w:t>
      </w:r>
      <w:proofErr w:type="spellEnd"/>
      <w:r>
        <w:t xml:space="preserve"> </w:t>
      </w:r>
      <w:proofErr w:type="spellStart"/>
      <w:r>
        <w:t>heqet</w:t>
      </w:r>
      <w:proofErr w:type="spellEnd"/>
      <w:r>
        <w:t xml:space="preserve"> </w:t>
      </w:r>
      <w:proofErr w:type="spellStart"/>
      <w:r>
        <w:t>nga</w:t>
      </w:r>
      <w:proofErr w:type="spellEnd"/>
      <w:r>
        <w:t xml:space="preserve">, ka </w:t>
      </w:r>
      <w:proofErr w:type="spellStart"/>
      <w:r>
        <w:t>heqje</w:t>
      </w:r>
      <w:proofErr w:type="spellEnd"/>
      <w:r>
        <w:t xml:space="preserve"> </w:t>
      </w:r>
      <w:proofErr w:type="spellStart"/>
      <w:r>
        <w:t>nga</w:t>
      </w:r>
      <w:proofErr w:type="spellEnd"/>
      <w:r>
        <w:t xml:space="preserve"> </w:t>
      </w:r>
      <w:proofErr w:type="spellStart"/>
      <w:r>
        <w:t>fondi</w:t>
      </w:r>
      <w:proofErr w:type="spellEnd"/>
      <w:r>
        <w:t xml:space="preserve"> </w:t>
      </w:r>
      <w:proofErr w:type="spellStart"/>
      <w:r>
        <w:t>i</w:t>
      </w:r>
      <w:proofErr w:type="spellEnd"/>
      <w:r>
        <w:t xml:space="preserve"> </w:t>
      </w:r>
      <w:proofErr w:type="spellStart"/>
      <w:r>
        <w:t>pyur</w:t>
      </w:r>
      <w:proofErr w:type="spellEnd"/>
      <w:r>
        <w:t xml:space="preserve"> </w:t>
      </w:r>
      <w:proofErr w:type="spellStart"/>
      <w:r>
        <w:t>dhe</w:t>
      </w:r>
      <w:proofErr w:type="spellEnd"/>
      <w:r>
        <w:t xml:space="preserve"> ne </w:t>
      </w:r>
      <w:proofErr w:type="spellStart"/>
      <w:r>
        <w:t>nuk</w:t>
      </w:r>
      <w:proofErr w:type="spellEnd"/>
      <w:r>
        <w:t xml:space="preserve"> </w:t>
      </w:r>
      <w:proofErr w:type="spellStart"/>
      <w:r>
        <w:t>mbledhim</w:t>
      </w:r>
      <w:proofErr w:type="spellEnd"/>
      <w:r>
        <w:t xml:space="preserve"> </w:t>
      </w:r>
      <w:proofErr w:type="spellStart"/>
      <w:r>
        <w:t>më</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nga</w:t>
      </w:r>
      <w:proofErr w:type="spellEnd"/>
      <w:r>
        <w:t xml:space="preserve"> ai fond, </w:t>
      </w:r>
      <w:proofErr w:type="spellStart"/>
      <w:r>
        <w:t>që</w:t>
      </w:r>
      <w:proofErr w:type="spellEnd"/>
      <w:r>
        <w:t xml:space="preserve"> </w:t>
      </w:r>
      <w:proofErr w:type="spellStart"/>
      <w:r>
        <w:t>duhet</w:t>
      </w:r>
      <w:proofErr w:type="spellEnd"/>
      <w:r>
        <w:t xml:space="preserve"> ta </w:t>
      </w:r>
      <w:proofErr w:type="spellStart"/>
      <w:r>
        <w:t>kishin</w:t>
      </w:r>
      <w:proofErr w:type="spellEnd"/>
      <w:r>
        <w:t xml:space="preserve"> </w:t>
      </w:r>
      <w:proofErr w:type="spellStart"/>
      <w:r>
        <w:t>atë</w:t>
      </w:r>
      <w:proofErr w:type="spellEnd"/>
      <w:r>
        <w:t xml:space="preserve"> </w:t>
      </w:r>
      <w:proofErr w:type="spellStart"/>
      <w:r>
        <w:t>drejtën</w:t>
      </w:r>
      <w:proofErr w:type="spellEnd"/>
      <w:r>
        <w:t xml:space="preserve"> </w:t>
      </w:r>
      <w:proofErr w:type="spellStart"/>
      <w:r>
        <w:t>që</w:t>
      </w:r>
      <w:proofErr w:type="spellEnd"/>
      <w:r>
        <w:t xml:space="preserve"> ne </w:t>
      </w:r>
      <w:proofErr w:type="spellStart"/>
      <w:r>
        <w:t>të</w:t>
      </w:r>
      <w:proofErr w:type="spellEnd"/>
      <w:r>
        <w:t xml:space="preserve"> </w:t>
      </w:r>
      <w:proofErr w:type="spellStart"/>
      <w:r>
        <w:t>taksojmë</w:t>
      </w:r>
      <w:proofErr w:type="spellEnd"/>
      <w:r>
        <w:t xml:space="preserve">, </w:t>
      </w:r>
      <w:proofErr w:type="spellStart"/>
      <w:r>
        <w:t>sepse</w:t>
      </w:r>
      <w:proofErr w:type="spellEnd"/>
      <w:r>
        <w:t xml:space="preserve"> </w:t>
      </w:r>
      <w:proofErr w:type="spellStart"/>
      <w:r>
        <w:t>këto</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nuk</w:t>
      </w:r>
      <w:proofErr w:type="spellEnd"/>
      <w:r>
        <w:t xml:space="preserve"> </w:t>
      </w:r>
      <w:proofErr w:type="spellStart"/>
      <w:r>
        <w:t>janë</w:t>
      </w:r>
      <w:proofErr w:type="spellEnd"/>
      <w:r>
        <w:t xml:space="preserve"> </w:t>
      </w:r>
      <w:proofErr w:type="spellStart"/>
      <w:r>
        <w:t>vetëm</w:t>
      </w:r>
      <w:proofErr w:type="spellEnd"/>
      <w:r>
        <w:t xml:space="preserve"> </w:t>
      </w:r>
      <w:proofErr w:type="spellStart"/>
      <w:r>
        <w:t>për</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janë</w:t>
      </w:r>
      <w:proofErr w:type="spellEnd"/>
      <w:r>
        <w:t xml:space="preserve"> </w:t>
      </w:r>
      <w:proofErr w:type="spellStart"/>
      <w:r>
        <w:t>për</w:t>
      </w:r>
      <w:proofErr w:type="spellEnd"/>
      <w:r>
        <w:t xml:space="preserve"> </w:t>
      </w:r>
      <w:proofErr w:type="spellStart"/>
      <w:r>
        <w:t>komunitetin</w:t>
      </w:r>
      <w:proofErr w:type="spellEnd"/>
      <w:r>
        <w:t xml:space="preserve">, </w:t>
      </w:r>
      <w:proofErr w:type="spellStart"/>
      <w:r>
        <w:t>janë</w:t>
      </w:r>
      <w:proofErr w:type="spellEnd"/>
      <w:r>
        <w:t xml:space="preserve"> </w:t>
      </w:r>
      <w:proofErr w:type="spellStart"/>
      <w:r>
        <w:t>për</w:t>
      </w:r>
      <w:proofErr w:type="spellEnd"/>
      <w:r>
        <w:t xml:space="preserve"> </w:t>
      </w:r>
      <w:proofErr w:type="spellStart"/>
      <w:r>
        <w:t>uljen</w:t>
      </w:r>
      <w:proofErr w:type="spellEnd"/>
      <w:r>
        <w:t xml:space="preserve"> e </w:t>
      </w:r>
      <w:proofErr w:type="spellStart"/>
      <w:r>
        <w:t>verëfrisë</w:t>
      </w:r>
      <w:proofErr w:type="spellEnd"/>
      <w:r>
        <w:t xml:space="preserve"> </w:t>
      </w:r>
      <w:proofErr w:type="spellStart"/>
      <w:r>
        <w:t>dhe</w:t>
      </w:r>
      <w:proofErr w:type="spellEnd"/>
      <w:r>
        <w:t xml:space="preserve"> 20 </w:t>
      </w:r>
      <w:proofErr w:type="spellStart"/>
      <w:r>
        <w:t>indekse</w:t>
      </w:r>
      <w:proofErr w:type="spellEnd"/>
      <w:r>
        <w:t xml:space="preserve"> </w:t>
      </w:r>
      <w:proofErr w:type="spellStart"/>
      <w:r>
        <w:t>të</w:t>
      </w:r>
      <w:proofErr w:type="spellEnd"/>
      <w:r>
        <w:t xml:space="preserve"> </w:t>
      </w:r>
      <w:proofErr w:type="spellStart"/>
      <w:r>
        <w:t>tjera</w:t>
      </w:r>
      <w:proofErr w:type="spellEnd"/>
      <w:r>
        <w:t xml:space="preserve">. Bashkia e </w:t>
      </w:r>
      <w:proofErr w:type="spellStart"/>
      <w:r>
        <w:t>Fushë</w:t>
      </w:r>
      <w:proofErr w:type="spellEnd"/>
      <w:r>
        <w:t xml:space="preserve"> </w:t>
      </w:r>
      <w:proofErr w:type="spellStart"/>
      <w:r>
        <w:t>Arsit</w:t>
      </w:r>
      <w:proofErr w:type="spellEnd"/>
      <w:r>
        <w:t xml:space="preserve"> </w:t>
      </w:r>
      <w:proofErr w:type="spellStart"/>
      <w:r>
        <w:t>realisht</w:t>
      </w:r>
      <w:proofErr w:type="spellEnd"/>
      <w:r>
        <w:t xml:space="preserve"> </w:t>
      </w:r>
      <w:proofErr w:type="spellStart"/>
      <w:r>
        <w:t>nuk</w:t>
      </w:r>
      <w:proofErr w:type="spellEnd"/>
      <w:r>
        <w:t xml:space="preserve"> ka </w:t>
      </w:r>
      <w:proofErr w:type="spellStart"/>
      <w:r>
        <w:t>numrin</w:t>
      </w:r>
      <w:proofErr w:type="spellEnd"/>
      <w:r>
        <w:t xml:space="preserve"> </w:t>
      </w:r>
      <w:proofErr w:type="spellStart"/>
      <w:r>
        <w:t>më</w:t>
      </w:r>
      <w:proofErr w:type="spellEnd"/>
      <w:r>
        <w:t xml:space="preserve"> </w:t>
      </w:r>
      <w:proofErr w:type="spellStart"/>
      <w:r>
        <w:t>të</w:t>
      </w:r>
      <w:proofErr w:type="spellEnd"/>
      <w:r>
        <w:t xml:space="preserve"> </w:t>
      </w:r>
      <w:proofErr w:type="spellStart"/>
      <w:r>
        <w:t>ulët</w:t>
      </w:r>
      <w:proofErr w:type="spellEnd"/>
      <w:r>
        <w:t xml:space="preserve">, ka </w:t>
      </w:r>
      <w:proofErr w:type="spellStart"/>
      <w:r>
        <w:t>punësimin</w:t>
      </w:r>
      <w:proofErr w:type="spellEnd"/>
      <w:r>
        <w:t xml:space="preserve"> </w:t>
      </w:r>
      <w:proofErr w:type="spellStart"/>
      <w:r>
        <w:t>më</w:t>
      </w:r>
      <w:proofErr w:type="spellEnd"/>
      <w:r>
        <w:t xml:space="preserve"> </w:t>
      </w:r>
      <w:proofErr w:type="spellStart"/>
      <w:r>
        <w:t>të</w:t>
      </w:r>
      <w:proofErr w:type="spellEnd"/>
      <w:r>
        <w:t xml:space="preserve"> </w:t>
      </w:r>
      <w:proofErr w:type="spellStart"/>
      <w:r>
        <w:t>lartë</w:t>
      </w:r>
      <w:proofErr w:type="spellEnd"/>
      <w:r>
        <w:t xml:space="preserve"> </w:t>
      </w:r>
      <w:proofErr w:type="spellStart"/>
      <w:r>
        <w:t>në</w:t>
      </w:r>
      <w:proofErr w:type="spellEnd"/>
      <w:r>
        <w:t xml:space="preserve"> </w:t>
      </w:r>
      <w:proofErr w:type="spellStart"/>
      <w:r>
        <w:t>bashkitë</w:t>
      </w:r>
      <w:proofErr w:type="spellEnd"/>
      <w:r>
        <w:t xml:space="preserve"> </w:t>
      </w:r>
      <w:proofErr w:type="spellStart"/>
      <w:r>
        <w:t>paralele</w:t>
      </w:r>
      <w:proofErr w:type="spellEnd"/>
      <w:r>
        <w:t xml:space="preserve">, </w:t>
      </w:r>
      <w:proofErr w:type="spellStart"/>
      <w:r>
        <w:t>si</w:t>
      </w:r>
      <w:proofErr w:type="spellEnd"/>
      <w:r>
        <w:t xml:space="preserve"> e </w:t>
      </w:r>
      <w:proofErr w:type="spellStart"/>
      <w:r>
        <w:t>na</w:t>
      </w:r>
      <w:proofErr w:type="spellEnd"/>
      <w:r>
        <w:t xml:space="preserve">, </w:t>
      </w:r>
      <w:proofErr w:type="spellStart"/>
      <w:r>
        <w:t>edhe</w:t>
      </w:r>
      <w:proofErr w:type="spellEnd"/>
      <w:r>
        <w:t xml:space="preserve"> </w:t>
      </w:r>
      <w:proofErr w:type="spellStart"/>
      <w:r>
        <w:t>falë</w:t>
      </w:r>
      <w:proofErr w:type="spellEnd"/>
      <w:r>
        <w:t xml:space="preserve"> </w:t>
      </w:r>
      <w:proofErr w:type="spellStart"/>
      <w:r>
        <w:t>kësaj</w:t>
      </w:r>
      <w:proofErr w:type="spellEnd"/>
      <w:r>
        <w:t xml:space="preserve"> </w:t>
      </w:r>
      <w:proofErr w:type="spellStart"/>
      <w:r>
        <w:t>industrie</w:t>
      </w:r>
      <w:proofErr w:type="spellEnd"/>
      <w:r>
        <w:t xml:space="preserve"> </w:t>
      </w:r>
      <w:proofErr w:type="spellStart"/>
      <w:r>
        <w:t>që</w:t>
      </w:r>
      <w:proofErr w:type="spellEnd"/>
      <w:r>
        <w:t xml:space="preserve"> </w:t>
      </w:r>
      <w:proofErr w:type="spellStart"/>
      <w:r>
        <w:t>kena</w:t>
      </w:r>
      <w:proofErr w:type="spellEnd"/>
      <w:r>
        <w:t xml:space="preserve">, </w:t>
      </w:r>
      <w:proofErr w:type="spellStart"/>
      <w:r>
        <w:t>nuk</w:t>
      </w:r>
      <w:proofErr w:type="spellEnd"/>
      <w:r>
        <w:t xml:space="preserve"> </w:t>
      </w:r>
      <w:proofErr w:type="spellStart"/>
      <w:r>
        <w:t>kena</w:t>
      </w:r>
      <w:proofErr w:type="spellEnd"/>
      <w:r>
        <w:t xml:space="preserve"> </w:t>
      </w:r>
      <w:proofErr w:type="spellStart"/>
      <w:r>
        <w:t>probleme</w:t>
      </w:r>
      <w:proofErr w:type="spellEnd"/>
      <w:r>
        <w:t xml:space="preserve"> me </w:t>
      </w:r>
      <w:proofErr w:type="spellStart"/>
      <w:r>
        <w:t>punësimin</w:t>
      </w:r>
      <w:proofErr w:type="spellEnd"/>
      <w:r>
        <w:t xml:space="preserve"> </w:t>
      </w:r>
      <w:proofErr w:type="spellStart"/>
      <w:r>
        <w:t>dhe</w:t>
      </w:r>
      <w:proofErr w:type="spellEnd"/>
      <w:r>
        <w:t xml:space="preserve"> e </w:t>
      </w:r>
      <w:proofErr w:type="spellStart"/>
      <w:r>
        <w:t>kena</w:t>
      </w:r>
      <w:proofErr w:type="spellEnd"/>
      <w:r>
        <w:t xml:space="preserve"> me 2%, </w:t>
      </w:r>
      <w:proofErr w:type="spellStart"/>
      <w:r>
        <w:t>domethënë</w:t>
      </w:r>
      <w:proofErr w:type="spellEnd"/>
      <w:r>
        <w:t xml:space="preserve"> 8% </w:t>
      </w:r>
      <w:proofErr w:type="spellStart"/>
      <w:r>
        <w:t>është</w:t>
      </w:r>
      <w:proofErr w:type="spellEnd"/>
      <w:r>
        <w:t xml:space="preserve"> </w:t>
      </w:r>
      <w:proofErr w:type="spellStart"/>
      <w:r>
        <w:t>mesatarja</w:t>
      </w:r>
      <w:proofErr w:type="spellEnd"/>
      <w:r>
        <w:t xml:space="preserve"> </w:t>
      </w:r>
      <w:proofErr w:type="spellStart"/>
      <w:r>
        <w:t>jonë</w:t>
      </w:r>
      <w:proofErr w:type="spellEnd"/>
      <w:r>
        <w:t xml:space="preserve"> </w:t>
      </w:r>
      <w:proofErr w:type="spellStart"/>
      <w:r>
        <w:t>në</w:t>
      </w:r>
      <w:proofErr w:type="spellEnd"/>
      <w:r>
        <w:t xml:space="preserve"> </w:t>
      </w:r>
      <w:proofErr w:type="spellStart"/>
      <w:r>
        <w:t>Shqipëri</w:t>
      </w:r>
      <w:proofErr w:type="spellEnd"/>
      <w:r>
        <w:t xml:space="preserve">. Ne e </w:t>
      </w:r>
      <w:proofErr w:type="spellStart"/>
      <w:r>
        <w:t>kena</w:t>
      </w:r>
      <w:proofErr w:type="spellEnd"/>
      <w:r>
        <w:t xml:space="preserve"> 2% </w:t>
      </w:r>
      <w:proofErr w:type="spellStart"/>
      <w:r>
        <w:t>nivelin</w:t>
      </w:r>
      <w:proofErr w:type="spellEnd"/>
      <w:r>
        <w:t xml:space="preserve"> e </w:t>
      </w:r>
      <w:proofErr w:type="spellStart"/>
      <w:r>
        <w:t>papunësisë</w:t>
      </w:r>
      <w:proofErr w:type="spellEnd"/>
      <w:r>
        <w:t xml:space="preserve"> </w:t>
      </w:r>
      <w:proofErr w:type="spellStart"/>
      <w:r>
        <w:t>dhe</w:t>
      </w:r>
      <w:proofErr w:type="spellEnd"/>
      <w:r>
        <w:t xml:space="preserve"> me </w:t>
      </w:r>
      <w:proofErr w:type="spellStart"/>
      <w:r>
        <w:t>rritjen</w:t>
      </w:r>
      <w:proofErr w:type="spellEnd"/>
      <w:r>
        <w:t xml:space="preserve"> e </w:t>
      </w:r>
      <w:proofErr w:type="spellStart"/>
      <w:r>
        <w:t>këtyre</w:t>
      </w:r>
      <w:proofErr w:type="spellEnd"/>
      <w:r>
        <w:t xml:space="preserve"> </w:t>
      </w:r>
      <w:proofErr w:type="spellStart"/>
      <w:r>
        <w:t>të</w:t>
      </w:r>
      <w:proofErr w:type="spellEnd"/>
      <w:r>
        <w:t xml:space="preserve"> </w:t>
      </w:r>
      <w:proofErr w:type="spellStart"/>
      <w:r>
        <w:t>ardhurave</w:t>
      </w:r>
      <w:proofErr w:type="spellEnd"/>
      <w:r>
        <w:t xml:space="preserve">, </w:t>
      </w:r>
      <w:proofErr w:type="spellStart"/>
      <w:r>
        <w:t>një</w:t>
      </w:r>
      <w:proofErr w:type="spellEnd"/>
      <w:r>
        <w:t xml:space="preserve"> </w:t>
      </w:r>
      <w:proofErr w:type="spellStart"/>
      <w:r>
        <w:t>kohë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shkurtër</w:t>
      </w:r>
      <w:proofErr w:type="spellEnd"/>
      <w:r>
        <w:t xml:space="preserve">, pa </w:t>
      </w:r>
      <w:proofErr w:type="spellStart"/>
      <w:r>
        <w:t>shtimin</w:t>
      </w:r>
      <w:proofErr w:type="spellEnd"/>
      <w:r>
        <w:t xml:space="preserve"> e </w:t>
      </w:r>
      <w:proofErr w:type="spellStart"/>
      <w:r>
        <w:t>stabilimeve</w:t>
      </w:r>
      <w:proofErr w:type="spellEnd"/>
      <w:r>
        <w:t xml:space="preserve"> </w:t>
      </w:r>
      <w:proofErr w:type="spellStart"/>
      <w:r>
        <w:t>dhe</w:t>
      </w:r>
      <w:proofErr w:type="spellEnd"/>
      <w:r>
        <w:t xml:space="preserve"> </w:t>
      </w:r>
      <w:proofErr w:type="spellStart"/>
      <w:r>
        <w:t>fabrikave</w:t>
      </w:r>
      <w:proofErr w:type="spellEnd"/>
      <w:r>
        <w:t xml:space="preserve"> </w:t>
      </w:r>
      <w:proofErr w:type="spellStart"/>
      <w:r>
        <w:t>të</w:t>
      </w:r>
      <w:proofErr w:type="spellEnd"/>
      <w:r>
        <w:t xml:space="preserve"> </w:t>
      </w:r>
      <w:proofErr w:type="spellStart"/>
      <w:r>
        <w:t>tjera</w:t>
      </w:r>
      <w:proofErr w:type="spellEnd"/>
      <w:r>
        <w:t xml:space="preserve"> </w:t>
      </w:r>
      <w:proofErr w:type="spellStart"/>
      <w:r>
        <w:t>të</w:t>
      </w:r>
      <w:proofErr w:type="spellEnd"/>
      <w:r>
        <w:t xml:space="preserve"> </w:t>
      </w:r>
      <w:proofErr w:type="spellStart"/>
      <w:r>
        <w:t>ujit</w:t>
      </w:r>
      <w:proofErr w:type="spellEnd"/>
      <w:r>
        <w:t xml:space="preserve"> apo </w:t>
      </w:r>
      <w:proofErr w:type="spellStart"/>
      <w:r>
        <w:t>të</w:t>
      </w:r>
      <w:proofErr w:type="spellEnd"/>
      <w:r>
        <w:t xml:space="preserve"> </w:t>
      </w:r>
      <w:proofErr w:type="spellStart"/>
      <w:r>
        <w:t>mineralit</w:t>
      </w:r>
      <w:proofErr w:type="spellEnd"/>
      <w:r>
        <w:t xml:space="preserve">, ne </w:t>
      </w:r>
      <w:proofErr w:type="spellStart"/>
      <w:r>
        <w:t>mund</w:t>
      </w:r>
      <w:proofErr w:type="spellEnd"/>
      <w:r>
        <w:t xml:space="preserve"> </w:t>
      </w:r>
      <w:proofErr w:type="spellStart"/>
      <w:r>
        <w:t>të</w:t>
      </w:r>
      <w:proofErr w:type="spellEnd"/>
      <w:r>
        <w:t xml:space="preserve"> </w:t>
      </w:r>
      <w:proofErr w:type="spellStart"/>
      <w:r>
        <w:t>vetëfinancojmë</w:t>
      </w:r>
      <w:proofErr w:type="spellEnd"/>
      <w:r>
        <w:t xml:space="preserve">. Ne </w:t>
      </w:r>
      <w:proofErr w:type="spellStart"/>
      <w:r>
        <w:t>nuk</w:t>
      </w:r>
      <w:proofErr w:type="spellEnd"/>
      <w:r>
        <w:t xml:space="preserve"> </w:t>
      </w:r>
      <w:proofErr w:type="spellStart"/>
      <w:r>
        <w:t>kena</w:t>
      </w:r>
      <w:proofErr w:type="spellEnd"/>
      <w:r>
        <w:t xml:space="preserve"> </w:t>
      </w:r>
      <w:proofErr w:type="spellStart"/>
      <w:r>
        <w:t>nevojë</w:t>
      </w:r>
      <w:proofErr w:type="spellEnd"/>
      <w:r>
        <w:t xml:space="preserve"> </w:t>
      </w:r>
      <w:proofErr w:type="spellStart"/>
      <w:r>
        <w:t>dhe</w:t>
      </w:r>
      <w:proofErr w:type="spellEnd"/>
      <w:r>
        <w:t xml:space="preserve"> </w:t>
      </w:r>
      <w:proofErr w:type="spellStart"/>
      <w:r>
        <w:t>nuk</w:t>
      </w:r>
      <w:proofErr w:type="spellEnd"/>
      <w:r>
        <w:t xml:space="preserve"> </w:t>
      </w:r>
      <w:proofErr w:type="spellStart"/>
      <w:r>
        <w:t>kena</w:t>
      </w:r>
      <w:proofErr w:type="spellEnd"/>
      <w:r>
        <w:t xml:space="preserve"> as </w:t>
      </w:r>
      <w:proofErr w:type="spellStart"/>
      <w:r>
        <w:t>nevojë</w:t>
      </w:r>
      <w:proofErr w:type="spellEnd"/>
      <w:r>
        <w:t xml:space="preserve"> </w:t>
      </w:r>
      <w:proofErr w:type="spellStart"/>
      <w:r>
        <w:t>nga</w:t>
      </w:r>
      <w:proofErr w:type="spellEnd"/>
      <w:r>
        <w:t xml:space="preserve"> </w:t>
      </w:r>
      <w:proofErr w:type="spellStart"/>
      <w:r>
        <w:t>të</w:t>
      </w:r>
      <w:proofErr w:type="spellEnd"/>
      <w:r>
        <w:t xml:space="preserve"> </w:t>
      </w:r>
      <w:proofErr w:type="spellStart"/>
      <w:r>
        <w:t>ardhurat</w:t>
      </w:r>
      <w:proofErr w:type="spellEnd"/>
      <w:r>
        <w:t xml:space="preserve"> e me </w:t>
      </w:r>
      <w:proofErr w:type="spellStart"/>
      <w:r>
        <w:t>dëmtu</w:t>
      </w:r>
      <w:proofErr w:type="spellEnd"/>
      <w:r>
        <w:t xml:space="preserve"> </w:t>
      </w:r>
      <w:proofErr w:type="spellStart"/>
      <w:r>
        <w:t>buxhetin</w:t>
      </w:r>
      <w:proofErr w:type="spellEnd"/>
      <w:r>
        <w:t xml:space="preserve"> e </w:t>
      </w:r>
      <w:proofErr w:type="spellStart"/>
      <w:r>
        <w:t>shtetit</w:t>
      </w:r>
      <w:proofErr w:type="spellEnd"/>
      <w:r>
        <w:t xml:space="preserve"> </w:t>
      </w:r>
      <w:proofErr w:type="spellStart"/>
      <w:r>
        <w:t>në</w:t>
      </w:r>
      <w:proofErr w:type="spellEnd"/>
      <w:r>
        <w:t xml:space="preserve"> </w:t>
      </w:r>
      <w:proofErr w:type="spellStart"/>
      <w:r>
        <w:t>rastin</w:t>
      </w:r>
      <w:proofErr w:type="spellEnd"/>
      <w:r>
        <w:t xml:space="preserve"> </w:t>
      </w:r>
      <w:proofErr w:type="spellStart"/>
      <w:r>
        <w:t>më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Këto</w:t>
      </w:r>
      <w:proofErr w:type="spellEnd"/>
      <w:r>
        <w:t xml:space="preserve"> </w:t>
      </w:r>
      <w:proofErr w:type="spellStart"/>
      <w:r>
        <w:t>janë</w:t>
      </w:r>
      <w:proofErr w:type="spellEnd"/>
      <w:r>
        <w:t xml:space="preserve"> </w:t>
      </w:r>
      <w:proofErr w:type="spellStart"/>
      <w:r>
        <w:t>pikat</w:t>
      </w:r>
      <w:proofErr w:type="spellEnd"/>
      <w:r>
        <w:t xml:space="preserve"> e </w:t>
      </w:r>
      <w:proofErr w:type="spellStart"/>
      <w:r>
        <w:t>forta</w:t>
      </w:r>
      <w:proofErr w:type="spellEnd"/>
      <w:r>
        <w:t xml:space="preserve"> </w:t>
      </w:r>
      <w:proofErr w:type="spellStart"/>
      <w:r>
        <w:t>që</w:t>
      </w:r>
      <w:proofErr w:type="spellEnd"/>
      <w:r>
        <w:t xml:space="preserve"> ka </w:t>
      </w:r>
      <w:proofErr w:type="spellStart"/>
      <w:r>
        <w:t>bashkia</w:t>
      </w:r>
      <w:proofErr w:type="spellEnd"/>
      <w:r>
        <w:t xml:space="preserve">, por </w:t>
      </w:r>
      <w:proofErr w:type="spellStart"/>
      <w:r>
        <w:t>na</w:t>
      </w:r>
      <w:proofErr w:type="spellEnd"/>
      <w:r>
        <w:t xml:space="preserve"> </w:t>
      </w:r>
      <w:proofErr w:type="spellStart"/>
      <w:r>
        <w:t>kena</w:t>
      </w:r>
      <w:proofErr w:type="spellEnd"/>
      <w:r>
        <w:t xml:space="preserve"> </w:t>
      </w:r>
      <w:proofErr w:type="spellStart"/>
      <w:r>
        <w:t>dhe</w:t>
      </w:r>
      <w:proofErr w:type="spellEnd"/>
      <w:r>
        <w:t xml:space="preserve"> </w:t>
      </w:r>
      <w:proofErr w:type="spellStart"/>
      <w:r>
        <w:t>pikat</w:t>
      </w:r>
      <w:proofErr w:type="spellEnd"/>
      <w:r>
        <w:t xml:space="preserve"> e </w:t>
      </w:r>
      <w:proofErr w:type="spellStart"/>
      <w:r>
        <w:t>dobëta</w:t>
      </w:r>
      <w:proofErr w:type="spellEnd"/>
      <w:r>
        <w:t xml:space="preserve">. </w:t>
      </w:r>
      <w:proofErr w:type="spellStart"/>
      <w:r>
        <w:t>Shërbimi</w:t>
      </w:r>
      <w:proofErr w:type="spellEnd"/>
      <w:r>
        <w:t xml:space="preserve"> </w:t>
      </w:r>
      <w:proofErr w:type="spellStart"/>
      <w:r>
        <w:t>ndaj</w:t>
      </w:r>
      <w:proofErr w:type="spellEnd"/>
      <w:r>
        <w:t xml:space="preserve"> </w:t>
      </w:r>
      <w:proofErr w:type="spellStart"/>
      <w:r>
        <w:t>qytetarit</w:t>
      </w:r>
      <w:proofErr w:type="spellEnd"/>
      <w:r>
        <w:t xml:space="preserve">, </w:t>
      </w:r>
      <w:proofErr w:type="spellStart"/>
      <w:r>
        <w:t>në</w:t>
      </w:r>
      <w:proofErr w:type="spellEnd"/>
      <w:r>
        <w:t xml:space="preserve"> </w:t>
      </w:r>
      <w:proofErr w:type="spellStart"/>
      <w:r>
        <w:t>çdo</w:t>
      </w:r>
      <w:proofErr w:type="spellEnd"/>
      <w:r>
        <w:t xml:space="preserve"> </w:t>
      </w:r>
      <w:proofErr w:type="spellStart"/>
      <w:r>
        <w:t>indeks</w:t>
      </w:r>
      <w:proofErr w:type="spellEnd"/>
      <w:r>
        <w:t xml:space="preserve"> </w:t>
      </w:r>
      <w:proofErr w:type="spellStart"/>
      <w:r>
        <w:t>të</w:t>
      </w:r>
      <w:proofErr w:type="spellEnd"/>
      <w:r>
        <w:t xml:space="preserve"> </w:t>
      </w:r>
      <w:proofErr w:type="spellStart"/>
      <w:r>
        <w:t>Bashkimit</w:t>
      </w:r>
      <w:proofErr w:type="spellEnd"/>
      <w:r>
        <w:t xml:space="preserve"> </w:t>
      </w:r>
      <w:proofErr w:type="spellStart"/>
      <w:r>
        <w:t>Evropian</w:t>
      </w:r>
      <w:proofErr w:type="spellEnd"/>
      <w:r>
        <w:t xml:space="preserve">, </w:t>
      </w:r>
      <w:proofErr w:type="spellStart"/>
      <w:r>
        <w:t>është</w:t>
      </w:r>
      <w:proofErr w:type="spellEnd"/>
      <w:r>
        <w:t xml:space="preserve"> 30 </w:t>
      </w:r>
      <w:proofErr w:type="spellStart"/>
      <w:r>
        <w:t>minuta</w:t>
      </w:r>
      <w:proofErr w:type="spellEnd"/>
      <w:r>
        <w:t xml:space="preserve"> </w:t>
      </w:r>
      <w:proofErr w:type="spellStart"/>
      <w:r>
        <w:t>larg</w:t>
      </w:r>
      <w:proofErr w:type="spellEnd"/>
      <w:r>
        <w:t xml:space="preserve"> </w:t>
      </w:r>
      <w:proofErr w:type="spellStart"/>
      <w:r>
        <w:t>shërbimi</w:t>
      </w:r>
      <w:proofErr w:type="spellEnd"/>
      <w:r>
        <w:t xml:space="preserve">. Bashkia e </w:t>
      </w:r>
      <w:proofErr w:type="spellStart"/>
      <w:r>
        <w:t>Fushë</w:t>
      </w:r>
      <w:proofErr w:type="spellEnd"/>
      <w:r>
        <w:t xml:space="preserve"> </w:t>
      </w:r>
      <w:proofErr w:type="spellStart"/>
      <w:r>
        <w:t>Arsit</w:t>
      </w:r>
      <w:proofErr w:type="spellEnd"/>
      <w:r>
        <w:t xml:space="preserve"> ka </w:t>
      </w:r>
      <w:proofErr w:type="spellStart"/>
      <w:r>
        <w:t>disa</w:t>
      </w:r>
      <w:proofErr w:type="spellEnd"/>
      <w:r>
        <w:t xml:space="preserve"> </w:t>
      </w:r>
      <w:proofErr w:type="spellStart"/>
      <w:r>
        <w:t>fshatra</w:t>
      </w:r>
      <w:proofErr w:type="spellEnd"/>
      <w:r>
        <w:t xml:space="preserve"> </w:t>
      </w:r>
      <w:proofErr w:type="spellStart"/>
      <w:r>
        <w:t>turistikë</w:t>
      </w:r>
      <w:proofErr w:type="spellEnd"/>
      <w:r>
        <w:t xml:space="preserve"> </w:t>
      </w:r>
      <w:proofErr w:type="spellStart"/>
      <w:r>
        <w:t>që</w:t>
      </w:r>
      <w:proofErr w:type="spellEnd"/>
      <w:r>
        <w:t xml:space="preserve"> e </w:t>
      </w:r>
      <w:proofErr w:type="spellStart"/>
      <w:r>
        <w:t>rrethojnë</w:t>
      </w:r>
      <w:proofErr w:type="spellEnd"/>
      <w:r>
        <w:t xml:space="preserve"> </w:t>
      </w:r>
      <w:proofErr w:type="spellStart"/>
      <w:r>
        <w:t>në</w:t>
      </w:r>
      <w:proofErr w:type="spellEnd"/>
      <w:r>
        <w:t xml:space="preserve"> </w:t>
      </w:r>
      <w:proofErr w:type="spellStart"/>
      <w:r>
        <w:t>brigjet</w:t>
      </w:r>
      <w:proofErr w:type="spellEnd"/>
      <w:r>
        <w:t xml:space="preserve"> e </w:t>
      </w:r>
      <w:proofErr w:type="spellStart"/>
      <w:r>
        <w:t>liqenit</w:t>
      </w:r>
      <w:proofErr w:type="spellEnd"/>
      <w:r>
        <w:t xml:space="preserve">, </w:t>
      </w:r>
      <w:proofErr w:type="spellStart"/>
      <w:r>
        <w:t>të</w:t>
      </w:r>
      <w:proofErr w:type="spellEnd"/>
      <w:r>
        <w:t xml:space="preserve"> </w:t>
      </w:r>
      <w:proofErr w:type="spellStart"/>
      <w:r>
        <w:t>cilat</w:t>
      </w:r>
      <w:proofErr w:type="spellEnd"/>
      <w:r>
        <w:t xml:space="preserve"> </w:t>
      </w:r>
      <w:proofErr w:type="spellStart"/>
      <w:r>
        <w:t>nuk</w:t>
      </w:r>
      <w:proofErr w:type="spellEnd"/>
      <w:r>
        <w:t xml:space="preserve"> </w:t>
      </w:r>
      <w:proofErr w:type="spellStart"/>
      <w:r>
        <w:t>aksesohen</w:t>
      </w:r>
      <w:proofErr w:type="spellEnd"/>
      <w:r>
        <w:t xml:space="preserve"> as me </w:t>
      </w:r>
      <w:proofErr w:type="spellStart"/>
      <w:r>
        <w:t>rrugë</w:t>
      </w:r>
      <w:proofErr w:type="spellEnd"/>
      <w:r>
        <w:t xml:space="preserve"> </w:t>
      </w:r>
      <w:proofErr w:type="spellStart"/>
      <w:r>
        <w:t>makine</w:t>
      </w:r>
      <w:proofErr w:type="spellEnd"/>
      <w:r>
        <w:t xml:space="preserve">. Po, </w:t>
      </w:r>
      <w:proofErr w:type="spellStart"/>
      <w:r>
        <w:t>problemi</w:t>
      </w:r>
      <w:proofErr w:type="spellEnd"/>
      <w:r>
        <w:t xml:space="preserve"> </w:t>
      </w:r>
      <w:proofErr w:type="spellStart"/>
      <w:r>
        <w:t>kryesor</w:t>
      </w:r>
      <w:proofErr w:type="spellEnd"/>
      <w:r>
        <w:t xml:space="preserve"> </w:t>
      </w:r>
      <w:proofErr w:type="spellStart"/>
      <w:r>
        <w:t>është</w:t>
      </w:r>
      <w:proofErr w:type="spellEnd"/>
      <w:r>
        <w:t xml:space="preserve"> </w:t>
      </w:r>
      <w:proofErr w:type="spellStart"/>
      <w:r>
        <w:t>edhe</w:t>
      </w:r>
      <w:proofErr w:type="spellEnd"/>
      <w:r>
        <w:t xml:space="preserve"> </w:t>
      </w:r>
      <w:proofErr w:type="spellStart"/>
      <w:r>
        <w:t>nuk</w:t>
      </w:r>
      <w:proofErr w:type="spellEnd"/>
      <w:r>
        <w:t xml:space="preserve"> ka </w:t>
      </w:r>
      <w:proofErr w:type="spellStart"/>
      <w:r>
        <w:t>skafe</w:t>
      </w:r>
      <w:proofErr w:type="spellEnd"/>
      <w:r>
        <w:t xml:space="preserve">, </w:t>
      </w:r>
      <w:proofErr w:type="spellStart"/>
      <w:r>
        <w:t>ambulancë</w:t>
      </w:r>
      <w:proofErr w:type="spellEnd"/>
      <w:r>
        <w:t xml:space="preserve">, </w:t>
      </w:r>
      <w:proofErr w:type="spellStart"/>
      <w:r>
        <w:t>të</w:t>
      </w:r>
      <w:proofErr w:type="spellEnd"/>
      <w:r>
        <w:t xml:space="preserve"> </w:t>
      </w:r>
      <w:proofErr w:type="spellStart"/>
      <w:r>
        <w:t>cilat</w:t>
      </w:r>
      <w:proofErr w:type="spellEnd"/>
      <w:r>
        <w:t xml:space="preserve"> </w:t>
      </w:r>
      <w:proofErr w:type="spellStart"/>
      <w:r>
        <w:t>t'ju</w:t>
      </w:r>
      <w:proofErr w:type="spellEnd"/>
      <w:r>
        <w:t xml:space="preserve"> </w:t>
      </w:r>
      <w:proofErr w:type="spellStart"/>
      <w:r>
        <w:t>çojnë</w:t>
      </w:r>
      <w:proofErr w:type="spellEnd"/>
      <w:r>
        <w:t xml:space="preserve">, </w:t>
      </w:r>
      <w:proofErr w:type="spellStart"/>
      <w:r>
        <w:t>t'ju</w:t>
      </w:r>
      <w:proofErr w:type="spellEnd"/>
      <w:r>
        <w:t xml:space="preserve"> </w:t>
      </w:r>
      <w:proofErr w:type="spellStart"/>
      <w:r>
        <w:t>japin</w:t>
      </w:r>
      <w:proofErr w:type="spellEnd"/>
      <w:r>
        <w:t xml:space="preserve"> </w:t>
      </w:r>
      <w:proofErr w:type="spellStart"/>
      <w:r>
        <w:t>ndihmën</w:t>
      </w:r>
      <w:proofErr w:type="spellEnd"/>
      <w:r>
        <w:t xml:space="preserve"> e </w:t>
      </w:r>
      <w:proofErr w:type="spellStart"/>
      <w:r>
        <w:t>shpejtë</w:t>
      </w:r>
      <w:proofErr w:type="spellEnd"/>
      <w:r>
        <w:t xml:space="preserve"> </w:t>
      </w:r>
      <w:proofErr w:type="spellStart"/>
      <w:r>
        <w:t>në</w:t>
      </w:r>
      <w:proofErr w:type="spellEnd"/>
      <w:r>
        <w:t xml:space="preserve"> </w:t>
      </w:r>
      <w:proofErr w:type="spellStart"/>
      <w:r>
        <w:t>kohë</w:t>
      </w:r>
      <w:proofErr w:type="spellEnd"/>
      <w:r>
        <w:t xml:space="preserve">. Ne sot e </w:t>
      </w:r>
      <w:proofErr w:type="spellStart"/>
      <w:r>
        <w:t>kemi</w:t>
      </w:r>
      <w:proofErr w:type="spellEnd"/>
      <w:r>
        <w:t xml:space="preserve"> </w:t>
      </w:r>
      <w:proofErr w:type="spellStart"/>
      <w:r>
        <w:t>largësinë</w:t>
      </w:r>
      <w:proofErr w:type="spellEnd"/>
      <w:r>
        <w:t xml:space="preserve"> e </w:t>
      </w:r>
      <w:proofErr w:type="spellStart"/>
      <w:r>
        <w:t>shërbimit</w:t>
      </w:r>
      <w:proofErr w:type="spellEnd"/>
      <w:r>
        <w:t xml:space="preserve"> </w:t>
      </w:r>
      <w:proofErr w:type="spellStart"/>
      <w:r>
        <w:t>te</w:t>
      </w:r>
      <w:proofErr w:type="spellEnd"/>
      <w:r>
        <w:t xml:space="preserve"> </w:t>
      </w:r>
      <w:proofErr w:type="spellStart"/>
      <w:r>
        <w:t>qytetari</w:t>
      </w:r>
      <w:proofErr w:type="spellEnd"/>
      <w:r>
        <w:t xml:space="preserve"> </w:t>
      </w:r>
      <w:proofErr w:type="spellStart"/>
      <w:r>
        <w:t>më</w:t>
      </w:r>
      <w:proofErr w:type="spellEnd"/>
      <w:r>
        <w:t xml:space="preserve"> </w:t>
      </w:r>
      <w:proofErr w:type="spellStart"/>
      <w:r>
        <w:t>i</w:t>
      </w:r>
      <w:proofErr w:type="spellEnd"/>
      <w:r>
        <w:t xml:space="preserve"> </w:t>
      </w:r>
      <w:proofErr w:type="spellStart"/>
      <w:r>
        <w:t>largët</w:t>
      </w:r>
      <w:proofErr w:type="spellEnd"/>
      <w:r>
        <w:t xml:space="preserve"> </w:t>
      </w:r>
      <w:proofErr w:type="spellStart"/>
      <w:r>
        <w:t>i</w:t>
      </w:r>
      <w:proofErr w:type="spellEnd"/>
      <w:r>
        <w:t xml:space="preserve"> </w:t>
      </w:r>
      <w:proofErr w:type="spellStart"/>
      <w:r>
        <w:t>bashkisë</w:t>
      </w:r>
      <w:proofErr w:type="spellEnd"/>
      <w:r>
        <w:t xml:space="preserve">, e </w:t>
      </w:r>
      <w:proofErr w:type="spellStart"/>
      <w:r>
        <w:t>kemi</w:t>
      </w:r>
      <w:proofErr w:type="spellEnd"/>
      <w:r>
        <w:t xml:space="preserve"> </w:t>
      </w:r>
      <w:proofErr w:type="spellStart"/>
      <w:r>
        <w:t>deri</w:t>
      </w:r>
      <w:proofErr w:type="spellEnd"/>
      <w:r>
        <w:t xml:space="preserve"> </w:t>
      </w:r>
      <w:proofErr w:type="spellStart"/>
      <w:r>
        <w:t>në</w:t>
      </w:r>
      <w:proofErr w:type="spellEnd"/>
      <w:r>
        <w:t xml:space="preserve"> </w:t>
      </w:r>
      <w:proofErr w:type="spellStart"/>
      <w:r>
        <w:t>dy</w:t>
      </w:r>
      <w:proofErr w:type="spellEnd"/>
      <w:r>
        <w:t xml:space="preserve"> </w:t>
      </w:r>
      <w:proofErr w:type="spellStart"/>
      <w:r>
        <w:t>orë</w:t>
      </w:r>
      <w:proofErr w:type="spellEnd"/>
      <w:r>
        <w:t xml:space="preserve">. Bashkimi </w:t>
      </w:r>
      <w:proofErr w:type="spellStart"/>
      <w:r>
        <w:t>Evropian</w:t>
      </w:r>
      <w:proofErr w:type="spellEnd"/>
      <w:r>
        <w:t xml:space="preserve"> e ka 30 </w:t>
      </w:r>
      <w:proofErr w:type="spellStart"/>
      <w:r>
        <w:t>minuta</w:t>
      </w:r>
      <w:proofErr w:type="spellEnd"/>
      <w:r>
        <w:t xml:space="preserve">. Ne </w:t>
      </w:r>
      <w:proofErr w:type="spellStart"/>
      <w:r>
        <w:t>nuk</w:t>
      </w:r>
      <w:proofErr w:type="spellEnd"/>
      <w:r>
        <w:t xml:space="preserve"> </w:t>
      </w:r>
      <w:proofErr w:type="spellStart"/>
      <w:r>
        <w:t>mund</w:t>
      </w:r>
      <w:proofErr w:type="spellEnd"/>
      <w:r>
        <w:t xml:space="preserve"> </w:t>
      </w:r>
      <w:proofErr w:type="spellStart"/>
      <w:r>
        <w:t>të</w:t>
      </w:r>
      <w:proofErr w:type="spellEnd"/>
      <w:r>
        <w:t xml:space="preserve"> </w:t>
      </w:r>
      <w:proofErr w:type="spellStart"/>
      <w:r>
        <w:t>kena</w:t>
      </w:r>
      <w:proofErr w:type="spellEnd"/>
      <w:r>
        <w:t xml:space="preserve"> </w:t>
      </w:r>
      <w:proofErr w:type="spellStart"/>
      <w:r>
        <w:t>një</w:t>
      </w:r>
      <w:proofErr w:type="spellEnd"/>
      <w:r>
        <w:t xml:space="preserve"> </w:t>
      </w:r>
      <w:proofErr w:type="spellStart"/>
      <w:r>
        <w:t>qasje</w:t>
      </w:r>
      <w:proofErr w:type="spellEnd"/>
      <w:r>
        <w:t xml:space="preserve"> me </w:t>
      </w:r>
      <w:proofErr w:type="spellStart"/>
      <w:r>
        <w:t>Bashkimin</w:t>
      </w:r>
      <w:proofErr w:type="spellEnd"/>
      <w:r>
        <w:t xml:space="preserve"> </w:t>
      </w:r>
      <w:proofErr w:type="spellStart"/>
      <w:r>
        <w:t>Evropian</w:t>
      </w:r>
      <w:proofErr w:type="spellEnd"/>
      <w:r>
        <w:t xml:space="preserve"> </w:t>
      </w:r>
      <w:proofErr w:type="spellStart"/>
      <w:r>
        <w:t>për</w:t>
      </w:r>
      <w:proofErr w:type="spellEnd"/>
      <w:r>
        <w:t xml:space="preserve"> </w:t>
      </w:r>
      <w:proofErr w:type="spellStart"/>
      <w:r>
        <w:t>vetë</w:t>
      </w:r>
      <w:proofErr w:type="spellEnd"/>
      <w:r>
        <w:t xml:space="preserve">, </w:t>
      </w:r>
      <w:proofErr w:type="spellStart"/>
      <w:r>
        <w:t>vetë</w:t>
      </w:r>
      <w:proofErr w:type="spellEnd"/>
      <w:r>
        <w:t xml:space="preserve"> </w:t>
      </w:r>
      <w:proofErr w:type="spellStart"/>
      <w:r>
        <w:t>ku</w:t>
      </w:r>
      <w:proofErr w:type="spellEnd"/>
      <w:r>
        <w:t xml:space="preserve"> </w:t>
      </w:r>
      <w:proofErr w:type="spellStart"/>
      <w:r>
        <w:t>jena</w:t>
      </w:r>
      <w:proofErr w:type="spellEnd"/>
      <w:r>
        <w:t xml:space="preserve"> </w:t>
      </w:r>
      <w:proofErr w:type="spellStart"/>
      <w:r>
        <w:t>si</w:t>
      </w:r>
      <w:proofErr w:type="spellEnd"/>
      <w:r>
        <w:t xml:space="preserve"> </w:t>
      </w:r>
      <w:proofErr w:type="spellStart"/>
      <w:r>
        <w:t>shtet</w:t>
      </w:r>
      <w:proofErr w:type="spellEnd"/>
      <w:r>
        <w:t xml:space="preserve">, po </w:t>
      </w:r>
      <w:proofErr w:type="spellStart"/>
      <w:r>
        <w:t>në</w:t>
      </w:r>
      <w:proofErr w:type="spellEnd"/>
      <w:r>
        <w:t xml:space="preserve"> </w:t>
      </w:r>
      <w:proofErr w:type="spellStart"/>
      <w:r>
        <w:t>qoftë</w:t>
      </w:r>
      <w:proofErr w:type="spellEnd"/>
      <w:r>
        <w:t xml:space="preserve"> se ne do </w:t>
      </w:r>
      <w:proofErr w:type="spellStart"/>
      <w:r>
        <w:t>t'i</w:t>
      </w:r>
      <w:proofErr w:type="spellEnd"/>
      <w:r>
        <w:t xml:space="preserve"> </w:t>
      </w:r>
      <w:proofErr w:type="spellStart"/>
      <w:r>
        <w:t>shtojmë</w:t>
      </w:r>
      <w:proofErr w:type="spellEnd"/>
      <w:r>
        <w:t xml:space="preserve"> </w:t>
      </w:r>
      <w:proofErr w:type="spellStart"/>
      <w:r>
        <w:t>kësaj</w:t>
      </w:r>
      <w:proofErr w:type="spellEnd"/>
      <w:r>
        <w:t xml:space="preserve"> </w:t>
      </w:r>
      <w:proofErr w:type="spellStart"/>
      <w:r>
        <w:t>bashkie</w:t>
      </w:r>
      <w:proofErr w:type="spellEnd"/>
      <w:r>
        <w:t xml:space="preserve"> </w:t>
      </w:r>
      <w:proofErr w:type="spellStart"/>
      <w:r>
        <w:t>edhe</w:t>
      </w:r>
      <w:proofErr w:type="spellEnd"/>
      <w:r>
        <w:t xml:space="preserve"> </w:t>
      </w:r>
      <w:proofErr w:type="spellStart"/>
      <w:r>
        <w:t>larg</w:t>
      </w:r>
      <w:proofErr w:type="spellEnd"/>
      <w:r>
        <w:t xml:space="preserve"> </w:t>
      </w:r>
      <w:proofErr w:type="spellStart"/>
      <w:r>
        <w:t>qoftë</w:t>
      </w:r>
      <w:proofErr w:type="spellEnd"/>
      <w:r>
        <w:t xml:space="preserve"> </w:t>
      </w:r>
      <w:proofErr w:type="spellStart"/>
      <w:r>
        <w:t>në</w:t>
      </w:r>
      <w:proofErr w:type="spellEnd"/>
      <w:r>
        <w:t xml:space="preserve"> </w:t>
      </w:r>
      <w:proofErr w:type="spellStart"/>
      <w:r>
        <w:t>rastin</w:t>
      </w:r>
      <w:proofErr w:type="spellEnd"/>
      <w:r>
        <w:t xml:space="preserve"> </w:t>
      </w:r>
      <w:proofErr w:type="spellStart"/>
      <w:r>
        <w:t>më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ose</w:t>
      </w:r>
      <w:proofErr w:type="spellEnd"/>
      <w:r>
        <w:t xml:space="preserve"> </w:t>
      </w:r>
      <w:proofErr w:type="spellStart"/>
      <w:r>
        <w:t>më</w:t>
      </w:r>
      <w:proofErr w:type="spellEnd"/>
      <w:r>
        <w:t xml:space="preserve"> </w:t>
      </w:r>
      <w:proofErr w:type="spellStart"/>
      <w:r>
        <w:t>të</w:t>
      </w:r>
      <w:proofErr w:type="spellEnd"/>
      <w:r>
        <w:t xml:space="preserve"> </w:t>
      </w:r>
      <w:proofErr w:type="spellStart"/>
      <w:r>
        <w:t>keq</w:t>
      </w:r>
      <w:proofErr w:type="spellEnd"/>
      <w:r>
        <w:t xml:space="preserve">, </w:t>
      </w:r>
      <w:proofErr w:type="spellStart"/>
      <w:r>
        <w:t>mbi</w:t>
      </w:r>
      <w:proofErr w:type="spellEnd"/>
      <w:r>
        <w:t xml:space="preserve"> </w:t>
      </w:r>
      <w:proofErr w:type="spellStart"/>
      <w:r>
        <w:t>kështu</w:t>
      </w:r>
      <w:proofErr w:type="spellEnd"/>
      <w:r>
        <w:t xml:space="preserve"> </w:t>
      </w:r>
      <w:proofErr w:type="spellStart"/>
      <w:r>
        <w:t>dhe</w:t>
      </w:r>
      <w:proofErr w:type="spellEnd"/>
      <w:r>
        <w:t xml:space="preserve"> 40 km </w:t>
      </w:r>
      <w:proofErr w:type="spellStart"/>
      <w:r>
        <w:t>të</w:t>
      </w:r>
      <w:proofErr w:type="spellEnd"/>
      <w:r>
        <w:t xml:space="preserve"> </w:t>
      </w:r>
      <w:proofErr w:type="spellStart"/>
      <w:r>
        <w:t>tjera</w:t>
      </w:r>
      <w:proofErr w:type="spellEnd"/>
      <w:r>
        <w:t xml:space="preserve">, </w:t>
      </w:r>
      <w:proofErr w:type="spellStart"/>
      <w:r>
        <w:t>largon</w:t>
      </w:r>
      <w:proofErr w:type="spellEnd"/>
      <w:r>
        <w:t xml:space="preserve"> </w:t>
      </w:r>
      <w:proofErr w:type="spellStart"/>
      <w:r>
        <w:t>shërbimin</w:t>
      </w:r>
      <w:proofErr w:type="spellEnd"/>
      <w:r>
        <w:t xml:space="preserve"> </w:t>
      </w:r>
      <w:proofErr w:type="spellStart"/>
      <w:r>
        <w:t>ndaj</w:t>
      </w:r>
      <w:proofErr w:type="spellEnd"/>
      <w:r>
        <w:t xml:space="preserve"> </w:t>
      </w:r>
      <w:proofErr w:type="spellStart"/>
      <w:r>
        <w:t>qytetarit</w:t>
      </w:r>
      <w:proofErr w:type="spellEnd"/>
      <w:r>
        <w:t xml:space="preserve">. </w:t>
      </w:r>
      <w:proofErr w:type="spellStart"/>
      <w:r>
        <w:t>Unë</w:t>
      </w:r>
      <w:proofErr w:type="spellEnd"/>
      <w:r>
        <w:t xml:space="preserve"> e </w:t>
      </w:r>
      <w:proofErr w:type="spellStart"/>
      <w:r>
        <w:t>dëgjova</w:t>
      </w:r>
      <w:proofErr w:type="spellEnd"/>
      <w:r>
        <w:t xml:space="preserve"> </w:t>
      </w:r>
      <w:proofErr w:type="spellStart"/>
      <w:r>
        <w:t>dhe</w:t>
      </w:r>
      <w:proofErr w:type="spellEnd"/>
      <w:r>
        <w:t xml:space="preserve"> </w:t>
      </w:r>
      <w:proofErr w:type="spellStart"/>
      <w:r>
        <w:t>në</w:t>
      </w:r>
      <w:proofErr w:type="spellEnd"/>
      <w:r>
        <w:t xml:space="preserve"> </w:t>
      </w:r>
      <w:proofErr w:type="spellStart"/>
      <w:r>
        <w:t>zgjedhjen</w:t>
      </w:r>
      <w:proofErr w:type="spellEnd"/>
      <w:r>
        <w:t xml:space="preserve"> </w:t>
      </w:r>
      <w:proofErr w:type="spellStart"/>
      <w:r>
        <w:t>si</w:t>
      </w:r>
      <w:proofErr w:type="spellEnd"/>
      <w:r>
        <w:t xml:space="preserve"> ja </w:t>
      </w:r>
      <w:proofErr w:type="spellStart"/>
      <w:r>
        <w:t>bën</w:t>
      </w:r>
      <w:proofErr w:type="spellEnd"/>
      <w:r>
        <w:t xml:space="preserve"> </w:t>
      </w:r>
      <w:proofErr w:type="spellStart"/>
      <w:r>
        <w:t>Shkodër</w:t>
      </w:r>
      <w:proofErr w:type="spellEnd"/>
      <w:r>
        <w:t xml:space="preserve">. Ju </w:t>
      </w:r>
      <w:proofErr w:type="spellStart"/>
      <w:r>
        <w:t>lutem</w:t>
      </w:r>
      <w:proofErr w:type="spellEnd"/>
      <w:r>
        <w:t xml:space="preserve"> </w:t>
      </w:r>
      <w:proofErr w:type="spellStart"/>
      <w:r>
        <w:t>shumë</w:t>
      </w:r>
      <w:proofErr w:type="spellEnd"/>
      <w:r>
        <w:t xml:space="preserve">, </w:t>
      </w:r>
      <w:proofErr w:type="spellStart"/>
      <w:r>
        <w:t>të</w:t>
      </w:r>
      <w:proofErr w:type="spellEnd"/>
      <w:r>
        <w:t xml:space="preserve"> </w:t>
      </w:r>
      <w:proofErr w:type="spellStart"/>
      <w:r>
        <w:t>jena</w:t>
      </w:r>
      <w:proofErr w:type="spellEnd"/>
      <w:r>
        <w:t xml:space="preserve"> </w:t>
      </w:r>
      <w:proofErr w:type="spellStart"/>
      <w:r>
        <w:t>më</w:t>
      </w:r>
      <w:proofErr w:type="spellEnd"/>
      <w:r>
        <w:t xml:space="preserve"> </w:t>
      </w:r>
      <w:proofErr w:type="spellStart"/>
      <w:r>
        <w:t>qytetarët</w:t>
      </w:r>
      <w:proofErr w:type="spellEnd"/>
      <w:r>
        <w:t xml:space="preserve">, </w:t>
      </w:r>
      <w:proofErr w:type="spellStart"/>
      <w:r>
        <w:t>janë</w:t>
      </w:r>
      <w:proofErr w:type="spellEnd"/>
      <w:r>
        <w:t xml:space="preserve"> </w:t>
      </w:r>
      <w:proofErr w:type="spellStart"/>
      <w:r>
        <w:t>njësoj</w:t>
      </w:r>
      <w:proofErr w:type="spellEnd"/>
      <w:r>
        <w:t xml:space="preserve"> </w:t>
      </w:r>
      <w:proofErr w:type="spellStart"/>
      <w:r>
        <w:t>si</w:t>
      </w:r>
      <w:proofErr w:type="spellEnd"/>
      <w:r>
        <w:t xml:space="preserve"> </w:t>
      </w:r>
      <w:proofErr w:type="spellStart"/>
      <w:r>
        <w:t>për</w:t>
      </w:r>
      <w:proofErr w:type="spellEnd"/>
      <w:r>
        <w:t xml:space="preserve"> </w:t>
      </w:r>
      <w:proofErr w:type="spellStart"/>
      <w:r>
        <w:t>deputetë</w:t>
      </w:r>
      <w:proofErr w:type="spellEnd"/>
      <w:r>
        <w:t xml:space="preserve">, </w:t>
      </w:r>
      <w:proofErr w:type="spellStart"/>
      <w:r>
        <w:t>si</w:t>
      </w:r>
      <w:proofErr w:type="spellEnd"/>
      <w:r>
        <w:t xml:space="preserve"> </w:t>
      </w:r>
      <w:proofErr w:type="spellStart"/>
      <w:r>
        <w:t>për</w:t>
      </w:r>
      <w:proofErr w:type="spellEnd"/>
      <w:r>
        <w:t xml:space="preserve"> </w:t>
      </w:r>
      <w:proofErr w:type="spellStart"/>
      <w:r>
        <w:t>kryetarë</w:t>
      </w:r>
      <w:proofErr w:type="spellEnd"/>
      <w:r>
        <w:t xml:space="preserve"> </w:t>
      </w:r>
      <w:proofErr w:type="spellStart"/>
      <w:r>
        <w:t>të</w:t>
      </w:r>
      <w:proofErr w:type="spellEnd"/>
      <w:r>
        <w:t xml:space="preserve"> </w:t>
      </w:r>
      <w:proofErr w:type="spellStart"/>
      <w:r>
        <w:t>bashkive</w:t>
      </w:r>
      <w:proofErr w:type="spellEnd"/>
      <w:r>
        <w:t xml:space="preserve">. </w:t>
      </w:r>
      <w:proofErr w:type="spellStart"/>
      <w:r>
        <w:t>Ato</w:t>
      </w:r>
      <w:proofErr w:type="spellEnd"/>
      <w:r>
        <w:t xml:space="preserve"> </w:t>
      </w:r>
      <w:proofErr w:type="spellStart"/>
      <w:r>
        <w:t>janë</w:t>
      </w:r>
      <w:proofErr w:type="spellEnd"/>
      <w:r>
        <w:t xml:space="preserve"> </w:t>
      </w:r>
      <w:proofErr w:type="spellStart"/>
      <w:r>
        <w:t>qytetarë</w:t>
      </w:r>
      <w:proofErr w:type="spellEnd"/>
      <w:r>
        <w:t xml:space="preserve">, </w:t>
      </w:r>
      <w:proofErr w:type="spellStart"/>
      <w:r>
        <w:t>duhet</w:t>
      </w:r>
      <w:proofErr w:type="spellEnd"/>
      <w:r>
        <w:t xml:space="preserve"> </w:t>
      </w:r>
      <w:proofErr w:type="spellStart"/>
      <w:r>
        <w:t>t'ju</w:t>
      </w:r>
      <w:proofErr w:type="spellEnd"/>
      <w:r>
        <w:t xml:space="preserve"> </w:t>
      </w:r>
      <w:proofErr w:type="spellStart"/>
      <w:r>
        <w:t>shërbejmë</w:t>
      </w:r>
      <w:proofErr w:type="spellEnd"/>
      <w:r>
        <w:t xml:space="preserve"> </w:t>
      </w:r>
      <w:proofErr w:type="spellStart"/>
      <w:r>
        <w:t>aq</w:t>
      </w:r>
      <w:proofErr w:type="spellEnd"/>
      <w:r>
        <w:t xml:space="preserve"> </w:t>
      </w:r>
      <w:proofErr w:type="spellStart"/>
      <w:r>
        <w:t>mundësi</w:t>
      </w:r>
      <w:proofErr w:type="spellEnd"/>
      <w:r>
        <w:t xml:space="preserve"> </w:t>
      </w:r>
      <w:proofErr w:type="spellStart"/>
      <w:r>
        <w:t>sa</w:t>
      </w:r>
      <w:proofErr w:type="spellEnd"/>
      <w:r>
        <w:t xml:space="preserve"> </w:t>
      </w:r>
      <w:proofErr w:type="spellStart"/>
      <w:r>
        <w:t>kena</w:t>
      </w:r>
      <w:proofErr w:type="spellEnd"/>
      <w:r>
        <w:t xml:space="preserve">. Tashi, </w:t>
      </w:r>
      <w:proofErr w:type="spellStart"/>
      <w:r>
        <w:t>shërbimi</w:t>
      </w:r>
      <w:proofErr w:type="spellEnd"/>
      <w:r>
        <w:t xml:space="preserve"> </w:t>
      </w:r>
      <w:proofErr w:type="spellStart"/>
      <w:r>
        <w:t>te</w:t>
      </w:r>
      <w:proofErr w:type="spellEnd"/>
      <w:r>
        <w:t xml:space="preserve"> </w:t>
      </w:r>
      <w:proofErr w:type="spellStart"/>
      <w:r>
        <w:t>qytetari</w:t>
      </w:r>
      <w:proofErr w:type="spellEnd"/>
      <w:r>
        <w:t xml:space="preserve">, e </w:t>
      </w:r>
      <w:proofErr w:type="spellStart"/>
      <w:r>
        <w:t>shërbimi</w:t>
      </w:r>
      <w:proofErr w:type="spellEnd"/>
      <w:r>
        <w:t xml:space="preserve"> </w:t>
      </w:r>
      <w:proofErr w:type="spellStart"/>
      <w:r>
        <w:t>pranë</w:t>
      </w:r>
      <w:proofErr w:type="spellEnd"/>
      <w:r>
        <w:t xml:space="preserve"> </w:t>
      </w:r>
      <w:proofErr w:type="spellStart"/>
      <w:r>
        <w:t>qytetarit</w:t>
      </w:r>
      <w:proofErr w:type="spellEnd"/>
      <w:r>
        <w:t xml:space="preserve">, </w:t>
      </w:r>
      <w:proofErr w:type="spellStart"/>
      <w:r>
        <w:t>mendoj</w:t>
      </w:r>
      <w:proofErr w:type="spellEnd"/>
      <w:r>
        <w:t xml:space="preserve"> se </w:t>
      </w:r>
      <w:proofErr w:type="spellStart"/>
      <w:r>
        <w:t>kjo</w:t>
      </w:r>
      <w:proofErr w:type="spellEnd"/>
      <w:r>
        <w:t xml:space="preserve"> </w:t>
      </w:r>
      <w:proofErr w:type="spellStart"/>
      <w:r>
        <w:t>është</w:t>
      </w:r>
      <w:proofErr w:type="spellEnd"/>
      <w:r>
        <w:t xml:space="preserve"> </w:t>
      </w:r>
      <w:proofErr w:type="spellStart"/>
      <w:r>
        <w:t>si</w:t>
      </w:r>
      <w:proofErr w:type="spellEnd"/>
      <w:r>
        <w:t xml:space="preserve"> ai libri 1 </w:t>
      </w:r>
      <w:proofErr w:type="spellStart"/>
      <w:r>
        <w:t>dhe</w:t>
      </w:r>
      <w:proofErr w:type="spellEnd"/>
      <w:r>
        <w:t xml:space="preserve"> 1, 1 plus 1 </w:t>
      </w:r>
      <w:proofErr w:type="spellStart"/>
      <w:r>
        <w:t>bëjnë</w:t>
      </w:r>
      <w:proofErr w:type="spellEnd"/>
      <w:r>
        <w:t xml:space="preserve"> 1. Tani shih, </w:t>
      </w:r>
      <w:proofErr w:type="spellStart"/>
      <w:r>
        <w:t>problemi</w:t>
      </w:r>
      <w:proofErr w:type="spellEnd"/>
      <w:r>
        <w:t xml:space="preserve"> </w:t>
      </w:r>
      <w:proofErr w:type="spellStart"/>
      <w:r>
        <w:t>ynë</w:t>
      </w:r>
      <w:proofErr w:type="spellEnd"/>
      <w:r>
        <w:t xml:space="preserve"> </w:t>
      </w:r>
      <w:proofErr w:type="spellStart"/>
      <w:r>
        <w:t>është</w:t>
      </w:r>
      <w:proofErr w:type="spellEnd"/>
      <w:r>
        <w:t xml:space="preserve">, ne do </w:t>
      </w:r>
      <w:proofErr w:type="spellStart"/>
      <w:r>
        <w:t>kapim</w:t>
      </w:r>
      <w:proofErr w:type="spellEnd"/>
      <w:r>
        <w:t xml:space="preserve"> </w:t>
      </w:r>
      <w:proofErr w:type="spellStart"/>
      <w:r>
        <w:t>të</w:t>
      </w:r>
      <w:proofErr w:type="spellEnd"/>
      <w:r>
        <w:t xml:space="preserve"> </w:t>
      </w:r>
      <w:proofErr w:type="spellStart"/>
      <w:r>
        <w:t>paktën</w:t>
      </w:r>
      <w:proofErr w:type="spellEnd"/>
      <w:r>
        <w:t xml:space="preserve"> </w:t>
      </w:r>
      <w:proofErr w:type="spellStart"/>
      <w:r>
        <w:t>një</w:t>
      </w:r>
      <w:proofErr w:type="spellEnd"/>
      <w:r>
        <w:t xml:space="preserve"> </w:t>
      </w:r>
      <w:proofErr w:type="spellStart"/>
      <w:r>
        <w:t>parametër</w:t>
      </w:r>
      <w:proofErr w:type="spellEnd"/>
      <w:r>
        <w:t xml:space="preserve"> </w:t>
      </w:r>
      <w:proofErr w:type="spellStart"/>
      <w:r>
        <w:t>të</w:t>
      </w:r>
      <w:proofErr w:type="spellEnd"/>
      <w:r>
        <w:t xml:space="preserve"> </w:t>
      </w:r>
      <w:proofErr w:type="spellStart"/>
      <w:r>
        <w:t>përafërt</w:t>
      </w:r>
      <w:proofErr w:type="spellEnd"/>
      <w:r>
        <w:t xml:space="preserve"> me </w:t>
      </w:r>
      <w:proofErr w:type="spellStart"/>
      <w:r>
        <w:t>Ballkanin</w:t>
      </w:r>
      <w:proofErr w:type="spellEnd"/>
      <w:r>
        <w:t xml:space="preserve"> apo me </w:t>
      </w:r>
      <w:proofErr w:type="spellStart"/>
      <w:r>
        <w:t>Bashkimin</w:t>
      </w:r>
      <w:proofErr w:type="spellEnd"/>
      <w:r>
        <w:t xml:space="preserve"> </w:t>
      </w:r>
      <w:proofErr w:type="spellStart"/>
      <w:r>
        <w:t>Evropian</w:t>
      </w:r>
      <w:proofErr w:type="spellEnd"/>
      <w:r>
        <w:t xml:space="preserve">. </w:t>
      </w:r>
      <w:proofErr w:type="spellStart"/>
      <w:r>
        <w:t>Kështu</w:t>
      </w:r>
      <w:proofErr w:type="spellEnd"/>
      <w:r>
        <w:t xml:space="preserve"> </w:t>
      </w:r>
      <w:proofErr w:type="spellStart"/>
      <w:r>
        <w:t>që</w:t>
      </w:r>
      <w:proofErr w:type="spellEnd"/>
      <w:r>
        <w:t xml:space="preserve"> ne </w:t>
      </w:r>
      <w:proofErr w:type="spellStart"/>
      <w:r>
        <w:t>nuk</w:t>
      </w:r>
      <w:proofErr w:type="spellEnd"/>
      <w:r>
        <w:t xml:space="preserve"> </w:t>
      </w:r>
      <w:proofErr w:type="spellStart"/>
      <w:r>
        <w:t>mund</w:t>
      </w:r>
      <w:proofErr w:type="spellEnd"/>
      <w:r>
        <w:t xml:space="preserve"> </w:t>
      </w:r>
      <w:proofErr w:type="spellStart"/>
      <w:r>
        <w:t>të</w:t>
      </w:r>
      <w:proofErr w:type="spellEnd"/>
      <w:r>
        <w:t xml:space="preserve"> </w:t>
      </w:r>
      <w:proofErr w:type="spellStart"/>
      <w:r>
        <w:t>shkojmë</w:t>
      </w:r>
      <w:proofErr w:type="spellEnd"/>
      <w:r>
        <w:t xml:space="preserve"> </w:t>
      </w:r>
      <w:proofErr w:type="spellStart"/>
      <w:r>
        <w:t>në</w:t>
      </w:r>
      <w:proofErr w:type="spellEnd"/>
      <w:r>
        <w:t xml:space="preserve"> </w:t>
      </w:r>
      <w:proofErr w:type="spellStart"/>
      <w:r>
        <w:t>Bashkimin</w:t>
      </w:r>
      <w:proofErr w:type="spellEnd"/>
      <w:r>
        <w:t xml:space="preserve"> </w:t>
      </w:r>
      <w:proofErr w:type="spellStart"/>
      <w:r>
        <w:t>Evropian</w:t>
      </w:r>
      <w:proofErr w:type="spellEnd"/>
      <w:r>
        <w:t xml:space="preserve"> </w:t>
      </w:r>
      <w:proofErr w:type="spellStart"/>
      <w:r>
        <w:t>pa</w:t>
      </w:r>
      <w:proofErr w:type="spellEnd"/>
      <w:r>
        <w:t xml:space="preserve"> </w:t>
      </w:r>
      <w:proofErr w:type="spellStart"/>
      <w:r>
        <w:t>kapur</w:t>
      </w:r>
      <w:proofErr w:type="spellEnd"/>
      <w:r>
        <w:t xml:space="preserve"> </w:t>
      </w:r>
      <w:proofErr w:type="spellStart"/>
      <w:r>
        <w:t>këtë</w:t>
      </w:r>
      <w:proofErr w:type="spellEnd"/>
      <w:r>
        <w:t xml:space="preserve"> </w:t>
      </w:r>
      <w:proofErr w:type="spellStart"/>
      <w:r>
        <w:t>parametër</w:t>
      </w:r>
      <w:proofErr w:type="spellEnd"/>
      <w:r>
        <w:t xml:space="preserve">. </w:t>
      </w:r>
      <w:proofErr w:type="spellStart"/>
      <w:r>
        <w:t>Unë</w:t>
      </w:r>
      <w:proofErr w:type="spellEnd"/>
      <w:r>
        <w:t xml:space="preserve"> </w:t>
      </w:r>
      <w:proofErr w:type="spellStart"/>
      <w:r>
        <w:t>nuk</w:t>
      </w:r>
      <w:proofErr w:type="spellEnd"/>
      <w:r>
        <w:t xml:space="preserve"> e </w:t>
      </w:r>
      <w:proofErr w:type="spellStart"/>
      <w:r>
        <w:t>mendoj</w:t>
      </w:r>
      <w:proofErr w:type="spellEnd"/>
      <w:r>
        <w:t xml:space="preserve"> </w:t>
      </w:r>
      <w:proofErr w:type="spellStart"/>
      <w:r>
        <w:t>që</w:t>
      </w:r>
      <w:proofErr w:type="spellEnd"/>
      <w:r>
        <w:t xml:space="preserve"> </w:t>
      </w:r>
      <w:proofErr w:type="spellStart"/>
      <w:r>
        <w:t>ky</w:t>
      </w:r>
      <w:proofErr w:type="spellEnd"/>
      <w:r>
        <w:t xml:space="preserve"> </w:t>
      </w:r>
      <w:proofErr w:type="spellStart"/>
      <w:r>
        <w:t>nuk</w:t>
      </w:r>
      <w:proofErr w:type="spellEnd"/>
      <w:r>
        <w:t xml:space="preserve"> </w:t>
      </w:r>
      <w:proofErr w:type="spellStart"/>
      <w:r>
        <w:t>realizohet</w:t>
      </w:r>
      <w:proofErr w:type="spellEnd"/>
      <w:r>
        <w:t xml:space="preserve"> me </w:t>
      </w:r>
      <w:proofErr w:type="spellStart"/>
      <w:r>
        <w:t>shtimin</w:t>
      </w:r>
      <w:proofErr w:type="spellEnd"/>
      <w:r>
        <w:t xml:space="preserve"> e </w:t>
      </w:r>
      <w:proofErr w:type="spellStart"/>
      <w:r>
        <w:t>të</w:t>
      </w:r>
      <w:proofErr w:type="spellEnd"/>
      <w:r>
        <w:t xml:space="preserve"> </w:t>
      </w:r>
      <w:proofErr w:type="spellStart"/>
      <w:r>
        <w:t>ardhurave</w:t>
      </w:r>
      <w:proofErr w:type="spellEnd"/>
      <w:r>
        <w:t xml:space="preserve"> </w:t>
      </w:r>
      <w:proofErr w:type="spellStart"/>
      <w:r>
        <w:t>të</w:t>
      </w:r>
      <w:proofErr w:type="spellEnd"/>
      <w:r>
        <w:t xml:space="preserve"> </w:t>
      </w:r>
      <w:proofErr w:type="spellStart"/>
      <w:r>
        <w:t>çdo</w:t>
      </w:r>
      <w:proofErr w:type="spellEnd"/>
      <w:r>
        <w:t xml:space="preserve"> </w:t>
      </w:r>
      <w:proofErr w:type="spellStart"/>
      <w:r>
        <w:t>bashkie</w:t>
      </w:r>
      <w:proofErr w:type="spellEnd"/>
      <w:r>
        <w:t xml:space="preserve">, </w:t>
      </w:r>
      <w:proofErr w:type="spellStart"/>
      <w:r>
        <w:t>sidomos</w:t>
      </w:r>
      <w:proofErr w:type="spellEnd"/>
      <w:r>
        <w:t xml:space="preserve"> me ne </w:t>
      </w:r>
      <w:proofErr w:type="spellStart"/>
      <w:r>
        <w:t>që</w:t>
      </w:r>
      <w:proofErr w:type="spellEnd"/>
      <w:r>
        <w:t xml:space="preserve"> </w:t>
      </w:r>
      <w:proofErr w:type="spellStart"/>
      <w:r>
        <w:t>kemi</w:t>
      </w:r>
      <w:proofErr w:type="spellEnd"/>
      <w:r>
        <w:t xml:space="preserve"> </w:t>
      </w:r>
      <w:proofErr w:type="spellStart"/>
      <w:r>
        <w:t>mundësi</w:t>
      </w:r>
      <w:proofErr w:type="spellEnd"/>
      <w:r>
        <w:t xml:space="preserve"> </w:t>
      </w:r>
      <w:proofErr w:type="spellStart"/>
      <w:r>
        <w:t>studimesh</w:t>
      </w:r>
      <w:proofErr w:type="spellEnd"/>
      <w:r>
        <w:t xml:space="preserve">. Bashkia e </w:t>
      </w:r>
      <w:proofErr w:type="spellStart"/>
      <w:r>
        <w:t>Fushë</w:t>
      </w:r>
      <w:proofErr w:type="spellEnd"/>
      <w:r>
        <w:t xml:space="preserve"> </w:t>
      </w:r>
      <w:proofErr w:type="spellStart"/>
      <w:r>
        <w:t>Arsit</w:t>
      </w:r>
      <w:proofErr w:type="spellEnd"/>
      <w:r>
        <w:t xml:space="preserve"> ka </w:t>
      </w:r>
      <w:proofErr w:type="spellStart"/>
      <w:r>
        <w:t>një</w:t>
      </w:r>
      <w:proofErr w:type="spellEnd"/>
      <w:r>
        <w:t xml:space="preserve">, ka </w:t>
      </w:r>
      <w:proofErr w:type="spellStart"/>
      <w:r>
        <w:t>bërë</w:t>
      </w:r>
      <w:proofErr w:type="spellEnd"/>
      <w:r>
        <w:t xml:space="preserve"> </w:t>
      </w:r>
      <w:proofErr w:type="spellStart"/>
      <w:r>
        <w:t>studime</w:t>
      </w:r>
      <w:proofErr w:type="spellEnd"/>
      <w:r>
        <w:t xml:space="preserve"> </w:t>
      </w:r>
      <w:proofErr w:type="spellStart"/>
      <w:r>
        <w:t>dhe</w:t>
      </w:r>
      <w:proofErr w:type="spellEnd"/>
      <w:r>
        <w:t xml:space="preserve"> </w:t>
      </w:r>
      <w:proofErr w:type="spellStart"/>
      <w:r>
        <w:t>për</w:t>
      </w:r>
      <w:proofErr w:type="spellEnd"/>
      <w:r>
        <w:t xml:space="preserve"> </w:t>
      </w:r>
      <w:proofErr w:type="spellStart"/>
      <w:r>
        <w:t>fushën</w:t>
      </w:r>
      <w:proofErr w:type="spellEnd"/>
      <w:r>
        <w:t xml:space="preserve"> e </w:t>
      </w:r>
      <w:proofErr w:type="spellStart"/>
      <w:r>
        <w:t>sikurstimit</w:t>
      </w:r>
      <w:proofErr w:type="spellEnd"/>
      <w:r>
        <w:t xml:space="preserve"> </w:t>
      </w:r>
      <w:proofErr w:type="spellStart"/>
      <w:r>
        <w:t>të</w:t>
      </w:r>
      <w:proofErr w:type="spellEnd"/>
      <w:r>
        <w:t xml:space="preserve"> </w:t>
      </w:r>
      <w:proofErr w:type="spellStart"/>
      <w:r>
        <w:t>karbonit</w:t>
      </w:r>
      <w:proofErr w:type="spellEnd"/>
      <w:r>
        <w:t xml:space="preserve">, e </w:t>
      </w:r>
      <w:proofErr w:type="spellStart"/>
      <w:r>
        <w:t>cila</w:t>
      </w:r>
      <w:proofErr w:type="spellEnd"/>
      <w:r>
        <w:t xml:space="preserve"> </w:t>
      </w:r>
      <w:proofErr w:type="spellStart"/>
      <w:r>
        <w:t>mendoj</w:t>
      </w:r>
      <w:proofErr w:type="spellEnd"/>
      <w:r>
        <w:t xml:space="preserve"> </w:t>
      </w:r>
      <w:proofErr w:type="spellStart"/>
      <w:r>
        <w:t>që</w:t>
      </w:r>
      <w:proofErr w:type="spellEnd"/>
      <w:r>
        <w:t xml:space="preserve"> </w:t>
      </w:r>
      <w:proofErr w:type="spellStart"/>
      <w:r>
        <w:t>për</w:t>
      </w:r>
      <w:proofErr w:type="spellEnd"/>
      <w:r>
        <w:t xml:space="preserve"> </w:t>
      </w:r>
      <w:proofErr w:type="spellStart"/>
      <w:r>
        <w:t>çdo</w:t>
      </w:r>
      <w:proofErr w:type="spellEnd"/>
      <w:r>
        <w:t xml:space="preserve"> </w:t>
      </w:r>
      <w:proofErr w:type="spellStart"/>
      <w:r>
        <w:t>bashki</w:t>
      </w:r>
      <w:proofErr w:type="spellEnd"/>
      <w:r>
        <w:t xml:space="preserve"> </w:t>
      </w:r>
      <w:proofErr w:type="spellStart"/>
      <w:r>
        <w:t>të</w:t>
      </w:r>
      <w:proofErr w:type="spellEnd"/>
      <w:r>
        <w:t xml:space="preserve"> </w:t>
      </w:r>
      <w:proofErr w:type="spellStart"/>
      <w:r>
        <w:t>krahasuar</w:t>
      </w:r>
      <w:proofErr w:type="spellEnd"/>
      <w:r>
        <w:t xml:space="preserve"> me ne </w:t>
      </w:r>
      <w:proofErr w:type="spellStart"/>
      <w:r>
        <w:t>është</w:t>
      </w:r>
      <w:proofErr w:type="spellEnd"/>
      <w:r>
        <w:t xml:space="preserve"> </w:t>
      </w:r>
      <w:proofErr w:type="spellStart"/>
      <w:r>
        <w:t>një</w:t>
      </w:r>
      <w:proofErr w:type="spellEnd"/>
      <w:r>
        <w:t xml:space="preserve"> </w:t>
      </w:r>
      <w:proofErr w:type="spellStart"/>
      <w:r>
        <w:t>sfidë</w:t>
      </w:r>
      <w:proofErr w:type="spellEnd"/>
      <w:r>
        <w:t xml:space="preserve"> </w:t>
      </w:r>
      <w:proofErr w:type="spellStart"/>
      <w:r>
        <w:t>në</w:t>
      </w:r>
      <w:proofErr w:type="spellEnd"/>
      <w:r>
        <w:t xml:space="preserve"> </w:t>
      </w:r>
      <w:proofErr w:type="spellStart"/>
      <w:r>
        <w:t>vete</w:t>
      </w:r>
      <w:proofErr w:type="spellEnd"/>
      <w:r>
        <w:t xml:space="preserve">, </w:t>
      </w:r>
      <w:proofErr w:type="spellStart"/>
      <w:r>
        <w:t>edhe</w:t>
      </w:r>
      <w:proofErr w:type="spellEnd"/>
      <w:r>
        <w:t xml:space="preserve"> </w:t>
      </w:r>
      <w:proofErr w:type="spellStart"/>
      <w:r>
        <w:t>mendoj</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ketë</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ekonomike</w:t>
      </w:r>
      <w:proofErr w:type="spellEnd"/>
      <w:r>
        <w:t xml:space="preserve"> </w:t>
      </w:r>
      <w:proofErr w:type="spellStart"/>
      <w:r>
        <w:t>që</w:t>
      </w:r>
      <w:proofErr w:type="spellEnd"/>
      <w:r>
        <w:t xml:space="preserve"> </w:t>
      </w:r>
      <w:proofErr w:type="spellStart"/>
      <w:r>
        <w:t>më</w:t>
      </w:r>
      <w:proofErr w:type="spellEnd"/>
      <w:r>
        <w:t xml:space="preserve"> </w:t>
      </w:r>
      <w:proofErr w:type="spellStart"/>
      <w:r>
        <w:t>së</w:t>
      </w:r>
      <w:proofErr w:type="spellEnd"/>
      <w:r>
        <w:t xml:space="preserve"> pas </w:t>
      </w:r>
      <w:proofErr w:type="spellStart"/>
      <w:r>
        <w:t>varësi</w:t>
      </w:r>
      <w:proofErr w:type="spellEnd"/>
      <w:r>
        <w:t xml:space="preserve"> </w:t>
      </w:r>
      <w:proofErr w:type="spellStart"/>
      <w:r>
        <w:t>financiare</w:t>
      </w:r>
      <w:proofErr w:type="spellEnd"/>
      <w:r>
        <w:t xml:space="preserve"> </w:t>
      </w:r>
      <w:proofErr w:type="spellStart"/>
      <w:r>
        <w:t>nga</w:t>
      </w:r>
      <w:proofErr w:type="spellEnd"/>
      <w:r>
        <w:t xml:space="preserve"> </w:t>
      </w:r>
      <w:proofErr w:type="spellStart"/>
      <w:r>
        <w:t>buxheti</w:t>
      </w:r>
      <w:proofErr w:type="spellEnd"/>
      <w:r>
        <w:t xml:space="preserve"> </w:t>
      </w:r>
      <w:proofErr w:type="spellStart"/>
      <w:r>
        <w:t>i</w:t>
      </w:r>
      <w:proofErr w:type="spellEnd"/>
      <w:r>
        <w:t xml:space="preserve"> </w:t>
      </w:r>
      <w:proofErr w:type="spellStart"/>
      <w:r>
        <w:t>shtetit</w:t>
      </w:r>
      <w:proofErr w:type="spellEnd"/>
      <w:r>
        <w:t xml:space="preserve">. </w:t>
      </w:r>
      <w:proofErr w:type="spellStart"/>
      <w:r>
        <w:t>Kjo</w:t>
      </w:r>
      <w:proofErr w:type="spellEnd"/>
      <w:r>
        <w:t xml:space="preserve"> </w:t>
      </w:r>
      <w:proofErr w:type="spellStart"/>
      <w:r>
        <w:t>është</w:t>
      </w:r>
      <w:proofErr w:type="spellEnd"/>
      <w:r>
        <w:t xml:space="preserve"> e </w:t>
      </w:r>
      <w:proofErr w:type="spellStart"/>
      <w:r>
        <w:t>njohur</w:t>
      </w:r>
      <w:proofErr w:type="spellEnd"/>
      <w:r>
        <w:t xml:space="preserve"> </w:t>
      </w:r>
      <w:proofErr w:type="spellStart"/>
      <w:r>
        <w:t>për</w:t>
      </w:r>
      <w:proofErr w:type="spellEnd"/>
      <w:r>
        <w:t xml:space="preserve"> </w:t>
      </w:r>
      <w:proofErr w:type="spellStart"/>
      <w:r>
        <w:t>të</w:t>
      </w:r>
      <w:proofErr w:type="spellEnd"/>
      <w:r>
        <w:t xml:space="preserve"> </w:t>
      </w:r>
      <w:proofErr w:type="spellStart"/>
      <w:r>
        <w:t>gjitha</w:t>
      </w:r>
      <w:proofErr w:type="spellEnd"/>
      <w:r>
        <w:t xml:space="preserve"> </w:t>
      </w:r>
      <w:proofErr w:type="spellStart"/>
      <w:r>
        <w:t>shtetet</w:t>
      </w:r>
      <w:proofErr w:type="spellEnd"/>
      <w:r>
        <w:t xml:space="preserve"> e </w:t>
      </w:r>
      <w:proofErr w:type="spellStart"/>
      <w:r>
        <w:t>Bashkimit</w:t>
      </w:r>
      <w:proofErr w:type="spellEnd"/>
      <w:r>
        <w:t xml:space="preserve"> </w:t>
      </w:r>
      <w:proofErr w:type="spellStart"/>
      <w:r>
        <w:t>Evropian</w:t>
      </w:r>
      <w:proofErr w:type="spellEnd"/>
      <w:r>
        <w:t xml:space="preserve">, </w:t>
      </w:r>
      <w:proofErr w:type="spellStart"/>
      <w:r>
        <w:t>falë</w:t>
      </w:r>
      <w:proofErr w:type="spellEnd"/>
      <w:r>
        <w:t xml:space="preserve"> </w:t>
      </w:r>
      <w:proofErr w:type="spellStart"/>
      <w:r>
        <w:t>edhe</w:t>
      </w:r>
      <w:proofErr w:type="spellEnd"/>
      <w:r>
        <w:t xml:space="preserve"> </w:t>
      </w:r>
      <w:proofErr w:type="spellStart"/>
      <w:r>
        <w:t>sipërfaqes</w:t>
      </w:r>
      <w:proofErr w:type="spellEnd"/>
      <w:r>
        <w:t xml:space="preserve"> </w:t>
      </w:r>
      <w:proofErr w:type="spellStart"/>
      <w:r>
        <w:t>prej</w:t>
      </w:r>
      <w:proofErr w:type="spellEnd"/>
      <w:r>
        <w:t xml:space="preserve"> 46.000 </w:t>
      </w:r>
      <w:proofErr w:type="spellStart"/>
      <w:r>
        <w:t>hektarë</w:t>
      </w:r>
      <w:proofErr w:type="spellEnd"/>
      <w:r>
        <w:t xml:space="preserve"> </w:t>
      </w:r>
      <w:proofErr w:type="spellStart"/>
      <w:r>
        <w:t>që</w:t>
      </w:r>
      <w:proofErr w:type="spellEnd"/>
      <w:r>
        <w:t xml:space="preserve"> ka Bashkia e </w:t>
      </w:r>
      <w:proofErr w:type="spellStart"/>
      <w:r>
        <w:t>Fushë</w:t>
      </w:r>
      <w:proofErr w:type="spellEnd"/>
      <w:r>
        <w:t xml:space="preserve"> </w:t>
      </w:r>
      <w:proofErr w:type="spellStart"/>
      <w:r>
        <w:t>Arsit</w:t>
      </w:r>
      <w:proofErr w:type="spellEnd"/>
      <w:r>
        <w:t xml:space="preserve">, fond </w:t>
      </w:r>
      <w:proofErr w:type="spellStart"/>
      <w:r>
        <w:t>pyur</w:t>
      </w:r>
      <w:proofErr w:type="spellEnd"/>
      <w:r>
        <w:t xml:space="preserve">. Jena pa </w:t>
      </w:r>
      <w:proofErr w:type="spellStart"/>
      <w:r>
        <w:t>frikë</w:t>
      </w:r>
      <w:proofErr w:type="spellEnd"/>
      <w:r>
        <w:t xml:space="preserve"> </w:t>
      </w:r>
      <w:proofErr w:type="spellStart"/>
      <w:r>
        <w:t>në</w:t>
      </w:r>
      <w:proofErr w:type="spellEnd"/>
      <w:r>
        <w:t xml:space="preserve"> </w:t>
      </w:r>
      <w:proofErr w:type="spellStart"/>
      <w:r>
        <w:t>vendet</w:t>
      </w:r>
      <w:proofErr w:type="spellEnd"/>
      <w:r>
        <w:t xml:space="preserve"> </w:t>
      </w:r>
      <w:proofErr w:type="spellStart"/>
      <w:r>
        <w:t>më</w:t>
      </w:r>
      <w:proofErr w:type="spellEnd"/>
      <w:r>
        <w:t xml:space="preserve"> </w:t>
      </w:r>
      <w:proofErr w:type="spellStart"/>
      <w:r>
        <w:t>liderë</w:t>
      </w:r>
      <w:proofErr w:type="spellEnd"/>
      <w:r>
        <w:t xml:space="preserve"> </w:t>
      </w:r>
      <w:proofErr w:type="spellStart"/>
      <w:r>
        <w:t>si</w:t>
      </w:r>
      <w:proofErr w:type="spellEnd"/>
      <w:r>
        <w:t xml:space="preserve"> </w:t>
      </w:r>
      <w:proofErr w:type="spellStart"/>
      <w:r>
        <w:t>bashki</w:t>
      </w:r>
      <w:proofErr w:type="spellEnd"/>
      <w:r>
        <w:t xml:space="preserve">, </w:t>
      </w:r>
      <w:proofErr w:type="spellStart"/>
      <w:r>
        <w:t>në</w:t>
      </w:r>
      <w:proofErr w:type="spellEnd"/>
      <w:r>
        <w:t xml:space="preserve"> </w:t>
      </w:r>
      <w:proofErr w:type="spellStart"/>
      <w:r>
        <w:t>bashkitë</w:t>
      </w:r>
      <w:proofErr w:type="spellEnd"/>
      <w:r>
        <w:t xml:space="preserve"> e </w:t>
      </w:r>
      <w:proofErr w:type="spellStart"/>
      <w:r>
        <w:t>Ballkanit</w:t>
      </w:r>
      <w:proofErr w:type="spellEnd"/>
      <w:r>
        <w:t xml:space="preserve"> </w:t>
      </w:r>
      <w:proofErr w:type="spellStart"/>
      <w:r>
        <w:t>për</w:t>
      </w:r>
      <w:proofErr w:type="spellEnd"/>
      <w:r>
        <w:t xml:space="preserve"> </w:t>
      </w:r>
      <w:proofErr w:type="spellStart"/>
      <w:r>
        <w:t>sikurstimin</w:t>
      </w:r>
      <w:proofErr w:type="spellEnd"/>
      <w:r>
        <w:t xml:space="preserve"> e </w:t>
      </w:r>
      <w:proofErr w:type="spellStart"/>
      <w:r>
        <w:t>karbonit</w:t>
      </w:r>
      <w:proofErr w:type="spellEnd"/>
      <w:r>
        <w:t xml:space="preserve">. </w:t>
      </w:r>
      <w:proofErr w:type="spellStart"/>
      <w:r>
        <w:t>Këto</w:t>
      </w:r>
      <w:proofErr w:type="spellEnd"/>
      <w:r>
        <w:t xml:space="preserve"> me </w:t>
      </w:r>
      <w:proofErr w:type="spellStart"/>
      <w:r>
        <w:t>projekte</w:t>
      </w:r>
      <w:proofErr w:type="spellEnd"/>
      <w:r>
        <w:t xml:space="preserve">, ne </w:t>
      </w:r>
      <w:proofErr w:type="spellStart"/>
      <w:r>
        <w:t>kemi</w:t>
      </w:r>
      <w:proofErr w:type="spellEnd"/>
      <w:r>
        <w:t xml:space="preserve"> </w:t>
      </w:r>
      <w:proofErr w:type="spellStart"/>
      <w:r>
        <w:t>bërë</w:t>
      </w:r>
      <w:proofErr w:type="spellEnd"/>
      <w:r>
        <w:t xml:space="preserve"> </w:t>
      </w:r>
      <w:proofErr w:type="spellStart"/>
      <w:r>
        <w:t>projekte</w:t>
      </w:r>
      <w:proofErr w:type="spellEnd"/>
      <w:r>
        <w:t xml:space="preserve">, </w:t>
      </w:r>
      <w:proofErr w:type="spellStart"/>
      <w:r>
        <w:t>i</w:t>
      </w:r>
      <w:proofErr w:type="spellEnd"/>
      <w:r>
        <w:t xml:space="preserve"> </w:t>
      </w:r>
      <w:proofErr w:type="spellStart"/>
      <w:r>
        <w:t>kemi</w:t>
      </w:r>
      <w:proofErr w:type="spellEnd"/>
      <w:r>
        <w:t xml:space="preserve"> </w:t>
      </w:r>
      <w:proofErr w:type="spellStart"/>
      <w:r>
        <w:t>aplikuar</w:t>
      </w:r>
      <w:proofErr w:type="spellEnd"/>
      <w:r>
        <w:t xml:space="preserve"> </w:t>
      </w:r>
      <w:proofErr w:type="spellStart"/>
      <w:r>
        <w:t>në</w:t>
      </w:r>
      <w:proofErr w:type="spellEnd"/>
      <w:r>
        <w:t xml:space="preserve"> </w:t>
      </w:r>
      <w:proofErr w:type="spellStart"/>
      <w:r>
        <w:t>është</w:t>
      </w:r>
      <w:proofErr w:type="spellEnd"/>
      <w:r>
        <w:t xml:space="preserve"> e </w:t>
      </w:r>
      <w:proofErr w:type="spellStart"/>
      <w:r>
        <w:t>ardhme</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gjë</w:t>
      </w:r>
      <w:proofErr w:type="spellEnd"/>
      <w:r>
        <w:t xml:space="preserve"> </w:t>
      </w:r>
      <w:proofErr w:type="spellStart"/>
      <w:r>
        <w:t>si</w:t>
      </w:r>
      <w:proofErr w:type="spellEnd"/>
      <w:r>
        <w:t xml:space="preserve"> </w:t>
      </w:r>
      <w:proofErr w:type="spellStart"/>
      <w:r>
        <w:t>i</w:t>
      </w:r>
      <w:proofErr w:type="spellEnd"/>
      <w:r>
        <w:t xml:space="preserve"> </w:t>
      </w:r>
      <w:proofErr w:type="spellStart"/>
      <w:r>
        <w:t>garanton</w:t>
      </w:r>
      <w:proofErr w:type="spellEnd"/>
      <w:r>
        <w:t xml:space="preserve"> </w:t>
      </w:r>
      <w:proofErr w:type="spellStart"/>
      <w:r>
        <w:t>edhe</w:t>
      </w:r>
      <w:proofErr w:type="spellEnd"/>
      <w:r>
        <w:t xml:space="preserve"> </w:t>
      </w:r>
      <w:proofErr w:type="spellStart"/>
      <w:r>
        <w:t>investitorëve</w:t>
      </w:r>
      <w:proofErr w:type="spellEnd"/>
      <w:r>
        <w:t xml:space="preserve">, </w:t>
      </w:r>
      <w:proofErr w:type="spellStart"/>
      <w:r>
        <w:t>edhe</w:t>
      </w:r>
      <w:proofErr w:type="spellEnd"/>
      <w:r>
        <w:t xml:space="preserve"> </w:t>
      </w:r>
      <w:proofErr w:type="spellStart"/>
      <w:r>
        <w:t>të</w:t>
      </w:r>
      <w:proofErr w:type="spellEnd"/>
      <w:r>
        <w:t xml:space="preserve"> </w:t>
      </w:r>
      <w:proofErr w:type="spellStart"/>
      <w:r>
        <w:t>gjithë</w:t>
      </w:r>
      <w:proofErr w:type="spellEnd"/>
      <w:r>
        <w:t xml:space="preserve"> </w:t>
      </w:r>
      <w:proofErr w:type="spellStart"/>
      <w:r>
        <w:t>atyre</w:t>
      </w:r>
      <w:proofErr w:type="spellEnd"/>
      <w:r>
        <w:t xml:space="preserve"> </w:t>
      </w:r>
      <w:proofErr w:type="spellStart"/>
      <w:r>
        <w:t>që</w:t>
      </w:r>
      <w:proofErr w:type="spellEnd"/>
      <w:r>
        <w:t xml:space="preserve"> do </w:t>
      </w:r>
      <w:proofErr w:type="spellStart"/>
      <w:r>
        <w:t>të</w:t>
      </w:r>
      <w:proofErr w:type="spellEnd"/>
      <w:r>
        <w:t xml:space="preserve"> </w:t>
      </w:r>
      <w:proofErr w:type="spellStart"/>
      <w:r>
        <w:t>merren</w:t>
      </w:r>
      <w:proofErr w:type="spellEnd"/>
      <w:r>
        <w:t xml:space="preserve"> me </w:t>
      </w:r>
      <w:proofErr w:type="spellStart"/>
      <w:r>
        <w:t>turizmin</w:t>
      </w:r>
      <w:proofErr w:type="spellEnd"/>
      <w:r>
        <w:t xml:space="preserve"> </w:t>
      </w:r>
      <w:proofErr w:type="spellStart"/>
      <w:r>
        <w:t>në</w:t>
      </w:r>
      <w:proofErr w:type="spellEnd"/>
      <w:r>
        <w:t xml:space="preserve"> </w:t>
      </w:r>
      <w:proofErr w:type="spellStart"/>
      <w:r>
        <w:t>të</w:t>
      </w:r>
      <w:proofErr w:type="spellEnd"/>
      <w:r>
        <w:t xml:space="preserve"> </w:t>
      </w:r>
      <w:proofErr w:type="spellStart"/>
      <w:r>
        <w:t>ardhmen</w:t>
      </w:r>
      <w:proofErr w:type="spellEnd"/>
      <w:r>
        <w:t xml:space="preserve">, </w:t>
      </w:r>
      <w:proofErr w:type="spellStart"/>
      <w:r>
        <w:t>ju</w:t>
      </w:r>
      <w:proofErr w:type="spellEnd"/>
      <w:r>
        <w:t xml:space="preserve"> </w:t>
      </w:r>
      <w:proofErr w:type="spellStart"/>
      <w:r>
        <w:t>garanton</w:t>
      </w:r>
      <w:proofErr w:type="spellEnd"/>
      <w:r>
        <w:t xml:space="preserve">, </w:t>
      </w:r>
      <w:proofErr w:type="spellStart"/>
      <w:r>
        <w:t>ju</w:t>
      </w:r>
      <w:proofErr w:type="spellEnd"/>
      <w:r>
        <w:t xml:space="preserve"> </w:t>
      </w:r>
      <w:proofErr w:type="spellStart"/>
      <w:r>
        <w:t>garanton</w:t>
      </w:r>
      <w:proofErr w:type="spellEnd"/>
      <w:r>
        <w:t xml:space="preserve"> </w:t>
      </w:r>
      <w:proofErr w:type="spellStart"/>
      <w:r>
        <w:t>një</w:t>
      </w:r>
      <w:proofErr w:type="spellEnd"/>
      <w:r>
        <w:t xml:space="preserve"> </w:t>
      </w:r>
      <w:proofErr w:type="spellStart"/>
      <w:r>
        <w:t>klimë</w:t>
      </w:r>
      <w:proofErr w:type="spellEnd"/>
      <w:r>
        <w:t xml:space="preserve"> </w:t>
      </w:r>
      <w:proofErr w:type="spellStart"/>
      <w:r>
        <w:t>sa</w:t>
      </w:r>
      <w:proofErr w:type="spellEnd"/>
      <w:r>
        <w:t xml:space="preserve"> </w:t>
      </w:r>
      <w:proofErr w:type="spellStart"/>
      <w:r>
        <w:t>më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edhe</w:t>
      </w:r>
      <w:proofErr w:type="spellEnd"/>
      <w:r>
        <w:t xml:space="preserve"> </w:t>
      </w:r>
      <w:proofErr w:type="spellStart"/>
      <w:r>
        <w:t>i</w:t>
      </w:r>
      <w:proofErr w:type="spellEnd"/>
      <w:r>
        <w:t xml:space="preserve"> </w:t>
      </w:r>
      <w:proofErr w:type="spellStart"/>
      <w:r>
        <w:t>ruan</w:t>
      </w:r>
      <w:proofErr w:type="spellEnd"/>
      <w:r>
        <w:t xml:space="preserve"> </w:t>
      </w:r>
      <w:proofErr w:type="spellStart"/>
      <w:r>
        <w:t>nga</w:t>
      </w:r>
      <w:proofErr w:type="spellEnd"/>
      <w:r>
        <w:t xml:space="preserve"> </w:t>
      </w:r>
      <w:proofErr w:type="spellStart"/>
      <w:r>
        <w:t>çdo</w:t>
      </w:r>
      <w:proofErr w:type="spellEnd"/>
      <w:r>
        <w:t xml:space="preserve"> </w:t>
      </w:r>
      <w:proofErr w:type="spellStart"/>
      <w:r>
        <w:t>lloj</w:t>
      </w:r>
      <w:proofErr w:type="spellEnd"/>
      <w:r>
        <w:t xml:space="preserve"> </w:t>
      </w:r>
      <w:proofErr w:type="spellStart"/>
      <w:r>
        <w:t>fatkeqësie</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ndodhë</w:t>
      </w:r>
      <w:proofErr w:type="spellEnd"/>
      <w:r>
        <w:t xml:space="preserve"> </w:t>
      </w:r>
      <w:proofErr w:type="spellStart"/>
      <w:r>
        <w:t>në</w:t>
      </w:r>
      <w:proofErr w:type="spellEnd"/>
      <w:r>
        <w:t xml:space="preserve"> </w:t>
      </w:r>
      <w:proofErr w:type="spellStart"/>
      <w:r>
        <w:t>të</w:t>
      </w:r>
      <w:proofErr w:type="spellEnd"/>
      <w:r>
        <w:t xml:space="preserve"> </w:t>
      </w:r>
      <w:proofErr w:type="spellStart"/>
      <w:r>
        <w:t>ardhmen</w:t>
      </w:r>
      <w:proofErr w:type="spellEnd"/>
      <w:r>
        <w:t xml:space="preserve">, </w:t>
      </w:r>
      <w:proofErr w:type="spellStart"/>
      <w:r>
        <w:t>për</w:t>
      </w:r>
      <w:proofErr w:type="spellEnd"/>
      <w:r>
        <w:t xml:space="preserve"> </w:t>
      </w:r>
      <w:proofErr w:type="spellStart"/>
      <w:r>
        <w:t>mos</w:t>
      </w:r>
      <w:proofErr w:type="spellEnd"/>
      <w:r>
        <w:t xml:space="preserve">, </w:t>
      </w:r>
      <w:proofErr w:type="spellStart"/>
      <w:r>
        <w:t>sepse</w:t>
      </w:r>
      <w:proofErr w:type="spellEnd"/>
      <w:r>
        <w:t xml:space="preserve"> </w:t>
      </w:r>
      <w:proofErr w:type="spellStart"/>
      <w:r>
        <w:t>sfidë</w:t>
      </w:r>
      <w:proofErr w:type="spellEnd"/>
      <w:r>
        <w:t xml:space="preserve"> </w:t>
      </w:r>
      <w:proofErr w:type="spellStart"/>
      <w:r>
        <w:t>është</w:t>
      </w:r>
      <w:proofErr w:type="spellEnd"/>
      <w:r>
        <w:t xml:space="preserve"> </w:t>
      </w:r>
      <w:proofErr w:type="spellStart"/>
      <w:r>
        <w:t>edhe</w:t>
      </w:r>
      <w:proofErr w:type="spellEnd"/>
      <w:r>
        <w:t xml:space="preserve"> </w:t>
      </w:r>
      <w:proofErr w:type="spellStart"/>
      <w:r>
        <w:t>ruajtja</w:t>
      </w:r>
      <w:proofErr w:type="spellEnd"/>
      <w:r>
        <w:t xml:space="preserve"> e </w:t>
      </w:r>
      <w:proofErr w:type="spellStart"/>
      <w:r>
        <w:t>sipërfaqes</w:t>
      </w:r>
      <w:proofErr w:type="spellEnd"/>
      <w:r>
        <w:t xml:space="preserve"> </w:t>
      </w:r>
      <w:proofErr w:type="spellStart"/>
      <w:r>
        <w:t>së</w:t>
      </w:r>
      <w:proofErr w:type="spellEnd"/>
      <w:r>
        <w:t xml:space="preserve"> </w:t>
      </w:r>
      <w:proofErr w:type="spellStart"/>
      <w:r>
        <w:t>pyur</w:t>
      </w:r>
      <w:proofErr w:type="spellEnd"/>
      <w:r>
        <w:t xml:space="preserve">. Sot e </w:t>
      </w:r>
      <w:proofErr w:type="spellStart"/>
      <w:r>
        <w:t>bëjmë</w:t>
      </w:r>
      <w:proofErr w:type="spellEnd"/>
      <w:r>
        <w:t xml:space="preserve"> </w:t>
      </w:r>
      <w:proofErr w:type="spellStart"/>
      <w:r>
        <w:t>sekurstimin</w:t>
      </w:r>
      <w:proofErr w:type="spellEnd"/>
      <w:r>
        <w:t xml:space="preserve"> e </w:t>
      </w:r>
      <w:proofErr w:type="spellStart"/>
      <w:r>
        <w:t>karbonit</w:t>
      </w:r>
      <w:proofErr w:type="spellEnd"/>
      <w:r>
        <w:t xml:space="preserve"> </w:t>
      </w:r>
      <w:proofErr w:type="spellStart"/>
      <w:r>
        <w:t>falas</w:t>
      </w:r>
      <w:proofErr w:type="spellEnd"/>
      <w:r>
        <w:t xml:space="preserve"> </w:t>
      </w:r>
      <w:proofErr w:type="spellStart"/>
      <w:r>
        <w:t>për</w:t>
      </w:r>
      <w:proofErr w:type="spellEnd"/>
      <w:r>
        <w:t xml:space="preserve"> </w:t>
      </w:r>
      <w:proofErr w:type="spellStart"/>
      <w:r>
        <w:t>Bashkimin</w:t>
      </w:r>
      <w:proofErr w:type="spellEnd"/>
      <w:r>
        <w:t xml:space="preserve"> </w:t>
      </w:r>
      <w:proofErr w:type="spellStart"/>
      <w:r>
        <w:t>Evropian</w:t>
      </w:r>
      <w:proofErr w:type="spellEnd"/>
      <w:r>
        <w:t xml:space="preserve"> </w:t>
      </w:r>
      <w:proofErr w:type="spellStart"/>
      <w:r>
        <w:t>edhe</w:t>
      </w:r>
      <w:proofErr w:type="spellEnd"/>
      <w:r>
        <w:t xml:space="preserve"> </w:t>
      </w:r>
      <w:proofErr w:type="spellStart"/>
      <w:r>
        <w:t>për</w:t>
      </w:r>
      <w:proofErr w:type="spellEnd"/>
      <w:r>
        <w:t xml:space="preserve"> </w:t>
      </w:r>
      <w:proofErr w:type="spellStart"/>
      <w:r>
        <w:t>shtetin</w:t>
      </w:r>
      <w:proofErr w:type="spellEnd"/>
      <w:r>
        <w:t xml:space="preserve"> </w:t>
      </w:r>
      <w:proofErr w:type="spellStart"/>
      <w:r>
        <w:t>shqiptar</w:t>
      </w:r>
      <w:proofErr w:type="spellEnd"/>
      <w:r>
        <w:t xml:space="preserve">. Na </w:t>
      </w:r>
      <w:proofErr w:type="spellStart"/>
      <w:r>
        <w:t>punojmë</w:t>
      </w:r>
      <w:proofErr w:type="spellEnd"/>
      <w:r>
        <w:t xml:space="preserve"> </w:t>
      </w:r>
      <w:proofErr w:type="spellStart"/>
      <w:r>
        <w:t>falas</w:t>
      </w:r>
      <w:proofErr w:type="spellEnd"/>
      <w:r>
        <w:t xml:space="preserve"> duke u </w:t>
      </w:r>
      <w:proofErr w:type="spellStart"/>
      <w:r>
        <w:t>dhuruar</w:t>
      </w:r>
      <w:proofErr w:type="spellEnd"/>
      <w:r>
        <w:t xml:space="preserve"> </w:t>
      </w:r>
      <w:proofErr w:type="spellStart"/>
      <w:r>
        <w:t>ajër</w:t>
      </w:r>
      <w:proofErr w:type="spellEnd"/>
      <w:r>
        <w:t xml:space="preserve"> </w:t>
      </w:r>
      <w:proofErr w:type="spellStart"/>
      <w:r>
        <w:t>sa</w:t>
      </w:r>
      <w:proofErr w:type="spellEnd"/>
      <w:r>
        <w:t xml:space="preserve"> </w:t>
      </w:r>
      <w:proofErr w:type="spellStart"/>
      <w:r>
        <w:t>më</w:t>
      </w:r>
      <w:proofErr w:type="spellEnd"/>
      <w:r>
        <w:t xml:space="preserve"> </w:t>
      </w:r>
      <w:proofErr w:type="spellStart"/>
      <w:r>
        <w:t>të</w:t>
      </w:r>
      <w:proofErr w:type="spellEnd"/>
      <w:r>
        <w:t xml:space="preserve"> </w:t>
      </w:r>
      <w:proofErr w:type="spellStart"/>
      <w:r>
        <w:t>pastër</w:t>
      </w:r>
      <w:proofErr w:type="spellEnd"/>
      <w:r>
        <w:t xml:space="preserve"> </w:t>
      </w:r>
      <w:proofErr w:type="spellStart"/>
      <w:r>
        <w:t>bashkëqytetarëve</w:t>
      </w:r>
      <w:proofErr w:type="spellEnd"/>
      <w:r>
        <w:t xml:space="preserve"> </w:t>
      </w:r>
      <w:proofErr w:type="spellStart"/>
      <w:r>
        <w:t>të</w:t>
      </w:r>
      <w:proofErr w:type="spellEnd"/>
      <w:r>
        <w:t xml:space="preserve"> </w:t>
      </w:r>
      <w:proofErr w:type="spellStart"/>
      <w:r>
        <w:t>mirë</w:t>
      </w:r>
      <w:proofErr w:type="spellEnd"/>
      <w:r>
        <w:t xml:space="preserve"> </w:t>
      </w:r>
      <w:proofErr w:type="spellStart"/>
      <w:r>
        <w:t>tanë</w:t>
      </w:r>
      <w:proofErr w:type="spellEnd"/>
      <w:r>
        <w:t xml:space="preserve"> </w:t>
      </w:r>
      <w:proofErr w:type="spellStart"/>
      <w:r>
        <w:t>në</w:t>
      </w:r>
      <w:proofErr w:type="spellEnd"/>
      <w:r>
        <w:t xml:space="preserve"> </w:t>
      </w:r>
      <w:proofErr w:type="spellStart"/>
      <w:r>
        <w:t>Shqipëri</w:t>
      </w:r>
      <w:proofErr w:type="spellEnd"/>
      <w:r>
        <w:t xml:space="preserve">. E </w:t>
      </w:r>
      <w:proofErr w:type="spellStart"/>
      <w:r>
        <w:lastRenderedPageBreak/>
        <w:t>bëjmë</w:t>
      </w:r>
      <w:proofErr w:type="spellEnd"/>
      <w:r>
        <w:t xml:space="preserve"> me </w:t>
      </w:r>
      <w:proofErr w:type="spellStart"/>
      <w:r>
        <w:t>kënaqësi</w:t>
      </w:r>
      <w:proofErr w:type="spellEnd"/>
      <w:r>
        <w:t xml:space="preserve">, po ka </w:t>
      </w:r>
      <w:proofErr w:type="spellStart"/>
      <w:r>
        <w:t>ardhur</w:t>
      </w:r>
      <w:proofErr w:type="spellEnd"/>
      <w:r>
        <w:t xml:space="preserve"> </w:t>
      </w:r>
      <w:proofErr w:type="spellStart"/>
      <w:r>
        <w:t>një</w:t>
      </w:r>
      <w:proofErr w:type="spellEnd"/>
      <w:r>
        <w:t xml:space="preserve"> moment </w:t>
      </w:r>
      <w:proofErr w:type="spellStart"/>
      <w:r>
        <w:t>që</w:t>
      </w:r>
      <w:proofErr w:type="spellEnd"/>
      <w:r>
        <w:t xml:space="preserve"> do </w:t>
      </w:r>
      <w:proofErr w:type="spellStart"/>
      <w:r>
        <w:t>japim</w:t>
      </w:r>
      <w:proofErr w:type="spellEnd"/>
      <w:r>
        <w:t xml:space="preserve"> </w:t>
      </w:r>
      <w:proofErr w:type="spellStart"/>
      <w:r>
        <w:t>atë</w:t>
      </w:r>
      <w:proofErr w:type="spellEnd"/>
      <w:r>
        <w:t xml:space="preserve"> </w:t>
      </w:r>
      <w:proofErr w:type="spellStart"/>
      <w:r>
        <w:t>si</w:t>
      </w:r>
      <w:proofErr w:type="spellEnd"/>
      <w:r>
        <w:t xml:space="preserve"> </w:t>
      </w:r>
      <w:proofErr w:type="spellStart"/>
      <w:r>
        <w:t>i</w:t>
      </w:r>
      <w:proofErr w:type="spellEnd"/>
      <w:r>
        <w:t xml:space="preserve"> </w:t>
      </w:r>
      <w:proofErr w:type="spellStart"/>
      <w:r>
        <w:t>takon</w:t>
      </w:r>
      <w:proofErr w:type="spellEnd"/>
      <w:r>
        <w:t xml:space="preserve"> </w:t>
      </w:r>
      <w:proofErr w:type="spellStart"/>
      <w:r>
        <w:t>qesarit</w:t>
      </w:r>
      <w:proofErr w:type="spellEnd"/>
      <w:r>
        <w:t xml:space="preserve">, </w:t>
      </w:r>
      <w:proofErr w:type="spellStart"/>
      <w:r>
        <w:t>sepse</w:t>
      </w:r>
      <w:proofErr w:type="spellEnd"/>
      <w:r>
        <w:t xml:space="preserve"> duke </w:t>
      </w:r>
      <w:proofErr w:type="spellStart"/>
      <w:r>
        <w:t>kërkuar</w:t>
      </w:r>
      <w:proofErr w:type="spellEnd"/>
      <w:r>
        <w:t xml:space="preserve"> </w:t>
      </w:r>
      <w:proofErr w:type="spellStart"/>
      <w:r>
        <w:t>pak</w:t>
      </w:r>
      <w:proofErr w:type="spellEnd"/>
      <w:r>
        <w:t xml:space="preserve"> </w:t>
      </w:r>
      <w:proofErr w:type="spellStart"/>
      <w:r>
        <w:t>kompetenca</w:t>
      </w:r>
      <w:proofErr w:type="spellEnd"/>
      <w:r>
        <w:t xml:space="preserve"> </w:t>
      </w:r>
      <w:proofErr w:type="spellStart"/>
      <w:r>
        <w:t>na</w:t>
      </w:r>
      <w:proofErr w:type="spellEnd"/>
      <w:r>
        <w:t xml:space="preserve"> </w:t>
      </w:r>
      <w:proofErr w:type="spellStart"/>
      <w:r>
        <w:t>ose</w:t>
      </w:r>
      <w:proofErr w:type="spellEnd"/>
      <w:r>
        <w:t xml:space="preserve"> </w:t>
      </w:r>
      <w:proofErr w:type="spellStart"/>
      <w:r>
        <w:t>pak</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të</w:t>
      </w:r>
      <w:proofErr w:type="spellEnd"/>
      <w:r>
        <w:t xml:space="preserve"> </w:t>
      </w:r>
      <w:proofErr w:type="spellStart"/>
      <w:r>
        <w:t>cilat</w:t>
      </w:r>
      <w:proofErr w:type="spellEnd"/>
      <w:r>
        <w:t xml:space="preserve"> ne </w:t>
      </w:r>
      <w:proofErr w:type="spellStart"/>
      <w:r>
        <w:t>mund</w:t>
      </w:r>
      <w:proofErr w:type="spellEnd"/>
      <w:r>
        <w:t xml:space="preserve"> </w:t>
      </w:r>
      <w:proofErr w:type="spellStart"/>
      <w:r>
        <w:t>të</w:t>
      </w:r>
      <w:proofErr w:type="spellEnd"/>
      <w:r>
        <w:t xml:space="preserve"> </w:t>
      </w:r>
      <w:proofErr w:type="spellStart"/>
      <w:r>
        <w:t>na</w:t>
      </w:r>
      <w:proofErr w:type="spellEnd"/>
      <w:r>
        <w:t xml:space="preserve"> </w:t>
      </w:r>
      <w:proofErr w:type="spellStart"/>
      <w:r>
        <w:t>japin</w:t>
      </w:r>
      <w:proofErr w:type="spellEnd"/>
      <w:r>
        <w:t xml:space="preserve"> </w:t>
      </w:r>
      <w:proofErr w:type="spellStart"/>
      <w:r>
        <w:t>një</w:t>
      </w:r>
      <w:proofErr w:type="spellEnd"/>
      <w:r>
        <w:t xml:space="preserve">, </w:t>
      </w:r>
      <w:proofErr w:type="spellStart"/>
      <w:r>
        <w:t>na</w:t>
      </w:r>
      <w:proofErr w:type="spellEnd"/>
      <w:r>
        <w:t xml:space="preserve"> </w:t>
      </w:r>
      <w:proofErr w:type="spellStart"/>
      <w:r>
        <w:t>parafersojnë</w:t>
      </w:r>
      <w:proofErr w:type="spellEnd"/>
      <w:r>
        <w:t xml:space="preserve"> </w:t>
      </w:r>
      <w:proofErr w:type="spellStart"/>
      <w:r>
        <w:t>në</w:t>
      </w:r>
      <w:proofErr w:type="spellEnd"/>
      <w:r>
        <w:t xml:space="preserve"> </w:t>
      </w:r>
      <w:proofErr w:type="spellStart"/>
      <w:r>
        <w:t>Bashkimin</w:t>
      </w:r>
      <w:proofErr w:type="spellEnd"/>
      <w:r>
        <w:t xml:space="preserve"> </w:t>
      </w:r>
      <w:proofErr w:type="spellStart"/>
      <w:r>
        <w:t>Evropian</w:t>
      </w:r>
      <w:proofErr w:type="spellEnd"/>
      <w:r>
        <w:t xml:space="preserve">. Nuk, </w:t>
      </w:r>
      <w:proofErr w:type="spellStart"/>
      <w:r>
        <w:t>këto</w:t>
      </w:r>
      <w:proofErr w:type="spellEnd"/>
      <w:r>
        <w:t xml:space="preserve"> </w:t>
      </w:r>
      <w:proofErr w:type="spellStart"/>
      <w:r>
        <w:t>janë</w:t>
      </w:r>
      <w:proofErr w:type="spellEnd"/>
      <w:r>
        <w:t xml:space="preserve"> </w:t>
      </w:r>
      <w:proofErr w:type="spellStart"/>
      <w:r>
        <w:t>elementet</w:t>
      </w:r>
      <w:proofErr w:type="spellEnd"/>
      <w:r>
        <w:t xml:space="preserve"> </w:t>
      </w:r>
      <w:proofErr w:type="spellStart"/>
      <w:r>
        <w:t>në</w:t>
      </w:r>
      <w:proofErr w:type="spellEnd"/>
      <w:r>
        <w:t xml:space="preserve"> </w:t>
      </w:r>
      <w:proofErr w:type="spellStart"/>
      <w:r>
        <w:t>çdo</w:t>
      </w:r>
      <w:proofErr w:type="spellEnd"/>
      <w:r>
        <w:t xml:space="preserve"> </w:t>
      </w:r>
      <w:proofErr w:type="spellStart"/>
      <w:r>
        <w:t>aplikim</w:t>
      </w:r>
      <w:proofErr w:type="spellEnd"/>
      <w:r>
        <w:t xml:space="preserve"> </w:t>
      </w:r>
      <w:proofErr w:type="spellStart"/>
      <w:r>
        <w:t>që</w:t>
      </w:r>
      <w:proofErr w:type="spellEnd"/>
      <w:r>
        <w:t xml:space="preserve"> </w:t>
      </w:r>
      <w:proofErr w:type="spellStart"/>
      <w:r>
        <w:t>bëjmë</w:t>
      </w:r>
      <w:proofErr w:type="spellEnd"/>
      <w:r>
        <w:t xml:space="preserve">. Na </w:t>
      </w:r>
      <w:proofErr w:type="spellStart"/>
      <w:r>
        <w:t>kena</w:t>
      </w:r>
      <w:proofErr w:type="spellEnd"/>
      <w:r>
        <w:t xml:space="preserve"> </w:t>
      </w:r>
      <w:proofErr w:type="spellStart"/>
      <w:r>
        <w:t>qenë</w:t>
      </w:r>
      <w:proofErr w:type="spellEnd"/>
      <w:r>
        <w:t xml:space="preserve"> </w:t>
      </w:r>
      <w:proofErr w:type="spellStart"/>
      <w:r>
        <w:t>të</w:t>
      </w:r>
      <w:proofErr w:type="spellEnd"/>
      <w:r>
        <w:t xml:space="preserve"> </w:t>
      </w:r>
      <w:proofErr w:type="spellStart"/>
      <w:r>
        <w:t>suksesshëm</w:t>
      </w:r>
      <w:proofErr w:type="spellEnd"/>
      <w:r>
        <w:t xml:space="preserve"> </w:t>
      </w:r>
      <w:proofErr w:type="spellStart"/>
      <w:r>
        <w:t>në</w:t>
      </w:r>
      <w:proofErr w:type="spellEnd"/>
      <w:r>
        <w:t xml:space="preserve"> </w:t>
      </w:r>
      <w:proofErr w:type="spellStart"/>
      <w:r>
        <w:t>fakt</w:t>
      </w:r>
      <w:proofErr w:type="spellEnd"/>
      <w:r>
        <w:t xml:space="preserve"> </w:t>
      </w:r>
      <w:proofErr w:type="spellStart"/>
      <w:r>
        <w:t>si</w:t>
      </w:r>
      <w:proofErr w:type="spellEnd"/>
      <w:r>
        <w:t xml:space="preserve"> </w:t>
      </w:r>
      <w:proofErr w:type="spellStart"/>
      <w:r>
        <w:t>bashki</w:t>
      </w:r>
      <w:proofErr w:type="spellEnd"/>
      <w:r>
        <w:t xml:space="preserve"> </w:t>
      </w:r>
      <w:proofErr w:type="spellStart"/>
      <w:r>
        <w:t>për</w:t>
      </w:r>
      <w:proofErr w:type="spellEnd"/>
      <w:r>
        <w:t xml:space="preserve"> </w:t>
      </w:r>
      <w:proofErr w:type="spellStart"/>
      <w:r>
        <w:t>fundet</w:t>
      </w:r>
      <w:proofErr w:type="spellEnd"/>
      <w:r>
        <w:t xml:space="preserve"> e </w:t>
      </w:r>
      <w:proofErr w:type="spellStart"/>
      <w:r>
        <w:t>Bashkimit</w:t>
      </w:r>
      <w:proofErr w:type="spellEnd"/>
      <w:r>
        <w:t xml:space="preserve"> </w:t>
      </w:r>
      <w:proofErr w:type="spellStart"/>
      <w:r>
        <w:t>Evropian</w:t>
      </w:r>
      <w:proofErr w:type="spellEnd"/>
      <w:r>
        <w:t xml:space="preserve">. </w:t>
      </w:r>
    </w:p>
    <w:p w14:paraId="2DC26336" w14:textId="77777777" w:rsidR="003F5DAE" w:rsidRDefault="003F5DAE" w:rsidP="003F5DAE">
      <w:proofErr w:type="spellStart"/>
      <w:r>
        <w:rPr>
          <w:b/>
        </w:rPr>
        <w:t>Arbjan</w:t>
      </w:r>
      <w:proofErr w:type="spellEnd"/>
      <w:r>
        <w:rPr>
          <w:b/>
        </w:rPr>
        <w:t xml:space="preserve"> </w:t>
      </w:r>
      <w:proofErr w:type="spellStart"/>
      <w:r>
        <w:rPr>
          <w:b/>
        </w:rPr>
        <w:t>Mazniku</w:t>
      </w:r>
      <w:proofErr w:type="spellEnd"/>
      <w:r>
        <w:rPr>
          <w:b/>
        </w:rPr>
        <w:t>:</w:t>
      </w:r>
    </w:p>
    <w:p w14:paraId="77D579F4" w14:textId="77777777" w:rsidR="003F5DAE" w:rsidRDefault="00AB182B" w:rsidP="00AB182B">
      <w:proofErr w:type="spellStart"/>
      <w:r>
        <w:t>Ëh</w:t>
      </w:r>
      <w:proofErr w:type="spellEnd"/>
      <w:r>
        <w:t xml:space="preserve">, do </w:t>
      </w:r>
      <w:proofErr w:type="spellStart"/>
      <w:r>
        <w:t>të</w:t>
      </w:r>
      <w:proofErr w:type="spellEnd"/>
      <w:r>
        <w:t xml:space="preserve"> </w:t>
      </w:r>
      <w:proofErr w:type="spellStart"/>
      <w:r>
        <w:t>duhet</w:t>
      </w:r>
      <w:proofErr w:type="spellEnd"/>
      <w:r>
        <w:t xml:space="preserve"> </w:t>
      </w:r>
      <w:proofErr w:type="spellStart"/>
      <w:r>
        <w:t>të</w:t>
      </w:r>
      <w:proofErr w:type="spellEnd"/>
      <w:r>
        <w:t xml:space="preserve"> </w:t>
      </w:r>
      <w:proofErr w:type="spellStart"/>
      <w:r>
        <w:t>përqendrohemi</w:t>
      </w:r>
      <w:proofErr w:type="spellEnd"/>
      <w:r>
        <w:t xml:space="preserve">, </w:t>
      </w:r>
      <w:proofErr w:type="spellStart"/>
      <w:r>
        <w:t>të</w:t>
      </w:r>
      <w:proofErr w:type="spellEnd"/>
      <w:r>
        <w:t xml:space="preserve"> </w:t>
      </w:r>
      <w:proofErr w:type="spellStart"/>
      <w:r>
        <w:t>përqendrohemi</w:t>
      </w:r>
      <w:proofErr w:type="spellEnd"/>
      <w:r>
        <w:t xml:space="preserve"> </w:t>
      </w:r>
      <w:proofErr w:type="spellStart"/>
      <w:r>
        <w:t>te</w:t>
      </w:r>
      <w:proofErr w:type="spellEnd"/>
      <w:r>
        <w:t xml:space="preserve"> </w:t>
      </w:r>
      <w:proofErr w:type="spellStart"/>
      <w:r>
        <w:t>përgjigjja</w:t>
      </w:r>
      <w:proofErr w:type="spellEnd"/>
      <w:r>
        <w:t xml:space="preserve">, </w:t>
      </w:r>
      <w:proofErr w:type="spellStart"/>
      <w:r>
        <w:t>të</w:t>
      </w:r>
      <w:proofErr w:type="spellEnd"/>
      <w:r>
        <w:t xml:space="preserve"> </w:t>
      </w:r>
      <w:proofErr w:type="spellStart"/>
      <w:r>
        <w:t>lutem</w:t>
      </w:r>
      <w:proofErr w:type="spellEnd"/>
      <w:r>
        <w:t xml:space="preserve">, </w:t>
      </w:r>
      <w:proofErr w:type="spellStart"/>
      <w:r>
        <w:t>specifike</w:t>
      </w:r>
      <w:proofErr w:type="spellEnd"/>
      <w:r>
        <w:t xml:space="preserve">, se </w:t>
      </w:r>
      <w:proofErr w:type="spellStart"/>
      <w:r>
        <w:t>mos</w:t>
      </w:r>
      <w:proofErr w:type="spellEnd"/>
      <w:r>
        <w:t xml:space="preserve"> </w:t>
      </w:r>
      <w:proofErr w:type="spellStart"/>
      <w:r>
        <w:t>hyjmë</w:t>
      </w:r>
      <w:proofErr w:type="spellEnd"/>
      <w:r>
        <w:t xml:space="preserve"> </w:t>
      </w:r>
      <w:proofErr w:type="spellStart"/>
      <w:r>
        <w:t>te</w:t>
      </w:r>
      <w:proofErr w:type="spellEnd"/>
      <w:r>
        <w:t xml:space="preserve"> </w:t>
      </w:r>
      <w:proofErr w:type="spellStart"/>
      <w:r>
        <w:t>të</w:t>
      </w:r>
      <w:proofErr w:type="spellEnd"/>
      <w:r>
        <w:t xml:space="preserve"> </w:t>
      </w:r>
      <w:proofErr w:type="spellStart"/>
      <w:r>
        <w:t>gjitha</w:t>
      </w:r>
      <w:proofErr w:type="spellEnd"/>
      <w:r>
        <w:t xml:space="preserve"> </w:t>
      </w:r>
      <w:proofErr w:type="spellStart"/>
      <w:r>
        <w:t>projektet</w:t>
      </w:r>
      <w:proofErr w:type="spellEnd"/>
      <w:r>
        <w:t xml:space="preserve">, </w:t>
      </w:r>
      <w:proofErr w:type="spellStart"/>
      <w:r>
        <w:t>se</w:t>
      </w:r>
      <w:proofErr w:type="spellEnd"/>
      <w:r>
        <w:t xml:space="preserve"> </w:t>
      </w:r>
    </w:p>
    <w:p w14:paraId="52EABB39" w14:textId="77777777" w:rsidR="003F5DAE" w:rsidRDefault="003F5DAE" w:rsidP="003F5DAE">
      <w:r>
        <w:rPr>
          <w:b/>
        </w:rPr>
        <w:t>Hil Curri:</w:t>
      </w:r>
    </w:p>
    <w:p w14:paraId="0F93A5A9" w14:textId="77777777" w:rsidR="00DD1625" w:rsidRDefault="003F5DAE" w:rsidP="00AB182B">
      <w:r>
        <w:t>M</w:t>
      </w:r>
      <w:r w:rsidR="00AB182B">
        <w:t xml:space="preserve">e </w:t>
      </w:r>
      <w:proofErr w:type="spellStart"/>
      <w:r w:rsidR="00AB182B">
        <w:t>këto</w:t>
      </w:r>
      <w:proofErr w:type="spellEnd"/>
      <w:r w:rsidR="00AB182B">
        <w:t xml:space="preserve"> </w:t>
      </w:r>
      <w:proofErr w:type="spellStart"/>
      <w:r w:rsidR="00AB182B">
        <w:t>të</w:t>
      </w:r>
      <w:proofErr w:type="spellEnd"/>
      <w:r w:rsidR="00AB182B">
        <w:t xml:space="preserve"> </w:t>
      </w:r>
      <w:proofErr w:type="spellStart"/>
      <w:r w:rsidR="00AB182B">
        <w:t>katër</w:t>
      </w:r>
      <w:proofErr w:type="spellEnd"/>
      <w:r w:rsidR="00AB182B">
        <w:t xml:space="preserve">, me </w:t>
      </w:r>
      <w:proofErr w:type="spellStart"/>
      <w:r w:rsidR="00AB182B">
        <w:t>këto</w:t>
      </w:r>
      <w:proofErr w:type="spellEnd"/>
      <w:r w:rsidR="00AB182B">
        <w:t xml:space="preserve"> </w:t>
      </w:r>
      <w:proofErr w:type="spellStart"/>
      <w:r w:rsidR="00AB182B">
        <w:t>të</w:t>
      </w:r>
      <w:proofErr w:type="spellEnd"/>
      <w:r w:rsidR="00AB182B">
        <w:t xml:space="preserve"> </w:t>
      </w:r>
      <w:proofErr w:type="spellStart"/>
      <w:r w:rsidR="00AB182B">
        <w:t>katër</w:t>
      </w:r>
      <w:proofErr w:type="spellEnd"/>
      <w:r w:rsidR="00AB182B">
        <w:t xml:space="preserve"> </w:t>
      </w:r>
      <w:proofErr w:type="spellStart"/>
      <w:r w:rsidR="00AB182B">
        <w:t>pyetjet</w:t>
      </w:r>
      <w:proofErr w:type="spellEnd"/>
      <w:r w:rsidR="00AB182B">
        <w:t xml:space="preserve"> </w:t>
      </w:r>
      <w:proofErr w:type="spellStart"/>
      <w:r w:rsidR="00AB182B">
        <w:t>që</w:t>
      </w:r>
      <w:proofErr w:type="spellEnd"/>
      <w:r w:rsidR="00AB182B">
        <w:t xml:space="preserve"> </w:t>
      </w:r>
      <w:proofErr w:type="spellStart"/>
      <w:r w:rsidR="00AB182B">
        <w:t>më</w:t>
      </w:r>
      <w:proofErr w:type="spellEnd"/>
      <w:r w:rsidR="00AB182B">
        <w:t xml:space="preserve"> ka </w:t>
      </w:r>
      <w:proofErr w:type="spellStart"/>
      <w:r w:rsidR="00AB182B">
        <w:t>bërë</w:t>
      </w:r>
      <w:proofErr w:type="spellEnd"/>
      <w:r w:rsidR="00AB182B">
        <w:t xml:space="preserve"> </w:t>
      </w:r>
      <w:proofErr w:type="spellStart"/>
      <w:r w:rsidR="00AB182B">
        <w:t>deputeti</w:t>
      </w:r>
      <w:proofErr w:type="spellEnd"/>
      <w:r w:rsidR="00AB182B">
        <w:t xml:space="preserve">, </w:t>
      </w:r>
      <w:proofErr w:type="spellStart"/>
      <w:r w:rsidR="00AB182B">
        <w:t>unë</w:t>
      </w:r>
      <w:proofErr w:type="spellEnd"/>
      <w:r w:rsidR="00AB182B">
        <w:t xml:space="preserve"> </w:t>
      </w:r>
      <w:proofErr w:type="spellStart"/>
      <w:r w:rsidR="00AB182B">
        <w:t>merrem</w:t>
      </w:r>
      <w:proofErr w:type="spellEnd"/>
      <w:r w:rsidR="00AB182B">
        <w:t xml:space="preserve"> me </w:t>
      </w:r>
      <w:proofErr w:type="spellStart"/>
      <w:r w:rsidR="00AB182B">
        <w:t>aty</w:t>
      </w:r>
      <w:proofErr w:type="spellEnd"/>
      <w:r w:rsidR="00AB182B">
        <w:t xml:space="preserve">. Ne jam, ë, u </w:t>
      </w:r>
      <w:proofErr w:type="spellStart"/>
      <w:r w:rsidR="00AB182B">
        <w:t>prek</w:t>
      </w:r>
      <w:proofErr w:type="spellEnd"/>
      <w:r w:rsidR="00AB182B">
        <w:t xml:space="preserve"> </w:t>
      </w:r>
      <w:proofErr w:type="spellStart"/>
      <w:r w:rsidR="00AB182B">
        <w:t>pjesa</w:t>
      </w:r>
      <w:proofErr w:type="spellEnd"/>
      <w:r w:rsidR="00AB182B">
        <w:t xml:space="preserve"> e </w:t>
      </w:r>
      <w:proofErr w:type="spellStart"/>
      <w:r w:rsidR="00AB182B">
        <w:t>punësimeve</w:t>
      </w:r>
      <w:proofErr w:type="spellEnd"/>
      <w:r w:rsidR="00AB182B">
        <w:t xml:space="preserve">. </w:t>
      </w:r>
      <w:proofErr w:type="spellStart"/>
      <w:r w:rsidR="00AB182B">
        <w:t>Unë</w:t>
      </w:r>
      <w:proofErr w:type="spellEnd"/>
      <w:r w:rsidR="00AB182B">
        <w:t xml:space="preserve"> </w:t>
      </w:r>
      <w:proofErr w:type="spellStart"/>
      <w:r w:rsidR="00AB182B">
        <w:t>nuk</w:t>
      </w:r>
      <w:proofErr w:type="spellEnd"/>
      <w:r w:rsidR="00AB182B">
        <w:t xml:space="preserve"> </w:t>
      </w:r>
      <w:proofErr w:type="spellStart"/>
      <w:r w:rsidR="00AB182B">
        <w:t>kam</w:t>
      </w:r>
      <w:proofErr w:type="spellEnd"/>
      <w:r w:rsidR="00AB182B">
        <w:t xml:space="preserve"> </w:t>
      </w:r>
      <w:proofErr w:type="spellStart"/>
      <w:r w:rsidR="00AB182B">
        <w:t>probleme</w:t>
      </w:r>
      <w:proofErr w:type="spellEnd"/>
      <w:r w:rsidR="00AB182B">
        <w:t xml:space="preserve"> me </w:t>
      </w:r>
      <w:proofErr w:type="spellStart"/>
      <w:r w:rsidR="00AB182B">
        <w:t>punësimet</w:t>
      </w:r>
      <w:proofErr w:type="spellEnd"/>
      <w:r w:rsidR="00AB182B">
        <w:t xml:space="preserve">, po </w:t>
      </w:r>
      <w:proofErr w:type="spellStart"/>
      <w:r w:rsidR="00AB182B">
        <w:t>na</w:t>
      </w:r>
      <w:proofErr w:type="spellEnd"/>
      <w:r w:rsidR="00AB182B">
        <w:t xml:space="preserve"> </w:t>
      </w:r>
      <w:proofErr w:type="spellStart"/>
      <w:r w:rsidR="00AB182B">
        <w:t>kena</w:t>
      </w:r>
      <w:proofErr w:type="spellEnd"/>
      <w:r w:rsidR="00AB182B">
        <w:t xml:space="preserve">, </w:t>
      </w:r>
      <w:proofErr w:type="spellStart"/>
      <w:r w:rsidR="00AB182B">
        <w:t>nuk</w:t>
      </w:r>
      <w:proofErr w:type="spellEnd"/>
      <w:r w:rsidR="00AB182B">
        <w:t xml:space="preserve"> e di, me </w:t>
      </w:r>
      <w:proofErr w:type="spellStart"/>
      <w:r w:rsidR="00AB182B">
        <w:t>natyrë</w:t>
      </w:r>
      <w:proofErr w:type="spellEnd"/>
      <w:r w:rsidR="00AB182B">
        <w:t xml:space="preserve"> </w:t>
      </w:r>
      <w:proofErr w:type="spellStart"/>
      <w:r w:rsidR="00AB182B">
        <w:t>jena</w:t>
      </w:r>
      <w:proofErr w:type="spellEnd"/>
      <w:r w:rsidR="00AB182B">
        <w:t xml:space="preserve"> se </w:t>
      </w:r>
      <w:proofErr w:type="spellStart"/>
      <w:r w:rsidR="00AB182B">
        <w:t>kena</w:t>
      </w:r>
      <w:proofErr w:type="spellEnd"/>
      <w:r w:rsidR="00AB182B">
        <w:t xml:space="preserve"> </w:t>
      </w:r>
      <w:proofErr w:type="spellStart"/>
      <w:r w:rsidR="00AB182B">
        <w:t>bashkitë</w:t>
      </w:r>
      <w:proofErr w:type="spellEnd"/>
      <w:r w:rsidR="00AB182B">
        <w:t xml:space="preserve"> </w:t>
      </w:r>
      <w:proofErr w:type="spellStart"/>
      <w:r w:rsidR="00AB182B">
        <w:t>si</w:t>
      </w:r>
      <w:proofErr w:type="spellEnd"/>
      <w:r w:rsidR="00AB182B">
        <w:t xml:space="preserve"> Bashkia e </w:t>
      </w:r>
      <w:proofErr w:type="spellStart"/>
      <w:r w:rsidR="00AB182B">
        <w:t>Fushë</w:t>
      </w:r>
      <w:proofErr w:type="spellEnd"/>
      <w:r w:rsidR="00AB182B">
        <w:t xml:space="preserve"> </w:t>
      </w:r>
      <w:proofErr w:type="spellStart"/>
      <w:r w:rsidR="00AB182B">
        <w:t>Arsit</w:t>
      </w:r>
      <w:proofErr w:type="spellEnd"/>
      <w:r w:rsidR="00AB182B">
        <w:t xml:space="preserve"> </w:t>
      </w:r>
      <w:proofErr w:type="spellStart"/>
      <w:r w:rsidR="00AB182B">
        <w:t>kena</w:t>
      </w:r>
      <w:proofErr w:type="spellEnd"/>
      <w:r w:rsidR="00AB182B">
        <w:t xml:space="preserve"> </w:t>
      </w:r>
      <w:proofErr w:type="spellStart"/>
      <w:r w:rsidR="00AB182B">
        <w:t>shërbimin</w:t>
      </w:r>
      <w:proofErr w:type="spellEnd"/>
      <w:r w:rsidR="00AB182B">
        <w:t xml:space="preserve"> e </w:t>
      </w:r>
      <w:proofErr w:type="spellStart"/>
      <w:r w:rsidR="00AB182B">
        <w:t>pastrim-gjelbërimit</w:t>
      </w:r>
      <w:proofErr w:type="spellEnd"/>
      <w:r w:rsidR="00AB182B">
        <w:t xml:space="preserve"> </w:t>
      </w:r>
      <w:proofErr w:type="spellStart"/>
      <w:r w:rsidR="00AB182B">
        <w:t>dhe</w:t>
      </w:r>
      <w:proofErr w:type="spellEnd"/>
      <w:r w:rsidR="00AB182B">
        <w:t xml:space="preserve"> </w:t>
      </w:r>
      <w:proofErr w:type="spellStart"/>
      <w:r w:rsidR="00AB182B">
        <w:t>mjedis</w:t>
      </w:r>
      <w:proofErr w:type="spellEnd"/>
      <w:r w:rsidR="00AB182B">
        <w:t xml:space="preserve"> e </w:t>
      </w:r>
      <w:proofErr w:type="spellStart"/>
      <w:r w:rsidR="00AB182B">
        <w:t>kena</w:t>
      </w:r>
      <w:proofErr w:type="spellEnd"/>
      <w:r w:rsidR="00AB182B">
        <w:t xml:space="preserve"> </w:t>
      </w:r>
      <w:proofErr w:type="spellStart"/>
      <w:r w:rsidR="00AB182B">
        <w:t>merrë</w:t>
      </w:r>
      <w:proofErr w:type="spellEnd"/>
      <w:r w:rsidR="00AB182B">
        <w:t xml:space="preserve"> </w:t>
      </w:r>
      <w:proofErr w:type="spellStart"/>
      <w:r w:rsidR="00AB182B">
        <w:t>na</w:t>
      </w:r>
      <w:proofErr w:type="spellEnd"/>
      <w:r w:rsidR="00AB182B">
        <w:t xml:space="preserve"> </w:t>
      </w:r>
      <w:proofErr w:type="spellStart"/>
      <w:r w:rsidR="00AB182B">
        <w:t>përmerrë</w:t>
      </w:r>
      <w:proofErr w:type="spellEnd"/>
      <w:r w:rsidR="00AB182B">
        <w:t xml:space="preserve"> </w:t>
      </w:r>
      <w:proofErr w:type="spellStart"/>
      <w:r w:rsidR="00AB182B">
        <w:t>institucionit</w:t>
      </w:r>
      <w:proofErr w:type="spellEnd"/>
      <w:r w:rsidR="00AB182B">
        <w:t xml:space="preserve">. Nuk e </w:t>
      </w:r>
      <w:proofErr w:type="spellStart"/>
      <w:r w:rsidR="00AB182B">
        <w:t>kena</w:t>
      </w:r>
      <w:proofErr w:type="spellEnd"/>
      <w:r w:rsidR="00AB182B">
        <w:t xml:space="preserve"> me </w:t>
      </w:r>
      <w:proofErr w:type="spellStart"/>
      <w:r w:rsidR="00AB182B">
        <w:t>kështu</w:t>
      </w:r>
      <w:proofErr w:type="spellEnd"/>
      <w:r w:rsidR="00AB182B">
        <w:t xml:space="preserve"> </w:t>
      </w:r>
      <w:proofErr w:type="spellStart"/>
      <w:r w:rsidR="00AB182B">
        <w:t>dhënie</w:t>
      </w:r>
      <w:proofErr w:type="spellEnd"/>
      <w:r w:rsidR="00AB182B">
        <w:t xml:space="preserve"> me </w:t>
      </w:r>
      <w:proofErr w:type="spellStart"/>
      <w:r w:rsidR="00AB182B">
        <w:t>kontratë</w:t>
      </w:r>
      <w:proofErr w:type="spellEnd"/>
      <w:r w:rsidR="00AB182B">
        <w:t xml:space="preserve">. </w:t>
      </w:r>
      <w:proofErr w:type="spellStart"/>
      <w:r w:rsidR="00AB182B">
        <w:t>Pra</w:t>
      </w:r>
      <w:proofErr w:type="spellEnd"/>
      <w:r w:rsidR="00AB182B">
        <w:t xml:space="preserve">, </w:t>
      </w:r>
      <w:proofErr w:type="spellStart"/>
      <w:r w:rsidR="00AB182B">
        <w:t>na</w:t>
      </w:r>
      <w:proofErr w:type="spellEnd"/>
      <w:r w:rsidR="00AB182B">
        <w:t xml:space="preserve"> </w:t>
      </w:r>
      <w:proofErr w:type="spellStart"/>
      <w:r w:rsidR="00AB182B">
        <w:t>duket</w:t>
      </w:r>
      <w:proofErr w:type="spellEnd"/>
      <w:r w:rsidR="00AB182B">
        <w:t xml:space="preserve"> </w:t>
      </w:r>
      <w:proofErr w:type="spellStart"/>
      <w:r w:rsidR="00AB182B">
        <w:t>i</w:t>
      </w:r>
      <w:proofErr w:type="spellEnd"/>
      <w:r w:rsidR="00AB182B">
        <w:t xml:space="preserve"> </w:t>
      </w:r>
      <w:proofErr w:type="spellStart"/>
      <w:r w:rsidR="00AB182B">
        <w:t>fije</w:t>
      </w:r>
      <w:proofErr w:type="spellEnd"/>
      <w:r w:rsidR="00AB182B">
        <w:t xml:space="preserve"> </w:t>
      </w:r>
      <w:proofErr w:type="spellStart"/>
      <w:r w:rsidR="00AB182B">
        <w:t>numri</w:t>
      </w:r>
      <w:proofErr w:type="spellEnd"/>
      <w:r w:rsidR="00AB182B">
        <w:t xml:space="preserve"> </w:t>
      </w:r>
      <w:proofErr w:type="spellStart"/>
      <w:r w:rsidR="00AB182B">
        <w:t>i</w:t>
      </w:r>
      <w:proofErr w:type="spellEnd"/>
      <w:r w:rsidR="00AB182B">
        <w:t xml:space="preserve"> </w:t>
      </w:r>
      <w:proofErr w:type="spellStart"/>
      <w:r w:rsidR="00AB182B">
        <w:t>madh</w:t>
      </w:r>
      <w:proofErr w:type="spellEnd"/>
      <w:r w:rsidR="00AB182B">
        <w:t xml:space="preserve">, po </w:t>
      </w:r>
      <w:proofErr w:type="spellStart"/>
      <w:r w:rsidR="00AB182B">
        <w:t>na</w:t>
      </w:r>
      <w:proofErr w:type="spellEnd"/>
      <w:r w:rsidR="00AB182B">
        <w:t xml:space="preserve"> </w:t>
      </w:r>
      <w:proofErr w:type="spellStart"/>
      <w:r w:rsidR="00AB182B">
        <w:t>kena</w:t>
      </w:r>
      <w:proofErr w:type="spellEnd"/>
      <w:r w:rsidR="00AB182B">
        <w:t xml:space="preserve"> me </w:t>
      </w:r>
      <w:proofErr w:type="spellStart"/>
      <w:r w:rsidR="00AB182B">
        <w:t>dhe</w:t>
      </w:r>
      <w:proofErr w:type="spellEnd"/>
      <w:r w:rsidR="00AB182B">
        <w:t xml:space="preserve"> </w:t>
      </w:r>
      <w:proofErr w:type="spellStart"/>
      <w:r w:rsidR="00AB182B">
        <w:t>këtë</w:t>
      </w:r>
      <w:proofErr w:type="spellEnd"/>
      <w:r w:rsidR="00AB182B">
        <w:t xml:space="preserve"> </w:t>
      </w:r>
      <w:proofErr w:type="spellStart"/>
      <w:r w:rsidR="00AB182B">
        <w:t>shërbim</w:t>
      </w:r>
      <w:proofErr w:type="spellEnd"/>
      <w:r w:rsidR="00AB182B">
        <w:t xml:space="preserve">. </w:t>
      </w:r>
      <w:proofErr w:type="spellStart"/>
      <w:r w:rsidR="00AB182B">
        <w:t>Disa</w:t>
      </w:r>
      <w:proofErr w:type="spellEnd"/>
      <w:r w:rsidR="00AB182B">
        <w:t xml:space="preserve"> </w:t>
      </w:r>
      <w:proofErr w:type="spellStart"/>
      <w:r w:rsidR="00AB182B">
        <w:t>bashki</w:t>
      </w:r>
      <w:proofErr w:type="spellEnd"/>
      <w:r w:rsidR="00AB182B">
        <w:t xml:space="preserve"> </w:t>
      </w:r>
      <w:proofErr w:type="spellStart"/>
      <w:r w:rsidR="00AB182B">
        <w:t>nuk</w:t>
      </w:r>
      <w:proofErr w:type="spellEnd"/>
      <w:r w:rsidR="00AB182B">
        <w:t xml:space="preserve"> e </w:t>
      </w:r>
      <w:proofErr w:type="spellStart"/>
      <w:r w:rsidR="00AB182B">
        <w:t>kanë</w:t>
      </w:r>
      <w:proofErr w:type="spellEnd"/>
      <w:r w:rsidR="00AB182B">
        <w:t xml:space="preserve">, e </w:t>
      </w:r>
      <w:proofErr w:type="spellStart"/>
      <w:r w:rsidR="00AB182B">
        <w:t>kanë</w:t>
      </w:r>
      <w:proofErr w:type="spellEnd"/>
      <w:r w:rsidR="00AB182B">
        <w:t xml:space="preserve"> </w:t>
      </w:r>
      <w:proofErr w:type="spellStart"/>
      <w:r w:rsidR="00AB182B">
        <w:t>kështu</w:t>
      </w:r>
      <w:proofErr w:type="spellEnd"/>
      <w:r w:rsidR="00AB182B">
        <w:t xml:space="preserve"> </w:t>
      </w:r>
      <w:proofErr w:type="spellStart"/>
      <w:r w:rsidR="00AB182B">
        <w:t>dhe</w:t>
      </w:r>
      <w:proofErr w:type="spellEnd"/>
      <w:r w:rsidR="00AB182B">
        <w:t xml:space="preserve"> </w:t>
      </w:r>
      <w:proofErr w:type="spellStart"/>
      <w:r w:rsidR="00AB182B">
        <w:t>ju</w:t>
      </w:r>
      <w:proofErr w:type="spellEnd"/>
      <w:r w:rsidR="00AB182B">
        <w:t xml:space="preserve"> </w:t>
      </w:r>
      <w:proofErr w:type="spellStart"/>
      <w:r w:rsidR="00AB182B">
        <w:t>duket</w:t>
      </w:r>
      <w:proofErr w:type="spellEnd"/>
      <w:r w:rsidR="00AB182B">
        <w:t xml:space="preserve"> </w:t>
      </w:r>
      <w:proofErr w:type="spellStart"/>
      <w:r w:rsidR="00AB182B">
        <w:t>numri</w:t>
      </w:r>
      <w:proofErr w:type="spellEnd"/>
      <w:r w:rsidR="00AB182B">
        <w:t xml:space="preserve"> </w:t>
      </w:r>
      <w:proofErr w:type="spellStart"/>
      <w:r w:rsidR="00AB182B">
        <w:t>i</w:t>
      </w:r>
      <w:proofErr w:type="spellEnd"/>
      <w:r w:rsidR="00AB182B">
        <w:t xml:space="preserve"> </w:t>
      </w:r>
      <w:proofErr w:type="spellStart"/>
      <w:r w:rsidR="00AB182B">
        <w:t>fije</w:t>
      </w:r>
      <w:proofErr w:type="spellEnd"/>
      <w:r w:rsidR="00AB182B">
        <w:t xml:space="preserve"> </w:t>
      </w:r>
      <w:proofErr w:type="spellStart"/>
      <w:r w:rsidR="00AB182B">
        <w:t>më</w:t>
      </w:r>
      <w:proofErr w:type="spellEnd"/>
      <w:r w:rsidR="00AB182B">
        <w:t xml:space="preserve"> </w:t>
      </w:r>
      <w:proofErr w:type="spellStart"/>
      <w:r w:rsidR="00AB182B">
        <w:t>më</w:t>
      </w:r>
      <w:proofErr w:type="spellEnd"/>
      <w:r w:rsidR="00AB182B">
        <w:t xml:space="preserve"> </w:t>
      </w:r>
      <w:proofErr w:type="spellStart"/>
      <w:r w:rsidR="00AB182B">
        <w:t>i</w:t>
      </w:r>
      <w:proofErr w:type="spellEnd"/>
      <w:r w:rsidR="00AB182B">
        <w:t xml:space="preserve"> </w:t>
      </w:r>
      <w:proofErr w:type="spellStart"/>
      <w:r w:rsidR="00AB182B">
        <w:t>vogël</w:t>
      </w:r>
      <w:proofErr w:type="spellEnd"/>
      <w:r w:rsidR="00AB182B">
        <w:t xml:space="preserve">. </w:t>
      </w:r>
      <w:proofErr w:type="spellStart"/>
      <w:r w:rsidR="00AB182B">
        <w:t>Edhe</w:t>
      </w:r>
      <w:proofErr w:type="spellEnd"/>
      <w:r w:rsidR="00AB182B">
        <w:t xml:space="preserve"> </w:t>
      </w:r>
      <w:proofErr w:type="spellStart"/>
      <w:r w:rsidR="00AB182B">
        <w:t>këta</w:t>
      </w:r>
      <w:proofErr w:type="spellEnd"/>
      <w:r w:rsidR="00AB182B">
        <w:t xml:space="preserve"> </w:t>
      </w:r>
      <w:proofErr w:type="spellStart"/>
      <w:r w:rsidR="00AB182B">
        <w:t>nuk</w:t>
      </w:r>
      <w:proofErr w:type="spellEnd"/>
      <w:r w:rsidR="00AB182B">
        <w:t xml:space="preserve"> </w:t>
      </w:r>
      <w:proofErr w:type="spellStart"/>
      <w:r w:rsidR="00AB182B">
        <w:t>besoj</w:t>
      </w:r>
      <w:proofErr w:type="spellEnd"/>
      <w:r w:rsidR="00AB182B">
        <w:t xml:space="preserve"> se </w:t>
      </w:r>
      <w:proofErr w:type="spellStart"/>
      <w:r w:rsidR="00AB182B">
        <w:t>kena</w:t>
      </w:r>
      <w:proofErr w:type="spellEnd"/>
      <w:r w:rsidR="00AB182B">
        <w:t xml:space="preserve"> </w:t>
      </w:r>
      <w:proofErr w:type="spellStart"/>
      <w:r w:rsidR="00AB182B">
        <w:t>kalu</w:t>
      </w:r>
      <w:proofErr w:type="spellEnd"/>
      <w:r w:rsidR="00AB182B">
        <w:t xml:space="preserve"> </w:t>
      </w:r>
      <w:proofErr w:type="spellStart"/>
      <w:r w:rsidR="00AB182B">
        <w:t>në</w:t>
      </w:r>
      <w:proofErr w:type="spellEnd"/>
      <w:r w:rsidR="00AB182B">
        <w:t xml:space="preserve"> </w:t>
      </w:r>
      <w:proofErr w:type="spellStart"/>
      <w:r w:rsidR="00AB182B">
        <w:t>ato</w:t>
      </w:r>
      <w:proofErr w:type="spellEnd"/>
      <w:r w:rsidR="00AB182B">
        <w:t xml:space="preserve"> </w:t>
      </w:r>
      <w:proofErr w:type="spellStart"/>
      <w:r w:rsidR="00AB182B">
        <w:t>limite</w:t>
      </w:r>
      <w:proofErr w:type="spellEnd"/>
      <w:r w:rsidR="00AB182B">
        <w:t xml:space="preserve">, </w:t>
      </w:r>
      <w:proofErr w:type="spellStart"/>
      <w:r w:rsidR="00AB182B">
        <w:t>sepse</w:t>
      </w:r>
      <w:proofErr w:type="spellEnd"/>
      <w:r w:rsidR="00AB182B">
        <w:t xml:space="preserve"> </w:t>
      </w:r>
      <w:proofErr w:type="spellStart"/>
      <w:r w:rsidR="00AB182B">
        <w:t>jena</w:t>
      </w:r>
      <w:proofErr w:type="spellEnd"/>
      <w:r w:rsidR="00AB182B">
        <w:t xml:space="preserve"> me </w:t>
      </w:r>
      <w:proofErr w:type="spellStart"/>
      <w:r w:rsidR="00AB182B">
        <w:t>buxhet</w:t>
      </w:r>
      <w:proofErr w:type="spellEnd"/>
      <w:r w:rsidR="00AB182B">
        <w:t xml:space="preserve">, </w:t>
      </w:r>
      <w:proofErr w:type="spellStart"/>
      <w:r w:rsidR="00AB182B">
        <w:t>s'kena</w:t>
      </w:r>
      <w:proofErr w:type="spellEnd"/>
      <w:r w:rsidR="00AB182B">
        <w:t xml:space="preserve"> </w:t>
      </w:r>
      <w:proofErr w:type="spellStart"/>
      <w:r w:rsidR="00AB182B">
        <w:t>asnjë</w:t>
      </w:r>
      <w:proofErr w:type="spellEnd"/>
      <w:r w:rsidR="00AB182B">
        <w:t xml:space="preserve"> </w:t>
      </w:r>
      <w:proofErr w:type="spellStart"/>
      <w:r w:rsidR="00AB182B">
        <w:t>lloj</w:t>
      </w:r>
      <w:proofErr w:type="spellEnd"/>
      <w:r w:rsidR="00AB182B">
        <w:t xml:space="preserve"> </w:t>
      </w:r>
      <w:proofErr w:type="spellStart"/>
      <w:r w:rsidR="00AB182B">
        <w:t>problemi</w:t>
      </w:r>
      <w:proofErr w:type="spellEnd"/>
      <w:r w:rsidR="00AB182B">
        <w:t xml:space="preserve">. Ne </w:t>
      </w:r>
      <w:proofErr w:type="spellStart"/>
      <w:r w:rsidR="00AB182B">
        <w:t>kena</w:t>
      </w:r>
      <w:proofErr w:type="spellEnd"/>
      <w:r w:rsidR="00AB182B">
        <w:t xml:space="preserve"> </w:t>
      </w:r>
      <w:proofErr w:type="spellStart"/>
      <w:r w:rsidR="00AB182B">
        <w:t>disa</w:t>
      </w:r>
      <w:proofErr w:type="spellEnd"/>
      <w:r w:rsidR="00AB182B">
        <w:t xml:space="preserve"> </w:t>
      </w:r>
      <w:proofErr w:type="spellStart"/>
      <w:r w:rsidR="00AB182B">
        <w:t>probleme</w:t>
      </w:r>
      <w:proofErr w:type="spellEnd"/>
      <w:r w:rsidR="00AB182B">
        <w:t xml:space="preserve">, </w:t>
      </w:r>
      <w:proofErr w:type="spellStart"/>
      <w:r w:rsidR="00AB182B">
        <w:t>kena</w:t>
      </w:r>
      <w:proofErr w:type="spellEnd"/>
      <w:r w:rsidR="00AB182B">
        <w:t xml:space="preserve"> </w:t>
      </w:r>
      <w:proofErr w:type="spellStart"/>
      <w:r w:rsidR="00AB182B">
        <w:t>nga</w:t>
      </w:r>
      <w:proofErr w:type="spellEnd"/>
      <w:r w:rsidR="00AB182B">
        <w:t xml:space="preserve"> </w:t>
      </w:r>
      <w:proofErr w:type="spellStart"/>
      <w:r w:rsidR="00AB182B">
        <w:t>konfirmimi</w:t>
      </w:r>
      <w:proofErr w:type="spellEnd"/>
      <w:r w:rsidR="00AB182B">
        <w:t xml:space="preserve"> </w:t>
      </w:r>
      <w:proofErr w:type="spellStart"/>
      <w:r w:rsidR="00AB182B">
        <w:t>i</w:t>
      </w:r>
      <w:proofErr w:type="spellEnd"/>
      <w:r w:rsidR="00AB182B">
        <w:t xml:space="preserve"> </w:t>
      </w:r>
      <w:proofErr w:type="spellStart"/>
      <w:r w:rsidR="00AB182B">
        <w:t>projekteve</w:t>
      </w:r>
      <w:proofErr w:type="spellEnd"/>
      <w:r w:rsidR="00AB182B">
        <w:t xml:space="preserve">, se </w:t>
      </w:r>
      <w:proofErr w:type="spellStart"/>
      <w:r w:rsidR="00AB182B">
        <w:t>është</w:t>
      </w:r>
      <w:proofErr w:type="spellEnd"/>
      <w:r w:rsidR="00AB182B">
        <w:t xml:space="preserve"> </w:t>
      </w:r>
      <w:proofErr w:type="spellStart"/>
      <w:r w:rsidR="00AB182B">
        <w:t>një</w:t>
      </w:r>
      <w:proofErr w:type="spellEnd"/>
      <w:r w:rsidR="00AB182B">
        <w:t xml:space="preserve"> </w:t>
      </w:r>
      <w:proofErr w:type="spellStart"/>
      <w:r w:rsidR="00AB182B">
        <w:t>treg</w:t>
      </w:r>
      <w:proofErr w:type="spellEnd"/>
      <w:r w:rsidR="00AB182B">
        <w:t xml:space="preserve"> </w:t>
      </w:r>
      <w:proofErr w:type="spellStart"/>
      <w:r w:rsidR="00AB182B">
        <w:t>shumë</w:t>
      </w:r>
      <w:proofErr w:type="spellEnd"/>
      <w:r w:rsidR="00AB182B">
        <w:t xml:space="preserve">, </w:t>
      </w:r>
      <w:proofErr w:type="spellStart"/>
      <w:r w:rsidR="00AB182B">
        <w:t>është</w:t>
      </w:r>
      <w:proofErr w:type="spellEnd"/>
      <w:r w:rsidR="00AB182B">
        <w:t xml:space="preserve"> </w:t>
      </w:r>
      <w:proofErr w:type="spellStart"/>
      <w:r w:rsidR="00AB182B">
        <w:t>një</w:t>
      </w:r>
      <w:proofErr w:type="spellEnd"/>
      <w:r w:rsidR="00AB182B">
        <w:t xml:space="preserve"> </w:t>
      </w:r>
      <w:proofErr w:type="spellStart"/>
      <w:r w:rsidR="00AB182B">
        <w:t>konkurrencë</w:t>
      </w:r>
      <w:proofErr w:type="spellEnd"/>
      <w:r w:rsidR="00AB182B">
        <w:t xml:space="preserve"> </w:t>
      </w:r>
      <w:proofErr w:type="spellStart"/>
      <w:r w:rsidR="00AB182B">
        <w:t>shumë</w:t>
      </w:r>
      <w:proofErr w:type="spellEnd"/>
      <w:r w:rsidR="00AB182B">
        <w:t xml:space="preserve"> e </w:t>
      </w:r>
      <w:proofErr w:type="spellStart"/>
      <w:r w:rsidR="00AB182B">
        <w:t>madhe</w:t>
      </w:r>
      <w:proofErr w:type="spellEnd"/>
      <w:r w:rsidR="00AB182B">
        <w:t xml:space="preserve"> </w:t>
      </w:r>
      <w:proofErr w:type="spellStart"/>
      <w:r w:rsidR="00AB182B">
        <w:t>dhe</w:t>
      </w:r>
      <w:proofErr w:type="spellEnd"/>
      <w:r w:rsidR="00AB182B">
        <w:t xml:space="preserve"> ne </w:t>
      </w:r>
      <w:proofErr w:type="spellStart"/>
      <w:r w:rsidR="00AB182B">
        <w:t>përmes</w:t>
      </w:r>
      <w:proofErr w:type="spellEnd"/>
      <w:r w:rsidR="00AB182B">
        <w:t xml:space="preserve">, </w:t>
      </w:r>
      <w:proofErr w:type="spellStart"/>
      <w:r w:rsidR="00AB182B">
        <w:t>në</w:t>
      </w:r>
      <w:proofErr w:type="spellEnd"/>
      <w:r w:rsidR="00AB182B">
        <w:t xml:space="preserve"> </w:t>
      </w:r>
      <w:proofErr w:type="spellStart"/>
      <w:r w:rsidR="00AB182B">
        <w:t>mes</w:t>
      </w:r>
      <w:proofErr w:type="spellEnd"/>
      <w:r w:rsidR="00AB182B">
        <w:t xml:space="preserve">, </w:t>
      </w:r>
      <w:proofErr w:type="spellStart"/>
      <w:r w:rsidR="00AB182B">
        <w:t>për</w:t>
      </w:r>
      <w:proofErr w:type="spellEnd"/>
      <w:r w:rsidR="00AB182B">
        <w:t xml:space="preserve"> </w:t>
      </w:r>
      <w:proofErr w:type="spellStart"/>
      <w:r w:rsidR="00AB182B">
        <w:t>projektet</w:t>
      </w:r>
      <w:proofErr w:type="spellEnd"/>
      <w:r w:rsidR="00AB182B">
        <w:t xml:space="preserve"> e </w:t>
      </w:r>
      <w:proofErr w:type="spellStart"/>
      <w:r w:rsidR="00AB182B">
        <w:t>standartet</w:t>
      </w:r>
      <w:proofErr w:type="spellEnd"/>
      <w:r w:rsidR="00AB182B">
        <w:t xml:space="preserve"> e </w:t>
      </w:r>
      <w:proofErr w:type="spellStart"/>
      <w:r w:rsidR="00AB182B">
        <w:t>projekteve</w:t>
      </w:r>
      <w:proofErr w:type="spellEnd"/>
      <w:r w:rsidR="00AB182B">
        <w:t xml:space="preserve">, </w:t>
      </w:r>
      <w:proofErr w:type="spellStart"/>
      <w:r w:rsidR="00AB182B">
        <w:t>vështirësia</w:t>
      </w:r>
      <w:proofErr w:type="spellEnd"/>
      <w:r w:rsidR="00AB182B">
        <w:t xml:space="preserve"> e </w:t>
      </w:r>
      <w:proofErr w:type="spellStart"/>
      <w:r w:rsidR="00AB182B">
        <w:t>tjera</w:t>
      </w:r>
      <w:proofErr w:type="spellEnd"/>
      <w:r w:rsidR="00AB182B">
        <w:t xml:space="preserve">. </w:t>
      </w:r>
      <w:proofErr w:type="spellStart"/>
      <w:r w:rsidR="00AB182B">
        <w:t>Ëh</w:t>
      </w:r>
      <w:proofErr w:type="spellEnd"/>
      <w:r w:rsidR="00AB182B">
        <w:t xml:space="preserve">, </w:t>
      </w:r>
      <w:proofErr w:type="spellStart"/>
      <w:r w:rsidR="00AB182B">
        <w:t>burimet</w:t>
      </w:r>
      <w:proofErr w:type="spellEnd"/>
      <w:r w:rsidR="00AB182B">
        <w:t xml:space="preserve"> </w:t>
      </w:r>
      <w:proofErr w:type="spellStart"/>
      <w:r w:rsidR="00AB182B">
        <w:t>njerëzore</w:t>
      </w:r>
      <w:proofErr w:type="spellEnd"/>
      <w:r w:rsidR="00AB182B">
        <w:t xml:space="preserve">, </w:t>
      </w:r>
      <w:proofErr w:type="spellStart"/>
      <w:r w:rsidR="00AB182B">
        <w:t>këtu</w:t>
      </w:r>
      <w:proofErr w:type="spellEnd"/>
      <w:r w:rsidR="00AB182B">
        <w:t xml:space="preserve"> </w:t>
      </w:r>
      <w:proofErr w:type="spellStart"/>
      <w:r w:rsidR="00AB182B">
        <w:t>besoj</w:t>
      </w:r>
      <w:proofErr w:type="spellEnd"/>
      <w:r w:rsidR="00AB182B">
        <w:t xml:space="preserve"> se </w:t>
      </w:r>
      <w:proofErr w:type="spellStart"/>
      <w:r w:rsidR="00AB182B">
        <w:t>ishte</w:t>
      </w:r>
      <w:proofErr w:type="spellEnd"/>
      <w:r w:rsidR="00AB182B">
        <w:t xml:space="preserve"> apo </w:t>
      </w:r>
      <w:proofErr w:type="spellStart"/>
      <w:r w:rsidR="00AB182B">
        <w:t>s'merrena</w:t>
      </w:r>
      <w:proofErr w:type="spellEnd"/>
      <w:r w:rsidR="00AB182B">
        <w:t xml:space="preserve"> </w:t>
      </w:r>
      <w:proofErr w:type="spellStart"/>
      <w:r w:rsidR="00AB182B">
        <w:t>pyetjes</w:t>
      </w:r>
      <w:proofErr w:type="spellEnd"/>
      <w:r w:rsidR="00AB182B">
        <w:t xml:space="preserve">, po </w:t>
      </w:r>
      <w:proofErr w:type="spellStart"/>
      <w:r w:rsidR="00AB182B">
        <w:t>bashkitë</w:t>
      </w:r>
      <w:proofErr w:type="spellEnd"/>
      <w:r w:rsidR="00AB182B">
        <w:t xml:space="preserve">, </w:t>
      </w:r>
      <w:proofErr w:type="spellStart"/>
      <w:r w:rsidR="00AB182B">
        <w:t>unë</w:t>
      </w:r>
      <w:proofErr w:type="spellEnd"/>
      <w:r w:rsidR="00AB182B">
        <w:t xml:space="preserve"> </w:t>
      </w:r>
      <w:proofErr w:type="spellStart"/>
      <w:r w:rsidR="00AB182B">
        <w:t>nuk</w:t>
      </w:r>
      <w:proofErr w:type="spellEnd"/>
      <w:r w:rsidR="00AB182B">
        <w:t xml:space="preserve"> </w:t>
      </w:r>
      <w:proofErr w:type="spellStart"/>
      <w:r w:rsidR="00AB182B">
        <w:t>mendoj</w:t>
      </w:r>
      <w:proofErr w:type="spellEnd"/>
      <w:r w:rsidR="00AB182B">
        <w:t xml:space="preserve"> </w:t>
      </w:r>
      <w:proofErr w:type="spellStart"/>
      <w:r w:rsidR="00AB182B">
        <w:t>që</w:t>
      </w:r>
      <w:proofErr w:type="spellEnd"/>
      <w:r w:rsidR="00AB182B">
        <w:t xml:space="preserve"> ka </w:t>
      </w:r>
      <w:proofErr w:type="spellStart"/>
      <w:r w:rsidR="00AB182B">
        <w:t>probleme</w:t>
      </w:r>
      <w:proofErr w:type="spellEnd"/>
      <w:r w:rsidR="00AB182B">
        <w:t xml:space="preserve"> </w:t>
      </w:r>
      <w:proofErr w:type="spellStart"/>
      <w:r w:rsidR="00AB182B">
        <w:t>për</w:t>
      </w:r>
      <w:proofErr w:type="spellEnd"/>
      <w:r w:rsidR="00AB182B">
        <w:t xml:space="preserve"> </w:t>
      </w:r>
      <w:proofErr w:type="spellStart"/>
      <w:r w:rsidR="00AB182B">
        <w:t>burime</w:t>
      </w:r>
      <w:proofErr w:type="spellEnd"/>
      <w:r w:rsidR="00AB182B">
        <w:t xml:space="preserve"> </w:t>
      </w:r>
      <w:proofErr w:type="spellStart"/>
      <w:r w:rsidR="00AB182B">
        <w:t>njerëzore</w:t>
      </w:r>
      <w:proofErr w:type="spellEnd"/>
      <w:r w:rsidR="00AB182B">
        <w:t xml:space="preserve">, </w:t>
      </w:r>
      <w:proofErr w:type="spellStart"/>
      <w:r w:rsidR="00AB182B">
        <w:t>vetëm</w:t>
      </w:r>
      <w:proofErr w:type="spellEnd"/>
      <w:r w:rsidR="00AB182B">
        <w:t xml:space="preserve"> </w:t>
      </w:r>
      <w:proofErr w:type="spellStart"/>
      <w:r w:rsidR="00AB182B">
        <w:t>këto</w:t>
      </w:r>
      <w:proofErr w:type="spellEnd"/>
      <w:r w:rsidR="00AB182B">
        <w:t xml:space="preserve"> </w:t>
      </w:r>
      <w:proofErr w:type="spellStart"/>
      <w:r w:rsidR="00AB182B">
        <w:t>burime</w:t>
      </w:r>
      <w:proofErr w:type="spellEnd"/>
      <w:r w:rsidR="00AB182B">
        <w:t xml:space="preserve"> me </w:t>
      </w:r>
      <w:proofErr w:type="spellStart"/>
      <w:r w:rsidR="00AB182B">
        <w:t>krijimin</w:t>
      </w:r>
      <w:proofErr w:type="spellEnd"/>
      <w:r w:rsidR="00AB182B">
        <w:t xml:space="preserve"> e </w:t>
      </w:r>
      <w:proofErr w:type="spellStart"/>
      <w:r w:rsidR="00AB182B">
        <w:t>fundit</w:t>
      </w:r>
      <w:proofErr w:type="spellEnd"/>
      <w:r w:rsidR="00AB182B">
        <w:t xml:space="preserve"> </w:t>
      </w:r>
      <w:proofErr w:type="spellStart"/>
      <w:r w:rsidR="00AB182B">
        <w:t>të</w:t>
      </w:r>
      <w:proofErr w:type="spellEnd"/>
      <w:r w:rsidR="00AB182B">
        <w:t xml:space="preserve"> </w:t>
      </w:r>
      <w:proofErr w:type="spellStart"/>
      <w:r w:rsidR="00AB182B">
        <w:t>gjelbërt</w:t>
      </w:r>
      <w:proofErr w:type="spellEnd"/>
      <w:r w:rsidR="00AB182B">
        <w:t xml:space="preserve">, </w:t>
      </w:r>
      <w:proofErr w:type="spellStart"/>
      <w:r w:rsidR="00AB182B">
        <w:t>bashkitë</w:t>
      </w:r>
      <w:proofErr w:type="spellEnd"/>
      <w:r w:rsidR="00AB182B">
        <w:t xml:space="preserve">. </w:t>
      </w:r>
      <w:proofErr w:type="spellStart"/>
      <w:r w:rsidR="00AB182B">
        <w:t>Ëh</w:t>
      </w:r>
      <w:proofErr w:type="spellEnd"/>
      <w:r w:rsidR="00AB182B">
        <w:t xml:space="preserve">, ne me </w:t>
      </w:r>
      <w:proofErr w:type="spellStart"/>
      <w:r w:rsidR="00AB182B">
        <w:t>dy</w:t>
      </w:r>
      <w:proofErr w:type="spellEnd"/>
      <w:r w:rsidR="00AB182B">
        <w:t xml:space="preserve"> </w:t>
      </w:r>
      <w:proofErr w:type="spellStart"/>
      <w:r w:rsidR="00AB182B">
        <w:t>studime</w:t>
      </w:r>
      <w:proofErr w:type="spellEnd"/>
      <w:r w:rsidR="00AB182B">
        <w:t xml:space="preserve"> </w:t>
      </w:r>
      <w:proofErr w:type="spellStart"/>
      <w:r w:rsidR="00AB182B">
        <w:t>që</w:t>
      </w:r>
      <w:proofErr w:type="spellEnd"/>
      <w:r w:rsidR="00AB182B">
        <w:t xml:space="preserve"> </w:t>
      </w:r>
      <w:proofErr w:type="spellStart"/>
      <w:r w:rsidR="00AB182B">
        <w:t>kemi</w:t>
      </w:r>
      <w:proofErr w:type="spellEnd"/>
      <w:r w:rsidR="00AB182B">
        <w:t xml:space="preserve"> </w:t>
      </w:r>
      <w:proofErr w:type="spellStart"/>
      <w:r w:rsidR="00AB182B">
        <w:t>bërë</w:t>
      </w:r>
      <w:proofErr w:type="spellEnd"/>
      <w:r w:rsidR="00AB182B">
        <w:t xml:space="preserve"> </w:t>
      </w:r>
      <w:proofErr w:type="spellStart"/>
      <w:r w:rsidR="00AB182B">
        <w:t>në</w:t>
      </w:r>
      <w:proofErr w:type="spellEnd"/>
      <w:r w:rsidR="00AB182B">
        <w:t xml:space="preserve"> </w:t>
      </w:r>
      <w:proofErr w:type="spellStart"/>
      <w:r w:rsidR="00AB182B">
        <w:t>Bashkimin</w:t>
      </w:r>
      <w:proofErr w:type="spellEnd"/>
      <w:r w:rsidR="00AB182B">
        <w:t xml:space="preserve"> </w:t>
      </w:r>
      <w:proofErr w:type="spellStart"/>
      <w:r w:rsidR="00AB182B">
        <w:t>Evropian</w:t>
      </w:r>
      <w:proofErr w:type="spellEnd"/>
      <w:r w:rsidR="00AB182B">
        <w:t xml:space="preserve"> </w:t>
      </w:r>
      <w:proofErr w:type="spellStart"/>
      <w:r w:rsidR="00AB182B">
        <w:t>kemi</w:t>
      </w:r>
      <w:proofErr w:type="spellEnd"/>
      <w:r w:rsidR="00AB182B">
        <w:t xml:space="preserve"> </w:t>
      </w:r>
      <w:proofErr w:type="spellStart"/>
      <w:r w:rsidR="00AB182B">
        <w:t>arritë</w:t>
      </w:r>
      <w:proofErr w:type="spellEnd"/>
      <w:r w:rsidR="00AB182B">
        <w:t xml:space="preserve"> </w:t>
      </w:r>
      <w:proofErr w:type="spellStart"/>
      <w:r w:rsidR="00AB182B">
        <w:t>nën</w:t>
      </w:r>
      <w:proofErr w:type="spellEnd"/>
      <w:r w:rsidR="00AB182B">
        <w:t xml:space="preserve"> </w:t>
      </w:r>
      <w:proofErr w:type="spellStart"/>
      <w:r w:rsidR="00AB182B">
        <w:t>konkluzionin</w:t>
      </w:r>
      <w:proofErr w:type="spellEnd"/>
      <w:r w:rsidR="00AB182B">
        <w:t xml:space="preserve"> </w:t>
      </w:r>
      <w:proofErr w:type="spellStart"/>
      <w:r w:rsidR="00AB182B">
        <w:t>që</w:t>
      </w:r>
      <w:proofErr w:type="spellEnd"/>
      <w:r w:rsidR="00AB182B">
        <w:t xml:space="preserve"> </w:t>
      </w:r>
      <w:proofErr w:type="spellStart"/>
      <w:r w:rsidR="00AB182B">
        <w:t>sa</w:t>
      </w:r>
      <w:proofErr w:type="spellEnd"/>
      <w:r w:rsidR="00AB182B">
        <w:t xml:space="preserve"> </w:t>
      </w:r>
      <w:proofErr w:type="spellStart"/>
      <w:r w:rsidR="00AB182B">
        <w:t>kapacitet</w:t>
      </w:r>
      <w:proofErr w:type="spellEnd"/>
      <w:r w:rsidR="00AB182B">
        <w:t xml:space="preserve"> ka Bashkia e </w:t>
      </w:r>
      <w:proofErr w:type="spellStart"/>
      <w:r w:rsidR="00AB182B">
        <w:t>Fushë</w:t>
      </w:r>
      <w:proofErr w:type="spellEnd"/>
      <w:r w:rsidR="00AB182B">
        <w:t xml:space="preserve"> </w:t>
      </w:r>
      <w:proofErr w:type="spellStart"/>
      <w:r w:rsidR="00AB182B">
        <w:t>Arsit</w:t>
      </w:r>
      <w:proofErr w:type="spellEnd"/>
      <w:r w:rsidR="00AB182B">
        <w:t xml:space="preserve"> </w:t>
      </w:r>
      <w:proofErr w:type="spellStart"/>
      <w:r w:rsidR="00AB182B">
        <w:t>në</w:t>
      </w:r>
      <w:proofErr w:type="spellEnd"/>
      <w:r w:rsidR="00AB182B">
        <w:t xml:space="preserve"> </w:t>
      </w:r>
      <w:proofErr w:type="spellStart"/>
      <w:r w:rsidR="00AB182B">
        <w:t>fushën</w:t>
      </w:r>
      <w:proofErr w:type="spellEnd"/>
      <w:r w:rsidR="00AB182B">
        <w:t xml:space="preserve"> e </w:t>
      </w:r>
      <w:proofErr w:type="spellStart"/>
      <w:r w:rsidR="00AB182B">
        <w:t>fotovoltaike</w:t>
      </w:r>
      <w:proofErr w:type="spellEnd"/>
      <w:r w:rsidR="00AB182B">
        <w:t xml:space="preserve"> e </w:t>
      </w:r>
      <w:proofErr w:type="spellStart"/>
      <w:r w:rsidR="00AB182B">
        <w:t>evolikeve</w:t>
      </w:r>
      <w:proofErr w:type="spellEnd"/>
      <w:r w:rsidR="00AB182B">
        <w:t xml:space="preserve">, </w:t>
      </w:r>
      <w:proofErr w:type="spellStart"/>
      <w:r w:rsidR="00AB182B">
        <w:t>të</w:t>
      </w:r>
      <w:proofErr w:type="spellEnd"/>
      <w:r w:rsidR="00AB182B">
        <w:t xml:space="preserve"> </w:t>
      </w:r>
      <w:proofErr w:type="spellStart"/>
      <w:r w:rsidR="00AB182B">
        <w:t>cilat</w:t>
      </w:r>
      <w:proofErr w:type="spellEnd"/>
      <w:r w:rsidR="00AB182B">
        <w:t xml:space="preserve"> </w:t>
      </w:r>
      <w:proofErr w:type="spellStart"/>
      <w:r w:rsidR="00AB182B">
        <w:t>krijojnë</w:t>
      </w:r>
      <w:proofErr w:type="spellEnd"/>
      <w:r w:rsidR="00AB182B">
        <w:t xml:space="preserve"> </w:t>
      </w:r>
      <w:proofErr w:type="spellStart"/>
      <w:r w:rsidR="00AB182B">
        <w:t>një</w:t>
      </w:r>
      <w:proofErr w:type="spellEnd"/>
      <w:r w:rsidR="00AB182B">
        <w:t xml:space="preserve"> fond </w:t>
      </w:r>
      <w:proofErr w:type="spellStart"/>
      <w:r w:rsidR="00AB182B">
        <w:t>gjelbërt</w:t>
      </w:r>
      <w:proofErr w:type="spellEnd"/>
      <w:r w:rsidR="00AB182B">
        <w:t xml:space="preserve"> </w:t>
      </w:r>
      <w:proofErr w:type="spellStart"/>
      <w:r w:rsidR="00AB182B">
        <w:t>dhe</w:t>
      </w:r>
      <w:proofErr w:type="spellEnd"/>
      <w:r w:rsidR="00AB182B">
        <w:t xml:space="preserve"> </w:t>
      </w:r>
      <w:proofErr w:type="spellStart"/>
      <w:r w:rsidR="00AB182B">
        <w:t>shumë</w:t>
      </w:r>
      <w:proofErr w:type="spellEnd"/>
      <w:r w:rsidR="00AB182B">
        <w:t xml:space="preserve"> </w:t>
      </w:r>
      <w:proofErr w:type="spellStart"/>
      <w:r w:rsidR="00AB182B">
        <w:t>i</w:t>
      </w:r>
      <w:proofErr w:type="spellEnd"/>
      <w:r w:rsidR="00AB182B">
        <w:t xml:space="preserve"> </w:t>
      </w:r>
      <w:proofErr w:type="spellStart"/>
      <w:r w:rsidR="00AB182B">
        <w:t>rëndësishëm</w:t>
      </w:r>
      <w:proofErr w:type="spellEnd"/>
      <w:r w:rsidR="00AB182B">
        <w:t xml:space="preserve"> </w:t>
      </w:r>
      <w:proofErr w:type="spellStart"/>
      <w:r w:rsidR="00AB182B">
        <w:t>fondi</w:t>
      </w:r>
      <w:proofErr w:type="spellEnd"/>
      <w:r w:rsidR="00AB182B">
        <w:t xml:space="preserve"> </w:t>
      </w:r>
      <w:proofErr w:type="spellStart"/>
      <w:r w:rsidR="00AB182B">
        <w:t>i</w:t>
      </w:r>
      <w:proofErr w:type="spellEnd"/>
      <w:r w:rsidR="00AB182B">
        <w:t xml:space="preserve"> </w:t>
      </w:r>
      <w:proofErr w:type="spellStart"/>
      <w:r w:rsidR="00AB182B">
        <w:t>gjelbërt</w:t>
      </w:r>
      <w:proofErr w:type="spellEnd"/>
      <w:r w:rsidR="00AB182B">
        <w:t xml:space="preserve"> </w:t>
      </w:r>
      <w:proofErr w:type="spellStart"/>
      <w:r w:rsidR="00AB182B">
        <w:t>përmes</w:t>
      </w:r>
      <w:proofErr w:type="spellEnd"/>
      <w:r w:rsidR="00AB182B">
        <w:t xml:space="preserve"> </w:t>
      </w:r>
      <w:proofErr w:type="spellStart"/>
      <w:r w:rsidR="00AB182B">
        <w:t>thithjes</w:t>
      </w:r>
      <w:proofErr w:type="spellEnd"/>
      <w:r w:rsidR="00AB182B">
        <w:t xml:space="preserve"> </w:t>
      </w:r>
      <w:proofErr w:type="spellStart"/>
      <w:r w:rsidR="00AB182B">
        <w:t>së</w:t>
      </w:r>
      <w:proofErr w:type="spellEnd"/>
      <w:r w:rsidR="00AB182B">
        <w:t xml:space="preserve"> </w:t>
      </w:r>
      <w:proofErr w:type="spellStart"/>
      <w:r w:rsidR="00AB182B">
        <w:t>burimeve</w:t>
      </w:r>
      <w:proofErr w:type="spellEnd"/>
      <w:r w:rsidR="00AB182B">
        <w:t xml:space="preserve">. </w:t>
      </w:r>
      <w:proofErr w:type="spellStart"/>
      <w:r w:rsidR="00AB182B">
        <w:t>Pra</w:t>
      </w:r>
      <w:proofErr w:type="spellEnd"/>
      <w:r w:rsidR="00AB182B">
        <w:t xml:space="preserve">, </w:t>
      </w:r>
      <w:proofErr w:type="spellStart"/>
      <w:r w:rsidR="00AB182B">
        <w:t>në</w:t>
      </w:r>
      <w:proofErr w:type="spellEnd"/>
      <w:r w:rsidR="00AB182B">
        <w:t xml:space="preserve"> </w:t>
      </w:r>
      <w:proofErr w:type="spellStart"/>
      <w:r w:rsidR="00AB182B">
        <w:t>qoftë</w:t>
      </w:r>
      <w:proofErr w:type="spellEnd"/>
      <w:r w:rsidR="00AB182B">
        <w:t xml:space="preserve"> se </w:t>
      </w:r>
      <w:proofErr w:type="spellStart"/>
      <w:r w:rsidR="00AB182B">
        <w:t>bëhet</w:t>
      </w:r>
      <w:proofErr w:type="spellEnd"/>
      <w:r w:rsidR="00AB182B">
        <w:t xml:space="preserve"> </w:t>
      </w:r>
      <w:proofErr w:type="spellStart"/>
      <w:r w:rsidR="00AB182B">
        <w:t>fjalë</w:t>
      </w:r>
      <w:proofErr w:type="spellEnd"/>
      <w:r w:rsidR="00AB182B">
        <w:t xml:space="preserve"> </w:t>
      </w:r>
      <w:proofErr w:type="spellStart"/>
      <w:r w:rsidR="00AB182B">
        <w:t>për</w:t>
      </w:r>
      <w:proofErr w:type="spellEnd"/>
      <w:r w:rsidR="00AB182B">
        <w:t xml:space="preserve"> </w:t>
      </w:r>
      <w:proofErr w:type="spellStart"/>
      <w:r w:rsidR="00AB182B">
        <w:t>një</w:t>
      </w:r>
      <w:proofErr w:type="spellEnd"/>
      <w:r w:rsidR="00AB182B">
        <w:t xml:space="preserve"> </w:t>
      </w:r>
      <w:proofErr w:type="spellStart"/>
      <w:r w:rsidR="00AB182B">
        <w:t>studie</w:t>
      </w:r>
      <w:proofErr w:type="spellEnd"/>
      <w:r w:rsidR="00AB182B">
        <w:t xml:space="preserve"> </w:t>
      </w:r>
      <w:proofErr w:type="spellStart"/>
      <w:r w:rsidR="00AB182B">
        <w:t>arkitekture</w:t>
      </w:r>
      <w:proofErr w:type="spellEnd"/>
      <w:r w:rsidR="00AB182B">
        <w:t xml:space="preserve"> </w:t>
      </w:r>
      <w:proofErr w:type="spellStart"/>
      <w:r w:rsidR="00AB182B">
        <w:t>konsulence</w:t>
      </w:r>
      <w:proofErr w:type="spellEnd"/>
      <w:r w:rsidR="00AB182B">
        <w:t xml:space="preserve"> apo </w:t>
      </w:r>
      <w:proofErr w:type="spellStart"/>
      <w:r w:rsidR="00AB182B">
        <w:t>çdo</w:t>
      </w:r>
      <w:proofErr w:type="spellEnd"/>
      <w:r w:rsidR="00AB182B">
        <w:t xml:space="preserve"> </w:t>
      </w:r>
      <w:proofErr w:type="spellStart"/>
      <w:r w:rsidR="00AB182B">
        <w:t>lloj</w:t>
      </w:r>
      <w:proofErr w:type="spellEnd"/>
      <w:r w:rsidR="00AB182B">
        <w:t xml:space="preserve"> </w:t>
      </w:r>
      <w:proofErr w:type="spellStart"/>
      <w:r w:rsidR="00AB182B">
        <w:t>që</w:t>
      </w:r>
      <w:proofErr w:type="spellEnd"/>
      <w:r w:rsidR="00AB182B">
        <w:t xml:space="preserve"> </w:t>
      </w:r>
      <w:proofErr w:type="spellStart"/>
      <w:r w:rsidR="00AB182B">
        <w:t>i</w:t>
      </w:r>
      <w:proofErr w:type="spellEnd"/>
      <w:r w:rsidR="00AB182B">
        <w:t xml:space="preserve"> </w:t>
      </w:r>
      <w:proofErr w:type="spellStart"/>
      <w:r w:rsidR="00AB182B">
        <w:t>nevojitet</w:t>
      </w:r>
      <w:proofErr w:type="spellEnd"/>
      <w:r w:rsidR="00AB182B">
        <w:t xml:space="preserve"> </w:t>
      </w:r>
      <w:proofErr w:type="spellStart"/>
      <w:r w:rsidR="00AB182B">
        <w:t>për</w:t>
      </w:r>
      <w:proofErr w:type="spellEnd"/>
      <w:r w:rsidR="00AB182B">
        <w:t xml:space="preserve"> </w:t>
      </w:r>
      <w:proofErr w:type="spellStart"/>
      <w:r w:rsidR="00AB182B">
        <w:t>zhvillimin</w:t>
      </w:r>
      <w:proofErr w:type="spellEnd"/>
      <w:r w:rsidR="00AB182B">
        <w:t xml:space="preserve"> e </w:t>
      </w:r>
      <w:proofErr w:type="spellStart"/>
      <w:r w:rsidR="00AB182B">
        <w:t>territorit</w:t>
      </w:r>
      <w:proofErr w:type="spellEnd"/>
      <w:r w:rsidR="00AB182B">
        <w:t xml:space="preserve"> apo </w:t>
      </w:r>
      <w:proofErr w:type="spellStart"/>
      <w:r w:rsidR="00AB182B">
        <w:t>zhvillimin</w:t>
      </w:r>
      <w:proofErr w:type="spellEnd"/>
      <w:r w:rsidR="00AB182B">
        <w:t xml:space="preserve"> e </w:t>
      </w:r>
      <w:proofErr w:type="spellStart"/>
      <w:r w:rsidR="00AB182B">
        <w:t>politikave</w:t>
      </w:r>
      <w:proofErr w:type="spellEnd"/>
      <w:r w:rsidR="00AB182B">
        <w:t xml:space="preserve">, </w:t>
      </w:r>
      <w:proofErr w:type="spellStart"/>
      <w:r w:rsidR="00AB182B">
        <w:t>të</w:t>
      </w:r>
      <w:proofErr w:type="spellEnd"/>
      <w:r w:rsidR="00AB182B">
        <w:t xml:space="preserve"> </w:t>
      </w:r>
      <w:proofErr w:type="spellStart"/>
      <w:r w:rsidR="00AB182B">
        <w:t>politikave</w:t>
      </w:r>
      <w:proofErr w:type="spellEnd"/>
      <w:r w:rsidR="00AB182B">
        <w:t xml:space="preserve"> </w:t>
      </w:r>
      <w:proofErr w:type="spellStart"/>
      <w:r w:rsidR="00AB182B">
        <w:t>të</w:t>
      </w:r>
      <w:proofErr w:type="spellEnd"/>
      <w:r w:rsidR="00AB182B">
        <w:t xml:space="preserve"> </w:t>
      </w:r>
      <w:proofErr w:type="spellStart"/>
      <w:r w:rsidR="00AB182B">
        <w:t>zhvillimit</w:t>
      </w:r>
      <w:proofErr w:type="spellEnd"/>
      <w:r w:rsidR="00AB182B">
        <w:t xml:space="preserve"> </w:t>
      </w:r>
      <w:proofErr w:type="spellStart"/>
      <w:r w:rsidR="00AB182B">
        <w:t>të</w:t>
      </w:r>
      <w:proofErr w:type="spellEnd"/>
      <w:r w:rsidR="00AB182B">
        <w:t xml:space="preserve"> </w:t>
      </w:r>
      <w:proofErr w:type="spellStart"/>
      <w:r w:rsidR="00AB182B">
        <w:t>qëndrueshëm</w:t>
      </w:r>
      <w:proofErr w:type="spellEnd"/>
      <w:r w:rsidR="00AB182B">
        <w:t xml:space="preserve"> </w:t>
      </w:r>
      <w:proofErr w:type="spellStart"/>
      <w:r w:rsidR="00AB182B">
        <w:t>për</w:t>
      </w:r>
      <w:proofErr w:type="spellEnd"/>
      <w:r w:rsidR="00AB182B">
        <w:t xml:space="preserve"> </w:t>
      </w:r>
      <w:proofErr w:type="spellStart"/>
      <w:r w:rsidR="00AB182B">
        <w:t>Bashkinë</w:t>
      </w:r>
      <w:proofErr w:type="spellEnd"/>
      <w:r w:rsidR="00AB182B">
        <w:t xml:space="preserve"> e </w:t>
      </w:r>
      <w:proofErr w:type="spellStart"/>
      <w:r w:rsidR="00AB182B">
        <w:t>Fushë</w:t>
      </w:r>
      <w:proofErr w:type="spellEnd"/>
      <w:r w:rsidR="00AB182B">
        <w:t xml:space="preserve"> </w:t>
      </w:r>
      <w:proofErr w:type="spellStart"/>
      <w:r w:rsidR="00AB182B">
        <w:t>Arsit</w:t>
      </w:r>
      <w:proofErr w:type="spellEnd"/>
      <w:r w:rsidR="00AB182B">
        <w:t xml:space="preserve">, do </w:t>
      </w:r>
      <w:proofErr w:type="spellStart"/>
      <w:r w:rsidR="00AB182B">
        <w:t>të</w:t>
      </w:r>
      <w:proofErr w:type="spellEnd"/>
      <w:r w:rsidR="00AB182B">
        <w:t xml:space="preserve"> </w:t>
      </w:r>
      <w:proofErr w:type="spellStart"/>
      <w:r w:rsidR="00AB182B">
        <w:t>ishte</w:t>
      </w:r>
      <w:proofErr w:type="spellEnd"/>
      <w:r w:rsidR="00AB182B">
        <w:t xml:space="preserve">, do </w:t>
      </w:r>
      <w:proofErr w:type="spellStart"/>
      <w:r w:rsidR="00AB182B">
        <w:t>të</w:t>
      </w:r>
      <w:proofErr w:type="spellEnd"/>
      <w:r w:rsidR="00AB182B">
        <w:t xml:space="preserve"> </w:t>
      </w:r>
      <w:proofErr w:type="spellStart"/>
      <w:r w:rsidR="00AB182B">
        <w:t>ishte</w:t>
      </w:r>
      <w:proofErr w:type="spellEnd"/>
      <w:r w:rsidR="00AB182B">
        <w:t xml:space="preserve"> </w:t>
      </w:r>
      <w:proofErr w:type="spellStart"/>
      <w:r w:rsidR="00AB182B">
        <w:t>shumë</w:t>
      </w:r>
      <w:proofErr w:type="spellEnd"/>
      <w:r w:rsidR="00AB182B">
        <w:t xml:space="preserve"> e </w:t>
      </w:r>
      <w:proofErr w:type="spellStart"/>
      <w:r w:rsidR="00AB182B">
        <w:t>realizueshme</w:t>
      </w:r>
      <w:proofErr w:type="spellEnd"/>
      <w:r w:rsidR="00AB182B">
        <w:t xml:space="preserve"> me </w:t>
      </w:r>
      <w:proofErr w:type="spellStart"/>
      <w:r w:rsidR="00AB182B">
        <w:t>krijimin</w:t>
      </w:r>
      <w:proofErr w:type="spellEnd"/>
      <w:r w:rsidR="00AB182B">
        <w:t xml:space="preserve"> e </w:t>
      </w:r>
      <w:proofErr w:type="spellStart"/>
      <w:r w:rsidR="00AB182B">
        <w:t>fundit</w:t>
      </w:r>
      <w:proofErr w:type="spellEnd"/>
      <w:r w:rsidR="00AB182B">
        <w:t xml:space="preserve"> </w:t>
      </w:r>
      <w:proofErr w:type="spellStart"/>
      <w:r w:rsidR="00AB182B">
        <w:t>të</w:t>
      </w:r>
      <w:proofErr w:type="spellEnd"/>
      <w:r w:rsidR="00AB182B">
        <w:t xml:space="preserve"> </w:t>
      </w:r>
      <w:proofErr w:type="spellStart"/>
      <w:r w:rsidR="00AB182B">
        <w:t>gjelbërt</w:t>
      </w:r>
      <w:proofErr w:type="spellEnd"/>
      <w:r w:rsidR="00AB182B">
        <w:t xml:space="preserve">. Po, </w:t>
      </w:r>
      <w:proofErr w:type="spellStart"/>
      <w:r w:rsidR="00AB182B">
        <w:t>kjo</w:t>
      </w:r>
      <w:proofErr w:type="spellEnd"/>
      <w:r w:rsidR="00AB182B">
        <w:t xml:space="preserve"> </w:t>
      </w:r>
      <w:proofErr w:type="spellStart"/>
      <w:r w:rsidR="00AB182B">
        <w:t>është</w:t>
      </w:r>
      <w:proofErr w:type="spellEnd"/>
      <w:r w:rsidR="00AB182B">
        <w:t xml:space="preserve"> </w:t>
      </w:r>
      <w:proofErr w:type="spellStart"/>
      <w:r w:rsidR="00AB182B">
        <w:t>kompetenca</w:t>
      </w:r>
      <w:proofErr w:type="spellEnd"/>
      <w:r w:rsidR="00AB182B">
        <w:t xml:space="preserve"> </w:t>
      </w:r>
      <w:proofErr w:type="spellStart"/>
      <w:r w:rsidR="00AB182B">
        <w:t>që</w:t>
      </w:r>
      <w:proofErr w:type="spellEnd"/>
      <w:r w:rsidR="00AB182B">
        <w:t xml:space="preserve"> </w:t>
      </w:r>
      <w:proofErr w:type="spellStart"/>
      <w:r w:rsidR="00AB182B">
        <w:t>duhet</w:t>
      </w:r>
      <w:proofErr w:type="spellEnd"/>
      <w:r w:rsidR="00AB182B">
        <w:t xml:space="preserve"> me e </w:t>
      </w:r>
      <w:proofErr w:type="spellStart"/>
      <w:r w:rsidR="00AB182B">
        <w:t>pasë</w:t>
      </w:r>
      <w:proofErr w:type="spellEnd"/>
      <w:r w:rsidR="00AB182B">
        <w:t xml:space="preserve"> </w:t>
      </w:r>
      <w:proofErr w:type="spellStart"/>
      <w:r w:rsidR="00AB182B">
        <w:t>bashkia</w:t>
      </w:r>
      <w:proofErr w:type="spellEnd"/>
      <w:r w:rsidR="00AB182B">
        <w:t xml:space="preserve"> </w:t>
      </w:r>
      <w:proofErr w:type="spellStart"/>
      <w:r w:rsidR="00AB182B">
        <w:t>patjetër</w:t>
      </w:r>
      <w:proofErr w:type="spellEnd"/>
      <w:r w:rsidR="00AB182B">
        <w:t xml:space="preserve"> </w:t>
      </w:r>
      <w:proofErr w:type="spellStart"/>
      <w:r w:rsidR="00AB182B">
        <w:t>që</w:t>
      </w:r>
      <w:proofErr w:type="spellEnd"/>
      <w:r w:rsidR="00AB182B">
        <w:t xml:space="preserve"> ai </w:t>
      </w:r>
      <w:proofErr w:type="spellStart"/>
      <w:r w:rsidR="00AB182B">
        <w:t>investitori</w:t>
      </w:r>
      <w:proofErr w:type="spellEnd"/>
      <w:r w:rsidR="00AB182B">
        <w:t xml:space="preserve"> </w:t>
      </w:r>
      <w:proofErr w:type="spellStart"/>
      <w:r w:rsidR="00AB182B">
        <w:t>mos</w:t>
      </w:r>
      <w:proofErr w:type="spellEnd"/>
      <w:r w:rsidR="00AB182B">
        <w:t xml:space="preserve"> </w:t>
      </w:r>
      <w:proofErr w:type="spellStart"/>
      <w:r w:rsidR="00AB182B">
        <w:t>presë</w:t>
      </w:r>
      <w:proofErr w:type="spellEnd"/>
      <w:r w:rsidR="00AB182B">
        <w:t xml:space="preserve"> se </w:t>
      </w:r>
      <w:proofErr w:type="spellStart"/>
      <w:r w:rsidR="00AB182B">
        <w:t>një</w:t>
      </w:r>
      <w:proofErr w:type="spellEnd"/>
      <w:r w:rsidR="00AB182B">
        <w:t xml:space="preserve"> </w:t>
      </w:r>
      <w:proofErr w:type="spellStart"/>
      <w:r w:rsidR="00AB182B">
        <w:t>vjet</w:t>
      </w:r>
      <w:proofErr w:type="spellEnd"/>
      <w:r w:rsidR="00AB182B">
        <w:t xml:space="preserve">, </w:t>
      </w:r>
      <w:proofErr w:type="spellStart"/>
      <w:r w:rsidR="00AB182B">
        <w:t>dy</w:t>
      </w:r>
      <w:proofErr w:type="spellEnd"/>
      <w:r w:rsidR="00AB182B">
        <w:t xml:space="preserve"> </w:t>
      </w:r>
      <w:proofErr w:type="spellStart"/>
      <w:r w:rsidR="00AB182B">
        <w:t>vjet</w:t>
      </w:r>
      <w:proofErr w:type="spellEnd"/>
      <w:r w:rsidR="00AB182B">
        <w:t xml:space="preserve">, </w:t>
      </w:r>
      <w:proofErr w:type="spellStart"/>
      <w:r w:rsidR="00AB182B">
        <w:t>tre</w:t>
      </w:r>
      <w:proofErr w:type="spellEnd"/>
      <w:r w:rsidR="00AB182B">
        <w:t xml:space="preserve"> </w:t>
      </w:r>
      <w:proofErr w:type="spellStart"/>
      <w:r w:rsidR="00AB182B">
        <w:t>vjet</w:t>
      </w:r>
      <w:proofErr w:type="spellEnd"/>
      <w:r w:rsidR="00AB182B">
        <w:t xml:space="preserve"> </w:t>
      </w:r>
      <w:proofErr w:type="spellStart"/>
      <w:r w:rsidR="00AB182B">
        <w:t>për</w:t>
      </w:r>
      <w:proofErr w:type="spellEnd"/>
      <w:r w:rsidR="00AB182B">
        <w:t xml:space="preserve"> </w:t>
      </w:r>
      <w:proofErr w:type="spellStart"/>
      <w:r w:rsidR="00AB182B">
        <w:t>miratimin</w:t>
      </w:r>
      <w:proofErr w:type="spellEnd"/>
      <w:r w:rsidR="00AB182B">
        <w:t xml:space="preserve"> e </w:t>
      </w:r>
      <w:proofErr w:type="spellStart"/>
      <w:r w:rsidR="00AB182B">
        <w:t>lejes</w:t>
      </w:r>
      <w:proofErr w:type="spellEnd"/>
      <w:r w:rsidR="00AB182B">
        <w:t xml:space="preserve">, po ta </w:t>
      </w:r>
      <w:proofErr w:type="spellStart"/>
      <w:r w:rsidR="00AB182B">
        <w:t>ketë</w:t>
      </w:r>
      <w:proofErr w:type="spellEnd"/>
      <w:r w:rsidR="00AB182B">
        <w:t xml:space="preserve"> </w:t>
      </w:r>
      <w:proofErr w:type="spellStart"/>
      <w:r w:rsidR="00AB182B">
        <w:t>mundësinë</w:t>
      </w:r>
      <w:proofErr w:type="spellEnd"/>
      <w:r w:rsidR="00AB182B">
        <w:t xml:space="preserve"> e </w:t>
      </w:r>
      <w:proofErr w:type="spellStart"/>
      <w:r w:rsidR="00AB182B">
        <w:t>dhënies</w:t>
      </w:r>
      <w:proofErr w:type="spellEnd"/>
      <w:r w:rsidR="00AB182B">
        <w:t xml:space="preserve">, e </w:t>
      </w:r>
      <w:proofErr w:type="spellStart"/>
      <w:r w:rsidR="00AB182B">
        <w:t>marrjes</w:t>
      </w:r>
      <w:proofErr w:type="spellEnd"/>
      <w:r w:rsidR="00AB182B">
        <w:t xml:space="preserve"> </w:t>
      </w:r>
      <w:proofErr w:type="spellStart"/>
      <w:r w:rsidR="00AB182B">
        <w:t>së</w:t>
      </w:r>
      <w:proofErr w:type="spellEnd"/>
      <w:r w:rsidR="00AB182B">
        <w:t xml:space="preserve"> </w:t>
      </w:r>
      <w:proofErr w:type="spellStart"/>
      <w:r w:rsidR="00AB182B">
        <w:t>lejes</w:t>
      </w:r>
      <w:proofErr w:type="spellEnd"/>
      <w:r w:rsidR="00AB182B">
        <w:t xml:space="preserve"> </w:t>
      </w:r>
      <w:proofErr w:type="spellStart"/>
      <w:r w:rsidR="00AB182B">
        <w:t>në</w:t>
      </w:r>
      <w:proofErr w:type="spellEnd"/>
      <w:r w:rsidR="00AB182B">
        <w:t xml:space="preserve"> </w:t>
      </w:r>
      <w:proofErr w:type="spellStart"/>
      <w:r w:rsidR="00AB182B">
        <w:t>një</w:t>
      </w:r>
      <w:proofErr w:type="spellEnd"/>
      <w:r w:rsidR="00AB182B">
        <w:t xml:space="preserve"> </w:t>
      </w:r>
      <w:proofErr w:type="spellStart"/>
      <w:r w:rsidR="00AB182B">
        <w:t>kohë</w:t>
      </w:r>
      <w:proofErr w:type="spellEnd"/>
      <w:r w:rsidR="00AB182B">
        <w:t xml:space="preserve">. </w:t>
      </w:r>
      <w:proofErr w:type="spellStart"/>
      <w:r w:rsidR="00AB182B">
        <w:t>Ëh</w:t>
      </w:r>
      <w:proofErr w:type="spellEnd"/>
      <w:r w:rsidR="00AB182B">
        <w:t xml:space="preserve">, </w:t>
      </w:r>
      <w:proofErr w:type="spellStart"/>
      <w:r w:rsidR="00AB182B">
        <w:t>bashkia</w:t>
      </w:r>
      <w:proofErr w:type="spellEnd"/>
      <w:r w:rsidR="00AB182B">
        <w:t xml:space="preserve"> </w:t>
      </w:r>
      <w:proofErr w:type="spellStart"/>
      <w:r w:rsidR="00AB182B">
        <w:t>nuk</w:t>
      </w:r>
      <w:proofErr w:type="spellEnd"/>
      <w:r w:rsidR="00AB182B">
        <w:t xml:space="preserve"> ka </w:t>
      </w:r>
      <w:proofErr w:type="spellStart"/>
      <w:r w:rsidR="00AB182B">
        <w:t>pasë</w:t>
      </w:r>
      <w:proofErr w:type="spellEnd"/>
      <w:r w:rsidR="00AB182B">
        <w:t xml:space="preserve">, ka </w:t>
      </w:r>
      <w:proofErr w:type="spellStart"/>
      <w:r w:rsidR="00AB182B">
        <w:t>pasur</w:t>
      </w:r>
      <w:proofErr w:type="spellEnd"/>
      <w:r w:rsidR="00AB182B">
        <w:t xml:space="preserve"> </w:t>
      </w:r>
      <w:proofErr w:type="spellStart"/>
      <w:r w:rsidR="00AB182B">
        <w:t>rritje</w:t>
      </w:r>
      <w:proofErr w:type="spellEnd"/>
      <w:r w:rsidR="00AB182B">
        <w:t xml:space="preserve"> </w:t>
      </w:r>
      <w:proofErr w:type="spellStart"/>
      <w:r w:rsidR="00AB182B">
        <w:t>të</w:t>
      </w:r>
      <w:proofErr w:type="spellEnd"/>
      <w:r w:rsidR="00AB182B">
        <w:t xml:space="preserve"> </w:t>
      </w:r>
      <w:proofErr w:type="spellStart"/>
      <w:r w:rsidR="00AB182B">
        <w:t>numrit</w:t>
      </w:r>
      <w:proofErr w:type="spellEnd"/>
      <w:r w:rsidR="00AB182B">
        <w:t xml:space="preserve"> </w:t>
      </w:r>
      <w:proofErr w:type="spellStart"/>
      <w:r w:rsidR="00AB182B">
        <w:t>të</w:t>
      </w:r>
      <w:proofErr w:type="spellEnd"/>
      <w:r w:rsidR="00AB182B">
        <w:t xml:space="preserve"> </w:t>
      </w:r>
      <w:proofErr w:type="spellStart"/>
      <w:r w:rsidR="00AB182B">
        <w:t>banorëve</w:t>
      </w:r>
      <w:proofErr w:type="spellEnd"/>
      <w:r w:rsidR="00AB182B">
        <w:t xml:space="preserve">. </w:t>
      </w:r>
      <w:proofErr w:type="spellStart"/>
      <w:r w:rsidR="00AB182B">
        <w:t>Lajmi</w:t>
      </w:r>
      <w:proofErr w:type="spellEnd"/>
      <w:r w:rsidR="00AB182B">
        <w:t xml:space="preserve"> </w:t>
      </w:r>
      <w:proofErr w:type="spellStart"/>
      <w:r w:rsidR="00AB182B">
        <w:t>i</w:t>
      </w:r>
      <w:proofErr w:type="spellEnd"/>
      <w:r w:rsidR="00AB182B">
        <w:t xml:space="preserve"> </w:t>
      </w:r>
      <w:proofErr w:type="spellStart"/>
      <w:r w:rsidR="00AB182B">
        <w:t>mirë</w:t>
      </w:r>
      <w:proofErr w:type="spellEnd"/>
      <w:r w:rsidR="00AB182B">
        <w:t xml:space="preserve"> </w:t>
      </w:r>
      <w:proofErr w:type="spellStart"/>
      <w:r w:rsidR="00AB182B">
        <w:t>është</w:t>
      </w:r>
      <w:proofErr w:type="spellEnd"/>
      <w:r w:rsidR="00AB182B">
        <w:t xml:space="preserve"> se ne </w:t>
      </w:r>
      <w:proofErr w:type="spellStart"/>
      <w:r w:rsidR="00AB182B">
        <w:t>në</w:t>
      </w:r>
      <w:proofErr w:type="spellEnd"/>
      <w:r w:rsidR="00AB182B">
        <w:t xml:space="preserve"> </w:t>
      </w:r>
      <w:proofErr w:type="spellStart"/>
      <w:r w:rsidR="00AB182B">
        <w:t>bashki</w:t>
      </w:r>
      <w:proofErr w:type="spellEnd"/>
      <w:r w:rsidR="00AB182B">
        <w:t xml:space="preserve"> </w:t>
      </w:r>
      <w:proofErr w:type="spellStart"/>
      <w:r w:rsidR="00AB182B">
        <w:t>kemi</w:t>
      </w:r>
      <w:proofErr w:type="spellEnd"/>
      <w:r w:rsidR="00AB182B">
        <w:t xml:space="preserve"> </w:t>
      </w:r>
      <w:proofErr w:type="spellStart"/>
      <w:r w:rsidR="00AB182B">
        <w:t>një</w:t>
      </w:r>
      <w:proofErr w:type="spellEnd"/>
      <w:r w:rsidR="00AB182B">
        <w:t xml:space="preserve"> </w:t>
      </w:r>
      <w:proofErr w:type="spellStart"/>
      <w:r w:rsidR="00AB182B">
        <w:t>fondacion</w:t>
      </w:r>
      <w:proofErr w:type="spellEnd"/>
      <w:r w:rsidR="00AB182B">
        <w:t xml:space="preserve"> </w:t>
      </w:r>
      <w:proofErr w:type="spellStart"/>
      <w:r w:rsidR="00AB182B">
        <w:t>gjerman</w:t>
      </w:r>
      <w:proofErr w:type="spellEnd"/>
      <w:r w:rsidR="00AB182B">
        <w:t xml:space="preserve">, </w:t>
      </w:r>
      <w:proofErr w:type="spellStart"/>
      <w:r w:rsidR="00AB182B">
        <w:t>i</w:t>
      </w:r>
      <w:proofErr w:type="spellEnd"/>
      <w:r w:rsidR="00AB182B">
        <w:t xml:space="preserve"> </w:t>
      </w:r>
      <w:proofErr w:type="spellStart"/>
      <w:r w:rsidR="00AB182B">
        <w:t>cili</w:t>
      </w:r>
      <w:proofErr w:type="spellEnd"/>
      <w:r w:rsidR="00AB182B">
        <w:t xml:space="preserve"> </w:t>
      </w:r>
      <w:proofErr w:type="spellStart"/>
      <w:r w:rsidR="00AB182B">
        <w:t>na</w:t>
      </w:r>
      <w:proofErr w:type="spellEnd"/>
      <w:r w:rsidR="00AB182B">
        <w:t xml:space="preserve"> </w:t>
      </w:r>
      <w:proofErr w:type="spellStart"/>
      <w:r w:rsidR="00AB182B">
        <w:t>është</w:t>
      </w:r>
      <w:proofErr w:type="spellEnd"/>
      <w:r w:rsidR="00AB182B">
        <w:t xml:space="preserve"> </w:t>
      </w:r>
      <w:proofErr w:type="spellStart"/>
      <w:r w:rsidR="00AB182B">
        <w:t>leksion</w:t>
      </w:r>
      <w:proofErr w:type="spellEnd"/>
      <w:r w:rsidR="00AB182B">
        <w:t xml:space="preserve"> </w:t>
      </w:r>
      <w:proofErr w:type="spellStart"/>
      <w:r w:rsidR="00AB182B">
        <w:t>për</w:t>
      </w:r>
      <w:proofErr w:type="spellEnd"/>
      <w:r w:rsidR="00AB182B">
        <w:t xml:space="preserve"> </w:t>
      </w:r>
      <w:proofErr w:type="spellStart"/>
      <w:r w:rsidR="00AB182B">
        <w:t>tonë</w:t>
      </w:r>
      <w:proofErr w:type="spellEnd"/>
      <w:r w:rsidR="00AB182B">
        <w:t xml:space="preserve"> </w:t>
      </w:r>
      <w:proofErr w:type="spellStart"/>
      <w:r w:rsidR="00AB182B">
        <w:t>Shqipërinë</w:t>
      </w:r>
      <w:proofErr w:type="spellEnd"/>
      <w:r w:rsidR="00AB182B">
        <w:t xml:space="preserve">, </w:t>
      </w:r>
      <w:proofErr w:type="spellStart"/>
      <w:r w:rsidR="00AB182B">
        <w:t>mendoj</w:t>
      </w:r>
      <w:proofErr w:type="spellEnd"/>
      <w:r w:rsidR="00AB182B">
        <w:t xml:space="preserve"> </w:t>
      </w:r>
      <w:proofErr w:type="spellStart"/>
      <w:r w:rsidR="00AB182B">
        <w:t>tonë</w:t>
      </w:r>
      <w:proofErr w:type="spellEnd"/>
      <w:r w:rsidR="00AB182B">
        <w:t xml:space="preserve"> </w:t>
      </w:r>
      <w:proofErr w:type="spellStart"/>
      <w:r w:rsidR="00AB182B">
        <w:t>Bashkitë</w:t>
      </w:r>
      <w:proofErr w:type="spellEnd"/>
      <w:r w:rsidR="00AB182B">
        <w:t xml:space="preserve"> e </w:t>
      </w:r>
      <w:proofErr w:type="spellStart"/>
      <w:r w:rsidR="00AB182B">
        <w:t>Shqipërisë</w:t>
      </w:r>
      <w:proofErr w:type="spellEnd"/>
      <w:r w:rsidR="00AB182B">
        <w:t xml:space="preserve">, </w:t>
      </w:r>
      <w:proofErr w:type="spellStart"/>
      <w:r w:rsidR="00AB182B">
        <w:t>i</w:t>
      </w:r>
      <w:proofErr w:type="spellEnd"/>
      <w:r w:rsidR="00AB182B">
        <w:t xml:space="preserve"> </w:t>
      </w:r>
      <w:proofErr w:type="spellStart"/>
      <w:r w:rsidR="00AB182B">
        <w:t>bën</w:t>
      </w:r>
      <w:proofErr w:type="spellEnd"/>
      <w:r w:rsidR="00AB182B">
        <w:t xml:space="preserve"> </w:t>
      </w:r>
      <w:proofErr w:type="spellStart"/>
      <w:r w:rsidR="00AB182B">
        <w:t>shërbim</w:t>
      </w:r>
      <w:proofErr w:type="spellEnd"/>
      <w:r w:rsidR="00AB182B">
        <w:t xml:space="preserve"> </w:t>
      </w:r>
      <w:proofErr w:type="spellStart"/>
      <w:r w:rsidR="00AB182B">
        <w:t>të</w:t>
      </w:r>
      <w:proofErr w:type="spellEnd"/>
      <w:r w:rsidR="00AB182B">
        <w:t xml:space="preserve"> </w:t>
      </w:r>
      <w:proofErr w:type="spellStart"/>
      <w:r w:rsidR="00AB182B">
        <w:t>qytetarit</w:t>
      </w:r>
      <w:proofErr w:type="spellEnd"/>
      <w:r w:rsidR="00AB182B">
        <w:t xml:space="preserve">. </w:t>
      </w:r>
      <w:proofErr w:type="spellStart"/>
      <w:r w:rsidR="00AB182B">
        <w:t>Pra</w:t>
      </w:r>
      <w:proofErr w:type="spellEnd"/>
      <w:r w:rsidR="00AB182B">
        <w:t xml:space="preserve">, ai </w:t>
      </w:r>
      <w:proofErr w:type="spellStart"/>
      <w:r w:rsidR="00AB182B">
        <w:t>shërben</w:t>
      </w:r>
      <w:proofErr w:type="spellEnd"/>
      <w:r w:rsidR="00AB182B">
        <w:t xml:space="preserve"> </w:t>
      </w:r>
      <w:proofErr w:type="spellStart"/>
      <w:r w:rsidR="00AB182B">
        <w:t>çdo</w:t>
      </w:r>
      <w:proofErr w:type="spellEnd"/>
      <w:r w:rsidR="00AB182B">
        <w:t xml:space="preserve"> </w:t>
      </w:r>
      <w:proofErr w:type="spellStart"/>
      <w:r w:rsidR="00AB182B">
        <w:t>qytetari</w:t>
      </w:r>
      <w:proofErr w:type="spellEnd"/>
      <w:r w:rsidR="00AB182B">
        <w:t xml:space="preserve">, </w:t>
      </w:r>
      <w:proofErr w:type="spellStart"/>
      <w:r w:rsidR="00AB182B">
        <w:t>shkon</w:t>
      </w:r>
      <w:proofErr w:type="spellEnd"/>
      <w:r w:rsidR="00AB182B">
        <w:t xml:space="preserve"> </w:t>
      </w:r>
      <w:proofErr w:type="spellStart"/>
      <w:r w:rsidR="00AB182B">
        <w:t>ia</w:t>
      </w:r>
      <w:proofErr w:type="spellEnd"/>
      <w:r w:rsidR="00AB182B">
        <w:t xml:space="preserve"> </w:t>
      </w:r>
      <w:proofErr w:type="spellStart"/>
      <w:r w:rsidR="00AB182B">
        <w:t>çon</w:t>
      </w:r>
      <w:proofErr w:type="spellEnd"/>
      <w:r w:rsidR="00AB182B">
        <w:t xml:space="preserve"> </w:t>
      </w:r>
      <w:proofErr w:type="spellStart"/>
      <w:r w:rsidR="00AB182B">
        <w:t>shërbimin</w:t>
      </w:r>
      <w:proofErr w:type="spellEnd"/>
      <w:r w:rsidR="00AB182B">
        <w:t xml:space="preserve"> </w:t>
      </w:r>
      <w:proofErr w:type="spellStart"/>
      <w:r w:rsidR="00AB182B">
        <w:t>te</w:t>
      </w:r>
      <w:proofErr w:type="spellEnd"/>
      <w:r w:rsidR="00AB182B">
        <w:t xml:space="preserve"> </w:t>
      </w:r>
      <w:proofErr w:type="spellStart"/>
      <w:r w:rsidR="00AB182B">
        <w:t>familja</w:t>
      </w:r>
      <w:proofErr w:type="spellEnd"/>
      <w:r w:rsidR="00AB182B">
        <w:t xml:space="preserve">, </w:t>
      </w:r>
      <w:proofErr w:type="spellStart"/>
      <w:r w:rsidR="00AB182B">
        <w:t>në</w:t>
      </w:r>
      <w:proofErr w:type="spellEnd"/>
      <w:r w:rsidR="00AB182B">
        <w:t xml:space="preserve"> </w:t>
      </w:r>
      <w:proofErr w:type="spellStart"/>
      <w:r w:rsidR="00AB182B">
        <w:t>çdo</w:t>
      </w:r>
      <w:proofErr w:type="spellEnd"/>
      <w:r w:rsidR="00AB182B">
        <w:t xml:space="preserve"> </w:t>
      </w:r>
      <w:proofErr w:type="spellStart"/>
      <w:r w:rsidR="00AB182B">
        <w:t>lloj</w:t>
      </w:r>
      <w:proofErr w:type="spellEnd"/>
      <w:r w:rsidR="00AB182B">
        <w:t xml:space="preserve"> </w:t>
      </w:r>
      <w:proofErr w:type="spellStart"/>
      <w:r w:rsidR="00AB182B">
        <w:t>fshati</w:t>
      </w:r>
      <w:proofErr w:type="spellEnd"/>
      <w:r w:rsidR="00AB182B">
        <w:t xml:space="preserve"> apo </w:t>
      </w:r>
      <w:proofErr w:type="spellStart"/>
      <w:r w:rsidR="00AB182B">
        <w:t>njësi</w:t>
      </w:r>
      <w:proofErr w:type="spellEnd"/>
      <w:r w:rsidR="00AB182B">
        <w:t xml:space="preserve"> administrative, </w:t>
      </w:r>
      <w:proofErr w:type="spellStart"/>
      <w:r w:rsidR="00AB182B">
        <w:t>shërbim</w:t>
      </w:r>
      <w:proofErr w:type="spellEnd"/>
      <w:r w:rsidR="00AB182B">
        <w:t xml:space="preserve"> </w:t>
      </w:r>
      <w:proofErr w:type="spellStart"/>
      <w:r w:rsidR="00AB182B">
        <w:t>për</w:t>
      </w:r>
      <w:proofErr w:type="spellEnd"/>
      <w:r w:rsidR="00AB182B">
        <w:t xml:space="preserve"> </w:t>
      </w:r>
      <w:proofErr w:type="spellStart"/>
      <w:r w:rsidR="00AB182B">
        <w:t>të</w:t>
      </w:r>
      <w:proofErr w:type="spellEnd"/>
      <w:r w:rsidR="00AB182B">
        <w:t xml:space="preserve"> </w:t>
      </w:r>
      <w:proofErr w:type="spellStart"/>
      <w:r w:rsidR="00AB182B">
        <w:t>gjithë</w:t>
      </w:r>
      <w:proofErr w:type="spellEnd"/>
      <w:r w:rsidR="00AB182B">
        <w:t xml:space="preserve"> </w:t>
      </w:r>
      <w:proofErr w:type="spellStart"/>
      <w:r w:rsidR="00AB182B">
        <w:t>sëmundjet</w:t>
      </w:r>
      <w:proofErr w:type="spellEnd"/>
      <w:r w:rsidR="00AB182B">
        <w:t xml:space="preserve"> </w:t>
      </w:r>
      <w:proofErr w:type="spellStart"/>
      <w:r w:rsidR="00AB182B">
        <w:t>kronike</w:t>
      </w:r>
      <w:proofErr w:type="spellEnd"/>
      <w:r w:rsidR="00AB182B">
        <w:t xml:space="preserve"> apo </w:t>
      </w:r>
      <w:proofErr w:type="spellStart"/>
      <w:r w:rsidR="00AB182B">
        <w:t>dhe</w:t>
      </w:r>
      <w:proofErr w:type="spellEnd"/>
      <w:r w:rsidR="00AB182B">
        <w:t xml:space="preserve"> </w:t>
      </w:r>
      <w:proofErr w:type="spellStart"/>
      <w:r w:rsidR="00AB182B">
        <w:t>sëmundje</w:t>
      </w:r>
      <w:proofErr w:type="spellEnd"/>
      <w:r w:rsidR="00AB182B">
        <w:t xml:space="preserve"> </w:t>
      </w:r>
      <w:proofErr w:type="spellStart"/>
      <w:r w:rsidR="00AB182B">
        <w:t>për</w:t>
      </w:r>
      <w:proofErr w:type="spellEnd"/>
      <w:r w:rsidR="00AB182B">
        <w:t xml:space="preserve"> </w:t>
      </w:r>
      <w:proofErr w:type="spellStart"/>
      <w:r w:rsidR="00AB182B">
        <w:t>një</w:t>
      </w:r>
      <w:proofErr w:type="spellEnd"/>
      <w:r w:rsidR="00AB182B">
        <w:t xml:space="preserve"> </w:t>
      </w:r>
      <w:proofErr w:type="spellStart"/>
      <w:r w:rsidR="00AB182B">
        <w:t>periudhë</w:t>
      </w:r>
      <w:proofErr w:type="spellEnd"/>
      <w:r w:rsidR="00AB182B">
        <w:t xml:space="preserve"> </w:t>
      </w:r>
      <w:proofErr w:type="spellStart"/>
      <w:r w:rsidR="00AB182B">
        <w:t>të</w:t>
      </w:r>
      <w:proofErr w:type="spellEnd"/>
      <w:r w:rsidR="00AB182B">
        <w:t xml:space="preserve"> </w:t>
      </w:r>
      <w:proofErr w:type="spellStart"/>
      <w:r w:rsidR="00AB182B">
        <w:t>caktume</w:t>
      </w:r>
      <w:proofErr w:type="spellEnd"/>
      <w:r w:rsidR="00AB182B">
        <w:t xml:space="preserve">. </w:t>
      </w:r>
      <w:proofErr w:type="spellStart"/>
      <w:r w:rsidR="00AB182B">
        <w:t>Është</w:t>
      </w:r>
      <w:proofErr w:type="spellEnd"/>
      <w:r w:rsidR="00AB182B">
        <w:t xml:space="preserve">, </w:t>
      </w:r>
      <w:proofErr w:type="spellStart"/>
      <w:r w:rsidR="00AB182B">
        <w:t>është</w:t>
      </w:r>
      <w:proofErr w:type="spellEnd"/>
      <w:r w:rsidR="00AB182B">
        <w:t xml:space="preserve"> e </w:t>
      </w:r>
      <w:proofErr w:type="spellStart"/>
      <w:r w:rsidR="00AB182B">
        <w:t>i</w:t>
      </w:r>
      <w:proofErr w:type="spellEnd"/>
      <w:r w:rsidR="00AB182B">
        <w:t xml:space="preserve"> </w:t>
      </w:r>
      <w:proofErr w:type="spellStart"/>
      <w:r w:rsidR="00AB182B">
        <w:t>veçantë</w:t>
      </w:r>
      <w:proofErr w:type="spellEnd"/>
      <w:r w:rsidR="00AB182B">
        <w:t xml:space="preserve"> me </w:t>
      </w:r>
      <w:proofErr w:type="spellStart"/>
      <w:r w:rsidR="00AB182B">
        <w:t>të</w:t>
      </w:r>
      <w:proofErr w:type="spellEnd"/>
      <w:r w:rsidR="00AB182B">
        <w:t xml:space="preserve"> </w:t>
      </w:r>
      <w:proofErr w:type="spellStart"/>
      <w:r w:rsidR="00AB182B">
        <w:t>gjithë</w:t>
      </w:r>
      <w:proofErr w:type="spellEnd"/>
      <w:r w:rsidR="00AB182B">
        <w:t xml:space="preserve"> </w:t>
      </w:r>
      <w:proofErr w:type="spellStart"/>
      <w:r w:rsidR="00AB182B">
        <w:t>kolegët</w:t>
      </w:r>
      <w:proofErr w:type="spellEnd"/>
      <w:r w:rsidR="00AB182B">
        <w:t xml:space="preserve">. I </w:t>
      </w:r>
      <w:proofErr w:type="spellStart"/>
      <w:r w:rsidR="00AB182B">
        <w:t>kam</w:t>
      </w:r>
      <w:proofErr w:type="spellEnd"/>
      <w:r w:rsidR="00AB182B">
        <w:t xml:space="preserve"> </w:t>
      </w:r>
      <w:proofErr w:type="spellStart"/>
      <w:r w:rsidR="00AB182B">
        <w:t>pyetur</w:t>
      </w:r>
      <w:proofErr w:type="spellEnd"/>
      <w:r w:rsidR="00AB182B">
        <w:t xml:space="preserve">, </w:t>
      </w:r>
      <w:proofErr w:type="spellStart"/>
      <w:r w:rsidR="00AB182B">
        <w:t>është</w:t>
      </w:r>
      <w:proofErr w:type="spellEnd"/>
      <w:r w:rsidR="00AB182B">
        <w:t xml:space="preserve"> </w:t>
      </w:r>
      <w:proofErr w:type="spellStart"/>
      <w:r w:rsidR="00AB182B">
        <w:t>i</w:t>
      </w:r>
      <w:proofErr w:type="spellEnd"/>
      <w:r w:rsidR="00AB182B">
        <w:t xml:space="preserve"> </w:t>
      </w:r>
      <w:proofErr w:type="spellStart"/>
      <w:r w:rsidR="00AB182B">
        <w:t>veçantë</w:t>
      </w:r>
      <w:proofErr w:type="spellEnd"/>
      <w:r w:rsidR="00AB182B">
        <w:t xml:space="preserve"> </w:t>
      </w:r>
      <w:proofErr w:type="spellStart"/>
      <w:r w:rsidR="00AB182B">
        <w:t>tonë</w:t>
      </w:r>
      <w:proofErr w:type="spellEnd"/>
      <w:r w:rsidR="00AB182B">
        <w:t xml:space="preserve"> </w:t>
      </w:r>
      <w:proofErr w:type="spellStart"/>
      <w:r w:rsidR="00AB182B">
        <w:t>Shqipërinë</w:t>
      </w:r>
      <w:proofErr w:type="spellEnd"/>
      <w:r w:rsidR="00AB182B">
        <w:t xml:space="preserve"> </w:t>
      </w:r>
      <w:proofErr w:type="spellStart"/>
      <w:r w:rsidR="00AB182B">
        <w:t>dhe</w:t>
      </w:r>
      <w:proofErr w:type="spellEnd"/>
      <w:r w:rsidR="00AB182B">
        <w:t xml:space="preserve"> </w:t>
      </w:r>
      <w:proofErr w:type="spellStart"/>
      <w:r w:rsidR="00AB182B">
        <w:t>kjo</w:t>
      </w:r>
      <w:proofErr w:type="spellEnd"/>
      <w:r w:rsidR="00AB182B">
        <w:t xml:space="preserve"> </w:t>
      </w:r>
      <w:proofErr w:type="spellStart"/>
      <w:r w:rsidR="00AB182B">
        <w:t>është</w:t>
      </w:r>
      <w:proofErr w:type="spellEnd"/>
      <w:r w:rsidR="00AB182B">
        <w:t xml:space="preserve">, po </w:t>
      </w:r>
      <w:proofErr w:type="spellStart"/>
      <w:r w:rsidR="00AB182B">
        <w:t>krijimi</w:t>
      </w:r>
      <w:proofErr w:type="spellEnd"/>
      <w:r w:rsidR="00AB182B">
        <w:t xml:space="preserve">, ai </w:t>
      </w:r>
      <w:proofErr w:type="spellStart"/>
      <w:r w:rsidR="00AB182B">
        <w:t>kërkon</w:t>
      </w:r>
      <w:proofErr w:type="spellEnd"/>
      <w:r w:rsidR="00AB182B">
        <w:t xml:space="preserve"> </w:t>
      </w:r>
      <w:proofErr w:type="spellStart"/>
      <w:r w:rsidR="00AB182B">
        <w:t>për</w:t>
      </w:r>
      <w:proofErr w:type="spellEnd"/>
      <w:r w:rsidR="00AB182B">
        <w:t xml:space="preserve"> </w:t>
      </w:r>
      <w:proofErr w:type="spellStart"/>
      <w:r w:rsidR="00AB182B">
        <w:t>shembull</w:t>
      </w:r>
      <w:proofErr w:type="spellEnd"/>
      <w:r w:rsidR="00AB182B">
        <w:t xml:space="preserve"> me </w:t>
      </w:r>
      <w:proofErr w:type="spellStart"/>
      <w:r w:rsidR="00AB182B">
        <w:t>bërë</w:t>
      </w:r>
      <w:proofErr w:type="spellEnd"/>
      <w:r w:rsidR="00AB182B">
        <w:t xml:space="preserve"> </w:t>
      </w:r>
      <w:proofErr w:type="spellStart"/>
      <w:r w:rsidR="00AB182B">
        <w:t>dhe</w:t>
      </w:r>
      <w:proofErr w:type="spellEnd"/>
      <w:r w:rsidR="00AB182B">
        <w:t xml:space="preserve"> </w:t>
      </w:r>
      <w:proofErr w:type="spellStart"/>
      <w:r w:rsidR="00AB182B">
        <w:t>një</w:t>
      </w:r>
      <w:proofErr w:type="spellEnd"/>
      <w:r w:rsidR="00AB182B">
        <w:t xml:space="preserve">, ja, </w:t>
      </w:r>
      <w:proofErr w:type="spellStart"/>
      <w:r w:rsidR="00AB182B">
        <w:t>merrna</w:t>
      </w:r>
      <w:proofErr w:type="spellEnd"/>
      <w:r w:rsidR="00AB182B">
        <w:t xml:space="preserve"> </w:t>
      </w:r>
      <w:proofErr w:type="spellStart"/>
      <w:r w:rsidR="00AB182B">
        <w:t>temë</w:t>
      </w:r>
      <w:proofErr w:type="spellEnd"/>
      <w:r w:rsidR="00AB182B">
        <w:t xml:space="preserve"> se </w:t>
      </w:r>
      <w:proofErr w:type="spellStart"/>
      <w:r w:rsidR="00AB182B">
        <w:t>kërkon</w:t>
      </w:r>
      <w:proofErr w:type="spellEnd"/>
      <w:r w:rsidR="00AB182B">
        <w:t xml:space="preserve"> me </w:t>
      </w:r>
      <w:proofErr w:type="spellStart"/>
      <w:r w:rsidR="00AB182B">
        <w:t>bërë</w:t>
      </w:r>
      <w:proofErr w:type="spellEnd"/>
      <w:r w:rsidR="00AB182B">
        <w:t xml:space="preserve"> </w:t>
      </w:r>
      <w:proofErr w:type="spellStart"/>
      <w:r w:rsidR="00AB182B">
        <w:t>dhe</w:t>
      </w:r>
      <w:proofErr w:type="spellEnd"/>
      <w:r w:rsidR="00AB182B">
        <w:t xml:space="preserve"> </w:t>
      </w:r>
      <w:proofErr w:type="spellStart"/>
      <w:r w:rsidR="00AB182B">
        <w:t>një</w:t>
      </w:r>
      <w:proofErr w:type="spellEnd"/>
      <w:r w:rsidR="00AB182B">
        <w:t xml:space="preserve"> </w:t>
      </w:r>
      <w:proofErr w:type="spellStart"/>
      <w:r w:rsidR="00AB182B">
        <w:t>qendër</w:t>
      </w:r>
      <w:proofErr w:type="spellEnd"/>
      <w:r w:rsidR="00AB182B">
        <w:t xml:space="preserve"> </w:t>
      </w:r>
      <w:proofErr w:type="spellStart"/>
      <w:r w:rsidR="00AB182B">
        <w:t>për</w:t>
      </w:r>
      <w:proofErr w:type="spellEnd"/>
      <w:r w:rsidR="00AB182B">
        <w:t xml:space="preserve"> </w:t>
      </w:r>
      <w:proofErr w:type="spellStart"/>
      <w:r w:rsidR="00AB182B">
        <w:t>tonë</w:t>
      </w:r>
      <w:proofErr w:type="spellEnd"/>
      <w:r w:rsidR="00AB182B">
        <w:t xml:space="preserve"> </w:t>
      </w:r>
      <w:proofErr w:type="spellStart"/>
      <w:r w:rsidR="00AB182B">
        <w:t>në</w:t>
      </w:r>
      <w:proofErr w:type="spellEnd"/>
      <w:r w:rsidR="00AB182B">
        <w:t xml:space="preserve"> </w:t>
      </w:r>
      <w:proofErr w:type="spellStart"/>
      <w:r w:rsidR="00AB182B">
        <w:t>zonën</w:t>
      </w:r>
      <w:proofErr w:type="spellEnd"/>
      <w:r w:rsidR="00AB182B">
        <w:t xml:space="preserve"> e </w:t>
      </w:r>
      <w:proofErr w:type="spellStart"/>
      <w:r w:rsidR="00AB182B">
        <w:t>Veriut</w:t>
      </w:r>
      <w:proofErr w:type="spellEnd"/>
      <w:r w:rsidR="00AB182B">
        <w:t xml:space="preserve">. Po, </w:t>
      </w:r>
      <w:proofErr w:type="spellStart"/>
      <w:r w:rsidR="00AB182B">
        <w:t>lidhet</w:t>
      </w:r>
      <w:proofErr w:type="spellEnd"/>
      <w:r w:rsidR="00AB182B">
        <w:t xml:space="preserve"> me </w:t>
      </w:r>
      <w:proofErr w:type="spellStart"/>
      <w:r w:rsidR="00AB182B">
        <w:t>kadastrën</w:t>
      </w:r>
      <w:proofErr w:type="spellEnd"/>
      <w:r w:rsidR="00AB182B">
        <w:t xml:space="preserve">. </w:t>
      </w:r>
      <w:proofErr w:type="spellStart"/>
      <w:r w:rsidR="00AB182B">
        <w:t>Kjo</w:t>
      </w:r>
      <w:proofErr w:type="spellEnd"/>
      <w:r w:rsidR="00AB182B">
        <w:t xml:space="preserve"> ne </w:t>
      </w:r>
      <w:proofErr w:type="spellStart"/>
      <w:r w:rsidR="00AB182B">
        <w:t>kemi</w:t>
      </w:r>
      <w:proofErr w:type="spellEnd"/>
      <w:r w:rsidR="00AB182B">
        <w:t xml:space="preserve"> </w:t>
      </w:r>
      <w:proofErr w:type="spellStart"/>
      <w:r w:rsidR="00AB182B">
        <w:t>pengesa</w:t>
      </w:r>
      <w:proofErr w:type="spellEnd"/>
      <w:r w:rsidR="00AB182B">
        <w:t xml:space="preserve"> </w:t>
      </w:r>
      <w:proofErr w:type="spellStart"/>
      <w:r w:rsidR="00AB182B">
        <w:t>tani</w:t>
      </w:r>
      <w:proofErr w:type="spellEnd"/>
      <w:r w:rsidR="00AB182B">
        <w:t xml:space="preserve"> </w:t>
      </w:r>
      <w:proofErr w:type="spellStart"/>
      <w:r w:rsidR="00AB182B">
        <w:t>te</w:t>
      </w:r>
      <w:proofErr w:type="spellEnd"/>
      <w:r w:rsidR="00AB182B">
        <w:t xml:space="preserve"> </w:t>
      </w:r>
      <w:proofErr w:type="spellStart"/>
      <w:r w:rsidR="00AB182B">
        <w:t>pjesa</w:t>
      </w:r>
      <w:proofErr w:type="spellEnd"/>
      <w:r w:rsidR="00AB182B">
        <w:t xml:space="preserve"> e </w:t>
      </w:r>
      <w:proofErr w:type="spellStart"/>
      <w:r w:rsidR="00AB182B">
        <w:t>kadastrës</w:t>
      </w:r>
      <w:proofErr w:type="spellEnd"/>
      <w:r w:rsidR="00AB182B">
        <w:t xml:space="preserve"> </w:t>
      </w:r>
      <w:proofErr w:type="spellStart"/>
      <w:r w:rsidR="00AB182B">
        <w:t>për</w:t>
      </w:r>
      <w:proofErr w:type="spellEnd"/>
      <w:r w:rsidR="00AB182B">
        <w:t xml:space="preserve"> </w:t>
      </w:r>
      <w:proofErr w:type="spellStart"/>
      <w:r w:rsidR="00AB182B">
        <w:t>dhënien</w:t>
      </w:r>
      <w:proofErr w:type="spellEnd"/>
      <w:r w:rsidR="00AB182B">
        <w:t xml:space="preserve"> e </w:t>
      </w:r>
      <w:proofErr w:type="spellStart"/>
      <w:r w:rsidR="00AB182B">
        <w:t>tokës</w:t>
      </w:r>
      <w:proofErr w:type="spellEnd"/>
      <w:r w:rsidR="00AB182B">
        <w:t xml:space="preserve"> apo </w:t>
      </w:r>
      <w:proofErr w:type="spellStart"/>
      <w:r w:rsidR="00AB182B">
        <w:t>të</w:t>
      </w:r>
      <w:proofErr w:type="spellEnd"/>
      <w:r w:rsidR="00AB182B">
        <w:t xml:space="preserve"> </w:t>
      </w:r>
      <w:proofErr w:type="spellStart"/>
      <w:r w:rsidR="00AB182B">
        <w:t>sheshit</w:t>
      </w:r>
      <w:proofErr w:type="spellEnd"/>
      <w:r w:rsidR="00AB182B">
        <w:t xml:space="preserve"> </w:t>
      </w:r>
      <w:proofErr w:type="spellStart"/>
      <w:r w:rsidR="00AB182B">
        <w:t>të</w:t>
      </w:r>
      <w:proofErr w:type="spellEnd"/>
      <w:r w:rsidR="00AB182B">
        <w:t xml:space="preserve"> </w:t>
      </w:r>
      <w:proofErr w:type="spellStart"/>
      <w:r w:rsidR="00AB182B">
        <w:t>ndërtimit</w:t>
      </w:r>
      <w:proofErr w:type="spellEnd"/>
      <w:r w:rsidR="00AB182B">
        <w:t xml:space="preserve">. </w:t>
      </w:r>
      <w:proofErr w:type="spellStart"/>
      <w:r w:rsidR="00AB182B">
        <w:t>Ëh</w:t>
      </w:r>
      <w:proofErr w:type="spellEnd"/>
      <w:r w:rsidR="00AB182B">
        <w:t xml:space="preserve">, u </w:t>
      </w:r>
      <w:proofErr w:type="spellStart"/>
      <w:r w:rsidR="00AB182B">
        <w:t>fola</w:t>
      </w:r>
      <w:proofErr w:type="spellEnd"/>
      <w:r w:rsidR="00AB182B">
        <w:t xml:space="preserve"> </w:t>
      </w:r>
      <w:proofErr w:type="spellStart"/>
      <w:r w:rsidR="00AB182B">
        <w:t>për</w:t>
      </w:r>
      <w:proofErr w:type="spellEnd"/>
      <w:r w:rsidR="00AB182B">
        <w:t xml:space="preserve"> </w:t>
      </w:r>
      <w:proofErr w:type="spellStart"/>
      <w:r w:rsidR="00AB182B">
        <w:t>arsimin</w:t>
      </w:r>
      <w:proofErr w:type="spellEnd"/>
      <w:r w:rsidR="00AB182B">
        <w:t xml:space="preserve">. </w:t>
      </w:r>
      <w:proofErr w:type="spellStart"/>
      <w:r w:rsidR="00AB182B">
        <w:t>Unë</w:t>
      </w:r>
      <w:proofErr w:type="spellEnd"/>
      <w:r w:rsidR="00AB182B">
        <w:t xml:space="preserve"> </w:t>
      </w:r>
      <w:proofErr w:type="spellStart"/>
      <w:r w:rsidR="00AB182B">
        <w:t>nuk</w:t>
      </w:r>
      <w:proofErr w:type="spellEnd"/>
      <w:r w:rsidR="00AB182B">
        <w:t xml:space="preserve"> e, </w:t>
      </w:r>
      <w:proofErr w:type="spellStart"/>
      <w:r w:rsidR="00AB182B">
        <w:t>nuk</w:t>
      </w:r>
      <w:proofErr w:type="spellEnd"/>
      <w:r w:rsidR="00AB182B">
        <w:t xml:space="preserve"> </w:t>
      </w:r>
      <w:proofErr w:type="spellStart"/>
      <w:r w:rsidR="00AB182B">
        <w:t>mendoj</w:t>
      </w:r>
      <w:proofErr w:type="spellEnd"/>
      <w:r w:rsidR="00AB182B">
        <w:t xml:space="preserve"> </w:t>
      </w:r>
      <w:proofErr w:type="spellStart"/>
      <w:r w:rsidR="00AB182B">
        <w:t>që</w:t>
      </w:r>
      <w:proofErr w:type="spellEnd"/>
      <w:r w:rsidR="00AB182B">
        <w:t xml:space="preserve"> </w:t>
      </w:r>
      <w:proofErr w:type="spellStart"/>
      <w:r w:rsidR="00AB182B">
        <w:t>edhe</w:t>
      </w:r>
      <w:proofErr w:type="spellEnd"/>
      <w:r w:rsidR="00AB182B">
        <w:t xml:space="preserve"> </w:t>
      </w:r>
      <w:proofErr w:type="spellStart"/>
      <w:r w:rsidR="00AB182B">
        <w:t>një</w:t>
      </w:r>
      <w:proofErr w:type="spellEnd"/>
      <w:r w:rsidR="00AB182B">
        <w:t xml:space="preserve">, </w:t>
      </w:r>
      <w:proofErr w:type="spellStart"/>
      <w:r w:rsidR="00AB182B">
        <w:t>edhe</w:t>
      </w:r>
      <w:proofErr w:type="spellEnd"/>
      <w:r w:rsidR="00AB182B">
        <w:t xml:space="preserve"> </w:t>
      </w:r>
      <w:proofErr w:type="spellStart"/>
      <w:r w:rsidR="00AB182B">
        <w:t>një</w:t>
      </w:r>
      <w:proofErr w:type="spellEnd"/>
      <w:r w:rsidR="00AB182B">
        <w:t xml:space="preserve"> </w:t>
      </w:r>
      <w:proofErr w:type="spellStart"/>
      <w:r w:rsidR="00AB182B">
        <w:t>kam</w:t>
      </w:r>
      <w:proofErr w:type="spellEnd"/>
      <w:r w:rsidR="00AB182B">
        <w:t xml:space="preserve"> </w:t>
      </w:r>
      <w:proofErr w:type="spellStart"/>
      <w:r w:rsidR="00AB182B">
        <w:t>disa</w:t>
      </w:r>
      <w:proofErr w:type="spellEnd"/>
      <w:r w:rsidR="00AB182B">
        <w:t xml:space="preserve"> </w:t>
      </w:r>
      <w:proofErr w:type="spellStart"/>
      <w:r w:rsidR="00AB182B">
        <w:t>kopshte</w:t>
      </w:r>
      <w:proofErr w:type="spellEnd"/>
      <w:r w:rsidR="00AB182B">
        <w:t xml:space="preserve"> </w:t>
      </w:r>
      <w:proofErr w:type="spellStart"/>
      <w:r w:rsidR="00AB182B">
        <w:t>si</w:t>
      </w:r>
      <w:proofErr w:type="spellEnd"/>
      <w:r w:rsidR="00AB182B">
        <w:t xml:space="preserve"> ka </w:t>
      </w:r>
      <w:proofErr w:type="spellStart"/>
      <w:r w:rsidR="00AB182B">
        <w:t>një</w:t>
      </w:r>
      <w:proofErr w:type="spellEnd"/>
      <w:r w:rsidR="00AB182B">
        <w:t xml:space="preserve"> </w:t>
      </w:r>
      <w:proofErr w:type="spellStart"/>
      <w:r w:rsidR="00AB182B">
        <w:t>fëmijë</w:t>
      </w:r>
      <w:proofErr w:type="spellEnd"/>
      <w:r w:rsidR="00AB182B">
        <w:t xml:space="preserve">, </w:t>
      </w:r>
      <w:proofErr w:type="spellStart"/>
      <w:r w:rsidR="00AB182B">
        <w:t>dy</w:t>
      </w:r>
      <w:proofErr w:type="spellEnd"/>
      <w:r w:rsidR="00AB182B">
        <w:t xml:space="preserve"> </w:t>
      </w:r>
      <w:proofErr w:type="spellStart"/>
      <w:r w:rsidR="00AB182B">
        <w:t>fëmijë</w:t>
      </w:r>
      <w:proofErr w:type="spellEnd"/>
      <w:r w:rsidR="00AB182B">
        <w:t xml:space="preserve">, </w:t>
      </w:r>
      <w:proofErr w:type="spellStart"/>
      <w:r w:rsidR="00AB182B">
        <w:t>një</w:t>
      </w:r>
      <w:proofErr w:type="spellEnd"/>
      <w:r w:rsidR="00AB182B">
        <w:t xml:space="preserve"> </w:t>
      </w:r>
      <w:proofErr w:type="spellStart"/>
      <w:r w:rsidR="00AB182B">
        <w:t>nxënës</w:t>
      </w:r>
      <w:proofErr w:type="spellEnd"/>
      <w:r w:rsidR="00AB182B">
        <w:t xml:space="preserve">, </w:t>
      </w:r>
      <w:proofErr w:type="spellStart"/>
      <w:r w:rsidR="00AB182B">
        <w:t>dy</w:t>
      </w:r>
      <w:proofErr w:type="spellEnd"/>
      <w:r w:rsidR="00AB182B">
        <w:t xml:space="preserve"> </w:t>
      </w:r>
      <w:proofErr w:type="spellStart"/>
      <w:r w:rsidR="00AB182B">
        <w:t>nxënës</w:t>
      </w:r>
      <w:proofErr w:type="spellEnd"/>
      <w:r w:rsidR="00AB182B">
        <w:t xml:space="preserve"> </w:t>
      </w:r>
      <w:proofErr w:type="spellStart"/>
      <w:r w:rsidR="00AB182B">
        <w:t>kanë</w:t>
      </w:r>
      <w:proofErr w:type="spellEnd"/>
      <w:r w:rsidR="00AB182B">
        <w:t xml:space="preserve">. Po ne do </w:t>
      </w:r>
      <w:proofErr w:type="spellStart"/>
      <w:r w:rsidR="00AB182B">
        <w:t>të</w:t>
      </w:r>
      <w:proofErr w:type="spellEnd"/>
      <w:r w:rsidR="00AB182B">
        <w:t xml:space="preserve"> </w:t>
      </w:r>
      <w:proofErr w:type="spellStart"/>
      <w:r w:rsidR="00AB182B">
        <w:t>luftojmë</w:t>
      </w:r>
      <w:proofErr w:type="spellEnd"/>
      <w:r w:rsidR="00AB182B">
        <w:t xml:space="preserve"> </w:t>
      </w:r>
      <w:proofErr w:type="spellStart"/>
      <w:r w:rsidR="00AB182B">
        <w:t>deri</w:t>
      </w:r>
      <w:proofErr w:type="spellEnd"/>
      <w:r w:rsidR="00AB182B">
        <w:t xml:space="preserve"> </w:t>
      </w:r>
      <w:proofErr w:type="spellStart"/>
      <w:r w:rsidR="00AB182B">
        <w:t>në</w:t>
      </w:r>
      <w:proofErr w:type="spellEnd"/>
      <w:r w:rsidR="00AB182B">
        <w:t xml:space="preserve">, </w:t>
      </w:r>
      <w:proofErr w:type="spellStart"/>
      <w:r w:rsidR="00AB182B">
        <w:t>mendoj</w:t>
      </w:r>
      <w:proofErr w:type="spellEnd"/>
      <w:r w:rsidR="00AB182B">
        <w:t xml:space="preserve">, </w:t>
      </w:r>
      <w:proofErr w:type="spellStart"/>
      <w:r w:rsidR="00AB182B">
        <w:t>obligimin</w:t>
      </w:r>
      <w:proofErr w:type="spellEnd"/>
      <w:r w:rsidR="00AB182B">
        <w:t xml:space="preserve"> </w:t>
      </w:r>
      <w:proofErr w:type="spellStart"/>
      <w:r w:rsidR="00AB182B">
        <w:t>më</w:t>
      </w:r>
      <w:proofErr w:type="spellEnd"/>
      <w:r w:rsidR="00AB182B">
        <w:t xml:space="preserve"> </w:t>
      </w:r>
      <w:proofErr w:type="spellStart"/>
      <w:r w:rsidR="00AB182B">
        <w:t>të</w:t>
      </w:r>
      <w:proofErr w:type="spellEnd"/>
      <w:r w:rsidR="00AB182B">
        <w:t xml:space="preserve"> </w:t>
      </w:r>
      <w:proofErr w:type="spellStart"/>
      <w:r w:rsidR="00AB182B">
        <w:t>madh</w:t>
      </w:r>
      <w:proofErr w:type="spellEnd"/>
      <w:r w:rsidR="00AB182B">
        <w:t xml:space="preserve"> </w:t>
      </w:r>
      <w:proofErr w:type="spellStart"/>
      <w:r w:rsidR="00AB182B">
        <w:t>që</w:t>
      </w:r>
      <w:proofErr w:type="spellEnd"/>
      <w:r w:rsidR="00AB182B">
        <w:t xml:space="preserve"> </w:t>
      </w:r>
      <w:proofErr w:type="spellStart"/>
      <w:r w:rsidR="00AB182B">
        <w:t>kena</w:t>
      </w:r>
      <w:proofErr w:type="spellEnd"/>
      <w:r w:rsidR="00AB182B">
        <w:t xml:space="preserve"> </w:t>
      </w:r>
      <w:proofErr w:type="spellStart"/>
      <w:r w:rsidR="00AB182B">
        <w:t>si</w:t>
      </w:r>
      <w:proofErr w:type="spellEnd"/>
      <w:r w:rsidR="00AB182B">
        <w:t xml:space="preserve"> </w:t>
      </w:r>
      <w:proofErr w:type="spellStart"/>
      <w:r w:rsidR="00AB182B">
        <w:t>të</w:t>
      </w:r>
      <w:proofErr w:type="spellEnd"/>
      <w:r w:rsidR="00AB182B">
        <w:t xml:space="preserve"> </w:t>
      </w:r>
      <w:proofErr w:type="spellStart"/>
      <w:r w:rsidR="00AB182B">
        <w:t>votumtë</w:t>
      </w:r>
      <w:proofErr w:type="spellEnd"/>
      <w:r w:rsidR="00AB182B">
        <w:t xml:space="preserve"> </w:t>
      </w:r>
      <w:proofErr w:type="spellStart"/>
      <w:r w:rsidR="00AB182B">
        <w:t>atyre</w:t>
      </w:r>
      <w:proofErr w:type="spellEnd"/>
      <w:r w:rsidR="00AB182B">
        <w:t xml:space="preserve"> </w:t>
      </w:r>
      <w:proofErr w:type="spellStart"/>
      <w:r w:rsidR="00AB182B">
        <w:t>bashkive</w:t>
      </w:r>
      <w:proofErr w:type="spellEnd"/>
      <w:r w:rsidR="00AB182B">
        <w:t xml:space="preserve"> </w:t>
      </w:r>
      <w:proofErr w:type="spellStart"/>
      <w:r w:rsidR="00AB182B">
        <w:t>që</w:t>
      </w:r>
      <w:proofErr w:type="spellEnd"/>
      <w:r w:rsidR="00AB182B">
        <w:t xml:space="preserve"> </w:t>
      </w:r>
      <w:proofErr w:type="spellStart"/>
      <w:r w:rsidR="00AB182B">
        <w:t>mos</w:t>
      </w:r>
      <w:proofErr w:type="spellEnd"/>
      <w:r w:rsidR="00AB182B">
        <w:t xml:space="preserve"> </w:t>
      </w:r>
      <w:proofErr w:type="spellStart"/>
      <w:r w:rsidR="00AB182B">
        <w:t>na</w:t>
      </w:r>
      <w:proofErr w:type="spellEnd"/>
      <w:r w:rsidR="00AB182B">
        <w:t xml:space="preserve"> </w:t>
      </w:r>
      <w:proofErr w:type="spellStart"/>
      <w:r w:rsidR="00AB182B">
        <w:t>largohen</w:t>
      </w:r>
      <w:proofErr w:type="spellEnd"/>
      <w:r w:rsidR="00AB182B">
        <w:t xml:space="preserve"> </w:t>
      </w:r>
      <w:proofErr w:type="spellStart"/>
      <w:r w:rsidR="00AB182B">
        <w:t>të</w:t>
      </w:r>
      <w:proofErr w:type="spellEnd"/>
      <w:r w:rsidR="00AB182B">
        <w:t xml:space="preserve"> </w:t>
      </w:r>
      <w:proofErr w:type="spellStart"/>
      <w:r w:rsidR="00AB182B">
        <w:t>gjithë</w:t>
      </w:r>
      <w:proofErr w:type="spellEnd"/>
      <w:r w:rsidR="00AB182B">
        <w:t xml:space="preserve"> </w:t>
      </w:r>
      <w:proofErr w:type="spellStart"/>
      <w:r w:rsidR="00AB182B">
        <w:t>djemtë</w:t>
      </w:r>
      <w:proofErr w:type="spellEnd"/>
      <w:r w:rsidR="00AB182B">
        <w:t xml:space="preserve"> e </w:t>
      </w:r>
      <w:proofErr w:type="spellStart"/>
      <w:r w:rsidR="00AB182B">
        <w:t>vajzat</w:t>
      </w:r>
      <w:proofErr w:type="spellEnd"/>
      <w:r w:rsidR="00AB182B">
        <w:t xml:space="preserve">, </w:t>
      </w:r>
      <w:proofErr w:type="spellStart"/>
      <w:r w:rsidR="00AB182B">
        <w:t>që</w:t>
      </w:r>
      <w:proofErr w:type="spellEnd"/>
      <w:r w:rsidR="00AB182B">
        <w:t xml:space="preserve"> </w:t>
      </w:r>
      <w:proofErr w:type="spellStart"/>
      <w:r w:rsidR="00AB182B">
        <w:t>mos</w:t>
      </w:r>
      <w:proofErr w:type="spellEnd"/>
      <w:r w:rsidR="00AB182B">
        <w:t xml:space="preserve"> </w:t>
      </w:r>
      <w:proofErr w:type="spellStart"/>
      <w:r w:rsidR="00AB182B">
        <w:t>të</w:t>
      </w:r>
      <w:proofErr w:type="spellEnd"/>
      <w:r w:rsidR="00AB182B">
        <w:t xml:space="preserve"> </w:t>
      </w:r>
      <w:proofErr w:type="spellStart"/>
      <w:r w:rsidR="00AB182B">
        <w:t>kena</w:t>
      </w:r>
      <w:proofErr w:type="spellEnd"/>
      <w:r w:rsidR="00AB182B">
        <w:t xml:space="preserve"> </w:t>
      </w:r>
      <w:proofErr w:type="spellStart"/>
      <w:r w:rsidR="00AB182B">
        <w:t>ndonjë</w:t>
      </w:r>
      <w:proofErr w:type="spellEnd"/>
      <w:r w:rsidR="00AB182B">
        <w:t xml:space="preserve"> vend, </w:t>
      </w:r>
      <w:proofErr w:type="spellStart"/>
      <w:r w:rsidR="00AB182B">
        <w:t>ndonjë</w:t>
      </w:r>
      <w:proofErr w:type="spellEnd"/>
      <w:r w:rsidR="00AB182B">
        <w:t xml:space="preserve"> </w:t>
      </w:r>
      <w:proofErr w:type="spellStart"/>
      <w:r w:rsidR="00AB182B">
        <w:t>bashki</w:t>
      </w:r>
      <w:proofErr w:type="spellEnd"/>
      <w:r w:rsidR="00AB182B">
        <w:t xml:space="preserve"> </w:t>
      </w:r>
      <w:proofErr w:type="spellStart"/>
      <w:r w:rsidR="00AB182B">
        <w:t>pa</w:t>
      </w:r>
      <w:proofErr w:type="spellEnd"/>
      <w:r w:rsidR="00AB182B">
        <w:t xml:space="preserve"> </w:t>
      </w:r>
      <w:proofErr w:type="spellStart"/>
      <w:r w:rsidR="00AB182B">
        <w:t>njerëz</w:t>
      </w:r>
      <w:proofErr w:type="spellEnd"/>
      <w:r w:rsidR="00AB182B">
        <w:t xml:space="preserve">, po </w:t>
      </w:r>
      <w:proofErr w:type="spellStart"/>
      <w:r w:rsidR="00AB182B">
        <w:t>të</w:t>
      </w:r>
      <w:proofErr w:type="spellEnd"/>
      <w:r w:rsidR="00AB182B">
        <w:t xml:space="preserve"> </w:t>
      </w:r>
      <w:proofErr w:type="spellStart"/>
      <w:r w:rsidR="00AB182B">
        <w:t>kena</w:t>
      </w:r>
      <w:proofErr w:type="spellEnd"/>
      <w:r w:rsidR="00AB182B">
        <w:t xml:space="preserve"> </w:t>
      </w:r>
      <w:proofErr w:type="spellStart"/>
      <w:r w:rsidR="00AB182B">
        <w:t>ndonjë</w:t>
      </w:r>
      <w:proofErr w:type="spellEnd"/>
      <w:r w:rsidR="00AB182B">
        <w:t xml:space="preserve"> </w:t>
      </w:r>
      <w:proofErr w:type="spellStart"/>
      <w:r w:rsidR="00AB182B">
        <w:t>bashki</w:t>
      </w:r>
      <w:proofErr w:type="spellEnd"/>
      <w:r w:rsidR="00AB182B">
        <w:t xml:space="preserve"> </w:t>
      </w:r>
      <w:proofErr w:type="spellStart"/>
      <w:r w:rsidR="00AB182B">
        <w:t>që</w:t>
      </w:r>
      <w:proofErr w:type="spellEnd"/>
      <w:r w:rsidR="00AB182B">
        <w:t xml:space="preserve"> </w:t>
      </w:r>
      <w:proofErr w:type="spellStart"/>
      <w:r w:rsidR="00AB182B">
        <w:t>kanë</w:t>
      </w:r>
      <w:proofErr w:type="spellEnd"/>
      <w:r w:rsidR="00AB182B">
        <w:t xml:space="preserve"> </w:t>
      </w:r>
      <w:proofErr w:type="spellStart"/>
      <w:r w:rsidR="00AB182B">
        <w:t>frymë</w:t>
      </w:r>
      <w:proofErr w:type="spellEnd"/>
      <w:r w:rsidR="00AB182B">
        <w:t xml:space="preserve">, </w:t>
      </w:r>
      <w:proofErr w:type="spellStart"/>
      <w:r w:rsidR="00AB182B">
        <w:t>kanë</w:t>
      </w:r>
      <w:proofErr w:type="spellEnd"/>
      <w:r w:rsidR="00AB182B">
        <w:t xml:space="preserve"> </w:t>
      </w:r>
      <w:proofErr w:type="spellStart"/>
      <w:r w:rsidR="00AB182B">
        <w:t>i</w:t>
      </w:r>
      <w:proofErr w:type="spellEnd"/>
      <w:r w:rsidR="00AB182B">
        <w:t xml:space="preserve"> </w:t>
      </w:r>
      <w:proofErr w:type="spellStart"/>
      <w:r w:rsidR="00AB182B">
        <w:lastRenderedPageBreak/>
        <w:t>shtojnë</w:t>
      </w:r>
      <w:proofErr w:type="spellEnd"/>
      <w:r w:rsidR="00AB182B">
        <w:t xml:space="preserve"> e </w:t>
      </w:r>
      <w:proofErr w:type="spellStart"/>
      <w:r w:rsidR="00AB182B">
        <w:t>përpisen</w:t>
      </w:r>
      <w:proofErr w:type="spellEnd"/>
      <w:r w:rsidR="00AB182B">
        <w:t xml:space="preserve">. Po them </w:t>
      </w:r>
      <w:proofErr w:type="spellStart"/>
      <w:r w:rsidR="00AB182B">
        <w:t>për</w:t>
      </w:r>
      <w:proofErr w:type="spellEnd"/>
      <w:r w:rsidR="00AB182B">
        <w:t xml:space="preserve"> </w:t>
      </w:r>
      <w:proofErr w:type="spellStart"/>
      <w:r w:rsidR="00AB182B">
        <w:t>Bashkinë</w:t>
      </w:r>
      <w:proofErr w:type="spellEnd"/>
      <w:r w:rsidR="00AB182B">
        <w:t xml:space="preserve"> e </w:t>
      </w:r>
      <w:proofErr w:type="spellStart"/>
      <w:r w:rsidR="00AB182B">
        <w:t>Fushë</w:t>
      </w:r>
      <w:proofErr w:type="spellEnd"/>
      <w:r w:rsidR="00AB182B">
        <w:t xml:space="preserve"> </w:t>
      </w:r>
      <w:proofErr w:type="spellStart"/>
      <w:r w:rsidR="00AB182B">
        <w:t>Arsit</w:t>
      </w:r>
      <w:proofErr w:type="spellEnd"/>
      <w:r w:rsidR="00AB182B">
        <w:t xml:space="preserve">, </w:t>
      </w:r>
      <w:proofErr w:type="spellStart"/>
      <w:r w:rsidR="00AB182B">
        <w:t>unë</w:t>
      </w:r>
      <w:proofErr w:type="spellEnd"/>
      <w:r w:rsidR="00AB182B">
        <w:t xml:space="preserve"> jam </w:t>
      </w:r>
      <w:proofErr w:type="spellStart"/>
      <w:r w:rsidR="00AB182B">
        <w:t>përpjekur</w:t>
      </w:r>
      <w:proofErr w:type="spellEnd"/>
      <w:r w:rsidR="00AB182B">
        <w:t xml:space="preserve"> </w:t>
      </w:r>
      <w:proofErr w:type="spellStart"/>
      <w:r w:rsidR="00AB182B">
        <w:t>për</w:t>
      </w:r>
      <w:proofErr w:type="spellEnd"/>
      <w:r w:rsidR="00AB182B">
        <w:t xml:space="preserve"> me </w:t>
      </w:r>
      <w:proofErr w:type="spellStart"/>
      <w:r w:rsidR="00AB182B">
        <w:t>pasë</w:t>
      </w:r>
      <w:proofErr w:type="spellEnd"/>
      <w:r w:rsidR="00AB182B">
        <w:t xml:space="preserve"> </w:t>
      </w:r>
      <w:proofErr w:type="spellStart"/>
      <w:r w:rsidR="00AB182B">
        <w:t>sa</w:t>
      </w:r>
      <w:proofErr w:type="spellEnd"/>
      <w:r w:rsidR="00AB182B">
        <w:t xml:space="preserve"> </w:t>
      </w:r>
      <w:proofErr w:type="spellStart"/>
      <w:r w:rsidR="00AB182B">
        <w:t>më</w:t>
      </w:r>
      <w:proofErr w:type="spellEnd"/>
      <w:r w:rsidR="00AB182B">
        <w:t xml:space="preserve"> </w:t>
      </w:r>
      <w:proofErr w:type="spellStart"/>
      <w:r w:rsidR="00AB182B">
        <w:t>shumë</w:t>
      </w:r>
      <w:proofErr w:type="spellEnd"/>
      <w:r w:rsidR="00AB182B">
        <w:t xml:space="preserve"> </w:t>
      </w:r>
      <w:proofErr w:type="spellStart"/>
      <w:r w:rsidR="00AB182B">
        <w:t>trime</w:t>
      </w:r>
      <w:proofErr w:type="spellEnd"/>
      <w:r w:rsidR="00AB182B">
        <w:t xml:space="preserve">, </w:t>
      </w:r>
      <w:proofErr w:type="spellStart"/>
      <w:r w:rsidR="00AB182B">
        <w:t>i</w:t>
      </w:r>
      <w:proofErr w:type="spellEnd"/>
      <w:r w:rsidR="00AB182B">
        <w:t xml:space="preserve"> </w:t>
      </w:r>
      <w:proofErr w:type="spellStart"/>
      <w:r w:rsidR="00AB182B">
        <w:t>rikthyer</w:t>
      </w:r>
      <w:proofErr w:type="spellEnd"/>
      <w:r w:rsidR="00AB182B">
        <w:t xml:space="preserve"> </w:t>
      </w:r>
      <w:proofErr w:type="spellStart"/>
      <w:r w:rsidR="00AB182B">
        <w:t>dhe</w:t>
      </w:r>
      <w:proofErr w:type="spellEnd"/>
      <w:r w:rsidR="00AB182B">
        <w:t xml:space="preserve"> </w:t>
      </w:r>
      <w:proofErr w:type="spellStart"/>
      <w:r w:rsidR="00AB182B">
        <w:t>nga</w:t>
      </w:r>
      <w:proofErr w:type="spellEnd"/>
      <w:r w:rsidR="00AB182B">
        <w:t xml:space="preserve"> </w:t>
      </w:r>
      <w:proofErr w:type="spellStart"/>
      <w:r w:rsidR="00AB182B">
        <w:t>emigrimi</w:t>
      </w:r>
      <w:proofErr w:type="spellEnd"/>
      <w:r w:rsidR="00AB182B">
        <w:t xml:space="preserve">. </w:t>
      </w:r>
      <w:proofErr w:type="spellStart"/>
      <w:r w:rsidR="00AB182B">
        <w:t>Ëh</w:t>
      </w:r>
      <w:proofErr w:type="spellEnd"/>
      <w:r w:rsidR="00AB182B">
        <w:t xml:space="preserve">, </w:t>
      </w:r>
      <w:proofErr w:type="spellStart"/>
      <w:r w:rsidR="00AB182B">
        <w:t>unë</w:t>
      </w:r>
      <w:proofErr w:type="spellEnd"/>
      <w:r w:rsidR="00AB182B">
        <w:t xml:space="preserve"> e </w:t>
      </w:r>
      <w:proofErr w:type="spellStart"/>
      <w:r w:rsidR="00AB182B">
        <w:t>kërkoj</w:t>
      </w:r>
      <w:proofErr w:type="spellEnd"/>
      <w:r w:rsidR="00AB182B">
        <w:t xml:space="preserve"> me e </w:t>
      </w:r>
      <w:proofErr w:type="spellStart"/>
      <w:r w:rsidR="00AB182B">
        <w:t>shtensionuar</w:t>
      </w:r>
      <w:proofErr w:type="spellEnd"/>
      <w:r w:rsidR="00AB182B">
        <w:t xml:space="preserve"> </w:t>
      </w:r>
      <w:proofErr w:type="spellStart"/>
      <w:r w:rsidR="00AB182B">
        <w:t>i</w:t>
      </w:r>
      <w:proofErr w:type="spellEnd"/>
      <w:r w:rsidR="00AB182B">
        <w:t xml:space="preserve"> </w:t>
      </w:r>
      <w:proofErr w:type="spellStart"/>
      <w:r w:rsidR="00AB182B">
        <w:t>fije</w:t>
      </w:r>
      <w:proofErr w:type="spellEnd"/>
      <w:r w:rsidR="00AB182B">
        <w:t xml:space="preserve"> </w:t>
      </w:r>
      <w:proofErr w:type="spellStart"/>
      <w:r w:rsidR="00AB182B">
        <w:t>edhe</w:t>
      </w:r>
      <w:proofErr w:type="spellEnd"/>
      <w:r w:rsidR="00AB182B">
        <w:t xml:space="preserve"> </w:t>
      </w:r>
      <w:proofErr w:type="spellStart"/>
      <w:r w:rsidR="00AB182B">
        <w:t>si</w:t>
      </w:r>
      <w:proofErr w:type="spellEnd"/>
      <w:r w:rsidR="00AB182B">
        <w:t xml:space="preserve"> </w:t>
      </w:r>
      <w:proofErr w:type="spellStart"/>
      <w:r w:rsidR="00AB182B">
        <w:t>bisedë</w:t>
      </w:r>
      <w:proofErr w:type="spellEnd"/>
      <w:r w:rsidR="00AB182B">
        <w:t xml:space="preserve"> </w:t>
      </w:r>
      <w:proofErr w:type="spellStart"/>
      <w:r w:rsidR="00AB182B">
        <w:t>në</w:t>
      </w:r>
      <w:proofErr w:type="spellEnd"/>
      <w:r w:rsidR="00AB182B">
        <w:t xml:space="preserve"> </w:t>
      </w:r>
      <w:proofErr w:type="spellStart"/>
      <w:r w:rsidR="00AB182B">
        <w:t>aspektin</w:t>
      </w:r>
      <w:proofErr w:type="spellEnd"/>
      <w:r w:rsidR="00AB182B">
        <w:t xml:space="preserve"> e </w:t>
      </w:r>
      <w:proofErr w:type="spellStart"/>
      <w:r w:rsidR="00AB182B">
        <w:t>unë</w:t>
      </w:r>
      <w:proofErr w:type="spellEnd"/>
      <w:r w:rsidR="00AB182B">
        <w:t xml:space="preserve"> </w:t>
      </w:r>
      <w:proofErr w:type="spellStart"/>
      <w:r w:rsidR="00AB182B">
        <w:t>kam</w:t>
      </w:r>
      <w:proofErr w:type="spellEnd"/>
      <w:r w:rsidR="00AB182B">
        <w:t xml:space="preserve"> </w:t>
      </w:r>
      <w:proofErr w:type="spellStart"/>
      <w:r w:rsidR="00AB182B">
        <w:t>disa</w:t>
      </w:r>
      <w:proofErr w:type="spellEnd"/>
      <w:r w:rsidR="00AB182B">
        <w:t xml:space="preserve"> </w:t>
      </w:r>
      <w:proofErr w:type="spellStart"/>
      <w:r w:rsidR="00AB182B">
        <w:t>i</w:t>
      </w:r>
      <w:proofErr w:type="spellEnd"/>
      <w:r w:rsidR="00AB182B">
        <w:t xml:space="preserve"> </w:t>
      </w:r>
      <w:proofErr w:type="spellStart"/>
      <w:r w:rsidR="00AB182B">
        <w:t>thonë</w:t>
      </w:r>
      <w:proofErr w:type="spellEnd"/>
      <w:r w:rsidR="00AB182B">
        <w:t xml:space="preserve"> </w:t>
      </w:r>
      <w:proofErr w:type="spellStart"/>
      <w:r w:rsidR="00AB182B">
        <w:t>mami</w:t>
      </w:r>
      <w:proofErr w:type="spellEnd"/>
      <w:r w:rsidR="00AB182B">
        <w:t xml:space="preserve">, </w:t>
      </w:r>
      <w:proofErr w:type="spellStart"/>
      <w:r w:rsidR="00AB182B">
        <w:t>unë</w:t>
      </w:r>
      <w:proofErr w:type="spellEnd"/>
      <w:r w:rsidR="00AB182B">
        <w:t xml:space="preserve"> </w:t>
      </w:r>
      <w:proofErr w:type="spellStart"/>
      <w:r w:rsidR="00AB182B">
        <w:t>i</w:t>
      </w:r>
      <w:proofErr w:type="spellEnd"/>
      <w:r w:rsidR="00AB182B">
        <w:t xml:space="preserve"> them </w:t>
      </w:r>
      <w:proofErr w:type="spellStart"/>
      <w:r w:rsidR="00AB182B">
        <w:t>nënë</w:t>
      </w:r>
      <w:proofErr w:type="spellEnd"/>
      <w:r w:rsidR="00AB182B">
        <w:t xml:space="preserve">, </w:t>
      </w:r>
      <w:proofErr w:type="spellStart"/>
      <w:r w:rsidR="00AB182B">
        <w:t>në</w:t>
      </w:r>
      <w:proofErr w:type="spellEnd"/>
      <w:r w:rsidR="00AB182B">
        <w:t xml:space="preserve"> </w:t>
      </w:r>
      <w:proofErr w:type="spellStart"/>
      <w:r w:rsidR="00AB182B">
        <w:t>fakt</w:t>
      </w:r>
      <w:proofErr w:type="spellEnd"/>
      <w:r w:rsidR="00AB182B">
        <w:t xml:space="preserve"> </w:t>
      </w:r>
      <w:proofErr w:type="spellStart"/>
      <w:r w:rsidR="00AB182B">
        <w:t>nga</w:t>
      </w:r>
      <w:proofErr w:type="spellEnd"/>
      <w:r w:rsidR="00AB182B">
        <w:t xml:space="preserve"> </w:t>
      </w:r>
      <w:proofErr w:type="spellStart"/>
      <w:r w:rsidR="00AB182B">
        <w:t>gjuha</w:t>
      </w:r>
      <w:proofErr w:type="spellEnd"/>
      <w:r w:rsidR="00AB182B">
        <w:t xml:space="preserve"> </w:t>
      </w:r>
      <w:proofErr w:type="spellStart"/>
      <w:r w:rsidR="00AB182B">
        <w:t>si</w:t>
      </w:r>
      <w:proofErr w:type="spellEnd"/>
      <w:r w:rsidR="00AB182B">
        <w:t xml:space="preserve"> </w:t>
      </w:r>
      <w:proofErr w:type="spellStart"/>
      <w:r w:rsidR="00AB182B">
        <w:t>kena</w:t>
      </w:r>
      <w:proofErr w:type="spellEnd"/>
      <w:r w:rsidR="00AB182B">
        <w:t xml:space="preserve"> </w:t>
      </w:r>
      <w:proofErr w:type="spellStart"/>
      <w:r w:rsidR="00AB182B">
        <w:t>gegnishtja</w:t>
      </w:r>
      <w:proofErr w:type="spellEnd"/>
      <w:r w:rsidR="00AB182B">
        <w:t xml:space="preserve">. </w:t>
      </w:r>
      <w:proofErr w:type="spellStart"/>
      <w:r w:rsidR="00AB182B">
        <w:t>Ëh</w:t>
      </w:r>
      <w:proofErr w:type="spellEnd"/>
      <w:r w:rsidR="00AB182B">
        <w:t xml:space="preserve">, </w:t>
      </w:r>
      <w:proofErr w:type="spellStart"/>
      <w:r w:rsidR="00AB182B">
        <w:t>më</w:t>
      </w:r>
      <w:proofErr w:type="spellEnd"/>
      <w:r w:rsidR="00AB182B">
        <w:t xml:space="preserve"> </w:t>
      </w:r>
      <w:proofErr w:type="spellStart"/>
      <w:r w:rsidR="00AB182B">
        <w:t>pyet</w:t>
      </w:r>
      <w:proofErr w:type="spellEnd"/>
      <w:r w:rsidR="00AB182B">
        <w:t xml:space="preserve"> </w:t>
      </w:r>
      <w:proofErr w:type="spellStart"/>
      <w:r w:rsidR="00AB182B">
        <w:t>çfarë</w:t>
      </w:r>
      <w:proofErr w:type="spellEnd"/>
      <w:r w:rsidR="00AB182B">
        <w:t xml:space="preserve"> </w:t>
      </w:r>
      <w:proofErr w:type="spellStart"/>
      <w:r w:rsidR="00AB182B">
        <w:t>ato</w:t>
      </w:r>
      <w:proofErr w:type="spellEnd"/>
      <w:r w:rsidR="00AB182B">
        <w:t xml:space="preserve"> </w:t>
      </w:r>
      <w:proofErr w:type="spellStart"/>
      <w:r w:rsidR="00AB182B">
        <w:t>bënë</w:t>
      </w:r>
      <w:proofErr w:type="spellEnd"/>
      <w:r w:rsidR="00AB182B">
        <w:t xml:space="preserve"> me ne, a </w:t>
      </w:r>
      <w:proofErr w:type="spellStart"/>
      <w:r w:rsidR="00AB182B">
        <w:t>janë</w:t>
      </w:r>
      <w:proofErr w:type="spellEnd"/>
      <w:r w:rsidR="00AB182B">
        <w:t xml:space="preserve"> </w:t>
      </w:r>
      <w:proofErr w:type="spellStart"/>
      <w:r w:rsidR="00AB182B">
        <w:t>të</w:t>
      </w:r>
      <w:proofErr w:type="spellEnd"/>
      <w:r w:rsidR="00AB182B">
        <w:t xml:space="preserve"> </w:t>
      </w:r>
      <w:proofErr w:type="spellStart"/>
      <w:r w:rsidR="00AB182B">
        <w:t>na</w:t>
      </w:r>
      <w:proofErr w:type="spellEnd"/>
      <w:r w:rsidR="00AB182B">
        <w:t xml:space="preserve"> </w:t>
      </w:r>
      <w:proofErr w:type="spellStart"/>
      <w:r w:rsidR="00AB182B">
        <w:t>shkrijë</w:t>
      </w:r>
      <w:proofErr w:type="spellEnd"/>
      <w:r w:rsidR="00AB182B">
        <w:t xml:space="preserve">, e </w:t>
      </w:r>
      <w:proofErr w:type="spellStart"/>
      <w:r w:rsidR="00AB182B">
        <w:t>njëjta</w:t>
      </w:r>
      <w:proofErr w:type="spellEnd"/>
      <w:r w:rsidR="00AB182B">
        <w:t xml:space="preserve"> </w:t>
      </w:r>
      <w:proofErr w:type="spellStart"/>
      <w:r w:rsidR="00AB182B">
        <w:t>histori</w:t>
      </w:r>
      <w:proofErr w:type="spellEnd"/>
      <w:r w:rsidR="00AB182B">
        <w:t xml:space="preserve">. </w:t>
      </w:r>
      <w:proofErr w:type="spellStart"/>
      <w:r w:rsidR="00AB182B">
        <w:t>Në</w:t>
      </w:r>
      <w:proofErr w:type="spellEnd"/>
      <w:r w:rsidR="00AB182B">
        <w:t xml:space="preserve"> </w:t>
      </w:r>
      <w:proofErr w:type="spellStart"/>
      <w:r w:rsidR="00AB182B">
        <w:t>fakt</w:t>
      </w:r>
      <w:proofErr w:type="spellEnd"/>
      <w:r w:rsidR="00AB182B">
        <w:t xml:space="preserve"> </w:t>
      </w:r>
      <w:proofErr w:type="spellStart"/>
      <w:r w:rsidR="00AB182B">
        <w:t>i</w:t>
      </w:r>
      <w:proofErr w:type="spellEnd"/>
      <w:r w:rsidR="00AB182B">
        <w:t xml:space="preserve"> them </w:t>
      </w:r>
      <w:proofErr w:type="spellStart"/>
      <w:r w:rsidR="00AB182B">
        <w:t>nënë</w:t>
      </w:r>
      <w:proofErr w:type="spellEnd"/>
      <w:r w:rsidR="00AB182B">
        <w:t xml:space="preserve">, ta po </w:t>
      </w:r>
      <w:proofErr w:type="spellStart"/>
      <w:r w:rsidR="00AB182B">
        <w:t>marrë</w:t>
      </w:r>
      <w:proofErr w:type="spellEnd"/>
      <w:r w:rsidR="00AB182B">
        <w:t xml:space="preserve"> </w:t>
      </w:r>
      <w:proofErr w:type="spellStart"/>
      <w:r w:rsidR="00AB182B">
        <w:t>vesh</w:t>
      </w:r>
      <w:proofErr w:type="spellEnd"/>
      <w:r w:rsidR="00AB182B">
        <w:t xml:space="preserve"> </w:t>
      </w:r>
      <w:proofErr w:type="spellStart"/>
      <w:r w:rsidR="00AB182B">
        <w:t>shkojnë</w:t>
      </w:r>
      <w:proofErr w:type="spellEnd"/>
      <w:r w:rsidR="00AB182B">
        <w:t xml:space="preserve"> </w:t>
      </w:r>
      <w:proofErr w:type="spellStart"/>
      <w:r w:rsidR="00AB182B">
        <w:t>në</w:t>
      </w:r>
      <w:proofErr w:type="spellEnd"/>
      <w:r w:rsidR="00AB182B">
        <w:t xml:space="preserve"> </w:t>
      </w:r>
      <w:proofErr w:type="spellStart"/>
      <w:r w:rsidR="00AB182B">
        <w:t>Tiranë</w:t>
      </w:r>
      <w:proofErr w:type="spellEnd"/>
      <w:r w:rsidR="00AB182B">
        <w:t xml:space="preserve">, ta po </w:t>
      </w:r>
      <w:proofErr w:type="spellStart"/>
      <w:r w:rsidR="00AB182B">
        <w:t>marrë</w:t>
      </w:r>
      <w:proofErr w:type="spellEnd"/>
      <w:r w:rsidR="00AB182B">
        <w:t xml:space="preserve"> </w:t>
      </w:r>
      <w:proofErr w:type="spellStart"/>
      <w:r w:rsidR="00AB182B">
        <w:t>vesh</w:t>
      </w:r>
      <w:proofErr w:type="spellEnd"/>
      <w:r w:rsidR="00AB182B">
        <w:t xml:space="preserve"> e </w:t>
      </w:r>
      <w:proofErr w:type="spellStart"/>
      <w:r w:rsidR="00AB182B">
        <w:t>vjet</w:t>
      </w:r>
      <w:proofErr w:type="spellEnd"/>
      <w:r w:rsidR="00AB182B">
        <w:t xml:space="preserve">, them e </w:t>
      </w:r>
      <w:proofErr w:type="spellStart"/>
      <w:r w:rsidR="00AB182B">
        <w:t>njëjta</w:t>
      </w:r>
      <w:proofErr w:type="spellEnd"/>
      <w:r w:rsidR="00AB182B">
        <w:t xml:space="preserve"> </w:t>
      </w:r>
      <w:proofErr w:type="spellStart"/>
      <w:r w:rsidR="00AB182B">
        <w:t>histori</w:t>
      </w:r>
      <w:proofErr w:type="spellEnd"/>
      <w:r w:rsidR="00AB182B">
        <w:t xml:space="preserve"> ka </w:t>
      </w:r>
      <w:proofErr w:type="spellStart"/>
      <w:r w:rsidR="00AB182B">
        <w:t>ndodhur</w:t>
      </w:r>
      <w:proofErr w:type="spellEnd"/>
      <w:r w:rsidR="00AB182B">
        <w:t xml:space="preserve"> </w:t>
      </w:r>
      <w:proofErr w:type="spellStart"/>
      <w:r w:rsidR="00AB182B">
        <w:t>edhe</w:t>
      </w:r>
      <w:proofErr w:type="spellEnd"/>
      <w:r w:rsidR="00AB182B">
        <w:t xml:space="preserve"> </w:t>
      </w:r>
      <w:proofErr w:type="spellStart"/>
      <w:r w:rsidR="00AB182B">
        <w:t>në</w:t>
      </w:r>
      <w:proofErr w:type="spellEnd"/>
      <w:r w:rsidR="00AB182B">
        <w:t xml:space="preserve"> </w:t>
      </w:r>
      <w:proofErr w:type="spellStart"/>
      <w:r w:rsidR="00AB182B">
        <w:t>kur</w:t>
      </w:r>
      <w:proofErr w:type="spellEnd"/>
      <w:r w:rsidR="00AB182B">
        <w:t xml:space="preserve"> </w:t>
      </w:r>
      <w:proofErr w:type="spellStart"/>
      <w:r w:rsidR="00AB182B">
        <w:t>janë</w:t>
      </w:r>
      <w:proofErr w:type="spellEnd"/>
      <w:r w:rsidR="00AB182B">
        <w:t xml:space="preserve"> </w:t>
      </w:r>
      <w:proofErr w:type="spellStart"/>
      <w:r w:rsidR="00AB182B">
        <w:t>mbledhur</w:t>
      </w:r>
      <w:proofErr w:type="spellEnd"/>
      <w:r w:rsidR="00AB182B">
        <w:t xml:space="preserve"> </w:t>
      </w:r>
      <w:proofErr w:type="spellStart"/>
      <w:r w:rsidR="00AB182B">
        <w:t>dhe</w:t>
      </w:r>
      <w:proofErr w:type="spellEnd"/>
      <w:r w:rsidR="00AB182B">
        <w:t xml:space="preserve"> ë </w:t>
      </w:r>
      <w:proofErr w:type="spellStart"/>
      <w:r w:rsidR="00AB182B">
        <w:t>kombet</w:t>
      </w:r>
      <w:proofErr w:type="spellEnd"/>
      <w:r w:rsidR="00AB182B">
        <w:t xml:space="preserve"> e </w:t>
      </w:r>
      <w:proofErr w:type="spellStart"/>
      <w:r w:rsidR="00AB182B">
        <w:t>bashkume</w:t>
      </w:r>
      <w:proofErr w:type="spellEnd"/>
      <w:r w:rsidR="00AB182B">
        <w:t xml:space="preserve"> me </w:t>
      </w:r>
      <w:proofErr w:type="spellStart"/>
      <w:r w:rsidR="00AB182B">
        <w:t>kryetarin</w:t>
      </w:r>
      <w:proofErr w:type="spellEnd"/>
      <w:r w:rsidR="00AB182B">
        <w:t xml:space="preserve">, me </w:t>
      </w:r>
      <w:proofErr w:type="spellStart"/>
      <w:r w:rsidR="00AB182B">
        <w:t>Toninin</w:t>
      </w:r>
      <w:proofErr w:type="spellEnd"/>
      <w:r w:rsidR="00AB182B">
        <w:t xml:space="preserve">, Plava, </w:t>
      </w:r>
      <w:proofErr w:type="spellStart"/>
      <w:r w:rsidR="00AB182B">
        <w:t>Guci</w:t>
      </w:r>
      <w:proofErr w:type="spellEnd"/>
      <w:r w:rsidR="00AB182B">
        <w:t xml:space="preserve">, </w:t>
      </w:r>
      <w:proofErr w:type="spellStart"/>
      <w:r w:rsidR="00AB182B">
        <w:t>Meti</w:t>
      </w:r>
      <w:proofErr w:type="spellEnd"/>
      <w:r w:rsidR="00AB182B">
        <w:t xml:space="preserve">, Anena. Nuk </w:t>
      </w:r>
      <w:proofErr w:type="spellStart"/>
      <w:r w:rsidR="00AB182B">
        <w:t>mendoj</w:t>
      </w:r>
      <w:proofErr w:type="spellEnd"/>
      <w:r w:rsidR="00AB182B">
        <w:t xml:space="preserve"> </w:t>
      </w:r>
      <w:proofErr w:type="spellStart"/>
      <w:r w:rsidR="00AB182B">
        <w:t>që</w:t>
      </w:r>
      <w:proofErr w:type="spellEnd"/>
      <w:r w:rsidR="00AB182B">
        <w:t xml:space="preserve"> </w:t>
      </w:r>
      <w:proofErr w:type="spellStart"/>
      <w:r w:rsidR="00AB182B">
        <w:t>ju</w:t>
      </w:r>
      <w:proofErr w:type="spellEnd"/>
      <w:r w:rsidR="00AB182B">
        <w:t xml:space="preserve"> </w:t>
      </w:r>
      <w:proofErr w:type="spellStart"/>
      <w:r w:rsidR="00AB182B">
        <w:t>jeni</w:t>
      </w:r>
      <w:proofErr w:type="spellEnd"/>
      <w:r w:rsidR="00AB182B">
        <w:t xml:space="preserve"> </w:t>
      </w:r>
      <w:proofErr w:type="spellStart"/>
      <w:r w:rsidR="00AB182B">
        <w:t>shumë</w:t>
      </w:r>
      <w:proofErr w:type="spellEnd"/>
      <w:r w:rsidR="00AB182B">
        <w:t xml:space="preserve"> </w:t>
      </w:r>
      <w:proofErr w:type="spellStart"/>
      <w:r w:rsidR="00AB182B">
        <w:t>fisnikë</w:t>
      </w:r>
      <w:proofErr w:type="spellEnd"/>
      <w:r w:rsidR="00AB182B">
        <w:t xml:space="preserve"> </w:t>
      </w:r>
      <w:proofErr w:type="spellStart"/>
      <w:r w:rsidR="00AB182B">
        <w:t>si</w:t>
      </w:r>
      <w:proofErr w:type="spellEnd"/>
      <w:r w:rsidR="00AB182B">
        <w:t xml:space="preserve"> </w:t>
      </w:r>
      <w:proofErr w:type="spellStart"/>
      <w:r w:rsidR="00AB182B">
        <w:t>komision</w:t>
      </w:r>
      <w:proofErr w:type="spellEnd"/>
      <w:r w:rsidR="00AB182B">
        <w:t xml:space="preserve">. </w:t>
      </w:r>
      <w:proofErr w:type="spellStart"/>
      <w:r w:rsidR="00AB182B">
        <w:t>Mendoj</w:t>
      </w:r>
      <w:proofErr w:type="spellEnd"/>
      <w:r w:rsidR="00AB182B">
        <w:t xml:space="preserve"> </w:t>
      </w:r>
      <w:proofErr w:type="spellStart"/>
      <w:r w:rsidR="00AB182B">
        <w:t>që</w:t>
      </w:r>
      <w:proofErr w:type="spellEnd"/>
      <w:r w:rsidR="00AB182B">
        <w:t xml:space="preserve"> </w:t>
      </w:r>
      <w:proofErr w:type="spellStart"/>
      <w:r w:rsidR="00AB182B">
        <w:t>ju</w:t>
      </w:r>
      <w:proofErr w:type="spellEnd"/>
      <w:r w:rsidR="00AB182B">
        <w:t xml:space="preserve"> ka </w:t>
      </w:r>
      <w:proofErr w:type="spellStart"/>
      <w:r w:rsidR="00AB182B">
        <w:t>ardhur</w:t>
      </w:r>
      <w:proofErr w:type="spellEnd"/>
      <w:r w:rsidR="00AB182B">
        <w:t xml:space="preserve"> </w:t>
      </w:r>
      <w:proofErr w:type="spellStart"/>
      <w:r w:rsidR="00AB182B">
        <w:t>momenti</w:t>
      </w:r>
      <w:proofErr w:type="spellEnd"/>
      <w:r w:rsidR="00AB182B">
        <w:t xml:space="preserve"> </w:t>
      </w:r>
      <w:proofErr w:type="spellStart"/>
      <w:r w:rsidR="00AB182B">
        <w:t>historik</w:t>
      </w:r>
      <w:proofErr w:type="spellEnd"/>
      <w:r w:rsidR="00AB182B">
        <w:t xml:space="preserve"> </w:t>
      </w:r>
      <w:proofErr w:type="spellStart"/>
      <w:r w:rsidR="00AB182B">
        <w:t>që</w:t>
      </w:r>
      <w:proofErr w:type="spellEnd"/>
      <w:r w:rsidR="00AB182B">
        <w:t xml:space="preserve"> </w:t>
      </w:r>
      <w:proofErr w:type="spellStart"/>
      <w:r w:rsidR="00AB182B">
        <w:t>bëni</w:t>
      </w:r>
      <w:proofErr w:type="spellEnd"/>
      <w:r w:rsidR="00AB182B">
        <w:t xml:space="preserve"> </w:t>
      </w:r>
      <w:proofErr w:type="spellStart"/>
      <w:r w:rsidR="00AB182B">
        <w:t>një</w:t>
      </w:r>
      <w:proofErr w:type="spellEnd"/>
      <w:r w:rsidR="00AB182B">
        <w:t xml:space="preserve"> </w:t>
      </w:r>
      <w:proofErr w:type="spellStart"/>
      <w:r w:rsidR="00AB182B">
        <w:t>reformë</w:t>
      </w:r>
      <w:proofErr w:type="spellEnd"/>
      <w:r w:rsidR="00AB182B">
        <w:t xml:space="preserve"> </w:t>
      </w:r>
      <w:proofErr w:type="spellStart"/>
      <w:r w:rsidR="00AB182B">
        <w:t>dinjitoze</w:t>
      </w:r>
      <w:proofErr w:type="spellEnd"/>
      <w:r w:rsidR="00AB182B">
        <w:t xml:space="preserve">. Bashkia e </w:t>
      </w:r>
      <w:proofErr w:type="spellStart"/>
      <w:r w:rsidR="00AB182B">
        <w:t>qarku</w:t>
      </w:r>
      <w:proofErr w:type="spellEnd"/>
      <w:r w:rsidR="00AB182B">
        <w:t xml:space="preserve"> </w:t>
      </w:r>
      <w:proofErr w:type="spellStart"/>
      <w:r w:rsidR="00AB182B">
        <w:t>i</w:t>
      </w:r>
      <w:proofErr w:type="spellEnd"/>
      <w:r w:rsidR="00AB182B">
        <w:t xml:space="preserve"> </w:t>
      </w:r>
      <w:proofErr w:type="spellStart"/>
      <w:r w:rsidR="00AB182B">
        <w:t>Shkodrës</w:t>
      </w:r>
      <w:proofErr w:type="spellEnd"/>
      <w:r w:rsidR="00AB182B">
        <w:t xml:space="preserve"> </w:t>
      </w:r>
      <w:proofErr w:type="spellStart"/>
      <w:r w:rsidR="00AB182B">
        <w:t>meriton</w:t>
      </w:r>
      <w:proofErr w:type="spellEnd"/>
      <w:r w:rsidR="00AB182B">
        <w:t xml:space="preserve"> me </w:t>
      </w:r>
      <w:proofErr w:type="spellStart"/>
      <w:r w:rsidR="00AB182B">
        <w:t>pasë</w:t>
      </w:r>
      <w:proofErr w:type="spellEnd"/>
      <w:r w:rsidR="00AB182B">
        <w:t xml:space="preserve"> </w:t>
      </w:r>
      <w:proofErr w:type="spellStart"/>
      <w:r w:rsidR="00AB182B">
        <w:t>më</w:t>
      </w:r>
      <w:proofErr w:type="spellEnd"/>
      <w:r w:rsidR="00AB182B">
        <w:t xml:space="preserve"> </w:t>
      </w:r>
      <w:proofErr w:type="spellStart"/>
      <w:r w:rsidR="00AB182B">
        <w:t>shumë</w:t>
      </w:r>
      <w:proofErr w:type="spellEnd"/>
      <w:r w:rsidR="00AB182B">
        <w:t xml:space="preserve"> </w:t>
      </w:r>
      <w:proofErr w:type="spellStart"/>
      <w:r w:rsidR="00AB182B">
        <w:t>bashki</w:t>
      </w:r>
      <w:proofErr w:type="spellEnd"/>
      <w:r w:rsidR="00AB182B">
        <w:t xml:space="preserve">. </w:t>
      </w:r>
      <w:proofErr w:type="spellStart"/>
      <w:r w:rsidR="00AB182B">
        <w:t>Unë</w:t>
      </w:r>
      <w:proofErr w:type="spellEnd"/>
      <w:r w:rsidR="00AB182B">
        <w:t xml:space="preserve"> e </w:t>
      </w:r>
      <w:proofErr w:type="spellStart"/>
      <w:r w:rsidR="00AB182B">
        <w:t>dëgjova</w:t>
      </w:r>
      <w:proofErr w:type="spellEnd"/>
      <w:r w:rsidR="00AB182B">
        <w:t xml:space="preserve"> </w:t>
      </w:r>
      <w:proofErr w:type="spellStart"/>
      <w:r w:rsidR="00AB182B">
        <w:t>aspektin</w:t>
      </w:r>
      <w:proofErr w:type="spellEnd"/>
      <w:r w:rsidR="00AB182B">
        <w:t xml:space="preserve"> e </w:t>
      </w:r>
      <w:proofErr w:type="spellStart"/>
      <w:r w:rsidR="00AB182B">
        <w:t>Vilipojës</w:t>
      </w:r>
      <w:proofErr w:type="spellEnd"/>
      <w:r w:rsidR="00AB182B">
        <w:t xml:space="preserve"> </w:t>
      </w:r>
      <w:proofErr w:type="spellStart"/>
      <w:r w:rsidR="00AB182B">
        <w:t>si</w:t>
      </w:r>
      <w:proofErr w:type="spellEnd"/>
      <w:r w:rsidR="00AB182B">
        <w:t xml:space="preserve"> </w:t>
      </w:r>
      <w:proofErr w:type="spellStart"/>
      <w:r w:rsidR="00AB182B">
        <w:t>është</w:t>
      </w:r>
      <w:proofErr w:type="spellEnd"/>
      <w:r w:rsidR="00AB182B">
        <w:t xml:space="preserve"> </w:t>
      </w:r>
      <w:proofErr w:type="spellStart"/>
      <w:r w:rsidR="00AB182B">
        <w:t>një</w:t>
      </w:r>
      <w:proofErr w:type="spellEnd"/>
      <w:r w:rsidR="00AB182B">
        <w:t xml:space="preserve"> </w:t>
      </w:r>
      <w:proofErr w:type="spellStart"/>
      <w:r w:rsidR="00AB182B">
        <w:t>potencial</w:t>
      </w:r>
      <w:proofErr w:type="spellEnd"/>
      <w:r w:rsidR="00AB182B">
        <w:t xml:space="preserve">, </w:t>
      </w:r>
      <w:proofErr w:type="spellStart"/>
      <w:r w:rsidR="00AB182B">
        <w:t>është</w:t>
      </w:r>
      <w:proofErr w:type="spellEnd"/>
      <w:r w:rsidR="00AB182B">
        <w:t xml:space="preserve"> </w:t>
      </w:r>
      <w:proofErr w:type="spellStart"/>
      <w:r w:rsidR="00AB182B">
        <w:t>një</w:t>
      </w:r>
      <w:proofErr w:type="spellEnd"/>
      <w:r w:rsidR="00AB182B">
        <w:t xml:space="preserve"> </w:t>
      </w:r>
      <w:proofErr w:type="spellStart"/>
      <w:r w:rsidR="00AB182B">
        <w:t>potencial</w:t>
      </w:r>
      <w:proofErr w:type="spellEnd"/>
      <w:r w:rsidR="00AB182B">
        <w:t xml:space="preserve"> </w:t>
      </w:r>
      <w:proofErr w:type="spellStart"/>
      <w:r w:rsidR="00AB182B">
        <w:t>jashtëzakonisht</w:t>
      </w:r>
      <w:proofErr w:type="spellEnd"/>
      <w:r w:rsidR="00AB182B">
        <w:t xml:space="preserve"> </w:t>
      </w:r>
      <w:proofErr w:type="spellStart"/>
      <w:r w:rsidR="00AB182B">
        <w:t>pse</w:t>
      </w:r>
      <w:proofErr w:type="spellEnd"/>
      <w:r w:rsidR="00AB182B">
        <w:t xml:space="preserve"> </w:t>
      </w:r>
      <w:proofErr w:type="spellStart"/>
      <w:r w:rsidR="00AB182B">
        <w:t>mos</w:t>
      </w:r>
      <w:proofErr w:type="spellEnd"/>
      <w:r w:rsidR="00AB182B">
        <w:t xml:space="preserve"> </w:t>
      </w:r>
      <w:proofErr w:type="spellStart"/>
      <w:r w:rsidR="00AB182B">
        <w:t>i</w:t>
      </w:r>
      <w:proofErr w:type="spellEnd"/>
      <w:r w:rsidR="00AB182B">
        <w:t xml:space="preserve"> </w:t>
      </w:r>
      <w:proofErr w:type="spellStart"/>
      <w:r w:rsidR="00AB182B">
        <w:t>pasë</w:t>
      </w:r>
      <w:proofErr w:type="spellEnd"/>
      <w:r w:rsidR="00AB182B">
        <w:t xml:space="preserve"> </w:t>
      </w:r>
      <w:proofErr w:type="spellStart"/>
      <w:r w:rsidR="00AB182B">
        <w:t>edhe</w:t>
      </w:r>
      <w:proofErr w:type="spellEnd"/>
      <w:r w:rsidR="00AB182B">
        <w:t xml:space="preserve"> </w:t>
      </w:r>
      <w:proofErr w:type="spellStart"/>
      <w:r w:rsidR="00AB182B">
        <w:t>na</w:t>
      </w:r>
      <w:proofErr w:type="spellEnd"/>
      <w:r w:rsidR="00AB182B">
        <w:t xml:space="preserve"> </w:t>
      </w:r>
      <w:proofErr w:type="spellStart"/>
      <w:r w:rsidR="00AB182B">
        <w:t>shtatë</w:t>
      </w:r>
      <w:proofErr w:type="spellEnd"/>
      <w:r w:rsidR="00AB182B">
        <w:t xml:space="preserve"> </w:t>
      </w:r>
      <w:proofErr w:type="spellStart"/>
      <w:r w:rsidR="00AB182B">
        <w:t>bashki</w:t>
      </w:r>
      <w:proofErr w:type="spellEnd"/>
      <w:r w:rsidR="00AB182B">
        <w:t xml:space="preserve"> </w:t>
      </w:r>
      <w:proofErr w:type="spellStart"/>
      <w:r w:rsidR="00AB182B">
        <w:t>sikur</w:t>
      </w:r>
      <w:proofErr w:type="spellEnd"/>
      <w:r w:rsidR="00AB182B">
        <w:t xml:space="preserve"> </w:t>
      </w:r>
      <w:proofErr w:type="spellStart"/>
      <w:r w:rsidR="00AB182B">
        <w:t>i</w:t>
      </w:r>
      <w:proofErr w:type="spellEnd"/>
      <w:r w:rsidR="00AB182B">
        <w:t xml:space="preserve"> ka </w:t>
      </w:r>
      <w:proofErr w:type="spellStart"/>
      <w:r w:rsidR="00AB182B">
        <w:t>Gjërkastra</w:t>
      </w:r>
      <w:proofErr w:type="spellEnd"/>
      <w:r w:rsidR="00AB182B">
        <w:t xml:space="preserve"> apo </w:t>
      </w:r>
      <w:proofErr w:type="spellStart"/>
      <w:r w:rsidR="00AB182B">
        <w:t>një</w:t>
      </w:r>
      <w:proofErr w:type="spellEnd"/>
      <w:r w:rsidR="00AB182B">
        <w:t xml:space="preserve"> </w:t>
      </w:r>
      <w:proofErr w:type="spellStart"/>
      <w:r w:rsidR="00AB182B">
        <w:t>qark</w:t>
      </w:r>
      <w:proofErr w:type="spellEnd"/>
      <w:r w:rsidR="00AB182B">
        <w:t xml:space="preserve"> </w:t>
      </w:r>
      <w:proofErr w:type="spellStart"/>
      <w:r w:rsidR="00AB182B">
        <w:t>tjetër</w:t>
      </w:r>
      <w:proofErr w:type="spellEnd"/>
      <w:r w:rsidR="00AB182B">
        <w:t xml:space="preserve">. </w:t>
      </w:r>
      <w:proofErr w:type="spellStart"/>
      <w:r w:rsidR="00AB182B">
        <w:t>Kjo</w:t>
      </w:r>
      <w:proofErr w:type="spellEnd"/>
      <w:r w:rsidR="00AB182B">
        <w:t xml:space="preserve"> </w:t>
      </w:r>
      <w:proofErr w:type="spellStart"/>
      <w:r w:rsidR="00AB182B">
        <w:t>nuk</w:t>
      </w:r>
      <w:proofErr w:type="spellEnd"/>
      <w:r w:rsidR="00AB182B">
        <w:t xml:space="preserve"> ka </w:t>
      </w:r>
      <w:proofErr w:type="spellStart"/>
      <w:r w:rsidR="00AB182B">
        <w:t>shumë</w:t>
      </w:r>
      <w:proofErr w:type="spellEnd"/>
      <w:r w:rsidR="00AB182B">
        <w:t xml:space="preserve"> </w:t>
      </w:r>
      <w:proofErr w:type="spellStart"/>
      <w:r w:rsidR="00AB182B">
        <w:t>të</w:t>
      </w:r>
      <w:proofErr w:type="spellEnd"/>
      <w:r w:rsidR="00AB182B">
        <w:t xml:space="preserve"> </w:t>
      </w:r>
      <w:proofErr w:type="spellStart"/>
      <w:r w:rsidR="00AB182B">
        <w:t>bëjë</w:t>
      </w:r>
      <w:proofErr w:type="spellEnd"/>
      <w:r w:rsidR="00AB182B">
        <w:t xml:space="preserve"> me </w:t>
      </w:r>
      <w:proofErr w:type="spellStart"/>
      <w:r w:rsidR="00AB182B">
        <w:t>politikën</w:t>
      </w:r>
      <w:proofErr w:type="spellEnd"/>
      <w:r w:rsidR="00AB182B">
        <w:t xml:space="preserve">, </w:t>
      </w:r>
      <w:proofErr w:type="spellStart"/>
      <w:r w:rsidR="00AB182B">
        <w:t>kjo</w:t>
      </w:r>
      <w:proofErr w:type="spellEnd"/>
      <w:r w:rsidR="00AB182B">
        <w:t xml:space="preserve"> ka me </w:t>
      </w:r>
      <w:proofErr w:type="spellStart"/>
      <w:r w:rsidR="00AB182B">
        <w:t>lobimin</w:t>
      </w:r>
      <w:proofErr w:type="spellEnd"/>
      <w:r w:rsidR="00AB182B">
        <w:t xml:space="preserve">. Si </w:t>
      </w:r>
      <w:proofErr w:type="spellStart"/>
      <w:r w:rsidR="00AB182B">
        <w:t>mund</w:t>
      </w:r>
      <w:proofErr w:type="spellEnd"/>
      <w:r w:rsidR="00AB182B">
        <w:t xml:space="preserve"> </w:t>
      </w:r>
      <w:proofErr w:type="spellStart"/>
      <w:r w:rsidR="00AB182B">
        <w:t>të</w:t>
      </w:r>
      <w:proofErr w:type="spellEnd"/>
      <w:r w:rsidR="00AB182B">
        <w:t xml:space="preserve"> </w:t>
      </w:r>
      <w:proofErr w:type="spellStart"/>
      <w:r w:rsidR="00AB182B">
        <w:t>mendoj</w:t>
      </w:r>
      <w:proofErr w:type="spellEnd"/>
      <w:r w:rsidR="00AB182B">
        <w:t xml:space="preserve"> </w:t>
      </w:r>
      <w:proofErr w:type="spellStart"/>
      <w:r w:rsidR="00AB182B">
        <w:t>unë</w:t>
      </w:r>
      <w:proofErr w:type="spellEnd"/>
      <w:r w:rsidR="00AB182B">
        <w:t xml:space="preserve"> me </w:t>
      </w:r>
      <w:proofErr w:type="spellStart"/>
      <w:r w:rsidR="00AB182B">
        <w:t>tërë</w:t>
      </w:r>
      <w:proofErr w:type="spellEnd"/>
      <w:r w:rsidR="00AB182B">
        <w:t xml:space="preserve"> </w:t>
      </w:r>
      <w:proofErr w:type="spellStart"/>
      <w:r w:rsidR="00AB182B">
        <w:t>këto</w:t>
      </w:r>
      <w:proofErr w:type="spellEnd"/>
      <w:r w:rsidR="00AB182B">
        <w:t xml:space="preserve"> </w:t>
      </w:r>
      <w:proofErr w:type="spellStart"/>
      <w:r w:rsidR="00AB182B">
        <w:t>resurse</w:t>
      </w:r>
      <w:proofErr w:type="spellEnd"/>
      <w:r w:rsidR="00AB182B">
        <w:t xml:space="preserve"> </w:t>
      </w:r>
      <w:proofErr w:type="spellStart"/>
      <w:r w:rsidR="00AB182B">
        <w:t>që</w:t>
      </w:r>
      <w:proofErr w:type="spellEnd"/>
      <w:r w:rsidR="00AB182B">
        <w:t xml:space="preserve"> </w:t>
      </w:r>
      <w:proofErr w:type="spellStart"/>
      <w:r w:rsidR="00AB182B">
        <w:t>kam</w:t>
      </w:r>
      <w:proofErr w:type="spellEnd"/>
      <w:r w:rsidR="00AB182B">
        <w:t xml:space="preserve"> </w:t>
      </w:r>
      <w:proofErr w:type="spellStart"/>
      <w:r w:rsidR="00AB182B">
        <w:t>në</w:t>
      </w:r>
      <w:proofErr w:type="spellEnd"/>
      <w:r w:rsidR="00AB182B">
        <w:t xml:space="preserve"> </w:t>
      </w:r>
      <w:proofErr w:type="spellStart"/>
      <w:r w:rsidR="00AB182B">
        <w:t>Bashkinë</w:t>
      </w:r>
      <w:proofErr w:type="spellEnd"/>
      <w:r w:rsidR="00AB182B">
        <w:t xml:space="preserve"> e </w:t>
      </w:r>
      <w:proofErr w:type="spellStart"/>
      <w:r w:rsidR="00AB182B">
        <w:t>Fushë</w:t>
      </w:r>
      <w:proofErr w:type="spellEnd"/>
      <w:r w:rsidR="00AB182B">
        <w:t xml:space="preserve"> </w:t>
      </w:r>
      <w:proofErr w:type="spellStart"/>
      <w:r w:rsidR="00AB182B">
        <w:t>Arsit</w:t>
      </w:r>
      <w:proofErr w:type="spellEnd"/>
      <w:r w:rsidR="00AB182B">
        <w:t xml:space="preserve">, </w:t>
      </w:r>
      <w:proofErr w:type="spellStart"/>
      <w:r w:rsidR="00AB182B">
        <w:t>mendoj</w:t>
      </w:r>
      <w:proofErr w:type="spellEnd"/>
      <w:r w:rsidR="00AB182B">
        <w:t xml:space="preserve"> </w:t>
      </w:r>
      <w:proofErr w:type="spellStart"/>
      <w:r w:rsidR="00AB182B">
        <w:t>njëherë</w:t>
      </w:r>
      <w:proofErr w:type="spellEnd"/>
      <w:r w:rsidR="00AB182B">
        <w:t xml:space="preserve"> </w:t>
      </w:r>
      <w:proofErr w:type="spellStart"/>
      <w:r w:rsidR="00AB182B">
        <w:t>të</w:t>
      </w:r>
      <w:proofErr w:type="spellEnd"/>
      <w:r w:rsidR="00AB182B">
        <w:t xml:space="preserve"> </w:t>
      </w:r>
      <w:proofErr w:type="spellStart"/>
      <w:r w:rsidR="00AB182B">
        <w:t>vetme</w:t>
      </w:r>
      <w:proofErr w:type="spellEnd"/>
      <w:r w:rsidR="00AB182B">
        <w:t xml:space="preserve"> ta </w:t>
      </w:r>
      <w:proofErr w:type="spellStart"/>
      <w:r w:rsidR="00AB182B">
        <w:t>bashkoj</w:t>
      </w:r>
      <w:proofErr w:type="spellEnd"/>
      <w:r w:rsidR="00AB182B">
        <w:t xml:space="preserve"> </w:t>
      </w:r>
      <w:proofErr w:type="spellStart"/>
      <w:r w:rsidR="00AB182B">
        <w:t>Bashkinë</w:t>
      </w:r>
      <w:proofErr w:type="spellEnd"/>
      <w:r w:rsidR="00AB182B">
        <w:t xml:space="preserve"> e </w:t>
      </w:r>
      <w:proofErr w:type="spellStart"/>
      <w:r w:rsidR="00AB182B">
        <w:t>Fushë</w:t>
      </w:r>
      <w:proofErr w:type="spellEnd"/>
      <w:r w:rsidR="00AB182B">
        <w:t xml:space="preserve"> </w:t>
      </w:r>
      <w:proofErr w:type="spellStart"/>
      <w:r w:rsidR="00AB182B">
        <w:t>Arsit</w:t>
      </w:r>
      <w:proofErr w:type="spellEnd"/>
      <w:r w:rsidR="00AB182B">
        <w:t xml:space="preserve"> me </w:t>
      </w:r>
      <w:proofErr w:type="spellStart"/>
      <w:r w:rsidR="00AB182B">
        <w:t>çdo</w:t>
      </w:r>
      <w:proofErr w:type="spellEnd"/>
      <w:r w:rsidR="00AB182B">
        <w:t xml:space="preserve"> </w:t>
      </w:r>
      <w:proofErr w:type="spellStart"/>
      <w:r w:rsidR="00AB182B">
        <w:t>lloj</w:t>
      </w:r>
      <w:proofErr w:type="spellEnd"/>
      <w:r w:rsidR="00AB182B">
        <w:t xml:space="preserve"> </w:t>
      </w:r>
      <w:proofErr w:type="spellStart"/>
      <w:r w:rsidR="00AB182B">
        <w:t>bashkie</w:t>
      </w:r>
      <w:proofErr w:type="spellEnd"/>
      <w:r w:rsidR="00AB182B">
        <w:t xml:space="preserve"> </w:t>
      </w:r>
      <w:proofErr w:type="spellStart"/>
      <w:r w:rsidR="00AB182B">
        <w:t>tjetër</w:t>
      </w:r>
      <w:proofErr w:type="spellEnd"/>
      <w:r w:rsidR="00AB182B">
        <w:t xml:space="preserve">. </w:t>
      </w:r>
      <w:proofErr w:type="spellStart"/>
      <w:r w:rsidR="00AB182B">
        <w:t>Kjo</w:t>
      </w:r>
      <w:proofErr w:type="spellEnd"/>
      <w:r w:rsidR="00AB182B">
        <w:t xml:space="preserve"> </w:t>
      </w:r>
      <w:proofErr w:type="spellStart"/>
      <w:r w:rsidR="00AB182B">
        <w:t>metet</w:t>
      </w:r>
      <w:proofErr w:type="spellEnd"/>
      <w:r w:rsidR="00AB182B">
        <w:t xml:space="preserve"> </w:t>
      </w:r>
      <w:proofErr w:type="spellStart"/>
      <w:r w:rsidR="00AB182B">
        <w:t>në</w:t>
      </w:r>
      <w:proofErr w:type="spellEnd"/>
      <w:r w:rsidR="00AB182B">
        <w:t xml:space="preserve"> </w:t>
      </w:r>
      <w:proofErr w:type="spellStart"/>
      <w:r w:rsidR="00AB182B">
        <w:t>dëshirën</w:t>
      </w:r>
      <w:proofErr w:type="spellEnd"/>
      <w:r w:rsidR="00AB182B">
        <w:t xml:space="preserve"> e </w:t>
      </w:r>
      <w:proofErr w:type="spellStart"/>
      <w:r w:rsidR="00AB182B">
        <w:t>dy</w:t>
      </w:r>
      <w:proofErr w:type="spellEnd"/>
      <w:r w:rsidR="00AB182B">
        <w:t xml:space="preserve"> </w:t>
      </w:r>
      <w:proofErr w:type="spellStart"/>
      <w:r w:rsidR="00AB182B">
        <w:t>palëve</w:t>
      </w:r>
      <w:proofErr w:type="spellEnd"/>
      <w:r w:rsidR="00AB182B">
        <w:t xml:space="preserve">: </w:t>
      </w:r>
      <w:proofErr w:type="spellStart"/>
      <w:r w:rsidR="00AB182B">
        <w:t>bashkimi</w:t>
      </w:r>
      <w:proofErr w:type="spellEnd"/>
      <w:r w:rsidR="00AB182B">
        <w:t xml:space="preserve">, </w:t>
      </w:r>
      <w:proofErr w:type="spellStart"/>
      <w:r w:rsidR="00AB182B">
        <w:t>ndarja</w:t>
      </w:r>
      <w:proofErr w:type="spellEnd"/>
      <w:r w:rsidR="00AB182B">
        <w:t xml:space="preserve">, </w:t>
      </w:r>
      <w:proofErr w:type="spellStart"/>
      <w:r w:rsidR="00AB182B">
        <w:t>shkrirja</w:t>
      </w:r>
      <w:proofErr w:type="spellEnd"/>
      <w:r w:rsidR="00AB182B">
        <w:t xml:space="preserve">. Kur e </w:t>
      </w:r>
      <w:proofErr w:type="spellStart"/>
      <w:r w:rsidR="00AB182B">
        <w:t>kam</w:t>
      </w:r>
      <w:proofErr w:type="spellEnd"/>
      <w:r w:rsidR="00AB182B">
        <w:t xml:space="preserve"> </w:t>
      </w:r>
      <w:proofErr w:type="spellStart"/>
      <w:r w:rsidR="00AB182B">
        <w:t>dëgjuar</w:t>
      </w:r>
      <w:proofErr w:type="spellEnd"/>
      <w:r w:rsidR="00AB182B">
        <w:t xml:space="preserve"> </w:t>
      </w:r>
      <w:proofErr w:type="spellStart"/>
      <w:r w:rsidR="00AB182B">
        <w:t>shkrirjen</w:t>
      </w:r>
      <w:proofErr w:type="spellEnd"/>
      <w:r w:rsidR="00AB182B">
        <w:t xml:space="preserve"> </w:t>
      </w:r>
      <w:proofErr w:type="spellStart"/>
      <w:r w:rsidR="00AB182B">
        <w:t>në</w:t>
      </w:r>
      <w:proofErr w:type="spellEnd"/>
      <w:r w:rsidR="00AB182B">
        <w:t xml:space="preserve"> media, </w:t>
      </w:r>
      <w:proofErr w:type="spellStart"/>
      <w:r w:rsidR="00AB182B">
        <w:t>shkrirja</w:t>
      </w:r>
      <w:proofErr w:type="spellEnd"/>
      <w:r w:rsidR="00AB182B">
        <w:t xml:space="preserve"> </w:t>
      </w:r>
      <w:proofErr w:type="spellStart"/>
      <w:r w:rsidR="00AB182B">
        <w:t>dmth</w:t>
      </w:r>
      <w:proofErr w:type="spellEnd"/>
      <w:r w:rsidR="00AB182B">
        <w:t xml:space="preserve"> </w:t>
      </w:r>
      <w:proofErr w:type="spellStart"/>
      <w:r w:rsidR="00AB182B">
        <w:t>koncept</w:t>
      </w:r>
      <w:proofErr w:type="spellEnd"/>
      <w:r w:rsidR="00AB182B">
        <w:t xml:space="preserve"> </w:t>
      </w:r>
      <w:proofErr w:type="spellStart"/>
      <w:r w:rsidR="00AB182B">
        <w:t>jashtëzakonisht</w:t>
      </w:r>
      <w:proofErr w:type="spellEnd"/>
      <w:r w:rsidR="00AB182B">
        <w:t xml:space="preserve"> </w:t>
      </w:r>
      <w:proofErr w:type="spellStart"/>
      <w:r w:rsidR="00AB182B">
        <w:t>diskriminues</w:t>
      </w:r>
      <w:proofErr w:type="spellEnd"/>
      <w:r w:rsidR="00AB182B">
        <w:t xml:space="preserve">. </w:t>
      </w:r>
      <w:proofErr w:type="spellStart"/>
      <w:r w:rsidR="00AB182B">
        <w:t>Mendoj</w:t>
      </w:r>
      <w:proofErr w:type="spellEnd"/>
      <w:r w:rsidR="00AB182B">
        <w:t xml:space="preserve"> se </w:t>
      </w:r>
      <w:proofErr w:type="spellStart"/>
      <w:r w:rsidR="00AB182B">
        <w:t>nuk</w:t>
      </w:r>
      <w:proofErr w:type="spellEnd"/>
      <w:r w:rsidR="00AB182B">
        <w:t xml:space="preserve"> do </w:t>
      </w:r>
      <w:proofErr w:type="spellStart"/>
      <w:r w:rsidR="00AB182B">
        <w:t>përdoret</w:t>
      </w:r>
      <w:proofErr w:type="spellEnd"/>
      <w:r w:rsidR="00AB182B">
        <w:t xml:space="preserve">. </w:t>
      </w:r>
      <w:proofErr w:type="spellStart"/>
      <w:r w:rsidR="00AB182B">
        <w:t>Ëh</w:t>
      </w:r>
      <w:proofErr w:type="spellEnd"/>
      <w:r w:rsidR="00AB182B">
        <w:t xml:space="preserve">, ne </w:t>
      </w:r>
      <w:proofErr w:type="spellStart"/>
      <w:r w:rsidR="00AB182B">
        <w:t>si</w:t>
      </w:r>
      <w:proofErr w:type="spellEnd"/>
      <w:r w:rsidR="00AB182B">
        <w:t xml:space="preserve"> </w:t>
      </w:r>
      <w:proofErr w:type="spellStart"/>
      <w:r w:rsidR="00AB182B">
        <w:t>qark</w:t>
      </w:r>
      <w:proofErr w:type="spellEnd"/>
      <w:r w:rsidR="00AB182B">
        <w:t xml:space="preserve">, ne </w:t>
      </w:r>
      <w:proofErr w:type="spellStart"/>
      <w:r w:rsidR="00AB182B">
        <w:t>na</w:t>
      </w:r>
      <w:proofErr w:type="spellEnd"/>
      <w:r w:rsidR="00AB182B">
        <w:t xml:space="preserve"> </w:t>
      </w:r>
      <w:proofErr w:type="spellStart"/>
      <w:r w:rsidR="00AB182B">
        <w:t>kërkuat</w:t>
      </w:r>
      <w:proofErr w:type="spellEnd"/>
      <w:r w:rsidR="00AB182B">
        <w:t xml:space="preserve"> </w:t>
      </w:r>
      <w:proofErr w:type="spellStart"/>
      <w:r w:rsidR="00AB182B">
        <w:t>ndjesë</w:t>
      </w:r>
      <w:proofErr w:type="spellEnd"/>
      <w:r w:rsidR="00AB182B">
        <w:t xml:space="preserve">, po </w:t>
      </w:r>
      <w:proofErr w:type="spellStart"/>
      <w:r w:rsidR="00AB182B">
        <w:t>edhe</w:t>
      </w:r>
      <w:proofErr w:type="spellEnd"/>
      <w:r w:rsidR="00AB182B">
        <w:t xml:space="preserve"> </w:t>
      </w:r>
      <w:proofErr w:type="spellStart"/>
      <w:r w:rsidR="00AB182B">
        <w:t>si</w:t>
      </w:r>
      <w:proofErr w:type="spellEnd"/>
      <w:r w:rsidR="00AB182B">
        <w:t xml:space="preserve"> </w:t>
      </w:r>
      <w:proofErr w:type="spellStart"/>
      <w:r w:rsidR="00AB182B">
        <w:t>rrallitje</w:t>
      </w:r>
      <w:proofErr w:type="spellEnd"/>
      <w:r w:rsidR="00AB182B">
        <w:t xml:space="preserve"> </w:t>
      </w:r>
      <w:proofErr w:type="spellStart"/>
      <w:r w:rsidR="00AB182B">
        <w:t>na</w:t>
      </w:r>
      <w:proofErr w:type="spellEnd"/>
      <w:r w:rsidR="00AB182B">
        <w:t xml:space="preserve"> </w:t>
      </w:r>
      <w:proofErr w:type="spellStart"/>
      <w:r w:rsidR="00AB182B">
        <w:t>takoj</w:t>
      </w:r>
      <w:proofErr w:type="spellEnd"/>
      <w:r w:rsidR="00AB182B">
        <w:t xml:space="preserve"> </w:t>
      </w:r>
      <w:proofErr w:type="spellStart"/>
      <w:r w:rsidR="00AB182B">
        <w:t>të</w:t>
      </w:r>
      <w:proofErr w:type="spellEnd"/>
      <w:r w:rsidR="00AB182B">
        <w:t xml:space="preserve"> </w:t>
      </w:r>
      <w:proofErr w:type="spellStart"/>
      <w:r w:rsidR="00AB182B">
        <w:t>fundit</w:t>
      </w:r>
      <w:proofErr w:type="spellEnd"/>
      <w:r w:rsidR="00AB182B">
        <w:t xml:space="preserve">. </w:t>
      </w:r>
      <w:proofErr w:type="spellStart"/>
      <w:r w:rsidR="00AB182B">
        <w:t>Unë</w:t>
      </w:r>
      <w:proofErr w:type="spellEnd"/>
      <w:r w:rsidR="00AB182B">
        <w:t xml:space="preserve"> </w:t>
      </w:r>
      <w:proofErr w:type="spellStart"/>
      <w:r w:rsidR="00AB182B">
        <w:t>flas</w:t>
      </w:r>
      <w:proofErr w:type="spellEnd"/>
      <w:r w:rsidR="00AB182B">
        <w:t xml:space="preserve"> </w:t>
      </w:r>
      <w:proofErr w:type="spellStart"/>
      <w:r w:rsidR="00AB182B">
        <w:t>aq</w:t>
      </w:r>
      <w:proofErr w:type="spellEnd"/>
      <w:r w:rsidR="00AB182B">
        <w:t xml:space="preserve"> </w:t>
      </w:r>
      <w:proofErr w:type="spellStart"/>
      <w:r w:rsidR="00AB182B">
        <w:t>sa</w:t>
      </w:r>
      <w:proofErr w:type="spellEnd"/>
      <w:r w:rsidR="00AB182B">
        <w:t xml:space="preserve"> </w:t>
      </w:r>
      <w:proofErr w:type="spellStart"/>
      <w:r w:rsidR="00AB182B">
        <w:t>më</w:t>
      </w:r>
      <w:proofErr w:type="spellEnd"/>
      <w:r w:rsidR="00AB182B">
        <w:t xml:space="preserve"> </w:t>
      </w:r>
      <w:proofErr w:type="spellStart"/>
      <w:r w:rsidR="00AB182B">
        <w:t>ju</w:t>
      </w:r>
      <w:proofErr w:type="spellEnd"/>
      <w:r w:rsidR="00AB182B">
        <w:t xml:space="preserve"> </w:t>
      </w:r>
      <w:proofErr w:type="spellStart"/>
      <w:r w:rsidR="00AB182B">
        <w:t>mos</w:t>
      </w:r>
      <w:proofErr w:type="spellEnd"/>
      <w:r w:rsidR="00AB182B">
        <w:t xml:space="preserve"> </w:t>
      </w:r>
      <w:proofErr w:type="spellStart"/>
      <w:r w:rsidR="00AB182B">
        <w:t>t'ju</w:t>
      </w:r>
      <w:proofErr w:type="spellEnd"/>
      <w:r w:rsidR="00AB182B">
        <w:t xml:space="preserve"> </w:t>
      </w:r>
      <w:proofErr w:type="spellStart"/>
      <w:r w:rsidR="00AB182B">
        <w:t>duket</w:t>
      </w:r>
      <w:proofErr w:type="spellEnd"/>
      <w:r w:rsidR="00AB182B">
        <w:t xml:space="preserve"> e </w:t>
      </w:r>
      <w:proofErr w:type="spellStart"/>
      <w:r w:rsidR="00AB182B">
        <w:t>bezdisshme</w:t>
      </w:r>
      <w:proofErr w:type="spellEnd"/>
      <w:r w:rsidR="00AB182B">
        <w:t xml:space="preserve"> </w:t>
      </w:r>
      <w:proofErr w:type="spellStart"/>
      <w:r w:rsidR="00AB182B">
        <w:t>juve</w:t>
      </w:r>
      <w:proofErr w:type="spellEnd"/>
      <w:r w:rsidR="00AB182B">
        <w:t xml:space="preserve">, </w:t>
      </w:r>
      <w:proofErr w:type="spellStart"/>
      <w:r w:rsidR="00AB182B">
        <w:t>për</w:t>
      </w:r>
      <w:proofErr w:type="spellEnd"/>
      <w:r w:rsidR="00AB182B">
        <w:t xml:space="preserve"> </w:t>
      </w:r>
      <w:proofErr w:type="spellStart"/>
      <w:r w:rsidR="00AB182B">
        <w:t>shembull</w:t>
      </w:r>
      <w:proofErr w:type="spellEnd"/>
      <w:r w:rsidR="00AB182B">
        <w:t xml:space="preserve">, e </w:t>
      </w:r>
      <w:proofErr w:type="spellStart"/>
      <w:r w:rsidR="00AB182B">
        <w:t>kështu</w:t>
      </w:r>
      <w:proofErr w:type="spellEnd"/>
      <w:r w:rsidR="00AB182B">
        <w:t xml:space="preserve"> me </w:t>
      </w:r>
      <w:proofErr w:type="spellStart"/>
      <w:r w:rsidR="00AB182B">
        <w:t>radhë</w:t>
      </w:r>
      <w:proofErr w:type="spellEnd"/>
      <w:r w:rsidR="00AB182B">
        <w:t xml:space="preserve">. </w:t>
      </w:r>
    </w:p>
    <w:p w14:paraId="60276CE8" w14:textId="77777777" w:rsidR="00DD1625" w:rsidRDefault="00DD1625" w:rsidP="00DD1625">
      <w:proofErr w:type="spellStart"/>
      <w:r>
        <w:rPr>
          <w:b/>
        </w:rPr>
        <w:t>Arbjan</w:t>
      </w:r>
      <w:proofErr w:type="spellEnd"/>
      <w:r>
        <w:rPr>
          <w:b/>
        </w:rPr>
        <w:t xml:space="preserve"> </w:t>
      </w:r>
      <w:proofErr w:type="spellStart"/>
      <w:r>
        <w:rPr>
          <w:b/>
        </w:rPr>
        <w:t>Mazniku</w:t>
      </w:r>
      <w:proofErr w:type="spellEnd"/>
      <w:r>
        <w:rPr>
          <w:b/>
        </w:rPr>
        <w:t>:</w:t>
      </w:r>
    </w:p>
    <w:p w14:paraId="3975212E" w14:textId="3563DF06" w:rsidR="00DD1625" w:rsidRDefault="00AB182B" w:rsidP="00AB182B">
      <w:r>
        <w:t xml:space="preserve">E </w:t>
      </w:r>
      <w:proofErr w:type="spellStart"/>
      <w:r>
        <w:t>k</w:t>
      </w:r>
      <w:r w:rsidR="00DD1625">
        <w:t>ishim</w:t>
      </w:r>
      <w:proofErr w:type="spellEnd"/>
      <w:r w:rsidR="00DD1625">
        <w:t xml:space="preserve"> </w:t>
      </w:r>
      <w:proofErr w:type="spellStart"/>
      <w:r w:rsidR="00DD1625">
        <w:t>lënë</w:t>
      </w:r>
      <w:proofErr w:type="spellEnd"/>
      <w:r w:rsidR="00DD1625">
        <w:t xml:space="preserve"> me</w:t>
      </w:r>
      <w:r>
        <w:t xml:space="preserve"> </w:t>
      </w:r>
      <w:proofErr w:type="spellStart"/>
      <w:r>
        <w:t>dy-tre</w:t>
      </w:r>
      <w:proofErr w:type="spellEnd"/>
      <w:r>
        <w:t xml:space="preserve"> </w:t>
      </w:r>
      <w:proofErr w:type="spellStart"/>
      <w:r>
        <w:t>minuta</w:t>
      </w:r>
      <w:proofErr w:type="spellEnd"/>
      <w:r>
        <w:t xml:space="preserve"> </w:t>
      </w:r>
      <w:proofErr w:type="spellStart"/>
      <w:r>
        <w:t>për</w:t>
      </w:r>
      <w:proofErr w:type="spellEnd"/>
      <w:r>
        <w:t xml:space="preserve"> </w:t>
      </w:r>
      <w:proofErr w:type="spellStart"/>
      <w:r>
        <w:t>përgjigje</w:t>
      </w:r>
      <w:proofErr w:type="spellEnd"/>
      <w:r>
        <w:t xml:space="preserve">, po </w:t>
      </w:r>
      <w:proofErr w:type="spellStart"/>
      <w:r>
        <w:t>sigurisht</w:t>
      </w:r>
      <w:proofErr w:type="spellEnd"/>
      <w:r>
        <w:t xml:space="preserve"> </w:t>
      </w:r>
      <w:proofErr w:type="spellStart"/>
      <w:r>
        <w:t>meqënëse</w:t>
      </w:r>
      <w:proofErr w:type="spellEnd"/>
      <w:r>
        <w:t xml:space="preserve"> </w:t>
      </w:r>
      <w:proofErr w:type="spellStart"/>
      <w:r>
        <w:t>dhatë</w:t>
      </w:r>
      <w:proofErr w:type="spellEnd"/>
      <w:r>
        <w:t xml:space="preserve"> </w:t>
      </w:r>
      <w:proofErr w:type="spellStart"/>
      <w:r>
        <w:t>përgjigje</w:t>
      </w:r>
      <w:proofErr w:type="spellEnd"/>
      <w:r>
        <w:t xml:space="preserve"> </w:t>
      </w:r>
      <w:proofErr w:type="spellStart"/>
      <w:r>
        <w:t>të</w:t>
      </w:r>
      <w:proofErr w:type="spellEnd"/>
      <w:r>
        <w:t xml:space="preserve"> </w:t>
      </w:r>
      <w:proofErr w:type="spellStart"/>
      <w:r>
        <w:t>zgjeruara</w:t>
      </w:r>
      <w:proofErr w:type="spellEnd"/>
      <w:r>
        <w:t xml:space="preserve">, </w:t>
      </w:r>
      <w:proofErr w:type="spellStart"/>
      <w:r>
        <w:t>atëherë</w:t>
      </w:r>
      <w:proofErr w:type="spellEnd"/>
      <w:r>
        <w:t xml:space="preserve"> </w:t>
      </w:r>
      <w:proofErr w:type="spellStart"/>
      <w:r>
        <w:t>zonja</w:t>
      </w:r>
      <w:proofErr w:type="spellEnd"/>
      <w:r>
        <w:t xml:space="preserve"> </w:t>
      </w:r>
      <w:proofErr w:type="spellStart"/>
      <w:r>
        <w:t>Koçeku</w:t>
      </w:r>
      <w:proofErr w:type="spellEnd"/>
      <w:r>
        <w:t xml:space="preserve">, </w:t>
      </w:r>
      <w:proofErr w:type="spellStart"/>
      <w:r>
        <w:t>pyetjet</w:t>
      </w:r>
      <w:proofErr w:type="spellEnd"/>
      <w:r>
        <w:t xml:space="preserve"> </w:t>
      </w:r>
      <w:proofErr w:type="spellStart"/>
      <w:r>
        <w:t>tuaja</w:t>
      </w:r>
      <w:proofErr w:type="spellEnd"/>
      <w:r>
        <w:t xml:space="preserve">. </w:t>
      </w:r>
    </w:p>
    <w:p w14:paraId="396B684E" w14:textId="77777777" w:rsidR="00DD1625" w:rsidRPr="00DD1625" w:rsidRDefault="00DD1625" w:rsidP="00AB182B">
      <w:pPr>
        <w:rPr>
          <w:b/>
          <w:bCs/>
        </w:rPr>
      </w:pPr>
      <w:r w:rsidRPr="00DD1625">
        <w:rPr>
          <w:b/>
          <w:bCs/>
        </w:rPr>
        <w:t xml:space="preserve">Marjana </w:t>
      </w:r>
      <w:proofErr w:type="spellStart"/>
      <w:r w:rsidRPr="00DD1625">
        <w:rPr>
          <w:b/>
          <w:bCs/>
        </w:rPr>
        <w:t>Koçeku</w:t>
      </w:r>
      <w:proofErr w:type="spellEnd"/>
      <w:r w:rsidRPr="00DD1625">
        <w:rPr>
          <w:b/>
          <w:bCs/>
        </w:rPr>
        <w:t>:</w:t>
      </w:r>
    </w:p>
    <w:p w14:paraId="7FD05D0C" w14:textId="77777777" w:rsidR="00DD1625" w:rsidRDefault="00AB182B" w:rsidP="00AB182B">
      <w:proofErr w:type="spellStart"/>
      <w:r>
        <w:t>Faleminderit</w:t>
      </w:r>
      <w:proofErr w:type="spellEnd"/>
      <w:r>
        <w:t xml:space="preserve"> </w:t>
      </w:r>
      <w:proofErr w:type="spellStart"/>
      <w:r>
        <w:t>bashkëkryetar</w:t>
      </w:r>
      <w:proofErr w:type="spellEnd"/>
      <w:r>
        <w:t xml:space="preserve">. </w:t>
      </w:r>
      <w:proofErr w:type="spellStart"/>
      <w:r>
        <w:t>Në</w:t>
      </w:r>
      <w:proofErr w:type="spellEnd"/>
      <w:r>
        <w:t xml:space="preserve"> </w:t>
      </w:r>
      <w:proofErr w:type="spellStart"/>
      <w:r>
        <w:t>fakt</w:t>
      </w:r>
      <w:proofErr w:type="spellEnd"/>
      <w:r>
        <w:t xml:space="preserve">, </w:t>
      </w:r>
      <w:proofErr w:type="spellStart"/>
      <w:r>
        <w:t>unë</w:t>
      </w:r>
      <w:proofErr w:type="spellEnd"/>
      <w:r>
        <w:t xml:space="preserve"> </w:t>
      </w:r>
      <w:proofErr w:type="spellStart"/>
      <w:r>
        <w:t>nuk</w:t>
      </w:r>
      <w:proofErr w:type="spellEnd"/>
      <w:r>
        <w:t xml:space="preserve"> </w:t>
      </w:r>
      <w:proofErr w:type="spellStart"/>
      <w:r>
        <w:t>kam</w:t>
      </w:r>
      <w:proofErr w:type="spellEnd"/>
      <w:r>
        <w:t xml:space="preserve"> </w:t>
      </w:r>
      <w:proofErr w:type="spellStart"/>
      <w:r>
        <w:t>një</w:t>
      </w:r>
      <w:proofErr w:type="spellEnd"/>
      <w:r>
        <w:t xml:space="preserve"> </w:t>
      </w:r>
      <w:proofErr w:type="spellStart"/>
      <w:r>
        <w:t>pyetje</w:t>
      </w:r>
      <w:proofErr w:type="spellEnd"/>
      <w:r>
        <w:t xml:space="preserve">, po me </w:t>
      </w:r>
      <w:proofErr w:type="spellStart"/>
      <w:r>
        <w:t>tërë</w:t>
      </w:r>
      <w:proofErr w:type="spellEnd"/>
      <w:r>
        <w:t xml:space="preserve"> </w:t>
      </w:r>
      <w:proofErr w:type="spellStart"/>
      <w:r>
        <w:t>respektin</w:t>
      </w:r>
      <w:proofErr w:type="spellEnd"/>
      <w:r>
        <w:t xml:space="preserve"> </w:t>
      </w:r>
      <w:proofErr w:type="spellStart"/>
      <w:r>
        <w:t>për</w:t>
      </w:r>
      <w:proofErr w:type="spellEnd"/>
      <w:r>
        <w:t xml:space="preserve"> </w:t>
      </w:r>
      <w:proofErr w:type="spellStart"/>
      <w:r>
        <w:t>procedurën</w:t>
      </w:r>
      <w:proofErr w:type="spellEnd"/>
      <w:r>
        <w:t xml:space="preserve"> </w:t>
      </w:r>
      <w:proofErr w:type="spellStart"/>
      <w:r>
        <w:t>dhe</w:t>
      </w:r>
      <w:proofErr w:type="spellEnd"/>
      <w:r>
        <w:t xml:space="preserve"> </w:t>
      </w:r>
      <w:proofErr w:type="spellStart"/>
      <w:r>
        <w:t>reagimin</w:t>
      </w:r>
      <w:proofErr w:type="spellEnd"/>
      <w:r>
        <w:t xml:space="preserve"> </w:t>
      </w:r>
      <w:proofErr w:type="spellStart"/>
      <w:r>
        <w:t>të</w:t>
      </w:r>
      <w:proofErr w:type="spellEnd"/>
      <w:r>
        <w:t xml:space="preserve"> </w:t>
      </w:r>
      <w:proofErr w:type="spellStart"/>
      <w:r>
        <w:t>bashkëkryetarit</w:t>
      </w:r>
      <w:proofErr w:type="spellEnd"/>
      <w:r>
        <w:t xml:space="preserve"> </w:t>
      </w:r>
      <w:proofErr w:type="spellStart"/>
      <w:r>
        <w:t>zoti</w:t>
      </w:r>
      <w:proofErr w:type="spellEnd"/>
      <w:r>
        <w:t xml:space="preserve"> </w:t>
      </w:r>
      <w:proofErr w:type="spellStart"/>
      <w:r>
        <w:t>Boçi</w:t>
      </w:r>
      <w:proofErr w:type="spellEnd"/>
      <w:r>
        <w:t xml:space="preserve">, </w:t>
      </w:r>
      <w:proofErr w:type="spellStart"/>
      <w:r>
        <w:t>unë</w:t>
      </w:r>
      <w:proofErr w:type="spellEnd"/>
      <w:r>
        <w:t xml:space="preserve"> </w:t>
      </w:r>
      <w:proofErr w:type="spellStart"/>
      <w:r>
        <w:t>mendoj</w:t>
      </w:r>
      <w:proofErr w:type="spellEnd"/>
      <w:r>
        <w:t xml:space="preserve"> se </w:t>
      </w:r>
      <w:proofErr w:type="spellStart"/>
      <w:r>
        <w:t>nënkryetari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Shkodër</w:t>
      </w:r>
      <w:proofErr w:type="spellEnd"/>
      <w:r>
        <w:t xml:space="preserve"> </w:t>
      </w:r>
      <w:proofErr w:type="spellStart"/>
      <w:r>
        <w:t>ashtu</w:t>
      </w:r>
      <w:proofErr w:type="spellEnd"/>
      <w:r>
        <w:t xml:space="preserve"> sot </w:t>
      </w:r>
      <w:proofErr w:type="spellStart"/>
      <w:r>
        <w:t>si</w:t>
      </w:r>
      <w:proofErr w:type="spellEnd"/>
      <w:r>
        <w:t xml:space="preserve"> </w:t>
      </w:r>
      <w:proofErr w:type="spellStart"/>
      <w:r>
        <w:t>përfaqësues</w:t>
      </w:r>
      <w:proofErr w:type="spellEnd"/>
      <w:r>
        <w:t xml:space="preserve">, </w:t>
      </w:r>
      <w:proofErr w:type="spellStart"/>
      <w:r>
        <w:t>si</w:t>
      </w:r>
      <w:proofErr w:type="spellEnd"/>
      <w:r>
        <w:t xml:space="preserve"> </w:t>
      </w:r>
      <w:proofErr w:type="spellStart"/>
      <w:r>
        <w:t>delegum</w:t>
      </w:r>
      <w:proofErr w:type="spellEnd"/>
      <w:r>
        <w:t xml:space="preserve"> </w:t>
      </w:r>
      <w:proofErr w:type="spellStart"/>
      <w:r>
        <w:t>zyrtarisht</w:t>
      </w:r>
      <w:proofErr w:type="spellEnd"/>
      <w:r>
        <w:t xml:space="preserve"> </w:t>
      </w:r>
      <w:proofErr w:type="spellStart"/>
      <w:r>
        <w:t>i</w:t>
      </w:r>
      <w:proofErr w:type="spellEnd"/>
      <w:r>
        <w:t xml:space="preserve"> </w:t>
      </w:r>
      <w:proofErr w:type="spellStart"/>
      <w:r>
        <w:t>kryetarit</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Shkodër</w:t>
      </w:r>
      <w:proofErr w:type="spellEnd"/>
      <w:r>
        <w:t xml:space="preserve">, </w:t>
      </w:r>
      <w:proofErr w:type="spellStart"/>
      <w:r>
        <w:t>nuk</w:t>
      </w:r>
      <w:proofErr w:type="spellEnd"/>
      <w:r>
        <w:t xml:space="preserve"> ka </w:t>
      </w:r>
      <w:proofErr w:type="spellStart"/>
      <w:r>
        <w:t>ardhur</w:t>
      </w:r>
      <w:proofErr w:type="spellEnd"/>
      <w:r>
        <w:t xml:space="preserve"> </w:t>
      </w:r>
      <w:proofErr w:type="spellStart"/>
      <w:r>
        <w:t>si</w:t>
      </w:r>
      <w:proofErr w:type="spellEnd"/>
      <w:r>
        <w:t xml:space="preserve"> </w:t>
      </w:r>
      <w:proofErr w:type="spellStart"/>
      <w:r>
        <w:t>një</w:t>
      </w:r>
      <w:proofErr w:type="spellEnd"/>
      <w:r>
        <w:t xml:space="preserve"> </w:t>
      </w:r>
      <w:proofErr w:type="spellStart"/>
      <w:r>
        <w:t>emër</w:t>
      </w:r>
      <w:proofErr w:type="spellEnd"/>
      <w:r>
        <w:t xml:space="preserve"> personal, por </w:t>
      </w:r>
      <w:proofErr w:type="spellStart"/>
      <w:r>
        <w:t>si</w:t>
      </w:r>
      <w:proofErr w:type="spellEnd"/>
      <w:r>
        <w:t xml:space="preserve"> </w:t>
      </w:r>
      <w:proofErr w:type="spellStart"/>
      <w:r>
        <w:t>një</w:t>
      </w:r>
      <w:proofErr w:type="spellEnd"/>
      <w:r>
        <w:t xml:space="preserve"> </w:t>
      </w:r>
      <w:proofErr w:type="spellStart"/>
      <w:r>
        <w:t>përfaqësues</w:t>
      </w:r>
      <w:proofErr w:type="spellEnd"/>
      <w:r>
        <w:t xml:space="preserve"> </w:t>
      </w:r>
      <w:proofErr w:type="spellStart"/>
      <w:r>
        <w:t>i</w:t>
      </w:r>
      <w:proofErr w:type="spellEnd"/>
      <w:r>
        <w:t xml:space="preserve"> </w:t>
      </w:r>
      <w:proofErr w:type="spellStart"/>
      <w:r>
        <w:t>institucionit</w:t>
      </w:r>
      <w:proofErr w:type="spellEnd"/>
      <w:r>
        <w:t xml:space="preserve"> </w:t>
      </w:r>
      <w:proofErr w:type="spellStart"/>
      <w:r>
        <w:t>dhe</w:t>
      </w:r>
      <w:proofErr w:type="spellEnd"/>
      <w:r>
        <w:t xml:space="preserve"> </w:t>
      </w:r>
      <w:proofErr w:type="spellStart"/>
      <w:r>
        <w:t>i</w:t>
      </w:r>
      <w:proofErr w:type="spellEnd"/>
      <w:r>
        <w:t xml:space="preserve"> </w:t>
      </w:r>
      <w:proofErr w:type="spellStart"/>
      <w:r>
        <w:t>qytetarëve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Shkodër</w:t>
      </w:r>
      <w:proofErr w:type="spellEnd"/>
      <w:r>
        <w:t xml:space="preserve">. </w:t>
      </w:r>
      <w:proofErr w:type="spellStart"/>
      <w:r>
        <w:t>Dhe</w:t>
      </w:r>
      <w:proofErr w:type="spellEnd"/>
      <w:r>
        <w:t xml:space="preserve"> </w:t>
      </w:r>
      <w:proofErr w:type="spellStart"/>
      <w:r>
        <w:t>pavarësisht</w:t>
      </w:r>
      <w:proofErr w:type="spellEnd"/>
      <w:r>
        <w:t xml:space="preserve"> se </w:t>
      </w:r>
      <w:proofErr w:type="spellStart"/>
      <w:r>
        <w:t>nuk</w:t>
      </w:r>
      <w:proofErr w:type="spellEnd"/>
      <w:r>
        <w:t xml:space="preserve"> </w:t>
      </w:r>
      <w:proofErr w:type="spellStart"/>
      <w:r>
        <w:t>është</w:t>
      </w:r>
      <w:proofErr w:type="spellEnd"/>
      <w:r>
        <w:t xml:space="preserve"> </w:t>
      </w:r>
      <w:proofErr w:type="spellStart"/>
      <w:r>
        <w:t>i</w:t>
      </w:r>
      <w:proofErr w:type="spellEnd"/>
      <w:r>
        <w:t xml:space="preserve"> </w:t>
      </w:r>
      <w:proofErr w:type="spellStart"/>
      <w:r>
        <w:t>përzgjedhur</w:t>
      </w:r>
      <w:proofErr w:type="spellEnd"/>
      <w:r>
        <w:t xml:space="preserve"> </w:t>
      </w:r>
      <w:proofErr w:type="spellStart"/>
      <w:r>
        <w:t>drejtpërdrejt</w:t>
      </w:r>
      <w:proofErr w:type="spellEnd"/>
      <w:r>
        <w:t xml:space="preserve"> me </w:t>
      </w:r>
      <w:proofErr w:type="spellStart"/>
      <w:r>
        <w:t>votë</w:t>
      </w:r>
      <w:proofErr w:type="spellEnd"/>
      <w:r>
        <w:t xml:space="preserve"> </w:t>
      </w:r>
      <w:proofErr w:type="spellStart"/>
      <w:r>
        <w:t>prej</w:t>
      </w:r>
      <w:proofErr w:type="spellEnd"/>
      <w:r>
        <w:t xml:space="preserve"> </w:t>
      </w:r>
      <w:proofErr w:type="spellStart"/>
      <w:r>
        <w:t>tyre</w:t>
      </w:r>
      <w:proofErr w:type="spellEnd"/>
      <w:r>
        <w:t xml:space="preserve">, </w:t>
      </w:r>
      <w:proofErr w:type="spellStart"/>
      <w:r>
        <w:t>besoj</w:t>
      </w:r>
      <w:proofErr w:type="spellEnd"/>
      <w:r>
        <w:t xml:space="preserve"> se ka </w:t>
      </w:r>
      <w:proofErr w:type="spellStart"/>
      <w:r>
        <w:t>të</w:t>
      </w:r>
      <w:proofErr w:type="spellEnd"/>
      <w:r>
        <w:t xml:space="preserve"> </w:t>
      </w:r>
      <w:proofErr w:type="spellStart"/>
      <w:r>
        <w:t>drejtën</w:t>
      </w:r>
      <w:proofErr w:type="spellEnd"/>
      <w:r>
        <w:t xml:space="preserve"> </w:t>
      </w:r>
      <w:proofErr w:type="spellStart"/>
      <w:r>
        <w:t>që</w:t>
      </w:r>
      <w:proofErr w:type="spellEnd"/>
      <w:r>
        <w:t xml:space="preserve"> sot </w:t>
      </w:r>
      <w:proofErr w:type="spellStart"/>
      <w:r>
        <w:t>të</w:t>
      </w:r>
      <w:proofErr w:type="spellEnd"/>
      <w:r>
        <w:t xml:space="preserve"> </w:t>
      </w:r>
      <w:proofErr w:type="spellStart"/>
      <w:r>
        <w:t>flasë</w:t>
      </w:r>
      <w:proofErr w:type="spellEnd"/>
      <w:r>
        <w:t xml:space="preserve"> </w:t>
      </w:r>
      <w:proofErr w:type="spellStart"/>
      <w:r>
        <w:t>për</w:t>
      </w:r>
      <w:proofErr w:type="spellEnd"/>
      <w:r>
        <w:t xml:space="preserve"> </w:t>
      </w:r>
      <w:proofErr w:type="spellStart"/>
      <w:r>
        <w:t>ata</w:t>
      </w:r>
      <w:proofErr w:type="spellEnd"/>
      <w:r>
        <w:t xml:space="preserve"> </w:t>
      </w:r>
      <w:proofErr w:type="spellStart"/>
      <w:r>
        <w:t>për</w:t>
      </w:r>
      <w:proofErr w:type="spellEnd"/>
      <w:r>
        <w:t xml:space="preserve"> </w:t>
      </w:r>
      <w:proofErr w:type="spellStart"/>
      <w:r>
        <w:t>të</w:t>
      </w:r>
      <w:proofErr w:type="spellEnd"/>
      <w:r>
        <w:t xml:space="preserve"> </w:t>
      </w:r>
      <w:proofErr w:type="spellStart"/>
      <w:r>
        <w:t>cilët</w:t>
      </w:r>
      <w:proofErr w:type="spellEnd"/>
      <w:r>
        <w:t xml:space="preserve"> </w:t>
      </w:r>
      <w:proofErr w:type="spellStart"/>
      <w:r>
        <w:t>është</w:t>
      </w:r>
      <w:proofErr w:type="spellEnd"/>
      <w:r>
        <w:t xml:space="preserve"> </w:t>
      </w:r>
      <w:proofErr w:type="spellStart"/>
      <w:r>
        <w:t>deleguar</w:t>
      </w:r>
      <w:proofErr w:type="spellEnd"/>
      <w:r>
        <w:t xml:space="preserve"> </w:t>
      </w:r>
      <w:proofErr w:type="spellStart"/>
      <w:r>
        <w:t>dhe</w:t>
      </w:r>
      <w:proofErr w:type="spellEnd"/>
      <w:r>
        <w:t xml:space="preserve"> </w:t>
      </w:r>
      <w:proofErr w:type="spellStart"/>
      <w:r>
        <w:t>është</w:t>
      </w:r>
      <w:proofErr w:type="spellEnd"/>
      <w:r>
        <w:t xml:space="preserve"> </w:t>
      </w:r>
      <w:proofErr w:type="spellStart"/>
      <w:r>
        <w:t>këtu</w:t>
      </w:r>
      <w:proofErr w:type="spellEnd"/>
      <w:r>
        <w:t xml:space="preserve"> sot, duke </w:t>
      </w:r>
      <w:proofErr w:type="spellStart"/>
      <w:r>
        <w:t>qenë</w:t>
      </w:r>
      <w:proofErr w:type="spellEnd"/>
      <w:r>
        <w:t xml:space="preserve"> se </w:t>
      </w:r>
      <w:proofErr w:type="spellStart"/>
      <w:r>
        <w:t>prej</w:t>
      </w:r>
      <w:proofErr w:type="spellEnd"/>
      <w:r>
        <w:t xml:space="preserve"> mase </w:t>
      </w:r>
      <w:proofErr w:type="spellStart"/>
      <w:r>
        <w:t>dy</w:t>
      </w:r>
      <w:proofErr w:type="spellEnd"/>
      <w:r>
        <w:t xml:space="preserve"> </w:t>
      </w:r>
      <w:proofErr w:type="spellStart"/>
      <w:r>
        <w:t>vitesh</w:t>
      </w:r>
      <w:proofErr w:type="spellEnd"/>
      <w:r>
        <w:t xml:space="preserve"> </w:t>
      </w:r>
      <w:proofErr w:type="spellStart"/>
      <w:r>
        <w:t>punon</w:t>
      </w:r>
      <w:proofErr w:type="spellEnd"/>
      <w:r>
        <w:t xml:space="preserve"> </w:t>
      </w:r>
      <w:proofErr w:type="spellStart"/>
      <w:r>
        <w:t>në</w:t>
      </w:r>
      <w:proofErr w:type="spellEnd"/>
      <w:r>
        <w:t xml:space="preserve"> </w:t>
      </w:r>
      <w:proofErr w:type="spellStart"/>
      <w:r>
        <w:t>bashki</w:t>
      </w:r>
      <w:proofErr w:type="spellEnd"/>
      <w:r>
        <w:t xml:space="preserve"> </w:t>
      </w:r>
      <w:proofErr w:type="spellStart"/>
      <w:r>
        <w:t>dhe</w:t>
      </w:r>
      <w:proofErr w:type="spellEnd"/>
      <w:r>
        <w:t xml:space="preserve"> </w:t>
      </w:r>
      <w:proofErr w:type="spellStart"/>
      <w:r>
        <w:t>besoj</w:t>
      </w:r>
      <w:proofErr w:type="spellEnd"/>
      <w:r>
        <w:t xml:space="preserve"> se </w:t>
      </w:r>
      <w:proofErr w:type="spellStart"/>
      <w:r>
        <w:t>është</w:t>
      </w:r>
      <w:proofErr w:type="spellEnd"/>
      <w:r>
        <w:t xml:space="preserve"> </w:t>
      </w:r>
      <w:proofErr w:type="spellStart"/>
      <w:r>
        <w:t>shumë</w:t>
      </w:r>
      <w:proofErr w:type="spellEnd"/>
      <w:r>
        <w:t xml:space="preserve"> </w:t>
      </w:r>
      <w:proofErr w:type="spellStart"/>
      <w:r>
        <w:t>mirë</w:t>
      </w:r>
      <w:proofErr w:type="spellEnd"/>
      <w:r>
        <w:t xml:space="preserve"> </w:t>
      </w:r>
      <w:proofErr w:type="spellStart"/>
      <w:r>
        <w:t>në</w:t>
      </w:r>
      <w:proofErr w:type="spellEnd"/>
      <w:r>
        <w:t xml:space="preserve"> </w:t>
      </w:r>
      <w:proofErr w:type="spellStart"/>
      <w:r>
        <w:t>dijeni</w:t>
      </w:r>
      <w:proofErr w:type="spellEnd"/>
      <w:r>
        <w:t xml:space="preserve"> </w:t>
      </w:r>
      <w:proofErr w:type="spellStart"/>
      <w:r>
        <w:t>të</w:t>
      </w:r>
      <w:proofErr w:type="spellEnd"/>
      <w:r>
        <w:t xml:space="preserve"> </w:t>
      </w:r>
      <w:proofErr w:type="spellStart"/>
      <w:r>
        <w:t>çështjes</w:t>
      </w:r>
      <w:proofErr w:type="spellEnd"/>
      <w:r>
        <w:t xml:space="preserve"> administrative </w:t>
      </w:r>
      <w:proofErr w:type="spellStart"/>
      <w:r>
        <w:t>dhe</w:t>
      </w:r>
      <w:proofErr w:type="spellEnd"/>
      <w:r>
        <w:t xml:space="preserve"> </w:t>
      </w:r>
      <w:proofErr w:type="spellStart"/>
      <w:r>
        <w:t>problematikave</w:t>
      </w:r>
      <w:proofErr w:type="spellEnd"/>
      <w:r>
        <w:t xml:space="preserve"> </w:t>
      </w:r>
      <w:proofErr w:type="spellStart"/>
      <w:r>
        <w:t>që</w:t>
      </w:r>
      <w:proofErr w:type="spellEnd"/>
      <w:r>
        <w:t xml:space="preserve"> ka Bashkia </w:t>
      </w:r>
      <w:proofErr w:type="spellStart"/>
      <w:r>
        <w:t>Shkodër</w:t>
      </w:r>
      <w:proofErr w:type="spellEnd"/>
      <w:r>
        <w:t xml:space="preserve">. </w:t>
      </w:r>
      <w:proofErr w:type="spellStart"/>
      <w:r>
        <w:t>Unë</w:t>
      </w:r>
      <w:proofErr w:type="spellEnd"/>
      <w:r>
        <w:t xml:space="preserve"> e </w:t>
      </w:r>
      <w:proofErr w:type="spellStart"/>
      <w:r>
        <w:t>kuptoj</w:t>
      </w:r>
      <w:proofErr w:type="spellEnd"/>
      <w:r>
        <w:t xml:space="preserve"> </w:t>
      </w:r>
      <w:proofErr w:type="spellStart"/>
      <w:r>
        <w:t>vendimin</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marrë</w:t>
      </w:r>
      <w:proofErr w:type="spellEnd"/>
      <w:r>
        <w:t xml:space="preserve">, por </w:t>
      </w:r>
      <w:proofErr w:type="spellStart"/>
      <w:r>
        <w:t>besoj</w:t>
      </w:r>
      <w:proofErr w:type="spellEnd"/>
      <w:r>
        <w:t xml:space="preserve"> se SPAK-</w:t>
      </w:r>
      <w:proofErr w:type="spellStart"/>
      <w:r>
        <w:t>ut</w:t>
      </w:r>
      <w:proofErr w:type="spellEnd"/>
      <w:r>
        <w:t xml:space="preserve"> </w:t>
      </w:r>
      <w:proofErr w:type="spellStart"/>
      <w:r>
        <w:t>duhet</w:t>
      </w:r>
      <w:proofErr w:type="spellEnd"/>
      <w:r>
        <w:t xml:space="preserve"> </w:t>
      </w:r>
      <w:proofErr w:type="spellStart"/>
      <w:r>
        <w:t>të</w:t>
      </w:r>
      <w:proofErr w:type="spellEnd"/>
      <w:r>
        <w:t xml:space="preserve"> </w:t>
      </w:r>
      <w:proofErr w:type="spellStart"/>
      <w:r>
        <w:t>ishin</w:t>
      </w:r>
      <w:proofErr w:type="spellEnd"/>
      <w:r>
        <w:t xml:space="preserve"> </w:t>
      </w:r>
      <w:proofErr w:type="spellStart"/>
      <w:r>
        <w:t>vënë</w:t>
      </w:r>
      <w:proofErr w:type="spellEnd"/>
      <w:r>
        <w:t xml:space="preserve"> </w:t>
      </w:r>
      <w:proofErr w:type="spellStart"/>
      <w:r>
        <w:t>në</w:t>
      </w:r>
      <w:proofErr w:type="spellEnd"/>
      <w:r>
        <w:t xml:space="preserve"> </w:t>
      </w:r>
      <w:proofErr w:type="spellStart"/>
      <w:r>
        <w:t>dijeni</w:t>
      </w:r>
      <w:proofErr w:type="spellEnd"/>
      <w:r>
        <w:t xml:space="preserve"> </w:t>
      </w:r>
      <w:proofErr w:type="spellStart"/>
      <w:r>
        <w:t>që</w:t>
      </w:r>
      <w:proofErr w:type="spellEnd"/>
      <w:r>
        <w:t xml:space="preserve"> </w:t>
      </w:r>
      <w:proofErr w:type="spellStart"/>
      <w:r>
        <w:t>nëse</w:t>
      </w:r>
      <w:proofErr w:type="spellEnd"/>
      <w:r>
        <w:t xml:space="preserve"> </w:t>
      </w:r>
      <w:proofErr w:type="spellStart"/>
      <w:r>
        <w:t>nuk</w:t>
      </w:r>
      <w:proofErr w:type="spellEnd"/>
      <w:r>
        <w:t xml:space="preserve"> u </w:t>
      </w:r>
      <w:proofErr w:type="spellStart"/>
      <w:r>
        <w:t>jepet</w:t>
      </w:r>
      <w:proofErr w:type="spellEnd"/>
      <w:r>
        <w:t xml:space="preserve"> </w:t>
      </w:r>
      <w:proofErr w:type="spellStart"/>
      <w:r>
        <w:t>fjala</w:t>
      </w:r>
      <w:proofErr w:type="spellEnd"/>
      <w:r>
        <w:t xml:space="preserve">, </w:t>
      </w:r>
      <w:proofErr w:type="spellStart"/>
      <w:r>
        <w:t>të</w:t>
      </w:r>
      <w:proofErr w:type="spellEnd"/>
      <w:r>
        <w:t xml:space="preserve"> </w:t>
      </w:r>
      <w:proofErr w:type="spellStart"/>
      <w:r>
        <w:t>mos</w:t>
      </w:r>
      <w:proofErr w:type="spellEnd"/>
      <w:r>
        <w:t xml:space="preserve"> </w:t>
      </w:r>
      <w:proofErr w:type="spellStart"/>
      <w:r>
        <w:t>ishin</w:t>
      </w:r>
      <w:proofErr w:type="spellEnd"/>
      <w:r>
        <w:t xml:space="preserve"> </w:t>
      </w:r>
      <w:proofErr w:type="spellStart"/>
      <w:r>
        <w:t>aspak</w:t>
      </w:r>
      <w:proofErr w:type="spellEnd"/>
      <w:r>
        <w:t xml:space="preserve"> </w:t>
      </w:r>
      <w:proofErr w:type="spellStart"/>
      <w:r>
        <w:t>të</w:t>
      </w:r>
      <w:proofErr w:type="spellEnd"/>
      <w:r>
        <w:t xml:space="preserve"> </w:t>
      </w:r>
      <w:proofErr w:type="spellStart"/>
      <w:r>
        <w:t>pranishëm</w:t>
      </w:r>
      <w:proofErr w:type="spellEnd"/>
      <w:r>
        <w:t xml:space="preserve"> </w:t>
      </w:r>
      <w:proofErr w:type="spellStart"/>
      <w:r>
        <w:t>në</w:t>
      </w:r>
      <w:proofErr w:type="spellEnd"/>
      <w:r>
        <w:t xml:space="preserve"> </w:t>
      </w:r>
      <w:proofErr w:type="spellStart"/>
      <w:r>
        <w:t>këtë</w:t>
      </w:r>
      <w:proofErr w:type="spellEnd"/>
      <w:r>
        <w:t xml:space="preserve"> </w:t>
      </w:r>
      <w:proofErr w:type="spellStart"/>
      <w:r>
        <w:t>tryezë</w:t>
      </w:r>
      <w:proofErr w:type="spellEnd"/>
      <w:r>
        <w:t xml:space="preserve">, se </w:t>
      </w:r>
      <w:proofErr w:type="spellStart"/>
      <w:r>
        <w:t>nuk</w:t>
      </w:r>
      <w:proofErr w:type="spellEnd"/>
      <w:r>
        <w:t xml:space="preserve"> </w:t>
      </w:r>
      <w:proofErr w:type="spellStart"/>
      <w:r>
        <w:t>më</w:t>
      </w:r>
      <w:proofErr w:type="spellEnd"/>
      <w:r>
        <w:t xml:space="preserve"> </w:t>
      </w:r>
      <w:proofErr w:type="spellStart"/>
      <w:r>
        <w:t>duket</w:t>
      </w:r>
      <w:proofErr w:type="spellEnd"/>
      <w:r>
        <w:t xml:space="preserve"> se ka </w:t>
      </w:r>
      <w:proofErr w:type="spellStart"/>
      <w:r>
        <w:t>kuptim</w:t>
      </w:r>
      <w:proofErr w:type="spellEnd"/>
      <w:r>
        <w:t xml:space="preserve"> </w:t>
      </w:r>
      <w:proofErr w:type="spellStart"/>
      <w:r>
        <w:t>që</w:t>
      </w:r>
      <w:proofErr w:type="spellEnd"/>
      <w:r>
        <w:t xml:space="preserve"> Bashkia </w:t>
      </w:r>
      <w:proofErr w:type="spellStart"/>
      <w:r>
        <w:t>Shkodër</w:t>
      </w:r>
      <w:proofErr w:type="spellEnd"/>
      <w:r>
        <w:t xml:space="preserve"> </w:t>
      </w:r>
      <w:proofErr w:type="spellStart"/>
      <w:r>
        <w:t>të</w:t>
      </w:r>
      <w:proofErr w:type="spellEnd"/>
      <w:r>
        <w:t xml:space="preserve"> </w:t>
      </w:r>
      <w:proofErr w:type="spellStart"/>
      <w:r>
        <w:t>jetë</w:t>
      </w:r>
      <w:proofErr w:type="spellEnd"/>
      <w:r>
        <w:t xml:space="preserve"> e </w:t>
      </w:r>
      <w:proofErr w:type="spellStart"/>
      <w:r>
        <w:t>pranishme</w:t>
      </w:r>
      <w:proofErr w:type="spellEnd"/>
      <w:r>
        <w:t xml:space="preserve"> </w:t>
      </w:r>
      <w:proofErr w:type="spellStart"/>
      <w:r>
        <w:t>të</w:t>
      </w:r>
      <w:proofErr w:type="spellEnd"/>
      <w:r>
        <w:t xml:space="preserve"> </w:t>
      </w:r>
      <w:proofErr w:type="spellStart"/>
      <w:r>
        <w:t>dëgjojë</w:t>
      </w:r>
      <w:proofErr w:type="spellEnd"/>
      <w:r>
        <w:t xml:space="preserve"> </w:t>
      </w:r>
      <w:proofErr w:type="spellStart"/>
      <w:r>
        <w:t>dhe</w:t>
      </w:r>
      <w:proofErr w:type="spellEnd"/>
      <w:r>
        <w:t xml:space="preserve"> </w:t>
      </w:r>
      <w:proofErr w:type="spellStart"/>
      <w:r>
        <w:t>të</w:t>
      </w:r>
      <w:proofErr w:type="spellEnd"/>
      <w:r>
        <w:t xml:space="preserve"> </w:t>
      </w:r>
      <w:proofErr w:type="spellStart"/>
      <w:r>
        <w:t>mos</w:t>
      </w:r>
      <w:proofErr w:type="spellEnd"/>
      <w:r>
        <w:t xml:space="preserve"> </w:t>
      </w:r>
      <w:proofErr w:type="spellStart"/>
      <w:r>
        <w:t>ketë</w:t>
      </w:r>
      <w:proofErr w:type="spellEnd"/>
      <w:r>
        <w:t xml:space="preserve"> </w:t>
      </w:r>
      <w:proofErr w:type="spellStart"/>
      <w:r>
        <w:t>drejtën</w:t>
      </w:r>
      <w:proofErr w:type="spellEnd"/>
      <w:r>
        <w:t xml:space="preserve"> e </w:t>
      </w:r>
      <w:proofErr w:type="spellStart"/>
      <w:r>
        <w:t>fjalës</w:t>
      </w:r>
      <w:proofErr w:type="spellEnd"/>
      <w:r>
        <w:t xml:space="preserve"> </w:t>
      </w:r>
      <w:proofErr w:type="spellStart"/>
      <w:r>
        <w:t>për</w:t>
      </w:r>
      <w:proofErr w:type="spellEnd"/>
      <w:r>
        <w:t xml:space="preserve"> </w:t>
      </w:r>
      <w:proofErr w:type="spellStart"/>
      <w:r>
        <w:t>të</w:t>
      </w:r>
      <w:proofErr w:type="spellEnd"/>
      <w:r>
        <w:t xml:space="preserve"> </w:t>
      </w:r>
      <w:proofErr w:type="spellStart"/>
      <w:r>
        <w:t>gjitha</w:t>
      </w:r>
      <w:proofErr w:type="spellEnd"/>
      <w:r>
        <w:t xml:space="preserve"> </w:t>
      </w:r>
      <w:proofErr w:type="spellStart"/>
      <w:r>
        <w:t>këto</w:t>
      </w:r>
      <w:proofErr w:type="spellEnd"/>
      <w:r>
        <w:t xml:space="preserve"> </w:t>
      </w:r>
      <w:proofErr w:type="spellStart"/>
      <w:r>
        <w:t>çështje</w:t>
      </w:r>
      <w:proofErr w:type="spellEnd"/>
      <w:r>
        <w:t xml:space="preserve"> </w:t>
      </w:r>
      <w:proofErr w:type="spellStart"/>
      <w:r>
        <w:t>dhe</w:t>
      </w:r>
      <w:proofErr w:type="spellEnd"/>
      <w:r>
        <w:t xml:space="preserve"> </w:t>
      </w:r>
      <w:proofErr w:type="spellStart"/>
      <w:r>
        <w:t>këto</w:t>
      </w:r>
      <w:proofErr w:type="spellEnd"/>
      <w:r>
        <w:t xml:space="preserve"> </w:t>
      </w:r>
      <w:proofErr w:type="spellStart"/>
      <w:r>
        <w:t>pyetje</w:t>
      </w:r>
      <w:proofErr w:type="spellEnd"/>
      <w:r>
        <w:t xml:space="preserve"> </w:t>
      </w:r>
      <w:proofErr w:type="spellStart"/>
      <w:r>
        <w:t>që</w:t>
      </w:r>
      <w:proofErr w:type="spellEnd"/>
      <w:r>
        <w:t xml:space="preserve"> po </w:t>
      </w:r>
      <w:proofErr w:type="spellStart"/>
      <w:r>
        <w:t>drejtohen</w:t>
      </w:r>
      <w:proofErr w:type="spellEnd"/>
      <w:r>
        <w:t xml:space="preserve"> sot. </w:t>
      </w:r>
      <w:proofErr w:type="spellStart"/>
      <w:r>
        <w:t>Vetëm</w:t>
      </w:r>
      <w:proofErr w:type="spellEnd"/>
      <w:r>
        <w:t xml:space="preserve"> </w:t>
      </w:r>
      <w:proofErr w:type="spellStart"/>
      <w:r>
        <w:t>edhe</w:t>
      </w:r>
      <w:proofErr w:type="spellEnd"/>
      <w:r>
        <w:t xml:space="preserve"> </w:t>
      </w:r>
      <w:proofErr w:type="spellStart"/>
      <w:r>
        <w:t>vetëm</w:t>
      </w:r>
      <w:proofErr w:type="spellEnd"/>
      <w:r>
        <w:t xml:space="preserve"> se </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nuk</w:t>
      </w:r>
      <w:proofErr w:type="spellEnd"/>
      <w:r>
        <w:t xml:space="preserve"> </w:t>
      </w:r>
      <w:proofErr w:type="spellStart"/>
      <w:r>
        <w:t>mund</w:t>
      </w:r>
      <w:proofErr w:type="spellEnd"/>
      <w:r>
        <w:t xml:space="preserve"> </w:t>
      </w:r>
      <w:proofErr w:type="spellStart"/>
      <w:r>
        <w:t>të</w:t>
      </w:r>
      <w:proofErr w:type="spellEnd"/>
      <w:r>
        <w:t xml:space="preserve"> </w:t>
      </w:r>
      <w:proofErr w:type="spellStart"/>
      <w:r>
        <w:t>jetë</w:t>
      </w:r>
      <w:proofErr w:type="spellEnd"/>
      <w:r>
        <w:t xml:space="preserve"> </w:t>
      </w:r>
      <w:proofErr w:type="spellStart"/>
      <w:r>
        <w:t>i</w:t>
      </w:r>
      <w:proofErr w:type="spellEnd"/>
      <w:r>
        <w:t xml:space="preserve"> </w:t>
      </w:r>
      <w:proofErr w:type="spellStart"/>
      <w:r>
        <w:t>pranishëm</w:t>
      </w:r>
      <w:proofErr w:type="spellEnd"/>
      <w:r>
        <w:t xml:space="preserve"> </w:t>
      </w:r>
      <w:proofErr w:type="spellStart"/>
      <w:r>
        <w:t>fizikisht</w:t>
      </w:r>
      <w:proofErr w:type="spellEnd"/>
      <w:r>
        <w:t xml:space="preserve">. </w:t>
      </w:r>
      <w:proofErr w:type="spellStart"/>
      <w:r>
        <w:t>Besoj</w:t>
      </w:r>
      <w:proofErr w:type="spellEnd"/>
      <w:r>
        <w:t xml:space="preserve"> se </w:t>
      </w:r>
      <w:proofErr w:type="spellStart"/>
      <w:r>
        <w:t>nëse</w:t>
      </w:r>
      <w:proofErr w:type="spellEnd"/>
      <w:r>
        <w:t xml:space="preserve"> ka </w:t>
      </w:r>
      <w:proofErr w:type="spellStart"/>
      <w:r>
        <w:t>një</w:t>
      </w:r>
      <w:proofErr w:type="spellEnd"/>
      <w:r>
        <w:t xml:space="preserve"> </w:t>
      </w:r>
      <w:proofErr w:type="spellStart"/>
      <w:r>
        <w:t>delegim</w:t>
      </w:r>
      <w:proofErr w:type="spellEnd"/>
      <w:r>
        <w:t xml:space="preserve"> </w:t>
      </w:r>
      <w:proofErr w:type="spellStart"/>
      <w:r>
        <w:t>institucional</w:t>
      </w:r>
      <w:proofErr w:type="spellEnd"/>
      <w:r>
        <w:t xml:space="preserve">, </w:t>
      </w:r>
      <w:proofErr w:type="spellStart"/>
      <w:r>
        <w:t>atëherë</w:t>
      </w:r>
      <w:proofErr w:type="spellEnd"/>
      <w:r>
        <w:t xml:space="preserve"> </w:t>
      </w:r>
      <w:proofErr w:type="spellStart"/>
      <w:r>
        <w:t>fjala</w:t>
      </w:r>
      <w:proofErr w:type="spellEnd"/>
      <w:r>
        <w:t xml:space="preserve"> </w:t>
      </w:r>
      <w:proofErr w:type="spellStart"/>
      <w:r>
        <w:t>t'i</w:t>
      </w:r>
      <w:proofErr w:type="spellEnd"/>
      <w:r>
        <w:t xml:space="preserve"> </w:t>
      </w:r>
      <w:proofErr w:type="spellStart"/>
      <w:r>
        <w:t>jepet</w:t>
      </w:r>
      <w:proofErr w:type="spellEnd"/>
      <w:r>
        <w:t xml:space="preserve"> </w:t>
      </w:r>
      <w:proofErr w:type="spellStart"/>
      <w:r>
        <w:t>të</w:t>
      </w:r>
      <w:proofErr w:type="spellEnd"/>
      <w:r>
        <w:t xml:space="preserve"> </w:t>
      </w:r>
      <w:proofErr w:type="spellStart"/>
      <w:r>
        <w:t>thotë</w:t>
      </w:r>
      <w:proofErr w:type="spellEnd"/>
      <w:r>
        <w:t xml:space="preserve"> </w:t>
      </w:r>
      <w:proofErr w:type="spellStart"/>
      <w:r>
        <w:t>mendimin</w:t>
      </w:r>
      <w:proofErr w:type="spellEnd"/>
      <w:r>
        <w:t xml:space="preserve"> e vet </w:t>
      </w:r>
      <w:proofErr w:type="spellStart"/>
      <w:r>
        <w:t>dhe</w:t>
      </w:r>
      <w:proofErr w:type="spellEnd"/>
      <w:r>
        <w:t xml:space="preserve"> </w:t>
      </w:r>
      <w:proofErr w:type="spellStart"/>
      <w:r>
        <w:t>atë</w:t>
      </w:r>
      <w:proofErr w:type="spellEnd"/>
      <w:r>
        <w:t xml:space="preserve"> </w:t>
      </w:r>
      <w:proofErr w:type="spellStart"/>
      <w:r>
        <w:t>që</w:t>
      </w:r>
      <w:proofErr w:type="spellEnd"/>
      <w:r>
        <w:t xml:space="preserve"> ka </w:t>
      </w:r>
      <w:proofErr w:type="spellStart"/>
      <w:r>
        <w:t>si</w:t>
      </w:r>
      <w:proofErr w:type="spellEnd"/>
      <w:r>
        <w:t xml:space="preserve"> </w:t>
      </w:r>
      <w:proofErr w:type="spellStart"/>
      <w:r>
        <w:t>përfaqësues</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dhe</w:t>
      </w:r>
      <w:proofErr w:type="spellEnd"/>
      <w:r>
        <w:t xml:space="preserve"> </w:t>
      </w:r>
      <w:proofErr w:type="spellStart"/>
      <w:r>
        <w:t>i</w:t>
      </w:r>
      <w:proofErr w:type="spellEnd"/>
      <w:r>
        <w:t xml:space="preserve"> </w:t>
      </w:r>
      <w:proofErr w:type="spellStart"/>
      <w:r>
        <w:t>qytetarëve</w:t>
      </w:r>
      <w:proofErr w:type="spellEnd"/>
      <w:r>
        <w:t xml:space="preserve"> </w:t>
      </w:r>
      <w:proofErr w:type="spellStart"/>
      <w:r>
        <w:t>të</w:t>
      </w:r>
      <w:proofErr w:type="spellEnd"/>
      <w:r>
        <w:t xml:space="preserve"> </w:t>
      </w:r>
      <w:proofErr w:type="spellStart"/>
      <w:r>
        <w:t>Shkodrës</w:t>
      </w:r>
      <w:proofErr w:type="spellEnd"/>
      <w:r>
        <w:t xml:space="preserve">, </w:t>
      </w:r>
      <w:proofErr w:type="spellStart"/>
      <w:r>
        <w:t>siç</w:t>
      </w:r>
      <w:proofErr w:type="spellEnd"/>
      <w:r>
        <w:t xml:space="preserve"> </w:t>
      </w:r>
      <w:proofErr w:type="spellStart"/>
      <w:r>
        <w:t>kanë</w:t>
      </w:r>
      <w:proofErr w:type="spellEnd"/>
      <w:r>
        <w:t xml:space="preserve"> </w:t>
      </w:r>
      <w:proofErr w:type="spellStart"/>
      <w:r>
        <w:t>folur</w:t>
      </w:r>
      <w:proofErr w:type="spellEnd"/>
      <w:r>
        <w:t xml:space="preserve"> </w:t>
      </w:r>
      <w:proofErr w:type="spellStart"/>
      <w:r>
        <w:t>edhe</w:t>
      </w:r>
      <w:proofErr w:type="spellEnd"/>
      <w:r>
        <w:t xml:space="preserve"> </w:t>
      </w:r>
      <w:proofErr w:type="spellStart"/>
      <w:r>
        <w:t>në</w:t>
      </w:r>
      <w:proofErr w:type="spellEnd"/>
      <w:r>
        <w:t xml:space="preserve"> </w:t>
      </w:r>
      <w:proofErr w:type="spellStart"/>
      <w:r>
        <w:t>raste</w:t>
      </w:r>
      <w:proofErr w:type="spellEnd"/>
      <w:r>
        <w:t xml:space="preserve"> </w:t>
      </w:r>
      <w:proofErr w:type="spellStart"/>
      <w:r>
        <w:t>të</w:t>
      </w:r>
      <w:proofErr w:type="spellEnd"/>
      <w:r>
        <w:t xml:space="preserve"> </w:t>
      </w:r>
      <w:proofErr w:type="spellStart"/>
      <w:r>
        <w:t>tjera</w:t>
      </w:r>
      <w:proofErr w:type="spellEnd"/>
      <w:r>
        <w:t xml:space="preserve"> </w:t>
      </w:r>
      <w:proofErr w:type="spellStart"/>
      <w:r>
        <w:t>nënkryetarë</w:t>
      </w:r>
      <w:proofErr w:type="spellEnd"/>
      <w:r>
        <w:t xml:space="preserve"> </w:t>
      </w:r>
      <w:proofErr w:type="spellStart"/>
      <w:r>
        <w:t>të</w:t>
      </w:r>
      <w:proofErr w:type="spellEnd"/>
      <w:r>
        <w:t xml:space="preserve"> </w:t>
      </w:r>
      <w:proofErr w:type="spellStart"/>
      <w:r>
        <w:t>bashkive</w:t>
      </w:r>
      <w:proofErr w:type="spellEnd"/>
      <w:r>
        <w:t xml:space="preserve"> </w:t>
      </w:r>
      <w:proofErr w:type="spellStart"/>
      <w:r>
        <w:t>të</w:t>
      </w:r>
      <w:proofErr w:type="spellEnd"/>
      <w:r>
        <w:t xml:space="preserve"> </w:t>
      </w:r>
      <w:proofErr w:type="spellStart"/>
      <w:r>
        <w:t>tjera</w:t>
      </w:r>
      <w:proofErr w:type="spellEnd"/>
      <w:r>
        <w:t xml:space="preserve">, </w:t>
      </w:r>
      <w:proofErr w:type="spellStart"/>
      <w:r>
        <w:t>siç</w:t>
      </w:r>
      <w:proofErr w:type="spellEnd"/>
      <w:r>
        <w:t xml:space="preserve"> </w:t>
      </w:r>
      <w:proofErr w:type="spellStart"/>
      <w:r>
        <w:t>ishte</w:t>
      </w:r>
      <w:proofErr w:type="spellEnd"/>
      <w:r>
        <w:t xml:space="preserve"> </w:t>
      </w:r>
      <w:proofErr w:type="spellStart"/>
      <w:r>
        <w:t>dhe</w:t>
      </w:r>
      <w:proofErr w:type="spellEnd"/>
      <w:r>
        <w:t xml:space="preserve"> </w:t>
      </w:r>
      <w:proofErr w:type="spellStart"/>
      <w:r>
        <w:t>Kolonia</w:t>
      </w:r>
      <w:proofErr w:type="spellEnd"/>
      <w:r>
        <w:t xml:space="preserve">. </w:t>
      </w:r>
      <w:proofErr w:type="spellStart"/>
      <w:r>
        <w:t>Përndryshe</w:t>
      </w:r>
      <w:proofErr w:type="spellEnd"/>
      <w:r>
        <w:t xml:space="preserve">, </w:t>
      </w:r>
      <w:proofErr w:type="spellStart"/>
      <w:r>
        <w:t>unë</w:t>
      </w:r>
      <w:proofErr w:type="spellEnd"/>
      <w:r>
        <w:t xml:space="preserve"> </w:t>
      </w:r>
      <w:proofErr w:type="spellStart"/>
      <w:r>
        <w:t>mendoj</w:t>
      </w:r>
      <w:proofErr w:type="spellEnd"/>
      <w:r>
        <w:t xml:space="preserve"> se po e </w:t>
      </w:r>
      <w:proofErr w:type="spellStart"/>
      <w:r>
        <w:t>mbyllim</w:t>
      </w:r>
      <w:proofErr w:type="spellEnd"/>
      <w:r>
        <w:t xml:space="preserve"> </w:t>
      </w:r>
      <w:proofErr w:type="spellStart"/>
      <w:r>
        <w:t>derën</w:t>
      </w:r>
      <w:proofErr w:type="spellEnd"/>
      <w:r>
        <w:t xml:space="preserve"> </w:t>
      </w:r>
      <w:proofErr w:type="spellStart"/>
      <w:r>
        <w:t>dialogut</w:t>
      </w:r>
      <w:proofErr w:type="spellEnd"/>
      <w:r>
        <w:t xml:space="preserve"> me </w:t>
      </w:r>
      <w:proofErr w:type="spellStart"/>
      <w:r>
        <w:t>pushtetin</w:t>
      </w:r>
      <w:proofErr w:type="spellEnd"/>
      <w:r>
        <w:t xml:space="preserve"> vendor. </w:t>
      </w:r>
      <w:proofErr w:type="spellStart"/>
      <w:r>
        <w:t>Nënkryetari</w:t>
      </w:r>
      <w:proofErr w:type="spellEnd"/>
      <w:r>
        <w:t xml:space="preserve"> ka </w:t>
      </w:r>
      <w:proofErr w:type="spellStart"/>
      <w:r>
        <w:t>ardhur</w:t>
      </w:r>
      <w:proofErr w:type="spellEnd"/>
      <w:r>
        <w:t xml:space="preserve"> sot </w:t>
      </w:r>
      <w:proofErr w:type="spellStart"/>
      <w:r>
        <w:t>deri</w:t>
      </w:r>
      <w:proofErr w:type="spellEnd"/>
      <w:r>
        <w:t xml:space="preserve"> </w:t>
      </w:r>
      <w:proofErr w:type="spellStart"/>
      <w:r>
        <w:t>në</w:t>
      </w:r>
      <w:proofErr w:type="spellEnd"/>
      <w:r>
        <w:t xml:space="preserve"> </w:t>
      </w:r>
      <w:proofErr w:type="spellStart"/>
      <w:r>
        <w:t>Tiranë</w:t>
      </w:r>
      <w:proofErr w:type="spellEnd"/>
      <w:r>
        <w:t xml:space="preserve"> me </w:t>
      </w:r>
      <w:proofErr w:type="spellStart"/>
      <w:r>
        <w:t>të</w:t>
      </w:r>
      <w:proofErr w:type="spellEnd"/>
      <w:r>
        <w:t xml:space="preserve"> </w:t>
      </w:r>
      <w:proofErr w:type="spellStart"/>
      <w:r>
        <w:t>drejtë</w:t>
      </w:r>
      <w:proofErr w:type="spellEnd"/>
      <w:r>
        <w:t xml:space="preserve">, </w:t>
      </w:r>
      <w:proofErr w:type="spellStart"/>
      <w:r>
        <w:t>të</w:t>
      </w:r>
      <w:proofErr w:type="spellEnd"/>
      <w:r>
        <w:t xml:space="preserve"> </w:t>
      </w:r>
      <w:proofErr w:type="spellStart"/>
      <w:r>
        <w:t>lutem</w:t>
      </w:r>
      <w:proofErr w:type="spellEnd"/>
      <w:r>
        <w:t xml:space="preserve">, me </w:t>
      </w:r>
      <w:proofErr w:type="spellStart"/>
      <w:r>
        <w:t>të</w:t>
      </w:r>
      <w:proofErr w:type="spellEnd"/>
      <w:r>
        <w:t xml:space="preserve"> </w:t>
      </w:r>
      <w:proofErr w:type="spellStart"/>
      <w:r>
        <w:t>drejtë</w:t>
      </w:r>
      <w:proofErr w:type="spellEnd"/>
      <w:r>
        <w:t xml:space="preserve"> </w:t>
      </w:r>
      <w:proofErr w:type="spellStart"/>
      <w:r>
        <w:t>përfaqësimi</w:t>
      </w:r>
      <w:proofErr w:type="spellEnd"/>
      <w:r>
        <w:t xml:space="preserve">. Minimalisht, </w:t>
      </w:r>
      <w:proofErr w:type="spellStart"/>
      <w:r>
        <w:t>besoj</w:t>
      </w:r>
      <w:proofErr w:type="spellEnd"/>
      <w:r>
        <w:t xml:space="preserve"> se </w:t>
      </w:r>
      <w:proofErr w:type="spellStart"/>
      <w:r>
        <w:t>duhet</w:t>
      </w:r>
      <w:proofErr w:type="spellEnd"/>
      <w:r>
        <w:t xml:space="preserve"> ta </w:t>
      </w:r>
      <w:proofErr w:type="spellStart"/>
      <w:r>
        <w:t>ligjërojmë</w:t>
      </w:r>
      <w:proofErr w:type="spellEnd"/>
      <w:r>
        <w:t xml:space="preserve">, </w:t>
      </w:r>
      <w:proofErr w:type="spellStart"/>
      <w:r>
        <w:t>t'i</w:t>
      </w:r>
      <w:proofErr w:type="spellEnd"/>
      <w:r>
        <w:t xml:space="preserve"> </w:t>
      </w:r>
      <w:proofErr w:type="spellStart"/>
      <w:r>
        <w:t>japim</w:t>
      </w:r>
      <w:proofErr w:type="spellEnd"/>
      <w:r>
        <w:t xml:space="preserve"> </w:t>
      </w:r>
      <w:proofErr w:type="spellStart"/>
      <w:r>
        <w:t>fjalën</w:t>
      </w:r>
      <w:proofErr w:type="spellEnd"/>
      <w:r>
        <w:t xml:space="preserve">, </w:t>
      </w:r>
      <w:proofErr w:type="spellStart"/>
      <w:r>
        <w:t>të</w:t>
      </w:r>
      <w:proofErr w:type="spellEnd"/>
      <w:r>
        <w:t xml:space="preserve"> </w:t>
      </w:r>
      <w:proofErr w:type="spellStart"/>
      <w:r>
        <w:t>thotë</w:t>
      </w:r>
      <w:proofErr w:type="spellEnd"/>
      <w:r>
        <w:t xml:space="preserve"> </w:t>
      </w:r>
      <w:proofErr w:type="spellStart"/>
      <w:r>
        <w:t>fjalën</w:t>
      </w:r>
      <w:proofErr w:type="spellEnd"/>
      <w:r>
        <w:t xml:space="preserve"> e </w:t>
      </w:r>
      <w:proofErr w:type="spellStart"/>
      <w:r>
        <w:t>tij</w:t>
      </w:r>
      <w:proofErr w:type="spellEnd"/>
      <w:r>
        <w:t xml:space="preserve"> </w:t>
      </w:r>
      <w:proofErr w:type="spellStart"/>
      <w:r>
        <w:t>si</w:t>
      </w:r>
      <w:proofErr w:type="spellEnd"/>
      <w:r>
        <w:t xml:space="preserve"> </w:t>
      </w:r>
      <w:proofErr w:type="spellStart"/>
      <w:r>
        <w:t>përfaqësues</w:t>
      </w:r>
      <w:proofErr w:type="spellEnd"/>
      <w:r>
        <w:t xml:space="preserve"> </w:t>
      </w:r>
      <w:proofErr w:type="spellStart"/>
      <w:r>
        <w:t>institucioni</w:t>
      </w:r>
      <w:proofErr w:type="spellEnd"/>
      <w:r>
        <w:t xml:space="preserve">. </w:t>
      </w:r>
      <w:proofErr w:type="spellStart"/>
      <w:r>
        <w:t>Atëherë</w:t>
      </w:r>
      <w:proofErr w:type="spellEnd"/>
      <w:r>
        <w:t xml:space="preserve">, </w:t>
      </w:r>
      <w:proofErr w:type="spellStart"/>
      <w:r>
        <w:t>nëse</w:t>
      </w:r>
      <w:proofErr w:type="spellEnd"/>
      <w:r>
        <w:t xml:space="preserve"> </w:t>
      </w:r>
      <w:proofErr w:type="spellStart"/>
      <w:r>
        <w:t>nuk</w:t>
      </w:r>
      <w:proofErr w:type="spellEnd"/>
      <w:r>
        <w:t xml:space="preserve"> </w:t>
      </w:r>
      <w:proofErr w:type="spellStart"/>
      <w:r>
        <w:t>i</w:t>
      </w:r>
      <w:proofErr w:type="spellEnd"/>
      <w:r>
        <w:t xml:space="preserve"> </w:t>
      </w:r>
      <w:proofErr w:type="spellStart"/>
      <w:r>
        <w:t>jepet</w:t>
      </w:r>
      <w:proofErr w:type="spellEnd"/>
      <w:r>
        <w:t xml:space="preserve"> </w:t>
      </w:r>
      <w:proofErr w:type="spellStart"/>
      <w:r>
        <w:t>fjala</w:t>
      </w:r>
      <w:proofErr w:type="spellEnd"/>
      <w:r>
        <w:t xml:space="preserve">, </w:t>
      </w:r>
      <w:proofErr w:type="spellStart"/>
      <w:r>
        <w:t>nuk</w:t>
      </w:r>
      <w:proofErr w:type="spellEnd"/>
      <w:r>
        <w:t xml:space="preserve"> </w:t>
      </w:r>
      <w:proofErr w:type="spellStart"/>
      <w:r>
        <w:t>besoj</w:t>
      </w:r>
      <w:proofErr w:type="spellEnd"/>
      <w:r>
        <w:t xml:space="preserve"> se </w:t>
      </w:r>
      <w:proofErr w:type="spellStart"/>
      <w:r>
        <w:t>duhet</w:t>
      </w:r>
      <w:proofErr w:type="spellEnd"/>
      <w:r>
        <w:t xml:space="preserve"> </w:t>
      </w:r>
      <w:proofErr w:type="spellStart"/>
      <w:r>
        <w:t>të</w:t>
      </w:r>
      <w:proofErr w:type="spellEnd"/>
      <w:r>
        <w:t xml:space="preserve"> </w:t>
      </w:r>
      <w:proofErr w:type="spellStart"/>
      <w:r>
        <w:t>jenë</w:t>
      </w:r>
      <w:proofErr w:type="spellEnd"/>
      <w:r>
        <w:t xml:space="preserve"> </w:t>
      </w:r>
      <w:proofErr w:type="spellStart"/>
      <w:r>
        <w:t>të</w:t>
      </w:r>
      <w:proofErr w:type="spellEnd"/>
      <w:r>
        <w:t xml:space="preserve"> </w:t>
      </w:r>
      <w:proofErr w:type="spellStart"/>
      <w:r>
        <w:lastRenderedPageBreak/>
        <w:t>pranishëm</w:t>
      </w:r>
      <w:proofErr w:type="spellEnd"/>
      <w:r>
        <w:t xml:space="preserve"> </w:t>
      </w:r>
      <w:proofErr w:type="spellStart"/>
      <w:r>
        <w:t>hiç</w:t>
      </w:r>
      <w:proofErr w:type="spellEnd"/>
      <w:r>
        <w:t xml:space="preserve">. </w:t>
      </w:r>
      <w:proofErr w:type="spellStart"/>
      <w:r>
        <w:t>Mendoj</w:t>
      </w:r>
      <w:proofErr w:type="spellEnd"/>
      <w:r>
        <w:t xml:space="preserve"> </w:t>
      </w:r>
      <w:proofErr w:type="spellStart"/>
      <w:r>
        <w:t>që</w:t>
      </w:r>
      <w:proofErr w:type="spellEnd"/>
      <w:r>
        <w:t xml:space="preserve"> </w:t>
      </w:r>
      <w:proofErr w:type="spellStart"/>
      <w:r>
        <w:t>kena</w:t>
      </w:r>
      <w:proofErr w:type="spellEnd"/>
      <w:r>
        <w:t xml:space="preserve"> </w:t>
      </w:r>
      <w:proofErr w:type="spellStart"/>
      <w:r>
        <w:t>të</w:t>
      </w:r>
      <w:proofErr w:type="spellEnd"/>
      <w:r>
        <w:t xml:space="preserve"> </w:t>
      </w:r>
      <w:proofErr w:type="spellStart"/>
      <w:r>
        <w:t>drejtën</w:t>
      </w:r>
      <w:proofErr w:type="spellEnd"/>
      <w:r>
        <w:t xml:space="preserve">, </w:t>
      </w:r>
      <w:proofErr w:type="spellStart"/>
      <w:r>
        <w:t>siç</w:t>
      </w:r>
      <w:proofErr w:type="spellEnd"/>
      <w:r>
        <w:t xml:space="preserve"> </w:t>
      </w:r>
      <w:proofErr w:type="spellStart"/>
      <w:r>
        <w:t>dhe</w:t>
      </w:r>
      <w:proofErr w:type="spellEnd"/>
      <w:r>
        <w:t xml:space="preserve"> ne ta </w:t>
      </w:r>
      <w:proofErr w:type="spellStart"/>
      <w:r>
        <w:t>dëgjojmë</w:t>
      </w:r>
      <w:proofErr w:type="spellEnd"/>
      <w:r>
        <w:t xml:space="preserve">, </w:t>
      </w:r>
      <w:proofErr w:type="spellStart"/>
      <w:r>
        <w:t>edhe</w:t>
      </w:r>
      <w:proofErr w:type="spellEnd"/>
      <w:r>
        <w:t xml:space="preserve"> </w:t>
      </w:r>
      <w:proofErr w:type="spellStart"/>
      <w:r>
        <w:t>vetë</w:t>
      </w:r>
      <w:proofErr w:type="spellEnd"/>
      <w:r>
        <w:t xml:space="preserve"> </w:t>
      </w:r>
      <w:proofErr w:type="spellStart"/>
      <w:r>
        <w:t>përfaqësuesi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Shkodër</w:t>
      </w:r>
      <w:proofErr w:type="spellEnd"/>
      <w:r>
        <w:t xml:space="preserve"> </w:t>
      </w:r>
      <w:proofErr w:type="spellStart"/>
      <w:r>
        <w:t>të</w:t>
      </w:r>
      <w:proofErr w:type="spellEnd"/>
      <w:r>
        <w:t xml:space="preserve"> </w:t>
      </w:r>
      <w:proofErr w:type="spellStart"/>
      <w:r>
        <w:t>marrë</w:t>
      </w:r>
      <w:proofErr w:type="spellEnd"/>
      <w:r>
        <w:t xml:space="preserve"> </w:t>
      </w:r>
      <w:proofErr w:type="spellStart"/>
      <w:r>
        <w:t>fjalën</w:t>
      </w:r>
      <w:proofErr w:type="spellEnd"/>
      <w:r>
        <w:t xml:space="preserve"> e </w:t>
      </w:r>
      <w:proofErr w:type="spellStart"/>
      <w:r>
        <w:t>tij</w:t>
      </w:r>
      <w:proofErr w:type="spellEnd"/>
      <w:r>
        <w:t xml:space="preserve"> </w:t>
      </w:r>
      <w:proofErr w:type="spellStart"/>
      <w:r>
        <w:t>në</w:t>
      </w:r>
      <w:proofErr w:type="spellEnd"/>
      <w:r>
        <w:t xml:space="preserve"> </w:t>
      </w:r>
      <w:proofErr w:type="spellStart"/>
      <w:r>
        <w:t>këtë</w:t>
      </w:r>
      <w:proofErr w:type="spellEnd"/>
      <w:r>
        <w:t xml:space="preserve"> </w:t>
      </w:r>
      <w:proofErr w:type="spellStart"/>
      <w:r>
        <w:t>dëgjes</w:t>
      </w:r>
      <w:proofErr w:type="spellEnd"/>
      <w:r>
        <w:t xml:space="preserve">. </w:t>
      </w:r>
      <w:proofErr w:type="spellStart"/>
      <w:r>
        <w:t>Faleminderit</w:t>
      </w:r>
      <w:proofErr w:type="spellEnd"/>
      <w:r>
        <w:t xml:space="preserve">. </w:t>
      </w:r>
    </w:p>
    <w:p w14:paraId="70A10FB9" w14:textId="77777777" w:rsidR="00DD1625" w:rsidRDefault="00DD1625" w:rsidP="00DD1625">
      <w:proofErr w:type="spellStart"/>
      <w:r>
        <w:rPr>
          <w:b/>
        </w:rPr>
        <w:t>Luçiano</w:t>
      </w:r>
      <w:proofErr w:type="spellEnd"/>
      <w:r>
        <w:rPr>
          <w:b/>
        </w:rPr>
        <w:t xml:space="preserve"> </w:t>
      </w:r>
      <w:proofErr w:type="spellStart"/>
      <w:r>
        <w:rPr>
          <w:b/>
        </w:rPr>
        <w:t>Boçi</w:t>
      </w:r>
      <w:proofErr w:type="spellEnd"/>
      <w:r>
        <w:rPr>
          <w:b/>
        </w:rPr>
        <w:t>:</w:t>
      </w:r>
    </w:p>
    <w:p w14:paraId="091CA9F8" w14:textId="6CC3A278" w:rsidR="00DD1625" w:rsidRDefault="00AB182B" w:rsidP="00AB182B">
      <w:proofErr w:type="spellStart"/>
      <w:r>
        <w:t>Ëh</w:t>
      </w:r>
      <w:proofErr w:type="spellEnd"/>
      <w:r>
        <w:t xml:space="preserve">, </w:t>
      </w:r>
      <w:proofErr w:type="spellStart"/>
      <w:r>
        <w:t>një</w:t>
      </w:r>
      <w:proofErr w:type="spellEnd"/>
      <w:r>
        <w:t xml:space="preserve"> </w:t>
      </w:r>
      <w:proofErr w:type="spellStart"/>
      <w:r>
        <w:t>sqarim</w:t>
      </w:r>
      <w:proofErr w:type="spellEnd"/>
      <w:r>
        <w:t xml:space="preserve">, </w:t>
      </w:r>
      <w:proofErr w:type="spellStart"/>
      <w:r>
        <w:t>sepse</w:t>
      </w:r>
      <w:proofErr w:type="spellEnd"/>
      <w:r>
        <w:t xml:space="preserve"> </w:t>
      </w:r>
      <w:proofErr w:type="spellStart"/>
      <w:r>
        <w:t>na</w:t>
      </w:r>
      <w:proofErr w:type="spellEnd"/>
      <w:r>
        <w:t xml:space="preserve"> </w:t>
      </w:r>
      <w:proofErr w:type="spellStart"/>
      <w:r>
        <w:t>është</w:t>
      </w:r>
      <w:proofErr w:type="spellEnd"/>
      <w:r>
        <w:t xml:space="preserve"> </w:t>
      </w:r>
      <w:proofErr w:type="spellStart"/>
      <w:r>
        <w:t>bashkuar</w:t>
      </w:r>
      <w:proofErr w:type="spellEnd"/>
      <w:r>
        <w:t xml:space="preserve"> </w:t>
      </w:r>
      <w:proofErr w:type="spellStart"/>
      <w:r>
        <w:t>edhe</w:t>
      </w:r>
      <w:proofErr w:type="spellEnd"/>
      <w:r>
        <w:t xml:space="preserve"> </w:t>
      </w:r>
      <w:proofErr w:type="spellStart"/>
      <w:r>
        <w:t>zoti</w:t>
      </w:r>
      <w:proofErr w:type="spellEnd"/>
      <w:r>
        <w:t xml:space="preserve"> </w:t>
      </w:r>
      <w:proofErr w:type="spellStart"/>
      <w:r>
        <w:t>Ringa</w:t>
      </w:r>
      <w:proofErr w:type="spellEnd"/>
      <w:r>
        <w:t xml:space="preserve"> </w:t>
      </w:r>
      <w:proofErr w:type="spellStart"/>
      <w:r>
        <w:t>si</w:t>
      </w:r>
      <w:proofErr w:type="spellEnd"/>
      <w:r>
        <w:t xml:space="preserve"> </w:t>
      </w:r>
      <w:proofErr w:type="spellStart"/>
      <w:r>
        <w:t>nënkryetar</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Pukë</w:t>
      </w:r>
      <w:proofErr w:type="spellEnd"/>
      <w:r>
        <w:t xml:space="preserve">, </w:t>
      </w:r>
      <w:proofErr w:type="spellStart"/>
      <w:r>
        <w:t>dhe</w:t>
      </w:r>
      <w:proofErr w:type="spellEnd"/>
      <w:r>
        <w:t xml:space="preserve"> </w:t>
      </w:r>
      <w:proofErr w:type="spellStart"/>
      <w:r>
        <w:t>për</w:t>
      </w:r>
      <w:proofErr w:type="spellEnd"/>
      <w:r>
        <w:t xml:space="preserve"> </w:t>
      </w:r>
      <w:proofErr w:type="spellStart"/>
      <w:r>
        <w:t>zotin</w:t>
      </w:r>
      <w:proofErr w:type="spellEnd"/>
      <w:r>
        <w:t xml:space="preserve"> </w:t>
      </w:r>
      <w:proofErr w:type="spellStart"/>
      <w:r>
        <w:t>Ringa</w:t>
      </w:r>
      <w:proofErr w:type="spellEnd"/>
      <w:r>
        <w:t xml:space="preserve"> </w:t>
      </w:r>
      <w:proofErr w:type="spellStart"/>
      <w:r>
        <w:t>kam</w:t>
      </w:r>
      <w:proofErr w:type="spellEnd"/>
      <w:r>
        <w:t xml:space="preserve"> </w:t>
      </w:r>
      <w:proofErr w:type="spellStart"/>
      <w:r>
        <w:t>të</w:t>
      </w:r>
      <w:proofErr w:type="spellEnd"/>
      <w:r>
        <w:t xml:space="preserve"> </w:t>
      </w:r>
      <w:proofErr w:type="spellStart"/>
      <w:r>
        <w:t>njëjtën</w:t>
      </w:r>
      <w:proofErr w:type="spellEnd"/>
      <w:r>
        <w:t xml:space="preserve"> </w:t>
      </w:r>
      <w:proofErr w:type="spellStart"/>
      <w:r>
        <w:t>kërkesë</w:t>
      </w:r>
      <w:proofErr w:type="spellEnd"/>
      <w:r>
        <w:t xml:space="preserve"> </w:t>
      </w:r>
      <w:proofErr w:type="spellStart"/>
      <w:r>
        <w:t>që</w:t>
      </w:r>
      <w:proofErr w:type="spellEnd"/>
      <w:r>
        <w:t xml:space="preserve"> </w:t>
      </w:r>
      <w:proofErr w:type="spellStart"/>
      <w:r>
        <w:t>në</w:t>
      </w:r>
      <w:proofErr w:type="spellEnd"/>
      <w:r>
        <w:t xml:space="preserve"> </w:t>
      </w:r>
      <w:proofErr w:type="spellStart"/>
      <w:r>
        <w:t>një</w:t>
      </w:r>
      <w:proofErr w:type="spellEnd"/>
      <w:r>
        <w:t xml:space="preserve"> </w:t>
      </w:r>
      <w:proofErr w:type="spellStart"/>
      <w:r>
        <w:t>seancë</w:t>
      </w:r>
      <w:proofErr w:type="spellEnd"/>
      <w:r>
        <w:t xml:space="preserve"> </w:t>
      </w:r>
      <w:proofErr w:type="spellStart"/>
      <w:r>
        <w:t>tjetër</w:t>
      </w:r>
      <w:proofErr w:type="spellEnd"/>
      <w:r>
        <w:t xml:space="preserve"> </w:t>
      </w:r>
      <w:proofErr w:type="spellStart"/>
      <w:r>
        <w:t>të</w:t>
      </w:r>
      <w:proofErr w:type="spellEnd"/>
      <w:r>
        <w:t xml:space="preserve"> </w:t>
      </w:r>
      <w:proofErr w:type="spellStart"/>
      <w:r>
        <w:t>vijë</w:t>
      </w:r>
      <w:proofErr w:type="spellEnd"/>
      <w:r>
        <w:t xml:space="preserve"> </w:t>
      </w:r>
      <w:proofErr w:type="spellStart"/>
      <w:r>
        <w:t>kryetari</w:t>
      </w:r>
      <w:proofErr w:type="spellEnd"/>
      <w:r>
        <w:t xml:space="preserve"> </w:t>
      </w:r>
      <w:proofErr w:type="spellStart"/>
      <w:r>
        <w:t>dhe</w:t>
      </w:r>
      <w:proofErr w:type="spellEnd"/>
      <w:r>
        <w:t xml:space="preserve"> </w:t>
      </w:r>
      <w:proofErr w:type="spellStart"/>
      <w:r>
        <w:t>të</w:t>
      </w:r>
      <w:proofErr w:type="spellEnd"/>
      <w:r>
        <w:t xml:space="preserve"> </w:t>
      </w:r>
      <w:proofErr w:type="spellStart"/>
      <w:r>
        <w:t>përgjigjet</w:t>
      </w:r>
      <w:proofErr w:type="spellEnd"/>
      <w:r>
        <w:t xml:space="preserve"> ai, </w:t>
      </w:r>
      <w:proofErr w:type="spellStart"/>
      <w:r>
        <w:t>sepse</w:t>
      </w:r>
      <w:proofErr w:type="spellEnd"/>
      <w:r>
        <w:t xml:space="preserve"> </w:t>
      </w:r>
      <w:proofErr w:type="spellStart"/>
      <w:r>
        <w:t>kam</w:t>
      </w:r>
      <w:proofErr w:type="spellEnd"/>
      <w:r>
        <w:t xml:space="preserve"> hall se do </w:t>
      </w:r>
      <w:proofErr w:type="spellStart"/>
      <w:r>
        <w:t>instalojmë</w:t>
      </w:r>
      <w:proofErr w:type="spellEnd"/>
      <w:r>
        <w:t xml:space="preserve"> </w:t>
      </w:r>
      <w:proofErr w:type="spellStart"/>
      <w:r>
        <w:t>diskriminim</w:t>
      </w:r>
      <w:proofErr w:type="spellEnd"/>
      <w:r>
        <w:t xml:space="preserve"> </w:t>
      </w:r>
      <w:proofErr w:type="spellStart"/>
      <w:r>
        <w:t>pozitiv</w:t>
      </w:r>
      <w:proofErr w:type="spellEnd"/>
      <w:r>
        <w:t xml:space="preserve">, do e </w:t>
      </w:r>
      <w:proofErr w:type="spellStart"/>
      <w:r>
        <w:t>ngjojmë</w:t>
      </w:r>
      <w:proofErr w:type="spellEnd"/>
      <w:r>
        <w:t xml:space="preserve"> </w:t>
      </w:r>
      <w:proofErr w:type="spellStart"/>
      <w:r>
        <w:t>dy</w:t>
      </w:r>
      <w:proofErr w:type="spellEnd"/>
      <w:r>
        <w:t xml:space="preserve"> </w:t>
      </w:r>
      <w:proofErr w:type="spellStart"/>
      <w:r>
        <w:t>herë</w:t>
      </w:r>
      <w:proofErr w:type="spellEnd"/>
      <w:r>
        <w:t xml:space="preserve"> </w:t>
      </w:r>
      <w:proofErr w:type="spellStart"/>
      <w:r>
        <w:t>Shkodrën</w:t>
      </w:r>
      <w:proofErr w:type="spellEnd"/>
      <w:r>
        <w:t xml:space="preserve">, </w:t>
      </w:r>
      <w:proofErr w:type="spellStart"/>
      <w:r>
        <w:t>dy</w:t>
      </w:r>
      <w:proofErr w:type="spellEnd"/>
      <w:r>
        <w:t xml:space="preserve"> </w:t>
      </w:r>
      <w:proofErr w:type="spellStart"/>
      <w:r>
        <w:t>herë</w:t>
      </w:r>
      <w:proofErr w:type="spellEnd"/>
      <w:r>
        <w:t xml:space="preserve"> </w:t>
      </w:r>
      <w:proofErr w:type="spellStart"/>
      <w:r>
        <w:t>Pukën</w:t>
      </w:r>
      <w:proofErr w:type="spellEnd"/>
      <w:r>
        <w:t xml:space="preserve">, </w:t>
      </w:r>
      <w:proofErr w:type="spellStart"/>
      <w:r>
        <w:t>edhe</w:t>
      </w:r>
      <w:proofErr w:type="spellEnd"/>
      <w:r>
        <w:t xml:space="preserve"> do </w:t>
      </w:r>
      <w:proofErr w:type="spellStart"/>
      <w:r>
        <w:t>mërziten</w:t>
      </w:r>
      <w:proofErr w:type="spellEnd"/>
      <w:r>
        <w:t xml:space="preserve"> </w:t>
      </w:r>
      <w:proofErr w:type="spellStart"/>
      <w:r>
        <w:t>këta</w:t>
      </w:r>
      <w:proofErr w:type="spellEnd"/>
      <w:r>
        <w:t xml:space="preserve"> </w:t>
      </w:r>
      <w:proofErr w:type="spellStart"/>
      <w:r>
        <w:t>të</w:t>
      </w:r>
      <w:proofErr w:type="spellEnd"/>
      <w:r>
        <w:t xml:space="preserve"> </w:t>
      </w:r>
      <w:proofErr w:type="spellStart"/>
      <w:r>
        <w:t>tjerët</w:t>
      </w:r>
      <w:proofErr w:type="spellEnd"/>
      <w:r>
        <w:t xml:space="preserve">. </w:t>
      </w:r>
      <w:proofErr w:type="spellStart"/>
      <w:r>
        <w:t>Këtu</w:t>
      </w:r>
      <w:proofErr w:type="spellEnd"/>
      <w:r>
        <w:t xml:space="preserve"> </w:t>
      </w:r>
      <w:proofErr w:type="spellStart"/>
      <w:r>
        <w:t>është</w:t>
      </w:r>
      <w:proofErr w:type="spellEnd"/>
      <w:r>
        <w:t xml:space="preserve"> </w:t>
      </w:r>
      <w:proofErr w:type="spellStart"/>
      <w:r>
        <w:t>halli</w:t>
      </w:r>
      <w:proofErr w:type="spellEnd"/>
      <w:r>
        <w:t xml:space="preserve"> </w:t>
      </w:r>
      <w:proofErr w:type="spellStart"/>
      <w:r>
        <w:t>im</w:t>
      </w:r>
      <w:proofErr w:type="spellEnd"/>
      <w:r>
        <w:t xml:space="preserve"> </w:t>
      </w:r>
      <w:proofErr w:type="spellStart"/>
      <w:r>
        <w:t>dhe</w:t>
      </w:r>
      <w:proofErr w:type="spellEnd"/>
      <w:r>
        <w:t xml:space="preserve"> </w:t>
      </w:r>
      <w:proofErr w:type="spellStart"/>
      <w:r>
        <w:t>kam</w:t>
      </w:r>
      <w:proofErr w:type="spellEnd"/>
      <w:r>
        <w:t xml:space="preserve"> </w:t>
      </w:r>
      <w:proofErr w:type="spellStart"/>
      <w:r>
        <w:t>frikë</w:t>
      </w:r>
      <w:proofErr w:type="spellEnd"/>
      <w:r>
        <w:t xml:space="preserve"> se </w:t>
      </w:r>
      <w:proofErr w:type="spellStart"/>
      <w:r>
        <w:t>nuk</w:t>
      </w:r>
      <w:proofErr w:type="spellEnd"/>
      <w:r>
        <w:t xml:space="preserve"> e </w:t>
      </w:r>
      <w:proofErr w:type="spellStart"/>
      <w:r>
        <w:t>akordohen</w:t>
      </w:r>
      <w:proofErr w:type="spellEnd"/>
      <w:r>
        <w:t xml:space="preserve"> </w:t>
      </w:r>
      <w:proofErr w:type="spellStart"/>
      <w:r>
        <w:t>pastaj</w:t>
      </w:r>
      <w:proofErr w:type="spellEnd"/>
      <w:r>
        <w:t xml:space="preserve"> </w:t>
      </w:r>
      <w:proofErr w:type="spellStart"/>
      <w:r>
        <w:t>në</w:t>
      </w:r>
      <w:proofErr w:type="spellEnd"/>
      <w:r>
        <w:t xml:space="preserve"> </w:t>
      </w:r>
      <w:proofErr w:type="spellStart"/>
      <w:r>
        <w:t>përgjigje</w:t>
      </w:r>
      <w:proofErr w:type="spellEnd"/>
      <w:r>
        <w:t xml:space="preserve">. Do </w:t>
      </w:r>
      <w:proofErr w:type="spellStart"/>
      <w:r>
        <w:t>vijë</w:t>
      </w:r>
      <w:proofErr w:type="spellEnd"/>
      <w:r>
        <w:t xml:space="preserve"> </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mund</w:t>
      </w:r>
      <w:proofErr w:type="spellEnd"/>
      <w:r>
        <w:t xml:space="preserve"> </w:t>
      </w:r>
      <w:proofErr w:type="spellStart"/>
      <w:r>
        <w:t>të</w:t>
      </w:r>
      <w:proofErr w:type="spellEnd"/>
      <w:r>
        <w:t xml:space="preserve"> </w:t>
      </w:r>
      <w:proofErr w:type="spellStart"/>
      <w:r>
        <w:t>na</w:t>
      </w:r>
      <w:proofErr w:type="spellEnd"/>
      <w:r>
        <w:t xml:space="preserve"> </w:t>
      </w:r>
      <w:proofErr w:type="spellStart"/>
      <w:r>
        <w:t>japi</w:t>
      </w:r>
      <w:proofErr w:type="spellEnd"/>
      <w:r>
        <w:t xml:space="preserve"> </w:t>
      </w:r>
      <w:proofErr w:type="spellStart"/>
      <w:r>
        <w:t>përgjigje</w:t>
      </w:r>
      <w:proofErr w:type="spellEnd"/>
      <w:r>
        <w:t xml:space="preserve"> </w:t>
      </w:r>
      <w:proofErr w:type="spellStart"/>
      <w:r>
        <w:t>të</w:t>
      </w:r>
      <w:proofErr w:type="spellEnd"/>
      <w:r>
        <w:t xml:space="preserve"> </w:t>
      </w:r>
      <w:proofErr w:type="spellStart"/>
      <w:r>
        <w:t>tjera</w:t>
      </w:r>
      <w:proofErr w:type="spellEnd"/>
      <w:r>
        <w:t xml:space="preserve"> </w:t>
      </w:r>
      <w:proofErr w:type="spellStart"/>
      <w:r>
        <w:t>në</w:t>
      </w:r>
      <w:proofErr w:type="spellEnd"/>
      <w:r>
        <w:t xml:space="preserve"> </w:t>
      </w:r>
      <w:proofErr w:type="spellStart"/>
      <w:r>
        <w:t>raport</w:t>
      </w:r>
      <w:proofErr w:type="spellEnd"/>
      <w:r>
        <w:t xml:space="preserve"> me </w:t>
      </w:r>
      <w:proofErr w:type="spellStart"/>
      <w:r>
        <w:t>nënkryetarin</w:t>
      </w:r>
      <w:proofErr w:type="spellEnd"/>
      <w:r>
        <w:t xml:space="preserve">. </w:t>
      </w:r>
      <w:proofErr w:type="spellStart"/>
      <w:r>
        <w:t>Ëh</w:t>
      </w:r>
      <w:proofErr w:type="spellEnd"/>
      <w:r>
        <w:t xml:space="preserve">, </w:t>
      </w:r>
      <w:proofErr w:type="spellStart"/>
      <w:r>
        <w:t>kjo</w:t>
      </w:r>
      <w:proofErr w:type="spellEnd"/>
      <w:r>
        <w:t xml:space="preserve"> </w:t>
      </w:r>
      <w:proofErr w:type="spellStart"/>
      <w:r>
        <w:t>ishte</w:t>
      </w:r>
      <w:proofErr w:type="spellEnd"/>
      <w:r>
        <w:t xml:space="preserve"> </w:t>
      </w:r>
      <w:proofErr w:type="spellStart"/>
      <w:r>
        <w:t>më</w:t>
      </w:r>
      <w:proofErr w:type="spellEnd"/>
      <w:r>
        <w:t xml:space="preserve"> </w:t>
      </w:r>
      <w:proofErr w:type="spellStart"/>
      <w:r>
        <w:t>shumë</w:t>
      </w:r>
      <w:proofErr w:type="spellEnd"/>
      <w:r>
        <w:t xml:space="preserve"> </w:t>
      </w:r>
      <w:proofErr w:type="spellStart"/>
      <w:r>
        <w:t>prit</w:t>
      </w:r>
      <w:proofErr w:type="spellEnd"/>
      <w:r w:rsidR="00DD1625">
        <w:t>..</w:t>
      </w:r>
      <w:r>
        <w:t xml:space="preserve">. </w:t>
      </w:r>
    </w:p>
    <w:p w14:paraId="493FB920" w14:textId="77777777" w:rsidR="00DD1625" w:rsidRPr="00DD1625" w:rsidRDefault="00DD1625" w:rsidP="00DD1625">
      <w:pPr>
        <w:rPr>
          <w:b/>
          <w:bCs/>
        </w:rPr>
      </w:pPr>
      <w:r w:rsidRPr="00DD1625">
        <w:rPr>
          <w:b/>
          <w:bCs/>
        </w:rPr>
        <w:t xml:space="preserve">Marjana </w:t>
      </w:r>
      <w:proofErr w:type="spellStart"/>
      <w:r w:rsidRPr="00DD1625">
        <w:rPr>
          <w:b/>
          <w:bCs/>
        </w:rPr>
        <w:t>Koçeku</w:t>
      </w:r>
      <w:proofErr w:type="spellEnd"/>
      <w:r w:rsidRPr="00DD1625">
        <w:rPr>
          <w:b/>
          <w:bCs/>
        </w:rPr>
        <w:t>:</w:t>
      </w:r>
    </w:p>
    <w:p w14:paraId="49387CDE" w14:textId="77777777" w:rsidR="002A0529" w:rsidRDefault="00AB182B" w:rsidP="00AB182B">
      <w:proofErr w:type="spellStart"/>
      <w:r>
        <w:t>Mendoj</w:t>
      </w:r>
      <w:proofErr w:type="spellEnd"/>
      <w:r>
        <w:t xml:space="preserve"> se </w:t>
      </w:r>
      <w:proofErr w:type="spellStart"/>
      <w:r>
        <w:t>kjo</w:t>
      </w:r>
      <w:proofErr w:type="spellEnd"/>
      <w:r>
        <w:t xml:space="preserve"> </w:t>
      </w:r>
      <w:proofErr w:type="spellStart"/>
      <w:r>
        <w:t>është</w:t>
      </w:r>
      <w:proofErr w:type="spellEnd"/>
      <w:r>
        <w:t xml:space="preserve"> </w:t>
      </w:r>
      <w:proofErr w:type="spellStart"/>
      <w:r>
        <w:t>çështje</w:t>
      </w:r>
      <w:proofErr w:type="spellEnd"/>
      <w:r>
        <w:t xml:space="preserve"> </w:t>
      </w:r>
      <w:proofErr w:type="spellStart"/>
      <w:r>
        <w:t>që</w:t>
      </w:r>
      <w:proofErr w:type="spellEnd"/>
      <w:r>
        <w:t xml:space="preserve"> </w:t>
      </w:r>
      <w:proofErr w:type="spellStart"/>
      <w:r>
        <w:t>i</w:t>
      </w:r>
      <w:proofErr w:type="spellEnd"/>
      <w:r>
        <w:t xml:space="preserve"> </w:t>
      </w:r>
      <w:proofErr w:type="spellStart"/>
      <w:r>
        <w:t>përket</w:t>
      </w:r>
      <w:proofErr w:type="spellEnd"/>
      <w:r>
        <w:t xml:space="preserve"> </w:t>
      </w:r>
      <w:proofErr w:type="spellStart"/>
      <w:r>
        <w:t>përfaqësuesve</w:t>
      </w:r>
      <w:proofErr w:type="spellEnd"/>
      <w:r>
        <w:t xml:space="preserve"> </w:t>
      </w:r>
      <w:proofErr w:type="spellStart"/>
      <w:r>
        <w:t>të</w:t>
      </w:r>
      <w:proofErr w:type="spellEnd"/>
      <w:r>
        <w:t xml:space="preserve"> </w:t>
      </w:r>
      <w:proofErr w:type="spellStart"/>
      <w:r>
        <w:t>bashkisë</w:t>
      </w:r>
      <w:proofErr w:type="spellEnd"/>
      <w:r>
        <w:t xml:space="preserve">. Mariana, </w:t>
      </w:r>
      <w:proofErr w:type="spellStart"/>
      <w:r>
        <w:t>nuk</w:t>
      </w:r>
      <w:proofErr w:type="spellEnd"/>
      <w:r>
        <w:t xml:space="preserve"> </w:t>
      </w:r>
      <w:proofErr w:type="spellStart"/>
      <w:r>
        <w:t>të</w:t>
      </w:r>
      <w:proofErr w:type="spellEnd"/>
      <w:r>
        <w:t xml:space="preserve"> </w:t>
      </w:r>
      <w:proofErr w:type="spellStart"/>
      <w:r>
        <w:t>ndërpreva</w:t>
      </w:r>
      <w:proofErr w:type="spellEnd"/>
      <w:r>
        <w:t xml:space="preserve">. </w:t>
      </w:r>
      <w:proofErr w:type="spellStart"/>
      <w:r>
        <w:t>Nëse</w:t>
      </w:r>
      <w:proofErr w:type="spellEnd"/>
      <w:r>
        <w:t xml:space="preserve"> </w:t>
      </w:r>
      <w:proofErr w:type="spellStart"/>
      <w:r>
        <w:t>nuk</w:t>
      </w:r>
      <w:proofErr w:type="spellEnd"/>
      <w:r>
        <w:t xml:space="preserve"> </w:t>
      </w:r>
      <w:proofErr w:type="spellStart"/>
      <w:r>
        <w:t>i</w:t>
      </w:r>
      <w:proofErr w:type="spellEnd"/>
      <w:r>
        <w:t xml:space="preserve"> </w:t>
      </w:r>
      <w:proofErr w:type="spellStart"/>
      <w:r>
        <w:t>jepet</w:t>
      </w:r>
      <w:proofErr w:type="spellEnd"/>
      <w:r>
        <w:t xml:space="preserve"> </w:t>
      </w:r>
      <w:proofErr w:type="spellStart"/>
      <w:r>
        <w:t>drejta</w:t>
      </w:r>
      <w:proofErr w:type="spellEnd"/>
      <w:r>
        <w:t xml:space="preserve">, </w:t>
      </w:r>
      <w:proofErr w:type="spellStart"/>
      <w:r>
        <w:t>atëherë</w:t>
      </w:r>
      <w:proofErr w:type="spellEnd"/>
      <w:r>
        <w:t xml:space="preserve"> le </w:t>
      </w:r>
      <w:proofErr w:type="spellStart"/>
      <w:r>
        <w:t>të</w:t>
      </w:r>
      <w:proofErr w:type="spellEnd"/>
      <w:r>
        <w:t xml:space="preserve"> </w:t>
      </w:r>
      <w:proofErr w:type="spellStart"/>
      <w:r>
        <w:t>shkruhet</w:t>
      </w:r>
      <w:proofErr w:type="spellEnd"/>
      <w:r>
        <w:t xml:space="preserve"> </w:t>
      </w:r>
      <w:proofErr w:type="spellStart"/>
      <w:r>
        <w:t>edhe</w:t>
      </w:r>
      <w:proofErr w:type="spellEnd"/>
      <w:r>
        <w:t xml:space="preserve"> </w:t>
      </w:r>
      <w:proofErr w:type="spellStart"/>
      <w:r>
        <w:t>në</w:t>
      </w:r>
      <w:proofErr w:type="spellEnd"/>
      <w:r>
        <w:t xml:space="preserve"> </w:t>
      </w:r>
      <w:proofErr w:type="spellStart"/>
      <w:r>
        <w:t>proces</w:t>
      </w:r>
      <w:proofErr w:type="spellEnd"/>
      <w:r>
        <w:t xml:space="preserve"> verbal </w:t>
      </w:r>
      <w:proofErr w:type="spellStart"/>
      <w:r>
        <w:t>që</w:t>
      </w:r>
      <w:proofErr w:type="spellEnd"/>
      <w:r>
        <w:t xml:space="preserve"> Bashkia </w:t>
      </w:r>
      <w:proofErr w:type="spellStart"/>
      <w:r>
        <w:t>Shkodër</w:t>
      </w:r>
      <w:proofErr w:type="spellEnd"/>
      <w:r>
        <w:t xml:space="preserve"> </w:t>
      </w:r>
      <w:proofErr w:type="spellStart"/>
      <w:r>
        <w:t>ishte</w:t>
      </w:r>
      <w:proofErr w:type="spellEnd"/>
      <w:r>
        <w:t xml:space="preserve"> e </w:t>
      </w:r>
      <w:proofErr w:type="spellStart"/>
      <w:r>
        <w:t>përfaqësume</w:t>
      </w:r>
      <w:proofErr w:type="spellEnd"/>
      <w:r>
        <w:t xml:space="preserve">, por </w:t>
      </w:r>
      <w:proofErr w:type="spellStart"/>
      <w:r>
        <w:t>ju</w:t>
      </w:r>
      <w:proofErr w:type="spellEnd"/>
      <w:r>
        <w:t xml:space="preserve"> </w:t>
      </w:r>
      <w:proofErr w:type="spellStart"/>
      <w:r>
        <w:t>mohuet</w:t>
      </w:r>
      <w:proofErr w:type="spellEnd"/>
      <w:r>
        <w:t xml:space="preserve"> </w:t>
      </w:r>
      <w:proofErr w:type="spellStart"/>
      <w:r>
        <w:t>drejta</w:t>
      </w:r>
      <w:proofErr w:type="spellEnd"/>
      <w:r>
        <w:t xml:space="preserve"> e </w:t>
      </w:r>
      <w:proofErr w:type="spellStart"/>
      <w:r>
        <w:t>fjalës</w:t>
      </w:r>
      <w:proofErr w:type="spellEnd"/>
      <w:r>
        <w:t xml:space="preserve"> </w:t>
      </w:r>
      <w:proofErr w:type="spellStart"/>
      <w:r>
        <w:t>në</w:t>
      </w:r>
      <w:proofErr w:type="spellEnd"/>
      <w:r>
        <w:t xml:space="preserve"> </w:t>
      </w:r>
      <w:proofErr w:type="spellStart"/>
      <w:r>
        <w:t>këtë</w:t>
      </w:r>
      <w:proofErr w:type="spellEnd"/>
      <w:r>
        <w:t xml:space="preserve"> </w:t>
      </w:r>
      <w:proofErr w:type="spellStart"/>
      <w:r>
        <w:t>dëgjes</w:t>
      </w:r>
      <w:proofErr w:type="spellEnd"/>
      <w:r>
        <w:t xml:space="preserve">. </w:t>
      </w:r>
    </w:p>
    <w:p w14:paraId="6708A515" w14:textId="77777777" w:rsidR="002A0529" w:rsidRDefault="002A0529" w:rsidP="002A0529">
      <w:proofErr w:type="spellStart"/>
      <w:r>
        <w:rPr>
          <w:b/>
        </w:rPr>
        <w:t>Luçiano</w:t>
      </w:r>
      <w:proofErr w:type="spellEnd"/>
      <w:r>
        <w:rPr>
          <w:b/>
        </w:rPr>
        <w:t xml:space="preserve"> </w:t>
      </w:r>
      <w:proofErr w:type="spellStart"/>
      <w:r>
        <w:rPr>
          <w:b/>
        </w:rPr>
        <w:t>Boçi</w:t>
      </w:r>
      <w:proofErr w:type="spellEnd"/>
      <w:r>
        <w:rPr>
          <w:b/>
        </w:rPr>
        <w:t>:</w:t>
      </w:r>
    </w:p>
    <w:p w14:paraId="36203233" w14:textId="77777777" w:rsidR="002A0529" w:rsidRDefault="00AB182B" w:rsidP="00AB182B">
      <w:r>
        <w:t xml:space="preserve">Jo, jo, </w:t>
      </w:r>
      <w:proofErr w:type="spellStart"/>
      <w:r>
        <w:t>nuk</w:t>
      </w:r>
      <w:proofErr w:type="spellEnd"/>
      <w:r>
        <w:t xml:space="preserve"> </w:t>
      </w:r>
      <w:proofErr w:type="spellStart"/>
      <w:r>
        <w:t>është</w:t>
      </w:r>
      <w:proofErr w:type="spellEnd"/>
      <w:r>
        <w:t xml:space="preserve"> </w:t>
      </w:r>
      <w:proofErr w:type="spellStart"/>
      <w:r>
        <w:t>kjo</w:t>
      </w:r>
      <w:proofErr w:type="spellEnd"/>
      <w:r>
        <w:t xml:space="preserve"> </w:t>
      </w:r>
      <w:proofErr w:type="spellStart"/>
      <w:r>
        <w:t>që</w:t>
      </w:r>
      <w:proofErr w:type="spellEnd"/>
      <w:r>
        <w:t xml:space="preserve"> </w:t>
      </w:r>
      <w:proofErr w:type="spellStart"/>
      <w:r>
        <w:t>i</w:t>
      </w:r>
      <w:proofErr w:type="spellEnd"/>
      <w:r>
        <w:t xml:space="preserve"> </w:t>
      </w:r>
      <w:proofErr w:type="spellStart"/>
      <w:r>
        <w:t>është</w:t>
      </w:r>
      <w:proofErr w:type="spellEnd"/>
      <w:r>
        <w:t xml:space="preserve"> </w:t>
      </w:r>
      <w:proofErr w:type="spellStart"/>
      <w:r>
        <w:t>mohuar</w:t>
      </w:r>
      <w:proofErr w:type="spellEnd"/>
      <w:r>
        <w:t xml:space="preserve"> e </w:t>
      </w:r>
      <w:proofErr w:type="spellStart"/>
      <w:r>
        <w:t>drejta</w:t>
      </w:r>
      <w:proofErr w:type="spellEnd"/>
      <w:r>
        <w:t xml:space="preserve"> e </w:t>
      </w:r>
      <w:proofErr w:type="spellStart"/>
      <w:r>
        <w:t>fjalës</w:t>
      </w:r>
      <w:proofErr w:type="spellEnd"/>
      <w:r>
        <w:t xml:space="preserve">, po ja </w:t>
      </w:r>
      <w:proofErr w:type="spellStart"/>
      <w:r>
        <w:t>lemë</w:t>
      </w:r>
      <w:proofErr w:type="spellEnd"/>
      <w:r>
        <w:t xml:space="preserve"> me </w:t>
      </w:r>
      <w:proofErr w:type="spellStart"/>
      <w:r>
        <w:t>pashë</w:t>
      </w:r>
      <w:proofErr w:type="spellEnd"/>
      <w:r>
        <w:t xml:space="preserve"> </w:t>
      </w:r>
      <w:proofErr w:type="spellStart"/>
      <w:r>
        <w:t>të</w:t>
      </w:r>
      <w:proofErr w:type="spellEnd"/>
      <w:r>
        <w:t xml:space="preserve"> </w:t>
      </w:r>
      <w:proofErr w:type="spellStart"/>
      <w:r>
        <w:t>drejtën</w:t>
      </w:r>
      <w:proofErr w:type="spellEnd"/>
      <w:r>
        <w:t xml:space="preserve"> e </w:t>
      </w:r>
      <w:proofErr w:type="spellStart"/>
      <w:r>
        <w:t>fjalës</w:t>
      </w:r>
      <w:proofErr w:type="spellEnd"/>
      <w:r>
        <w:t xml:space="preserve"> </w:t>
      </w:r>
      <w:proofErr w:type="spellStart"/>
      <w:r>
        <w:t>kur</w:t>
      </w:r>
      <w:proofErr w:type="spellEnd"/>
      <w:r>
        <w:t xml:space="preserve"> ta </w:t>
      </w:r>
      <w:proofErr w:type="spellStart"/>
      <w:r>
        <w:t>dojë</w:t>
      </w:r>
      <w:proofErr w:type="spellEnd"/>
      <w:r>
        <w:t xml:space="preserve"> </w:t>
      </w:r>
      <w:proofErr w:type="spellStart"/>
      <w:r>
        <w:t>Beneti</w:t>
      </w:r>
      <w:proofErr w:type="spellEnd"/>
      <w:r>
        <w:t xml:space="preserve"> </w:t>
      </w:r>
      <w:proofErr w:type="spellStart"/>
      <w:r>
        <w:t>vetë</w:t>
      </w:r>
      <w:proofErr w:type="spellEnd"/>
      <w:r>
        <w:t xml:space="preserve">. A e </w:t>
      </w:r>
      <w:proofErr w:type="spellStart"/>
      <w:r>
        <w:t>kupton</w:t>
      </w:r>
      <w:proofErr w:type="spellEnd"/>
      <w:r>
        <w:t xml:space="preserve"> </w:t>
      </w:r>
      <w:proofErr w:type="spellStart"/>
      <w:r>
        <w:t>çfarë</w:t>
      </w:r>
      <w:proofErr w:type="spellEnd"/>
      <w:r>
        <w:t xml:space="preserve"> tolerance </w:t>
      </w:r>
      <w:proofErr w:type="spellStart"/>
      <w:r>
        <w:t>të</w:t>
      </w:r>
      <w:proofErr w:type="spellEnd"/>
      <w:r>
        <w:t xml:space="preserve"> </w:t>
      </w:r>
      <w:proofErr w:type="spellStart"/>
      <w:r>
        <w:t>madhe</w:t>
      </w:r>
      <w:proofErr w:type="spellEnd"/>
      <w:r>
        <w:t xml:space="preserve"> </w:t>
      </w:r>
      <w:proofErr w:type="spellStart"/>
      <w:r>
        <w:t>kemi</w:t>
      </w:r>
      <w:proofErr w:type="spellEnd"/>
      <w:r>
        <w:t xml:space="preserve"> </w:t>
      </w:r>
      <w:proofErr w:type="spellStart"/>
      <w:r>
        <w:t>bërë</w:t>
      </w:r>
      <w:proofErr w:type="spellEnd"/>
      <w:r>
        <w:t xml:space="preserve">? </w:t>
      </w:r>
      <w:proofErr w:type="spellStart"/>
      <w:r>
        <w:t>Kryetari</w:t>
      </w:r>
      <w:proofErr w:type="spellEnd"/>
      <w:r>
        <w:t xml:space="preserve">, </w:t>
      </w:r>
      <w:proofErr w:type="spellStart"/>
      <w:r>
        <w:t>derisa</w:t>
      </w:r>
      <w:proofErr w:type="spellEnd"/>
      <w:r>
        <w:t xml:space="preserve"> ka </w:t>
      </w:r>
      <w:proofErr w:type="spellStart"/>
      <w:r>
        <w:t>deleguar</w:t>
      </w:r>
      <w:proofErr w:type="spellEnd"/>
      <w:r>
        <w:t xml:space="preserve">. Zonja </w:t>
      </w:r>
      <w:proofErr w:type="spellStart"/>
      <w:r>
        <w:t>Koçeku</w:t>
      </w:r>
      <w:proofErr w:type="spellEnd"/>
      <w:r>
        <w:t xml:space="preserve">, </w:t>
      </w:r>
      <w:proofErr w:type="spellStart"/>
      <w:r>
        <w:t>të</w:t>
      </w:r>
      <w:proofErr w:type="spellEnd"/>
      <w:r>
        <w:t xml:space="preserve"> </w:t>
      </w:r>
      <w:proofErr w:type="spellStart"/>
      <w:r>
        <w:t>lutem</w:t>
      </w:r>
      <w:proofErr w:type="spellEnd"/>
      <w:r>
        <w:t xml:space="preserve">, </w:t>
      </w:r>
      <w:proofErr w:type="spellStart"/>
      <w:r>
        <w:t>mos</w:t>
      </w:r>
      <w:proofErr w:type="spellEnd"/>
      <w:r>
        <w:t xml:space="preserve"> </w:t>
      </w:r>
      <w:proofErr w:type="spellStart"/>
      <w:r>
        <w:t>më</w:t>
      </w:r>
      <w:proofErr w:type="spellEnd"/>
      <w:r>
        <w:t xml:space="preserve"> </w:t>
      </w:r>
      <w:proofErr w:type="spellStart"/>
      <w:r>
        <w:t>ndërprit</w:t>
      </w:r>
      <w:proofErr w:type="spellEnd"/>
      <w:r>
        <w:t xml:space="preserve">. </w:t>
      </w:r>
      <w:proofErr w:type="spellStart"/>
      <w:r>
        <w:t>Dakord</w:t>
      </w:r>
      <w:proofErr w:type="spellEnd"/>
      <w:r>
        <w:t xml:space="preserve">. </w:t>
      </w:r>
      <w:proofErr w:type="spellStart"/>
      <w:r>
        <w:t>Dhe</w:t>
      </w:r>
      <w:proofErr w:type="spellEnd"/>
      <w:r>
        <w:t xml:space="preserve"> </w:t>
      </w:r>
      <w:proofErr w:type="spellStart"/>
      <w:r>
        <w:t>këtë</w:t>
      </w:r>
      <w:proofErr w:type="spellEnd"/>
      <w:r>
        <w:t xml:space="preserve"> </w:t>
      </w:r>
      <w:proofErr w:type="spellStart"/>
      <w:r>
        <w:t>vendim</w:t>
      </w:r>
      <w:proofErr w:type="spellEnd"/>
      <w:r>
        <w:t xml:space="preserve"> e </w:t>
      </w:r>
      <w:proofErr w:type="spellStart"/>
      <w:r>
        <w:t>kemi</w:t>
      </w:r>
      <w:proofErr w:type="spellEnd"/>
      <w:r>
        <w:t xml:space="preserve"> </w:t>
      </w:r>
      <w:proofErr w:type="spellStart"/>
      <w:r>
        <w:t>marrë</w:t>
      </w:r>
      <w:proofErr w:type="spellEnd"/>
      <w:r>
        <w:t xml:space="preserve"> </w:t>
      </w:r>
      <w:proofErr w:type="spellStart"/>
      <w:r>
        <w:t>dhe</w:t>
      </w:r>
      <w:proofErr w:type="spellEnd"/>
      <w:r>
        <w:t xml:space="preserve"> </w:t>
      </w:r>
      <w:proofErr w:type="spellStart"/>
      <w:r>
        <w:t>për</w:t>
      </w:r>
      <w:proofErr w:type="spellEnd"/>
      <w:r>
        <w:t xml:space="preserve"> </w:t>
      </w:r>
      <w:proofErr w:type="spellStart"/>
      <w:r>
        <w:t>Elbasanin</w:t>
      </w:r>
      <w:proofErr w:type="spellEnd"/>
      <w:r>
        <w:t xml:space="preserve">, e </w:t>
      </w:r>
      <w:proofErr w:type="spellStart"/>
      <w:r>
        <w:t>kemi</w:t>
      </w:r>
      <w:proofErr w:type="spellEnd"/>
      <w:r>
        <w:t xml:space="preserve"> </w:t>
      </w:r>
      <w:proofErr w:type="spellStart"/>
      <w:r>
        <w:t>marrë</w:t>
      </w:r>
      <w:proofErr w:type="spellEnd"/>
      <w:r>
        <w:t xml:space="preserve"> </w:t>
      </w:r>
      <w:proofErr w:type="spellStart"/>
      <w:r>
        <w:t>dhe</w:t>
      </w:r>
      <w:proofErr w:type="spellEnd"/>
      <w:r>
        <w:t xml:space="preserve"> </w:t>
      </w:r>
      <w:proofErr w:type="spellStart"/>
      <w:r>
        <w:t>për</w:t>
      </w:r>
      <w:proofErr w:type="spellEnd"/>
      <w:r>
        <w:t xml:space="preserve"> </w:t>
      </w:r>
      <w:proofErr w:type="spellStart"/>
      <w:r>
        <w:t>të</w:t>
      </w:r>
      <w:proofErr w:type="spellEnd"/>
      <w:r>
        <w:t xml:space="preserve"> </w:t>
      </w:r>
      <w:proofErr w:type="spellStart"/>
      <w:r>
        <w:t>tjerë</w:t>
      </w:r>
      <w:proofErr w:type="spellEnd"/>
      <w:r>
        <w:t xml:space="preserve">. </w:t>
      </w:r>
      <w:proofErr w:type="spellStart"/>
      <w:r>
        <w:t>Në</w:t>
      </w:r>
      <w:proofErr w:type="spellEnd"/>
      <w:r>
        <w:t xml:space="preserve"> </w:t>
      </w:r>
      <w:proofErr w:type="spellStart"/>
      <w:r>
        <w:t>një</w:t>
      </w:r>
      <w:proofErr w:type="spellEnd"/>
      <w:r>
        <w:t xml:space="preserve"> </w:t>
      </w:r>
      <w:proofErr w:type="spellStart"/>
      <w:r>
        <w:t>rast</w:t>
      </w:r>
      <w:proofErr w:type="spellEnd"/>
      <w:r>
        <w:t xml:space="preserve"> </w:t>
      </w:r>
      <w:proofErr w:type="spellStart"/>
      <w:r>
        <w:t>kur</w:t>
      </w:r>
      <w:proofErr w:type="spellEnd"/>
      <w:r>
        <w:t xml:space="preserve"> </w:t>
      </w:r>
      <w:proofErr w:type="spellStart"/>
      <w:r>
        <w:t>bashkitë</w:t>
      </w:r>
      <w:proofErr w:type="spellEnd"/>
      <w:r>
        <w:t xml:space="preserve"> e </w:t>
      </w:r>
      <w:proofErr w:type="spellStart"/>
      <w:r>
        <w:t>vogla</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rrethanave</w:t>
      </w:r>
      <w:proofErr w:type="spellEnd"/>
      <w:r>
        <w:t xml:space="preserve"> se </w:t>
      </w:r>
      <w:proofErr w:type="spellStart"/>
      <w:r>
        <w:t>janë</w:t>
      </w:r>
      <w:proofErr w:type="spellEnd"/>
      <w:r>
        <w:t xml:space="preserve"> </w:t>
      </w:r>
      <w:proofErr w:type="spellStart"/>
      <w:r>
        <w:t>bashki</w:t>
      </w:r>
      <w:proofErr w:type="spellEnd"/>
      <w:r>
        <w:t xml:space="preserve"> </w:t>
      </w:r>
      <w:proofErr w:type="spellStart"/>
      <w:r>
        <w:t>të</w:t>
      </w:r>
      <w:proofErr w:type="spellEnd"/>
      <w:r>
        <w:t xml:space="preserve"> </w:t>
      </w:r>
      <w:proofErr w:type="spellStart"/>
      <w:r>
        <w:t>vogla</w:t>
      </w:r>
      <w:proofErr w:type="spellEnd"/>
      <w:r>
        <w:t xml:space="preserve">, </w:t>
      </w:r>
      <w:proofErr w:type="spellStart"/>
      <w:r>
        <w:t>nuk</w:t>
      </w:r>
      <w:proofErr w:type="spellEnd"/>
      <w:r>
        <w:t xml:space="preserve"> </w:t>
      </w:r>
      <w:proofErr w:type="spellStart"/>
      <w:r>
        <w:t>kanë</w:t>
      </w:r>
      <w:proofErr w:type="spellEnd"/>
      <w:r>
        <w:t xml:space="preserve"> </w:t>
      </w:r>
      <w:proofErr w:type="spellStart"/>
      <w:r>
        <w:t>atë</w:t>
      </w:r>
      <w:proofErr w:type="spellEnd"/>
      <w:r>
        <w:t xml:space="preserve"> </w:t>
      </w:r>
      <w:proofErr w:type="spellStart"/>
      <w:r>
        <w:t>interesin</w:t>
      </w:r>
      <w:proofErr w:type="spellEnd"/>
      <w:r>
        <w:t xml:space="preserve"> e </w:t>
      </w:r>
      <w:proofErr w:type="spellStart"/>
      <w:r>
        <w:t>dëgjesës</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madhe</w:t>
      </w:r>
      <w:proofErr w:type="spellEnd"/>
      <w:r>
        <w:t xml:space="preserve">, e </w:t>
      </w:r>
      <w:proofErr w:type="spellStart"/>
      <w:r>
        <w:t>kemi</w:t>
      </w:r>
      <w:proofErr w:type="spellEnd"/>
      <w:r>
        <w:t xml:space="preserve"> </w:t>
      </w:r>
      <w:proofErr w:type="spellStart"/>
      <w:r>
        <w:t>konsideruar</w:t>
      </w:r>
      <w:proofErr w:type="spellEnd"/>
      <w:r>
        <w:t xml:space="preserve"> </w:t>
      </w:r>
      <w:proofErr w:type="spellStart"/>
      <w:r>
        <w:t>që</w:t>
      </w:r>
      <w:proofErr w:type="spellEnd"/>
      <w:r>
        <w:t xml:space="preserve"> </w:t>
      </w:r>
      <w:proofErr w:type="spellStart"/>
      <w:r>
        <w:t>edhe</w:t>
      </w:r>
      <w:proofErr w:type="spellEnd"/>
      <w:r>
        <w:t xml:space="preserve"> </w:t>
      </w:r>
      <w:proofErr w:type="spellStart"/>
      <w:r>
        <w:t>mund</w:t>
      </w:r>
      <w:proofErr w:type="spellEnd"/>
      <w:r>
        <w:t xml:space="preserve"> </w:t>
      </w:r>
      <w:proofErr w:type="spellStart"/>
      <w:r>
        <w:t>të</w:t>
      </w:r>
      <w:proofErr w:type="spellEnd"/>
      <w:r>
        <w:t xml:space="preserve"> </w:t>
      </w:r>
      <w:proofErr w:type="spellStart"/>
      <w:r>
        <w:t>japi</w:t>
      </w:r>
      <w:proofErr w:type="spellEnd"/>
      <w:r>
        <w:t xml:space="preserve"> </w:t>
      </w:r>
      <w:proofErr w:type="spellStart"/>
      <w:r>
        <w:t>përgjigje</w:t>
      </w:r>
      <w:proofErr w:type="spellEnd"/>
      <w:r>
        <w:t xml:space="preserve"> </w:t>
      </w:r>
      <w:proofErr w:type="spellStart"/>
      <w:r>
        <w:t>për</w:t>
      </w:r>
      <w:proofErr w:type="spellEnd"/>
      <w:r>
        <w:t xml:space="preserve"> </w:t>
      </w:r>
      <w:proofErr w:type="spellStart"/>
      <w:r>
        <w:t>disa</w:t>
      </w:r>
      <w:proofErr w:type="spellEnd"/>
      <w:r>
        <w:t xml:space="preserve"> </w:t>
      </w:r>
      <w:proofErr w:type="spellStart"/>
      <w:r>
        <w:t>pyetje</w:t>
      </w:r>
      <w:proofErr w:type="spellEnd"/>
      <w:r>
        <w:t xml:space="preserve">. </w:t>
      </w:r>
      <w:proofErr w:type="spellStart"/>
      <w:r>
        <w:t>Ndërsa</w:t>
      </w:r>
      <w:proofErr w:type="spellEnd"/>
      <w:r>
        <w:t xml:space="preserve"> </w:t>
      </w:r>
      <w:proofErr w:type="spellStart"/>
      <w:r>
        <w:t>për</w:t>
      </w:r>
      <w:proofErr w:type="spellEnd"/>
      <w:r>
        <w:t xml:space="preserve"> </w:t>
      </w:r>
      <w:proofErr w:type="spellStart"/>
      <w:r>
        <w:t>bashkitë</w:t>
      </w:r>
      <w:proofErr w:type="spellEnd"/>
      <w:r>
        <w:t xml:space="preserve"> </w:t>
      </w:r>
      <w:proofErr w:type="spellStart"/>
      <w:r>
        <w:t>që</w:t>
      </w:r>
      <w:proofErr w:type="spellEnd"/>
      <w:r>
        <w:t xml:space="preserve"> ka </w:t>
      </w:r>
      <w:proofErr w:type="spellStart"/>
      <w:r>
        <w:t>interes</w:t>
      </w:r>
      <w:proofErr w:type="spellEnd"/>
      <w:r>
        <w:t xml:space="preserve"> </w:t>
      </w:r>
      <w:proofErr w:type="spellStart"/>
      <w:r>
        <w:t>bazik</w:t>
      </w:r>
      <w:proofErr w:type="spellEnd"/>
      <w:r>
        <w:t xml:space="preserve"> </w:t>
      </w:r>
      <w:proofErr w:type="spellStart"/>
      <w:r>
        <w:t>si</w:t>
      </w:r>
      <w:proofErr w:type="spellEnd"/>
      <w:r>
        <w:t xml:space="preserve"> Fieri, Shkodra, </w:t>
      </w:r>
      <w:proofErr w:type="spellStart"/>
      <w:r>
        <w:t>Elbasani</w:t>
      </w:r>
      <w:proofErr w:type="spellEnd"/>
      <w:r>
        <w:t xml:space="preserve">, </w:t>
      </w:r>
      <w:proofErr w:type="spellStart"/>
      <w:r>
        <w:t>kemi</w:t>
      </w:r>
      <w:proofErr w:type="spellEnd"/>
      <w:r>
        <w:t xml:space="preserve"> </w:t>
      </w:r>
      <w:proofErr w:type="spellStart"/>
      <w:r>
        <w:t>kërkuar</w:t>
      </w:r>
      <w:proofErr w:type="spellEnd"/>
      <w:r>
        <w:t xml:space="preserve"> </w:t>
      </w:r>
      <w:proofErr w:type="spellStart"/>
      <w:r>
        <w:t>në</w:t>
      </w:r>
      <w:proofErr w:type="spellEnd"/>
      <w:r>
        <w:t xml:space="preserve"> </w:t>
      </w:r>
      <w:proofErr w:type="spellStart"/>
      <w:r>
        <w:t>mënyrë</w:t>
      </w:r>
      <w:proofErr w:type="spellEnd"/>
      <w:r>
        <w:t xml:space="preserve"> </w:t>
      </w:r>
      <w:proofErr w:type="spellStart"/>
      <w:r>
        <w:t>të</w:t>
      </w:r>
      <w:proofErr w:type="spellEnd"/>
      <w:r>
        <w:t xml:space="preserve"> </w:t>
      </w:r>
      <w:proofErr w:type="spellStart"/>
      <w:r>
        <w:t>domosdoshme</w:t>
      </w:r>
      <w:proofErr w:type="spellEnd"/>
      <w:r>
        <w:t xml:space="preserve"> </w:t>
      </w:r>
      <w:proofErr w:type="spellStart"/>
      <w:r>
        <w:t>të</w:t>
      </w:r>
      <w:proofErr w:type="spellEnd"/>
      <w:r>
        <w:t xml:space="preserve"> </w:t>
      </w:r>
      <w:proofErr w:type="spellStart"/>
      <w:r>
        <w:t>jetë</w:t>
      </w:r>
      <w:proofErr w:type="spellEnd"/>
      <w:r>
        <w:t xml:space="preserve"> </w:t>
      </w:r>
      <w:proofErr w:type="spellStart"/>
      <w:r>
        <w:t>vetë</w:t>
      </w:r>
      <w:proofErr w:type="spellEnd"/>
      <w:r>
        <w:t xml:space="preserve"> </w:t>
      </w:r>
      <w:proofErr w:type="spellStart"/>
      <w:r>
        <w:t>kryetari</w:t>
      </w:r>
      <w:proofErr w:type="spellEnd"/>
      <w:r>
        <w:t xml:space="preserve">. </w:t>
      </w:r>
      <w:proofErr w:type="spellStart"/>
      <w:r>
        <w:t>Edhe</w:t>
      </w:r>
      <w:proofErr w:type="spellEnd"/>
      <w:r>
        <w:t xml:space="preserve"> </w:t>
      </w:r>
      <w:proofErr w:type="spellStart"/>
      <w:r>
        <w:t>si</w:t>
      </w:r>
      <w:proofErr w:type="spellEnd"/>
      <w:r>
        <w:t xml:space="preserve"> </w:t>
      </w:r>
      <w:proofErr w:type="spellStart"/>
      <w:r>
        <w:t>institucion</w:t>
      </w:r>
      <w:proofErr w:type="spellEnd"/>
      <w:r>
        <w:t xml:space="preserve">, </w:t>
      </w:r>
      <w:proofErr w:type="spellStart"/>
      <w:r>
        <w:t>parlamenti</w:t>
      </w:r>
      <w:proofErr w:type="spellEnd"/>
      <w:r>
        <w:t xml:space="preserve"> </w:t>
      </w:r>
      <w:proofErr w:type="spellStart"/>
      <w:r>
        <w:t>i</w:t>
      </w:r>
      <w:proofErr w:type="spellEnd"/>
      <w:r>
        <w:t xml:space="preserve"> </w:t>
      </w:r>
      <w:proofErr w:type="spellStart"/>
      <w:r>
        <w:t>thërret</w:t>
      </w:r>
      <w:proofErr w:type="spellEnd"/>
      <w:r>
        <w:t xml:space="preserve"> </w:t>
      </w:r>
      <w:proofErr w:type="spellStart"/>
      <w:r>
        <w:t>përfaqësuesit</w:t>
      </w:r>
      <w:proofErr w:type="spellEnd"/>
      <w:r>
        <w:t xml:space="preserve"> e </w:t>
      </w:r>
      <w:proofErr w:type="spellStart"/>
      <w:r>
        <w:t>zgjedhur</w:t>
      </w:r>
      <w:proofErr w:type="spellEnd"/>
      <w:r>
        <w:t xml:space="preserve">. </w:t>
      </w:r>
      <w:proofErr w:type="spellStart"/>
      <w:r>
        <w:t>Edhe</w:t>
      </w:r>
      <w:proofErr w:type="spellEnd"/>
      <w:r>
        <w:t xml:space="preserve"> </w:t>
      </w:r>
      <w:proofErr w:type="spellStart"/>
      <w:r>
        <w:t>në</w:t>
      </w:r>
      <w:proofErr w:type="spellEnd"/>
      <w:r>
        <w:t xml:space="preserve"> </w:t>
      </w:r>
      <w:proofErr w:type="spellStart"/>
      <w:r>
        <w:t>rastin</w:t>
      </w:r>
      <w:proofErr w:type="spellEnd"/>
      <w:r>
        <w:t xml:space="preserve"> e </w:t>
      </w:r>
      <w:proofErr w:type="spellStart"/>
      <w:r>
        <w:t>komisioneve</w:t>
      </w:r>
      <w:proofErr w:type="spellEnd"/>
      <w:r>
        <w:t xml:space="preserve">, ne </w:t>
      </w:r>
      <w:proofErr w:type="spellStart"/>
      <w:r>
        <w:t>thërrasim</w:t>
      </w:r>
      <w:proofErr w:type="spellEnd"/>
      <w:r>
        <w:t xml:space="preserve"> </w:t>
      </w:r>
      <w:proofErr w:type="spellStart"/>
      <w:r>
        <w:t>gjithmonë</w:t>
      </w:r>
      <w:proofErr w:type="spellEnd"/>
      <w:r>
        <w:t xml:space="preserve"> </w:t>
      </w:r>
      <w:proofErr w:type="spellStart"/>
      <w:r>
        <w:t>ministrat</w:t>
      </w:r>
      <w:proofErr w:type="spellEnd"/>
      <w:r>
        <w:t xml:space="preserve">, </w:t>
      </w:r>
      <w:proofErr w:type="spellStart"/>
      <w:r>
        <w:t>sepse</w:t>
      </w:r>
      <w:proofErr w:type="spellEnd"/>
      <w:r>
        <w:t xml:space="preserve"> </w:t>
      </w:r>
      <w:proofErr w:type="spellStart"/>
      <w:r>
        <w:t>zëvendësministrat</w:t>
      </w:r>
      <w:proofErr w:type="spellEnd"/>
      <w:r>
        <w:t xml:space="preserve"> </w:t>
      </w:r>
      <w:proofErr w:type="spellStart"/>
      <w:r>
        <w:t>në</w:t>
      </w:r>
      <w:proofErr w:type="spellEnd"/>
      <w:r>
        <w:t xml:space="preserve"> </w:t>
      </w:r>
      <w:proofErr w:type="spellStart"/>
      <w:r>
        <w:t>dëgjesa</w:t>
      </w:r>
      <w:proofErr w:type="spellEnd"/>
      <w:r>
        <w:t xml:space="preserve"> </w:t>
      </w:r>
      <w:proofErr w:type="spellStart"/>
      <w:r>
        <w:t>konsiderohen</w:t>
      </w:r>
      <w:proofErr w:type="spellEnd"/>
      <w:r>
        <w:t xml:space="preserve"> </w:t>
      </w:r>
      <w:proofErr w:type="spellStart"/>
      <w:r>
        <w:t>si</w:t>
      </w:r>
      <w:proofErr w:type="spellEnd"/>
      <w:r>
        <w:t xml:space="preserve"> </w:t>
      </w:r>
      <w:proofErr w:type="spellStart"/>
      <w:r>
        <w:t>njerëz</w:t>
      </w:r>
      <w:proofErr w:type="spellEnd"/>
      <w:r>
        <w:t xml:space="preserve"> </w:t>
      </w:r>
      <w:proofErr w:type="spellStart"/>
      <w:r>
        <w:t>administrativë</w:t>
      </w:r>
      <w:proofErr w:type="spellEnd"/>
      <w:r>
        <w:t xml:space="preserve">. </w:t>
      </w:r>
      <w:proofErr w:type="spellStart"/>
      <w:r>
        <w:t>Emërohen</w:t>
      </w:r>
      <w:proofErr w:type="spellEnd"/>
      <w:r>
        <w:t xml:space="preserve"> </w:t>
      </w:r>
      <w:proofErr w:type="spellStart"/>
      <w:r>
        <w:t>politikisht</w:t>
      </w:r>
      <w:proofErr w:type="spellEnd"/>
      <w:r>
        <w:t xml:space="preserve">, por </w:t>
      </w:r>
      <w:proofErr w:type="spellStart"/>
      <w:r>
        <w:t>i</w:t>
      </w:r>
      <w:proofErr w:type="spellEnd"/>
      <w:r>
        <w:t xml:space="preserve"> </w:t>
      </w:r>
      <w:proofErr w:type="spellStart"/>
      <w:r>
        <w:t>zgjedhur</w:t>
      </w:r>
      <w:proofErr w:type="spellEnd"/>
      <w:r>
        <w:t xml:space="preserve"> </w:t>
      </w:r>
      <w:proofErr w:type="spellStart"/>
      <w:r>
        <w:t>politikisht</w:t>
      </w:r>
      <w:proofErr w:type="spellEnd"/>
      <w:r>
        <w:t xml:space="preserve"> </w:t>
      </w:r>
      <w:proofErr w:type="spellStart"/>
      <w:r>
        <w:t>quhet</w:t>
      </w:r>
      <w:proofErr w:type="spellEnd"/>
      <w:r>
        <w:t xml:space="preserve"> </w:t>
      </w:r>
      <w:proofErr w:type="spellStart"/>
      <w:r>
        <w:t>ministri</w:t>
      </w:r>
      <w:proofErr w:type="spellEnd"/>
      <w:r>
        <w:t xml:space="preserve"> </w:t>
      </w:r>
      <w:proofErr w:type="spellStart"/>
      <w:r>
        <w:t>dhe</w:t>
      </w:r>
      <w:proofErr w:type="spellEnd"/>
      <w:r>
        <w:t xml:space="preserve"> ai </w:t>
      </w:r>
      <w:proofErr w:type="spellStart"/>
      <w:r>
        <w:t>duhet</w:t>
      </w:r>
      <w:proofErr w:type="spellEnd"/>
      <w:r>
        <w:t xml:space="preserve"> </w:t>
      </w:r>
      <w:proofErr w:type="spellStart"/>
      <w:r>
        <w:t>të</w:t>
      </w:r>
      <w:proofErr w:type="spellEnd"/>
      <w:r>
        <w:t xml:space="preserve"> </w:t>
      </w:r>
      <w:proofErr w:type="spellStart"/>
      <w:r>
        <w:t>vijë</w:t>
      </w:r>
      <w:proofErr w:type="spellEnd"/>
      <w:r>
        <w:t xml:space="preserve"> para </w:t>
      </w:r>
      <w:proofErr w:type="spellStart"/>
      <w:r>
        <w:t>institucioneve</w:t>
      </w:r>
      <w:proofErr w:type="spellEnd"/>
      <w:r>
        <w:t xml:space="preserve"> </w:t>
      </w:r>
      <w:proofErr w:type="spellStart"/>
      <w:r>
        <w:t>të</w:t>
      </w:r>
      <w:proofErr w:type="spellEnd"/>
      <w:r>
        <w:t xml:space="preserve"> </w:t>
      </w:r>
      <w:proofErr w:type="spellStart"/>
      <w:r>
        <w:t>parlamentit</w:t>
      </w:r>
      <w:proofErr w:type="spellEnd"/>
      <w:r>
        <w:t xml:space="preserve">. </w:t>
      </w:r>
      <w:proofErr w:type="spellStart"/>
      <w:r>
        <w:t>Më</w:t>
      </w:r>
      <w:proofErr w:type="spellEnd"/>
      <w:r>
        <w:t xml:space="preserve"> </w:t>
      </w:r>
      <w:proofErr w:type="spellStart"/>
      <w:r>
        <w:t>vjen</w:t>
      </w:r>
      <w:proofErr w:type="spellEnd"/>
      <w:r>
        <w:t xml:space="preserve"> </w:t>
      </w:r>
      <w:proofErr w:type="spellStart"/>
      <w:r>
        <w:t>shumë</w:t>
      </w:r>
      <w:proofErr w:type="spellEnd"/>
      <w:r>
        <w:t xml:space="preserve"> </w:t>
      </w:r>
      <w:proofErr w:type="spellStart"/>
      <w:r>
        <w:t>keq</w:t>
      </w:r>
      <w:proofErr w:type="spellEnd"/>
      <w:r>
        <w:t xml:space="preserve">, </w:t>
      </w:r>
      <w:proofErr w:type="spellStart"/>
      <w:r>
        <w:t>s'dua</w:t>
      </w:r>
      <w:proofErr w:type="spellEnd"/>
      <w:r>
        <w:t xml:space="preserve">, </w:t>
      </w:r>
      <w:proofErr w:type="spellStart"/>
      <w:r>
        <w:t>domethënë</w:t>
      </w:r>
      <w:proofErr w:type="spellEnd"/>
      <w:r>
        <w:t xml:space="preserve">, </w:t>
      </w:r>
      <w:proofErr w:type="spellStart"/>
      <w:r>
        <w:t>të</w:t>
      </w:r>
      <w:proofErr w:type="spellEnd"/>
      <w:r>
        <w:t xml:space="preserve"> </w:t>
      </w:r>
      <w:proofErr w:type="spellStart"/>
      <w:r>
        <w:t>paraqitem</w:t>
      </w:r>
      <w:proofErr w:type="spellEnd"/>
      <w:r>
        <w:t xml:space="preserve"> </w:t>
      </w:r>
      <w:proofErr w:type="spellStart"/>
      <w:r>
        <w:t>unë</w:t>
      </w:r>
      <w:proofErr w:type="spellEnd"/>
      <w:r>
        <w:t xml:space="preserve"> </w:t>
      </w:r>
      <w:proofErr w:type="spellStart"/>
      <w:r>
        <w:t>në</w:t>
      </w:r>
      <w:proofErr w:type="spellEnd"/>
      <w:r>
        <w:t xml:space="preserve"> </w:t>
      </w:r>
      <w:proofErr w:type="spellStart"/>
      <w:r>
        <w:t>këtë</w:t>
      </w:r>
      <w:proofErr w:type="spellEnd"/>
      <w:r>
        <w:t xml:space="preserve"> </w:t>
      </w:r>
      <w:proofErr w:type="spellStart"/>
      <w:r>
        <w:t>formë</w:t>
      </w:r>
      <w:proofErr w:type="spellEnd"/>
      <w:r>
        <w:t xml:space="preserve"> </w:t>
      </w:r>
      <w:proofErr w:type="spellStart"/>
      <w:r>
        <w:t>që</w:t>
      </w:r>
      <w:proofErr w:type="spellEnd"/>
      <w:r>
        <w:t xml:space="preserve"> po </w:t>
      </w:r>
      <w:proofErr w:type="spellStart"/>
      <w:r>
        <w:t>insistoj</w:t>
      </w:r>
      <w:proofErr w:type="spellEnd"/>
      <w:r>
        <w:t xml:space="preserve">. </w:t>
      </w:r>
      <w:proofErr w:type="spellStart"/>
      <w:r>
        <w:t>Edhe</w:t>
      </w:r>
      <w:proofErr w:type="spellEnd"/>
      <w:r>
        <w:t xml:space="preserve"> </w:t>
      </w:r>
      <w:proofErr w:type="spellStart"/>
      <w:r>
        <w:t>për</w:t>
      </w:r>
      <w:proofErr w:type="spellEnd"/>
      <w:r>
        <w:t xml:space="preserve"> </w:t>
      </w:r>
      <w:proofErr w:type="spellStart"/>
      <w:r>
        <w:t>ekonomi</w:t>
      </w:r>
      <w:proofErr w:type="spellEnd"/>
      <w:r>
        <w:t xml:space="preserve"> </w:t>
      </w:r>
      <w:proofErr w:type="spellStart"/>
      <w:r>
        <w:t>kohe</w:t>
      </w:r>
      <w:proofErr w:type="spellEnd"/>
      <w:r>
        <w:t xml:space="preserve">, </w:t>
      </w:r>
      <w:proofErr w:type="spellStart"/>
      <w:r>
        <w:t>meqënëse</w:t>
      </w:r>
      <w:proofErr w:type="spellEnd"/>
      <w:r>
        <w:t xml:space="preserve"> </w:t>
      </w:r>
      <w:proofErr w:type="spellStart"/>
      <w:r>
        <w:t>edhe</w:t>
      </w:r>
      <w:proofErr w:type="spellEnd"/>
      <w:r>
        <w:t xml:space="preserve"> </w:t>
      </w:r>
      <w:proofErr w:type="spellStart"/>
      <w:r>
        <w:t>koha</w:t>
      </w:r>
      <w:proofErr w:type="spellEnd"/>
      <w:r>
        <w:t xml:space="preserve"> </w:t>
      </w:r>
      <w:proofErr w:type="spellStart"/>
      <w:r>
        <w:t>zgjat</w:t>
      </w:r>
      <w:proofErr w:type="spellEnd"/>
      <w:r>
        <w:t xml:space="preserve">, </w:t>
      </w:r>
      <w:proofErr w:type="spellStart"/>
      <w:r>
        <w:t>i</w:t>
      </w:r>
      <w:proofErr w:type="spellEnd"/>
      <w:r>
        <w:t xml:space="preserve"> </w:t>
      </w:r>
      <w:proofErr w:type="spellStart"/>
      <w:r>
        <w:t>bashkohen</w:t>
      </w:r>
      <w:proofErr w:type="spellEnd"/>
      <w:r>
        <w:t xml:space="preserve"> </w:t>
      </w:r>
      <w:proofErr w:type="spellStart"/>
      <w:r>
        <w:t>shumë</w:t>
      </w:r>
      <w:proofErr w:type="spellEnd"/>
      <w:r>
        <w:t xml:space="preserve"> </w:t>
      </w:r>
      <w:proofErr w:type="spellStart"/>
      <w:r>
        <w:t>elementë</w:t>
      </w:r>
      <w:proofErr w:type="spellEnd"/>
      <w:r>
        <w:t xml:space="preserve">. </w:t>
      </w:r>
      <w:proofErr w:type="spellStart"/>
      <w:r>
        <w:t>Është</w:t>
      </w:r>
      <w:proofErr w:type="spellEnd"/>
      <w:r>
        <w:t xml:space="preserve"> </w:t>
      </w:r>
      <w:proofErr w:type="spellStart"/>
      <w:r>
        <w:t>dhe</w:t>
      </w:r>
      <w:proofErr w:type="spellEnd"/>
      <w:r>
        <w:t xml:space="preserve"> </w:t>
      </w:r>
      <w:proofErr w:type="spellStart"/>
      <w:r>
        <w:t>pak</w:t>
      </w:r>
      <w:proofErr w:type="spellEnd"/>
      <w:r>
        <w:t xml:space="preserve"> </w:t>
      </w:r>
      <w:proofErr w:type="spellStart"/>
      <w:r>
        <w:t>subjektive</w:t>
      </w:r>
      <w:proofErr w:type="spellEnd"/>
      <w:r>
        <w:t xml:space="preserve">, </w:t>
      </w:r>
      <w:proofErr w:type="spellStart"/>
      <w:r>
        <w:t>ndoshta</w:t>
      </w:r>
      <w:proofErr w:type="spellEnd"/>
      <w:r>
        <w:t xml:space="preserve">. Po e </w:t>
      </w:r>
      <w:proofErr w:type="spellStart"/>
      <w:r>
        <w:t>marr</w:t>
      </w:r>
      <w:proofErr w:type="spellEnd"/>
      <w:r>
        <w:t xml:space="preserve"> </w:t>
      </w:r>
      <w:proofErr w:type="spellStart"/>
      <w:r>
        <w:t>unë</w:t>
      </w:r>
      <w:proofErr w:type="spellEnd"/>
      <w:r>
        <w:t xml:space="preserve"> </w:t>
      </w:r>
      <w:proofErr w:type="spellStart"/>
      <w:r>
        <w:t>përsipër</w:t>
      </w:r>
      <w:proofErr w:type="spellEnd"/>
      <w:r>
        <w:t xml:space="preserve"> </w:t>
      </w:r>
      <w:proofErr w:type="spellStart"/>
      <w:r>
        <w:t>dozën</w:t>
      </w:r>
      <w:proofErr w:type="spellEnd"/>
      <w:r>
        <w:t xml:space="preserve"> e </w:t>
      </w:r>
      <w:proofErr w:type="spellStart"/>
      <w:r>
        <w:t>subjektivitetit</w:t>
      </w:r>
      <w:proofErr w:type="spellEnd"/>
      <w:r>
        <w:t xml:space="preserve">, por </w:t>
      </w:r>
      <w:proofErr w:type="spellStart"/>
      <w:r>
        <w:t>unë</w:t>
      </w:r>
      <w:proofErr w:type="spellEnd"/>
      <w:r>
        <w:t xml:space="preserve"> </w:t>
      </w:r>
      <w:proofErr w:type="spellStart"/>
      <w:r>
        <w:t>kam</w:t>
      </w:r>
      <w:proofErr w:type="spellEnd"/>
      <w:r>
        <w:t xml:space="preserve"> </w:t>
      </w:r>
      <w:proofErr w:type="spellStart"/>
      <w:r>
        <w:t>interes</w:t>
      </w:r>
      <w:proofErr w:type="spellEnd"/>
      <w:r>
        <w:t xml:space="preserve">, </w:t>
      </w:r>
      <w:proofErr w:type="spellStart"/>
      <w:r>
        <w:t>dy</w:t>
      </w:r>
      <w:proofErr w:type="spellEnd"/>
      <w:r>
        <w:t xml:space="preserve"> </w:t>
      </w:r>
      <w:proofErr w:type="spellStart"/>
      <w:r>
        <w:t>interesa</w:t>
      </w:r>
      <w:proofErr w:type="spellEnd"/>
      <w:r>
        <w:t xml:space="preserve"> </w:t>
      </w:r>
      <w:proofErr w:type="spellStart"/>
      <w:r>
        <w:t>kisha</w:t>
      </w:r>
      <w:proofErr w:type="spellEnd"/>
      <w:r>
        <w:t xml:space="preserve"> </w:t>
      </w:r>
      <w:proofErr w:type="spellStart"/>
      <w:r>
        <w:t>në</w:t>
      </w:r>
      <w:proofErr w:type="spellEnd"/>
      <w:r>
        <w:t xml:space="preserve"> </w:t>
      </w:r>
      <w:proofErr w:type="spellStart"/>
      <w:r>
        <w:t>fakt</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madh</w:t>
      </w:r>
      <w:proofErr w:type="spellEnd"/>
      <w:r>
        <w:t xml:space="preserve"> </w:t>
      </w:r>
      <w:proofErr w:type="spellStart"/>
      <w:r>
        <w:t>që</w:t>
      </w:r>
      <w:proofErr w:type="spellEnd"/>
      <w:r>
        <w:t xml:space="preserve"> </w:t>
      </w:r>
      <w:proofErr w:type="spellStart"/>
      <w:r>
        <w:t>unë</w:t>
      </w:r>
      <w:proofErr w:type="spellEnd"/>
      <w:r>
        <w:t xml:space="preserve"> </w:t>
      </w:r>
      <w:proofErr w:type="spellStart"/>
      <w:r>
        <w:t>të</w:t>
      </w:r>
      <w:proofErr w:type="spellEnd"/>
      <w:r>
        <w:t xml:space="preserve"> </w:t>
      </w:r>
      <w:proofErr w:type="spellStart"/>
      <w:r>
        <w:t>kem</w:t>
      </w:r>
      <w:proofErr w:type="spellEnd"/>
      <w:r>
        <w:t xml:space="preserve"> </w:t>
      </w:r>
      <w:proofErr w:type="spellStart"/>
      <w:r>
        <w:t>kryetarin</w:t>
      </w:r>
      <w:proofErr w:type="spellEnd"/>
      <w:r>
        <w:t xml:space="preserve"> e </w:t>
      </w:r>
      <w:proofErr w:type="spellStart"/>
      <w:r>
        <w:t>bashkisë</w:t>
      </w:r>
      <w:proofErr w:type="spellEnd"/>
      <w:r>
        <w:t xml:space="preserve">, </w:t>
      </w:r>
      <w:proofErr w:type="spellStart"/>
      <w:r>
        <w:t>sepse</w:t>
      </w:r>
      <w:proofErr w:type="spellEnd"/>
      <w:r>
        <w:t xml:space="preserve"> </w:t>
      </w:r>
      <w:proofErr w:type="spellStart"/>
      <w:r>
        <w:t>politikisht</w:t>
      </w:r>
      <w:proofErr w:type="spellEnd"/>
      <w:r>
        <w:t xml:space="preserve"> jam </w:t>
      </w:r>
      <w:proofErr w:type="spellStart"/>
      <w:r>
        <w:t>drejtues</w:t>
      </w:r>
      <w:proofErr w:type="spellEnd"/>
      <w:r>
        <w:t xml:space="preserve"> </w:t>
      </w:r>
      <w:proofErr w:type="spellStart"/>
      <w:r>
        <w:t>politik</w:t>
      </w:r>
      <w:proofErr w:type="spellEnd"/>
      <w:r>
        <w:t xml:space="preserve"> </w:t>
      </w:r>
      <w:proofErr w:type="spellStart"/>
      <w:r>
        <w:t>i</w:t>
      </w:r>
      <w:proofErr w:type="spellEnd"/>
      <w:r>
        <w:t xml:space="preserve"> </w:t>
      </w:r>
      <w:proofErr w:type="spellStart"/>
      <w:r>
        <w:t>qarkut</w:t>
      </w:r>
      <w:proofErr w:type="spellEnd"/>
      <w:r>
        <w:t xml:space="preserve"> </w:t>
      </w:r>
      <w:proofErr w:type="spellStart"/>
      <w:r>
        <w:t>Shkodër</w:t>
      </w:r>
      <w:proofErr w:type="spellEnd"/>
      <w:r>
        <w:t xml:space="preserve">. Vij </w:t>
      </w:r>
      <w:proofErr w:type="spellStart"/>
      <w:r>
        <w:t>prej</w:t>
      </w:r>
      <w:proofErr w:type="spellEnd"/>
      <w:r>
        <w:t xml:space="preserve"> </w:t>
      </w:r>
      <w:proofErr w:type="spellStart"/>
      <w:r>
        <w:t>vitesh</w:t>
      </w:r>
      <w:proofErr w:type="spellEnd"/>
      <w:r>
        <w:t xml:space="preserve"> </w:t>
      </w:r>
      <w:proofErr w:type="spellStart"/>
      <w:r>
        <w:t>nga</w:t>
      </w:r>
      <w:proofErr w:type="spellEnd"/>
      <w:r>
        <w:t xml:space="preserve"> </w:t>
      </w:r>
      <w:proofErr w:type="spellStart"/>
      <w:r>
        <w:t>qarku</w:t>
      </w:r>
      <w:proofErr w:type="spellEnd"/>
      <w:r>
        <w:t xml:space="preserve"> </w:t>
      </w:r>
      <w:proofErr w:type="spellStart"/>
      <w:r>
        <w:t>Elbasani</w:t>
      </w:r>
      <w:proofErr w:type="spellEnd"/>
      <w:r>
        <w:t xml:space="preserve">. Do </w:t>
      </w:r>
      <w:proofErr w:type="spellStart"/>
      <w:r>
        <w:t>doja</w:t>
      </w:r>
      <w:proofErr w:type="spellEnd"/>
      <w:r>
        <w:t xml:space="preserve"> </w:t>
      </w:r>
      <w:proofErr w:type="spellStart"/>
      <w:r>
        <w:t>dhe</w:t>
      </w:r>
      <w:proofErr w:type="spellEnd"/>
      <w:r>
        <w:t xml:space="preserve"> </w:t>
      </w:r>
      <w:proofErr w:type="spellStart"/>
      <w:r>
        <w:t>atë</w:t>
      </w:r>
      <w:proofErr w:type="spellEnd"/>
      <w:r>
        <w:t xml:space="preserve"> </w:t>
      </w:r>
      <w:proofErr w:type="spellStart"/>
      <w:r>
        <w:t>të</w:t>
      </w:r>
      <w:proofErr w:type="spellEnd"/>
      <w:r>
        <w:t xml:space="preserve"> </w:t>
      </w:r>
      <w:proofErr w:type="spellStart"/>
      <w:r>
        <w:t>Elbasanit</w:t>
      </w:r>
      <w:proofErr w:type="spellEnd"/>
      <w:r>
        <w:t xml:space="preserve">. E </w:t>
      </w:r>
      <w:proofErr w:type="spellStart"/>
      <w:r>
        <w:t>kam</w:t>
      </w:r>
      <w:proofErr w:type="spellEnd"/>
      <w:r>
        <w:t xml:space="preserve"> </w:t>
      </w:r>
      <w:proofErr w:type="spellStart"/>
      <w:r>
        <w:t>pasur</w:t>
      </w:r>
      <w:proofErr w:type="spellEnd"/>
      <w:r>
        <w:t xml:space="preserve"> </w:t>
      </w:r>
      <w:proofErr w:type="spellStart"/>
      <w:r>
        <w:t>dhe</w:t>
      </w:r>
      <w:proofErr w:type="spellEnd"/>
      <w:r>
        <w:t xml:space="preserve"> </w:t>
      </w:r>
      <w:proofErr w:type="spellStart"/>
      <w:r>
        <w:t>kemi</w:t>
      </w:r>
      <w:proofErr w:type="spellEnd"/>
      <w:r>
        <w:t xml:space="preserve"> </w:t>
      </w:r>
      <w:proofErr w:type="spellStart"/>
      <w:r>
        <w:t>bërë</w:t>
      </w:r>
      <w:proofErr w:type="spellEnd"/>
      <w:r>
        <w:t xml:space="preserve"> </w:t>
      </w:r>
      <w:proofErr w:type="spellStart"/>
      <w:r>
        <w:t>dhe</w:t>
      </w:r>
      <w:proofErr w:type="spellEnd"/>
      <w:r>
        <w:t xml:space="preserve"> </w:t>
      </w:r>
      <w:proofErr w:type="spellStart"/>
      <w:r>
        <w:t>garë</w:t>
      </w:r>
      <w:proofErr w:type="spellEnd"/>
      <w:r>
        <w:t xml:space="preserve"> </w:t>
      </w:r>
      <w:proofErr w:type="spellStart"/>
      <w:r>
        <w:t>bashkë</w:t>
      </w:r>
      <w:proofErr w:type="spellEnd"/>
      <w:r>
        <w:t xml:space="preserve">. Mund ca </w:t>
      </w:r>
      <w:proofErr w:type="spellStart"/>
      <w:r>
        <w:t>probleme</w:t>
      </w:r>
      <w:proofErr w:type="spellEnd"/>
      <w:r>
        <w:t xml:space="preserve"> </w:t>
      </w:r>
      <w:proofErr w:type="spellStart"/>
      <w:r>
        <w:t>bashkisë</w:t>
      </w:r>
      <w:proofErr w:type="spellEnd"/>
      <w:r>
        <w:t xml:space="preserve"> </w:t>
      </w:r>
      <w:proofErr w:type="spellStart"/>
      <w:r>
        <w:t>mund</w:t>
      </w:r>
      <w:proofErr w:type="spellEnd"/>
      <w:r>
        <w:t xml:space="preserve"> </w:t>
      </w:r>
      <w:proofErr w:type="spellStart"/>
      <w:r>
        <w:t>t'i</w:t>
      </w:r>
      <w:proofErr w:type="spellEnd"/>
      <w:r>
        <w:t xml:space="preserve"> </w:t>
      </w:r>
      <w:proofErr w:type="spellStart"/>
      <w:r>
        <w:t>ballafaqonim</w:t>
      </w:r>
      <w:proofErr w:type="spellEnd"/>
      <w:r>
        <w:t xml:space="preserve"> </w:t>
      </w:r>
      <w:proofErr w:type="spellStart"/>
      <w:r>
        <w:t>më</w:t>
      </w:r>
      <w:proofErr w:type="spellEnd"/>
      <w:r>
        <w:t xml:space="preserve"> </w:t>
      </w:r>
      <w:proofErr w:type="spellStart"/>
      <w:r>
        <w:t>mirë</w:t>
      </w:r>
      <w:proofErr w:type="spellEnd"/>
      <w:r>
        <w:t xml:space="preserve"> </w:t>
      </w:r>
      <w:proofErr w:type="spellStart"/>
      <w:r>
        <w:t>për</w:t>
      </w:r>
      <w:proofErr w:type="spellEnd"/>
      <w:r>
        <w:t xml:space="preserve"> </w:t>
      </w:r>
      <w:proofErr w:type="spellStart"/>
      <w:r>
        <w:t>të</w:t>
      </w:r>
      <w:proofErr w:type="spellEnd"/>
      <w:r>
        <w:t xml:space="preserve"> </w:t>
      </w:r>
      <w:proofErr w:type="spellStart"/>
      <w:r>
        <w:t>mirën</w:t>
      </w:r>
      <w:proofErr w:type="spellEnd"/>
      <w:r>
        <w:t xml:space="preserve">. Jo, Aulona </w:t>
      </w:r>
      <w:proofErr w:type="spellStart"/>
      <w:r>
        <w:t>është</w:t>
      </w:r>
      <w:proofErr w:type="spellEnd"/>
      <w:r>
        <w:t xml:space="preserve"> </w:t>
      </w:r>
      <w:proofErr w:type="spellStart"/>
      <w:r>
        <w:t>emëruar</w:t>
      </w:r>
      <w:proofErr w:type="spellEnd"/>
      <w:r>
        <w:t xml:space="preserve">, ka </w:t>
      </w:r>
      <w:proofErr w:type="spellStart"/>
      <w:r>
        <w:t>qenë</w:t>
      </w:r>
      <w:proofErr w:type="spellEnd"/>
      <w:r>
        <w:t xml:space="preserve"> </w:t>
      </w:r>
      <w:proofErr w:type="spellStart"/>
      <w:r>
        <w:t>nënkryetare</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prandaj</w:t>
      </w:r>
      <w:proofErr w:type="spellEnd"/>
      <w:r>
        <w:t xml:space="preserve">, </w:t>
      </w:r>
      <w:proofErr w:type="spellStart"/>
      <w:r>
        <w:t>zonja</w:t>
      </w:r>
      <w:proofErr w:type="spellEnd"/>
      <w:r>
        <w:t xml:space="preserve"> </w:t>
      </w:r>
      <w:proofErr w:type="spellStart"/>
      <w:r>
        <w:t>Koçeku</w:t>
      </w:r>
      <w:proofErr w:type="spellEnd"/>
      <w:r>
        <w:t xml:space="preserve">, e </w:t>
      </w:r>
      <w:proofErr w:type="spellStart"/>
      <w:r>
        <w:t>kemi</w:t>
      </w:r>
      <w:proofErr w:type="spellEnd"/>
      <w:r>
        <w:t xml:space="preserve"> </w:t>
      </w:r>
      <w:proofErr w:type="spellStart"/>
      <w:r>
        <w:t>për</w:t>
      </w:r>
      <w:proofErr w:type="spellEnd"/>
      <w:r>
        <w:t xml:space="preserve"> </w:t>
      </w:r>
      <w:proofErr w:type="spellStart"/>
      <w:r>
        <w:t>mbarëvajtjen</w:t>
      </w:r>
      <w:proofErr w:type="spellEnd"/>
      <w:r>
        <w:t xml:space="preserve"> e </w:t>
      </w:r>
      <w:proofErr w:type="spellStart"/>
      <w:r>
        <w:t>punës</w:t>
      </w:r>
      <w:proofErr w:type="spellEnd"/>
      <w:r>
        <w:t xml:space="preserve"> </w:t>
      </w:r>
      <w:proofErr w:type="spellStart"/>
      <w:r>
        <w:t>së</w:t>
      </w:r>
      <w:proofErr w:type="spellEnd"/>
      <w:r>
        <w:t xml:space="preserve"> </w:t>
      </w:r>
      <w:proofErr w:type="spellStart"/>
      <w:r>
        <w:t>komisionit</w:t>
      </w:r>
      <w:proofErr w:type="spellEnd"/>
      <w:r>
        <w:t xml:space="preserve">. Aspak </w:t>
      </w:r>
      <w:proofErr w:type="spellStart"/>
      <w:r>
        <w:t>asnjë</w:t>
      </w:r>
      <w:proofErr w:type="spellEnd"/>
      <w:r>
        <w:t xml:space="preserve"> </w:t>
      </w:r>
      <w:proofErr w:type="spellStart"/>
      <w:r>
        <w:t>lloj</w:t>
      </w:r>
      <w:proofErr w:type="spellEnd"/>
      <w:r>
        <w:t xml:space="preserve"> </w:t>
      </w:r>
      <w:proofErr w:type="spellStart"/>
      <w:r>
        <w:t>paragjykimi</w:t>
      </w:r>
      <w:proofErr w:type="spellEnd"/>
      <w:r>
        <w:t xml:space="preserve"> </w:t>
      </w:r>
      <w:proofErr w:type="spellStart"/>
      <w:r>
        <w:t>ndaj</w:t>
      </w:r>
      <w:proofErr w:type="spellEnd"/>
      <w:r>
        <w:t xml:space="preserve"> </w:t>
      </w:r>
      <w:proofErr w:type="spellStart"/>
      <w:r>
        <w:t>përfaqësuesve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Shkodër</w:t>
      </w:r>
      <w:proofErr w:type="spellEnd"/>
      <w:r>
        <w:t xml:space="preserve">. </w:t>
      </w:r>
      <w:proofErr w:type="spellStart"/>
      <w:r>
        <w:t>Sinqerisht</w:t>
      </w:r>
      <w:proofErr w:type="spellEnd"/>
      <w:r>
        <w:t xml:space="preserve">, </w:t>
      </w:r>
      <w:proofErr w:type="spellStart"/>
      <w:r>
        <w:t>unë</w:t>
      </w:r>
      <w:proofErr w:type="spellEnd"/>
      <w:r>
        <w:t xml:space="preserve"> </w:t>
      </w:r>
      <w:proofErr w:type="spellStart"/>
      <w:r>
        <w:t>i</w:t>
      </w:r>
      <w:proofErr w:type="spellEnd"/>
      <w:r>
        <w:t xml:space="preserve"> </w:t>
      </w:r>
      <w:proofErr w:type="spellStart"/>
      <w:r>
        <w:t>kërkova</w:t>
      </w:r>
      <w:proofErr w:type="spellEnd"/>
      <w:r>
        <w:t xml:space="preserve"> </w:t>
      </w:r>
      <w:proofErr w:type="spellStart"/>
      <w:r>
        <w:t>dhe</w:t>
      </w:r>
      <w:proofErr w:type="spellEnd"/>
      <w:r>
        <w:t xml:space="preserve"> </w:t>
      </w:r>
      <w:proofErr w:type="spellStart"/>
      <w:r>
        <w:t>ndjesë</w:t>
      </w:r>
      <w:proofErr w:type="spellEnd"/>
      <w:r>
        <w:t xml:space="preserve">, </w:t>
      </w:r>
      <w:proofErr w:type="spellStart"/>
      <w:r>
        <w:t>domethënë</w:t>
      </w:r>
      <w:proofErr w:type="spellEnd"/>
      <w:r>
        <w:t xml:space="preserve">, </w:t>
      </w:r>
      <w:proofErr w:type="spellStart"/>
      <w:r>
        <w:t>për</w:t>
      </w:r>
      <w:proofErr w:type="spellEnd"/>
      <w:r>
        <w:t xml:space="preserve"> </w:t>
      </w:r>
      <w:proofErr w:type="spellStart"/>
      <w:r>
        <w:t>këtë</w:t>
      </w:r>
      <w:proofErr w:type="spellEnd"/>
      <w:r>
        <w:t xml:space="preserve"> </w:t>
      </w:r>
      <w:proofErr w:type="spellStart"/>
      <w:r>
        <w:t>gjë</w:t>
      </w:r>
      <w:proofErr w:type="spellEnd"/>
      <w:r>
        <w:t xml:space="preserve">, por </w:t>
      </w:r>
      <w:proofErr w:type="spellStart"/>
      <w:r>
        <w:t>nuk</w:t>
      </w:r>
      <w:proofErr w:type="spellEnd"/>
      <w:r>
        <w:t xml:space="preserve"> </w:t>
      </w:r>
      <w:proofErr w:type="spellStart"/>
      <w:r>
        <w:t>mund</w:t>
      </w:r>
      <w:proofErr w:type="spellEnd"/>
      <w:r>
        <w:t xml:space="preserve"> </w:t>
      </w:r>
      <w:proofErr w:type="spellStart"/>
      <w:r>
        <w:t>të</w:t>
      </w:r>
      <w:proofErr w:type="spellEnd"/>
      <w:r>
        <w:t xml:space="preserve"> </w:t>
      </w:r>
      <w:proofErr w:type="spellStart"/>
      <w:r>
        <w:t>marrim</w:t>
      </w:r>
      <w:proofErr w:type="spellEnd"/>
      <w:r>
        <w:t xml:space="preserve"> </w:t>
      </w:r>
      <w:proofErr w:type="spellStart"/>
      <w:r>
        <w:t>përgjigje</w:t>
      </w:r>
      <w:proofErr w:type="spellEnd"/>
      <w:r>
        <w:t xml:space="preserve"> </w:t>
      </w:r>
      <w:proofErr w:type="spellStart"/>
      <w:r>
        <w:t>dyfishe</w:t>
      </w:r>
      <w:proofErr w:type="spellEnd"/>
      <w:r>
        <w:t xml:space="preserve"> </w:t>
      </w:r>
      <w:proofErr w:type="spellStart"/>
      <w:r>
        <w:t>nga</w:t>
      </w:r>
      <w:proofErr w:type="spellEnd"/>
      <w:r>
        <w:t xml:space="preserve"> </w:t>
      </w:r>
      <w:proofErr w:type="spellStart"/>
      <w:r>
        <w:t>dy</w:t>
      </w:r>
      <w:proofErr w:type="spellEnd"/>
      <w:r>
        <w:t xml:space="preserve"> persona </w:t>
      </w:r>
      <w:proofErr w:type="spellStart"/>
      <w:r>
        <w:t>për</w:t>
      </w:r>
      <w:proofErr w:type="spellEnd"/>
      <w:r>
        <w:t xml:space="preserve"> </w:t>
      </w:r>
      <w:proofErr w:type="spellStart"/>
      <w:r>
        <w:t>të</w:t>
      </w:r>
      <w:proofErr w:type="spellEnd"/>
      <w:r>
        <w:t xml:space="preserve"> </w:t>
      </w:r>
      <w:proofErr w:type="spellStart"/>
      <w:r>
        <w:t>njëjtën</w:t>
      </w:r>
      <w:proofErr w:type="spellEnd"/>
      <w:r>
        <w:t xml:space="preserve"> </w:t>
      </w:r>
      <w:proofErr w:type="spellStart"/>
      <w:r>
        <w:t>pyetje</w:t>
      </w:r>
      <w:proofErr w:type="spellEnd"/>
      <w:r>
        <w:t xml:space="preserve">, se po </w:t>
      </w:r>
      <w:proofErr w:type="spellStart"/>
      <w:r>
        <w:t>i</w:t>
      </w:r>
      <w:proofErr w:type="spellEnd"/>
      <w:r>
        <w:t xml:space="preserve"> </w:t>
      </w:r>
      <w:proofErr w:type="spellStart"/>
      <w:r>
        <w:t>ezaurum</w:t>
      </w:r>
      <w:proofErr w:type="spellEnd"/>
      <w:r>
        <w:t xml:space="preserve"> </w:t>
      </w:r>
      <w:proofErr w:type="spellStart"/>
      <w:r>
        <w:t>tani</w:t>
      </w:r>
      <w:proofErr w:type="spellEnd"/>
      <w:r>
        <w:t xml:space="preserve"> </w:t>
      </w:r>
      <w:proofErr w:type="spellStart"/>
      <w:r>
        <w:t>pyetjet</w:t>
      </w:r>
      <w:proofErr w:type="spellEnd"/>
      <w:r>
        <w:t xml:space="preserve"> </w:t>
      </w:r>
      <w:proofErr w:type="spellStart"/>
      <w:r>
        <w:t>për</w:t>
      </w:r>
      <w:proofErr w:type="spellEnd"/>
      <w:r>
        <w:t xml:space="preserve"> </w:t>
      </w:r>
      <w:proofErr w:type="spellStart"/>
      <w:r>
        <w:t>Shkodrën</w:t>
      </w:r>
      <w:proofErr w:type="spellEnd"/>
      <w:r>
        <w:t xml:space="preserve">. Ne do </w:t>
      </w:r>
      <w:proofErr w:type="spellStart"/>
      <w:r>
        <w:t>vijë</w:t>
      </w:r>
      <w:proofErr w:type="spellEnd"/>
      <w:r>
        <w:t xml:space="preserve"> </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A </w:t>
      </w:r>
      <w:proofErr w:type="spellStart"/>
      <w:r>
        <w:t>kemi</w:t>
      </w:r>
      <w:proofErr w:type="spellEnd"/>
      <w:r>
        <w:t xml:space="preserve"> </w:t>
      </w:r>
      <w:proofErr w:type="spellStart"/>
      <w:r>
        <w:t>të</w:t>
      </w:r>
      <w:proofErr w:type="spellEnd"/>
      <w:r>
        <w:t xml:space="preserve"> </w:t>
      </w:r>
      <w:proofErr w:type="spellStart"/>
      <w:r>
        <w:t>drejtë</w:t>
      </w:r>
      <w:proofErr w:type="spellEnd"/>
      <w:r>
        <w:t xml:space="preserve"> </w:t>
      </w:r>
      <w:proofErr w:type="spellStart"/>
      <w:r>
        <w:t>t'i</w:t>
      </w:r>
      <w:proofErr w:type="spellEnd"/>
      <w:r>
        <w:t xml:space="preserve"> </w:t>
      </w:r>
      <w:proofErr w:type="spellStart"/>
      <w:r>
        <w:t>përsërisim</w:t>
      </w:r>
      <w:proofErr w:type="spellEnd"/>
      <w:r>
        <w:t xml:space="preserve"> </w:t>
      </w:r>
      <w:proofErr w:type="spellStart"/>
      <w:r>
        <w:t>pyetjet</w:t>
      </w:r>
      <w:proofErr w:type="spellEnd"/>
      <w:r>
        <w:t xml:space="preserve">? </w:t>
      </w:r>
      <w:proofErr w:type="spellStart"/>
      <w:r>
        <w:t>Edhe</w:t>
      </w:r>
      <w:proofErr w:type="spellEnd"/>
      <w:r>
        <w:t xml:space="preserve"> </w:t>
      </w:r>
      <w:proofErr w:type="spellStart"/>
      <w:r>
        <w:t>zverdhet</w:t>
      </w:r>
      <w:proofErr w:type="spellEnd"/>
      <w:r>
        <w:t xml:space="preserve">, </w:t>
      </w:r>
      <w:proofErr w:type="spellStart"/>
      <w:r>
        <w:t>edhe</w:t>
      </w:r>
      <w:proofErr w:type="spellEnd"/>
      <w:r>
        <w:t xml:space="preserve"> </w:t>
      </w:r>
      <w:proofErr w:type="spellStart"/>
      <w:r>
        <w:t>edhe</w:t>
      </w:r>
      <w:proofErr w:type="spellEnd"/>
      <w:r>
        <w:t xml:space="preserve"> </w:t>
      </w:r>
      <w:proofErr w:type="spellStart"/>
      <w:r>
        <w:t>dëgjes</w:t>
      </w:r>
      <w:proofErr w:type="spellEnd"/>
      <w:r>
        <w:t xml:space="preserve">, </w:t>
      </w:r>
      <w:proofErr w:type="spellStart"/>
      <w:r>
        <w:t>edhe</w:t>
      </w:r>
      <w:proofErr w:type="spellEnd"/>
      <w:r>
        <w:t xml:space="preserve"> </w:t>
      </w:r>
      <w:proofErr w:type="spellStart"/>
      <w:r>
        <w:t>për</w:t>
      </w:r>
      <w:proofErr w:type="spellEnd"/>
      <w:r>
        <w:t xml:space="preserve"> </w:t>
      </w:r>
      <w:proofErr w:type="spellStart"/>
      <w:r>
        <w:t>interesin</w:t>
      </w:r>
      <w:proofErr w:type="spellEnd"/>
      <w:r>
        <w:t xml:space="preserve"> e </w:t>
      </w:r>
      <w:proofErr w:type="spellStart"/>
      <w:r>
        <w:t>publikut</w:t>
      </w:r>
      <w:proofErr w:type="spellEnd"/>
      <w:r>
        <w:t xml:space="preserve">. </w:t>
      </w:r>
      <w:proofErr w:type="spellStart"/>
      <w:r>
        <w:t>Pra</w:t>
      </w:r>
      <w:proofErr w:type="spellEnd"/>
      <w:r>
        <w:t xml:space="preserve">, </w:t>
      </w:r>
      <w:proofErr w:type="spellStart"/>
      <w:r>
        <w:t>të</w:t>
      </w:r>
      <w:proofErr w:type="spellEnd"/>
      <w:r>
        <w:t xml:space="preserve"> </w:t>
      </w:r>
      <w:proofErr w:type="spellStart"/>
      <w:r>
        <w:t>jemi</w:t>
      </w:r>
      <w:proofErr w:type="spellEnd"/>
      <w:r>
        <w:t xml:space="preserve"> </w:t>
      </w:r>
      <w:proofErr w:type="spellStart"/>
      <w:r>
        <w:t>pak</w:t>
      </w:r>
      <w:proofErr w:type="spellEnd"/>
      <w:r>
        <w:t xml:space="preserve"> </w:t>
      </w:r>
      <w:proofErr w:type="spellStart"/>
      <w:r>
        <w:t>edhe</w:t>
      </w:r>
      <w:proofErr w:type="spellEnd"/>
      <w:r>
        <w:t xml:space="preserve"> ne </w:t>
      </w:r>
      <w:proofErr w:type="spellStart"/>
      <w:r>
        <w:t>selektivë</w:t>
      </w:r>
      <w:proofErr w:type="spellEnd"/>
      <w:r>
        <w:t xml:space="preserve"> </w:t>
      </w:r>
      <w:proofErr w:type="spellStart"/>
      <w:r>
        <w:t>në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të</w:t>
      </w:r>
      <w:proofErr w:type="spellEnd"/>
      <w:r>
        <w:t xml:space="preserve"> </w:t>
      </w:r>
      <w:proofErr w:type="spellStart"/>
      <w:r>
        <w:t>punës</w:t>
      </w:r>
      <w:proofErr w:type="spellEnd"/>
      <w:r>
        <w:t xml:space="preserve">. </w:t>
      </w:r>
      <w:proofErr w:type="spellStart"/>
      <w:r>
        <w:t>Unë</w:t>
      </w:r>
      <w:proofErr w:type="spellEnd"/>
      <w:r>
        <w:t xml:space="preserve"> </w:t>
      </w:r>
      <w:proofErr w:type="spellStart"/>
      <w:r>
        <w:t>kështu</w:t>
      </w:r>
      <w:proofErr w:type="spellEnd"/>
      <w:r>
        <w:t xml:space="preserve"> </w:t>
      </w:r>
      <w:proofErr w:type="spellStart"/>
      <w:r>
        <w:t>mendoj</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përçuar</w:t>
      </w:r>
      <w:proofErr w:type="spellEnd"/>
      <w:r>
        <w:t xml:space="preserve"> </w:t>
      </w:r>
      <w:proofErr w:type="spellStart"/>
      <w:r>
        <w:t>këtë</w:t>
      </w:r>
      <w:proofErr w:type="spellEnd"/>
      <w:r>
        <w:t xml:space="preserve"> </w:t>
      </w:r>
      <w:proofErr w:type="spellStart"/>
      <w:r>
        <w:t>pikë</w:t>
      </w:r>
      <w:proofErr w:type="spellEnd"/>
      <w:r>
        <w:t xml:space="preserve">, </w:t>
      </w:r>
    </w:p>
    <w:p w14:paraId="0E21DEA5" w14:textId="77777777" w:rsidR="002A0529" w:rsidRDefault="002A0529" w:rsidP="002A0529">
      <w:proofErr w:type="spellStart"/>
      <w:r>
        <w:rPr>
          <w:b/>
        </w:rPr>
        <w:lastRenderedPageBreak/>
        <w:t>Arbjan</w:t>
      </w:r>
      <w:proofErr w:type="spellEnd"/>
      <w:r>
        <w:rPr>
          <w:b/>
        </w:rPr>
        <w:t xml:space="preserve"> </w:t>
      </w:r>
      <w:proofErr w:type="spellStart"/>
      <w:r>
        <w:rPr>
          <w:b/>
        </w:rPr>
        <w:t>Mazniku</w:t>
      </w:r>
      <w:proofErr w:type="spellEnd"/>
      <w:r>
        <w:rPr>
          <w:b/>
        </w:rPr>
        <w:t>:</w:t>
      </w:r>
    </w:p>
    <w:p w14:paraId="33AA0359" w14:textId="77777777" w:rsidR="002A0529" w:rsidRDefault="002A0529" w:rsidP="00AB182B">
      <w:proofErr w:type="spellStart"/>
      <w:r>
        <w:t>E</w:t>
      </w:r>
      <w:r w:rsidR="00AB182B">
        <w:t>dhe</w:t>
      </w:r>
      <w:proofErr w:type="spellEnd"/>
      <w:r w:rsidR="00AB182B">
        <w:t xml:space="preserve"> </w:t>
      </w:r>
      <w:proofErr w:type="spellStart"/>
      <w:r w:rsidR="00AB182B">
        <w:t>për</w:t>
      </w:r>
      <w:proofErr w:type="spellEnd"/>
      <w:r w:rsidR="00AB182B">
        <w:t xml:space="preserve"> </w:t>
      </w:r>
      <w:proofErr w:type="spellStart"/>
      <w:r w:rsidR="00AB182B">
        <w:t>kryetarin</w:t>
      </w:r>
      <w:proofErr w:type="spellEnd"/>
      <w:r w:rsidR="00AB182B">
        <w:t xml:space="preserve"> e </w:t>
      </w:r>
      <w:proofErr w:type="spellStart"/>
      <w:r w:rsidR="00AB182B">
        <w:t>bashkisë</w:t>
      </w:r>
      <w:proofErr w:type="spellEnd"/>
      <w:r w:rsidR="00AB182B">
        <w:t xml:space="preserve">, </w:t>
      </w:r>
      <w:proofErr w:type="spellStart"/>
      <w:r w:rsidR="00AB182B">
        <w:t>ëh</w:t>
      </w:r>
      <w:proofErr w:type="spellEnd"/>
      <w:r w:rsidR="00AB182B">
        <w:t xml:space="preserve">, jo </w:t>
      </w:r>
      <w:proofErr w:type="spellStart"/>
      <w:r w:rsidR="00AB182B">
        <w:t>përveç</w:t>
      </w:r>
      <w:proofErr w:type="spellEnd"/>
      <w:r w:rsidR="00AB182B">
        <w:t xml:space="preserve"> </w:t>
      </w:r>
      <w:proofErr w:type="spellStart"/>
      <w:r w:rsidR="00AB182B">
        <w:t>Fierit</w:t>
      </w:r>
      <w:proofErr w:type="spellEnd"/>
      <w:r w:rsidR="00AB182B">
        <w:t xml:space="preserve">, por </w:t>
      </w:r>
      <w:proofErr w:type="spellStart"/>
      <w:r w:rsidR="00AB182B">
        <w:t>për</w:t>
      </w:r>
      <w:proofErr w:type="spellEnd"/>
      <w:r w:rsidR="00AB182B">
        <w:t xml:space="preserve"> </w:t>
      </w:r>
      <w:proofErr w:type="spellStart"/>
      <w:r w:rsidR="00AB182B">
        <w:t>kryetarin</w:t>
      </w:r>
      <w:proofErr w:type="spellEnd"/>
      <w:r w:rsidR="00AB182B">
        <w:t xml:space="preserve"> e </w:t>
      </w:r>
      <w:proofErr w:type="spellStart"/>
      <w:r w:rsidR="00AB182B">
        <w:t>bashkisë</w:t>
      </w:r>
      <w:proofErr w:type="spellEnd"/>
      <w:r w:rsidR="00AB182B">
        <w:t xml:space="preserve"> </w:t>
      </w:r>
      <w:proofErr w:type="spellStart"/>
      <w:r w:rsidR="00AB182B">
        <w:t>së</w:t>
      </w:r>
      <w:proofErr w:type="spellEnd"/>
      <w:r w:rsidR="00AB182B">
        <w:t xml:space="preserve"> </w:t>
      </w:r>
      <w:proofErr w:type="spellStart"/>
      <w:r w:rsidR="00AB182B">
        <w:t>Ersekës</w:t>
      </w:r>
      <w:proofErr w:type="spellEnd"/>
      <w:r w:rsidR="00AB182B">
        <w:t xml:space="preserve">, </w:t>
      </w:r>
      <w:proofErr w:type="spellStart"/>
      <w:r w:rsidR="00AB182B">
        <w:t>që</w:t>
      </w:r>
      <w:proofErr w:type="spellEnd"/>
      <w:r w:rsidR="00AB182B">
        <w:t xml:space="preserve"> ne </w:t>
      </w:r>
      <w:proofErr w:type="spellStart"/>
      <w:r w:rsidR="00AB182B">
        <w:t>lejuam</w:t>
      </w:r>
      <w:proofErr w:type="spellEnd"/>
      <w:r w:rsidR="00AB182B">
        <w:t xml:space="preserve"> </w:t>
      </w:r>
      <w:proofErr w:type="spellStart"/>
      <w:r w:rsidR="00AB182B">
        <w:t>që</w:t>
      </w:r>
      <w:proofErr w:type="spellEnd"/>
      <w:r w:rsidR="00AB182B">
        <w:t xml:space="preserve"> </w:t>
      </w:r>
      <w:proofErr w:type="spellStart"/>
      <w:r w:rsidR="00AB182B">
        <w:t>të</w:t>
      </w:r>
      <w:proofErr w:type="spellEnd"/>
      <w:r w:rsidR="00AB182B">
        <w:t xml:space="preserve"> </w:t>
      </w:r>
      <w:proofErr w:type="spellStart"/>
      <w:r w:rsidR="00AB182B">
        <w:t>flasin</w:t>
      </w:r>
      <w:proofErr w:type="spellEnd"/>
      <w:r w:rsidR="00AB182B">
        <w:t xml:space="preserve"> </w:t>
      </w:r>
      <w:proofErr w:type="spellStart"/>
      <w:r w:rsidR="00AB182B">
        <w:t>nënkryetarë</w:t>
      </w:r>
      <w:proofErr w:type="spellEnd"/>
      <w:r w:rsidR="00AB182B">
        <w:t xml:space="preserve"> </w:t>
      </w:r>
      <w:proofErr w:type="spellStart"/>
      <w:r w:rsidR="00AB182B">
        <w:t>atë</w:t>
      </w:r>
      <w:proofErr w:type="spellEnd"/>
      <w:r w:rsidR="00AB182B">
        <w:t xml:space="preserve"> </w:t>
      </w:r>
      <w:proofErr w:type="spellStart"/>
      <w:r w:rsidR="00AB182B">
        <w:t>ditë</w:t>
      </w:r>
      <w:proofErr w:type="spellEnd"/>
      <w:r w:rsidR="00AB182B">
        <w:t xml:space="preserve">, </w:t>
      </w:r>
      <w:proofErr w:type="spellStart"/>
      <w:r w:rsidR="00AB182B">
        <w:t>i</w:t>
      </w:r>
      <w:proofErr w:type="spellEnd"/>
      <w:r w:rsidR="00AB182B">
        <w:t xml:space="preserve"> </w:t>
      </w:r>
      <w:proofErr w:type="spellStart"/>
      <w:r w:rsidR="00AB182B">
        <w:t>kemi</w:t>
      </w:r>
      <w:proofErr w:type="spellEnd"/>
      <w:r w:rsidR="00AB182B">
        <w:t xml:space="preserve"> </w:t>
      </w:r>
      <w:proofErr w:type="spellStart"/>
      <w:r w:rsidR="00AB182B">
        <w:t>kërkuar</w:t>
      </w:r>
      <w:proofErr w:type="spellEnd"/>
      <w:r w:rsidR="00AB182B">
        <w:t xml:space="preserve"> </w:t>
      </w:r>
      <w:proofErr w:type="spellStart"/>
      <w:r w:rsidR="00AB182B">
        <w:t>sërish</w:t>
      </w:r>
      <w:proofErr w:type="spellEnd"/>
      <w:r w:rsidR="00AB182B">
        <w:t xml:space="preserve"> </w:t>
      </w:r>
      <w:proofErr w:type="spellStart"/>
      <w:r w:rsidR="00AB182B">
        <w:t>kryetarit</w:t>
      </w:r>
      <w:proofErr w:type="spellEnd"/>
      <w:r w:rsidR="00AB182B">
        <w:t xml:space="preserve"> </w:t>
      </w:r>
      <w:proofErr w:type="spellStart"/>
      <w:r w:rsidR="00AB182B">
        <w:t>të</w:t>
      </w:r>
      <w:proofErr w:type="spellEnd"/>
      <w:r w:rsidR="00AB182B">
        <w:t xml:space="preserve"> </w:t>
      </w:r>
      <w:proofErr w:type="spellStart"/>
      <w:r w:rsidR="00AB182B">
        <w:t>jetë</w:t>
      </w:r>
      <w:proofErr w:type="spellEnd"/>
      <w:r w:rsidR="00AB182B">
        <w:t xml:space="preserve"> </w:t>
      </w:r>
      <w:proofErr w:type="spellStart"/>
      <w:r w:rsidR="00AB182B">
        <w:t>prezent</w:t>
      </w:r>
      <w:proofErr w:type="spellEnd"/>
      <w:r w:rsidR="00AB182B">
        <w:t xml:space="preserve">. </w:t>
      </w:r>
      <w:proofErr w:type="spellStart"/>
      <w:r w:rsidR="00AB182B">
        <w:t>Pra</w:t>
      </w:r>
      <w:proofErr w:type="spellEnd"/>
      <w:r w:rsidR="00AB182B">
        <w:t xml:space="preserve">, </w:t>
      </w:r>
      <w:proofErr w:type="spellStart"/>
      <w:r w:rsidR="00AB182B">
        <w:t>çështja</w:t>
      </w:r>
      <w:proofErr w:type="spellEnd"/>
      <w:r w:rsidR="00AB182B">
        <w:t xml:space="preserve"> </w:t>
      </w:r>
      <w:proofErr w:type="spellStart"/>
      <w:r w:rsidR="00AB182B">
        <w:t>është</w:t>
      </w:r>
      <w:proofErr w:type="spellEnd"/>
      <w:r w:rsidR="00AB182B">
        <w:t xml:space="preserve"> </w:t>
      </w:r>
      <w:proofErr w:type="spellStart"/>
      <w:r w:rsidR="00AB182B">
        <w:t>dhe</w:t>
      </w:r>
      <w:proofErr w:type="spellEnd"/>
      <w:r w:rsidR="00AB182B">
        <w:t xml:space="preserve"> </w:t>
      </w:r>
      <w:proofErr w:type="spellStart"/>
      <w:r w:rsidR="00AB182B">
        <w:t>atë</w:t>
      </w:r>
      <w:proofErr w:type="spellEnd"/>
      <w:r w:rsidR="00AB182B">
        <w:t xml:space="preserve"> </w:t>
      </w:r>
      <w:proofErr w:type="spellStart"/>
      <w:r w:rsidR="00AB182B">
        <w:t>ditë</w:t>
      </w:r>
      <w:proofErr w:type="spellEnd"/>
      <w:r w:rsidR="00AB182B">
        <w:t xml:space="preserve"> </w:t>
      </w:r>
      <w:proofErr w:type="spellStart"/>
      <w:r w:rsidR="00AB182B">
        <w:t>që</w:t>
      </w:r>
      <w:proofErr w:type="spellEnd"/>
      <w:r w:rsidR="00AB182B">
        <w:t xml:space="preserve"> e </w:t>
      </w:r>
      <w:proofErr w:type="spellStart"/>
      <w:r w:rsidR="00AB182B">
        <w:t>bëmë</w:t>
      </w:r>
      <w:proofErr w:type="spellEnd"/>
      <w:r w:rsidR="00AB182B">
        <w:t xml:space="preserve"> </w:t>
      </w:r>
      <w:proofErr w:type="spellStart"/>
      <w:r w:rsidR="00AB182B">
        <w:t>atë</w:t>
      </w:r>
      <w:proofErr w:type="spellEnd"/>
      <w:r w:rsidR="00AB182B">
        <w:t xml:space="preserve"> </w:t>
      </w:r>
      <w:proofErr w:type="spellStart"/>
      <w:r w:rsidR="00AB182B">
        <w:t>gjë</w:t>
      </w:r>
      <w:proofErr w:type="spellEnd"/>
      <w:r w:rsidR="00AB182B">
        <w:t xml:space="preserve">, </w:t>
      </w:r>
      <w:proofErr w:type="spellStart"/>
      <w:r w:rsidR="00AB182B">
        <w:t>sepse</w:t>
      </w:r>
      <w:proofErr w:type="spellEnd"/>
      <w:r w:rsidR="00AB182B">
        <w:t xml:space="preserve"> </w:t>
      </w:r>
      <w:proofErr w:type="spellStart"/>
      <w:r w:rsidR="00AB182B">
        <w:t>ishte</w:t>
      </w:r>
      <w:proofErr w:type="spellEnd"/>
      <w:r w:rsidR="00AB182B">
        <w:t xml:space="preserve"> </w:t>
      </w:r>
      <w:proofErr w:type="spellStart"/>
      <w:r w:rsidR="00AB182B">
        <w:t>situata</w:t>
      </w:r>
      <w:proofErr w:type="spellEnd"/>
      <w:r w:rsidR="00AB182B">
        <w:t xml:space="preserve"> e </w:t>
      </w:r>
      <w:proofErr w:type="spellStart"/>
      <w:r w:rsidR="00AB182B">
        <w:t>tillë</w:t>
      </w:r>
      <w:proofErr w:type="spellEnd"/>
      <w:r w:rsidR="00AB182B">
        <w:t xml:space="preserve">, </w:t>
      </w:r>
      <w:proofErr w:type="spellStart"/>
      <w:r w:rsidR="00AB182B">
        <w:t>ishte</w:t>
      </w:r>
      <w:proofErr w:type="spellEnd"/>
      <w:r w:rsidR="00AB182B">
        <w:t xml:space="preserve"> e para, </w:t>
      </w:r>
      <w:proofErr w:type="spellStart"/>
      <w:r w:rsidR="00AB182B">
        <w:t>dhe</w:t>
      </w:r>
      <w:proofErr w:type="spellEnd"/>
      <w:r w:rsidR="00AB182B">
        <w:t xml:space="preserve"> </w:t>
      </w:r>
      <w:proofErr w:type="spellStart"/>
      <w:r w:rsidR="00AB182B">
        <w:t>aty</w:t>
      </w:r>
      <w:proofErr w:type="spellEnd"/>
      <w:r w:rsidR="00AB182B">
        <w:t xml:space="preserve"> </w:t>
      </w:r>
      <w:proofErr w:type="spellStart"/>
      <w:r w:rsidR="00AB182B">
        <w:t>kemi</w:t>
      </w:r>
      <w:proofErr w:type="spellEnd"/>
      <w:r w:rsidR="00AB182B">
        <w:t xml:space="preserve"> </w:t>
      </w:r>
      <w:proofErr w:type="spellStart"/>
      <w:r w:rsidR="00AB182B">
        <w:t>kërkuar</w:t>
      </w:r>
      <w:proofErr w:type="spellEnd"/>
      <w:r w:rsidR="00AB182B">
        <w:t xml:space="preserve"> </w:t>
      </w:r>
      <w:proofErr w:type="spellStart"/>
      <w:r w:rsidR="00AB182B">
        <w:t>që</w:t>
      </w:r>
      <w:proofErr w:type="spellEnd"/>
      <w:r w:rsidR="00AB182B">
        <w:t xml:space="preserve"> </w:t>
      </w:r>
      <w:proofErr w:type="spellStart"/>
      <w:r w:rsidR="00AB182B">
        <w:t>të</w:t>
      </w:r>
      <w:proofErr w:type="spellEnd"/>
      <w:r w:rsidR="00AB182B">
        <w:t xml:space="preserve"> </w:t>
      </w:r>
      <w:proofErr w:type="spellStart"/>
      <w:r w:rsidR="00AB182B">
        <w:t>jetë</w:t>
      </w:r>
      <w:proofErr w:type="spellEnd"/>
      <w:r w:rsidR="00AB182B">
        <w:t xml:space="preserve"> </w:t>
      </w:r>
      <w:proofErr w:type="spellStart"/>
      <w:r w:rsidR="00AB182B">
        <w:t>në</w:t>
      </w:r>
      <w:proofErr w:type="spellEnd"/>
      <w:r w:rsidR="00AB182B">
        <w:t xml:space="preserve"> </w:t>
      </w:r>
      <w:proofErr w:type="spellStart"/>
      <w:r w:rsidR="00AB182B">
        <w:t>prezenca</w:t>
      </w:r>
      <w:proofErr w:type="spellEnd"/>
      <w:r w:rsidR="00AB182B">
        <w:t xml:space="preserve"> e </w:t>
      </w:r>
      <w:proofErr w:type="spellStart"/>
      <w:r w:rsidR="00AB182B">
        <w:t>kryetarit</w:t>
      </w:r>
      <w:proofErr w:type="spellEnd"/>
      <w:r w:rsidR="00AB182B">
        <w:t xml:space="preserve"> </w:t>
      </w:r>
      <w:proofErr w:type="spellStart"/>
      <w:r w:rsidR="00AB182B">
        <w:t>në</w:t>
      </w:r>
      <w:proofErr w:type="spellEnd"/>
      <w:r w:rsidR="00AB182B">
        <w:t xml:space="preserve"> </w:t>
      </w:r>
      <w:proofErr w:type="spellStart"/>
      <w:r w:rsidR="00AB182B">
        <w:t>takimin</w:t>
      </w:r>
      <w:proofErr w:type="spellEnd"/>
      <w:r w:rsidR="00AB182B">
        <w:t xml:space="preserve"> </w:t>
      </w:r>
      <w:proofErr w:type="spellStart"/>
      <w:r w:rsidR="00AB182B">
        <w:t>tjetër</w:t>
      </w:r>
      <w:proofErr w:type="spellEnd"/>
      <w:r w:rsidR="00AB182B">
        <w:t xml:space="preserve">. </w:t>
      </w:r>
      <w:proofErr w:type="spellStart"/>
      <w:r w:rsidR="00AB182B">
        <w:t>Kështu</w:t>
      </w:r>
      <w:proofErr w:type="spellEnd"/>
      <w:r w:rsidR="00AB182B">
        <w:t xml:space="preserve"> </w:t>
      </w:r>
      <w:proofErr w:type="spellStart"/>
      <w:r w:rsidR="00AB182B">
        <w:t>që</w:t>
      </w:r>
      <w:proofErr w:type="spellEnd"/>
      <w:r w:rsidR="00AB182B">
        <w:t xml:space="preserve"> </w:t>
      </w:r>
      <w:proofErr w:type="spellStart"/>
      <w:r w:rsidR="00AB182B">
        <w:t>thjesht</w:t>
      </w:r>
      <w:proofErr w:type="spellEnd"/>
      <w:r w:rsidR="00AB182B">
        <w:t xml:space="preserve"> </w:t>
      </w:r>
      <w:proofErr w:type="spellStart"/>
      <w:r w:rsidR="00AB182B">
        <w:t>për</w:t>
      </w:r>
      <w:proofErr w:type="spellEnd"/>
      <w:r w:rsidR="00AB182B">
        <w:t xml:space="preserve"> </w:t>
      </w:r>
      <w:proofErr w:type="spellStart"/>
      <w:r w:rsidR="00AB182B">
        <w:t>t'i</w:t>
      </w:r>
      <w:proofErr w:type="spellEnd"/>
      <w:r w:rsidR="00AB182B">
        <w:t xml:space="preserve"> </w:t>
      </w:r>
      <w:proofErr w:type="spellStart"/>
      <w:r w:rsidR="00AB182B">
        <w:t>shtuar</w:t>
      </w:r>
      <w:proofErr w:type="spellEnd"/>
      <w:r w:rsidR="00AB182B">
        <w:t xml:space="preserve"> </w:t>
      </w:r>
      <w:proofErr w:type="spellStart"/>
      <w:r w:rsidR="00AB182B">
        <w:t>këtij</w:t>
      </w:r>
      <w:proofErr w:type="spellEnd"/>
      <w:r w:rsidR="00AB182B">
        <w:t xml:space="preserve"> </w:t>
      </w:r>
      <w:proofErr w:type="spellStart"/>
      <w:r w:rsidR="00AB182B">
        <w:t>argumenti</w:t>
      </w:r>
      <w:proofErr w:type="spellEnd"/>
      <w:r w:rsidR="00AB182B">
        <w:t xml:space="preserve"> </w:t>
      </w:r>
      <w:proofErr w:type="spellStart"/>
      <w:r w:rsidR="00AB182B">
        <w:t>një</w:t>
      </w:r>
      <w:proofErr w:type="spellEnd"/>
      <w:r w:rsidR="00AB182B">
        <w:t xml:space="preserve"> </w:t>
      </w:r>
      <w:proofErr w:type="spellStart"/>
      <w:r w:rsidR="00AB182B">
        <w:t>gjë</w:t>
      </w:r>
      <w:proofErr w:type="spellEnd"/>
      <w:r w:rsidR="00AB182B">
        <w:t xml:space="preserve">. </w:t>
      </w:r>
    </w:p>
    <w:p w14:paraId="492126D3" w14:textId="77777777" w:rsidR="002A0529" w:rsidRDefault="002A0529" w:rsidP="002A0529">
      <w:proofErr w:type="spellStart"/>
      <w:r>
        <w:rPr>
          <w:b/>
        </w:rPr>
        <w:t>Luçiano</w:t>
      </w:r>
      <w:proofErr w:type="spellEnd"/>
      <w:r>
        <w:rPr>
          <w:b/>
        </w:rPr>
        <w:t xml:space="preserve"> </w:t>
      </w:r>
      <w:proofErr w:type="spellStart"/>
      <w:r>
        <w:rPr>
          <w:b/>
        </w:rPr>
        <w:t>Boçi</w:t>
      </w:r>
      <w:proofErr w:type="spellEnd"/>
      <w:r>
        <w:rPr>
          <w:b/>
        </w:rPr>
        <w:t>:</w:t>
      </w:r>
    </w:p>
    <w:p w14:paraId="517149DA" w14:textId="77777777" w:rsidR="002A0529" w:rsidRDefault="00AB182B" w:rsidP="00AB182B">
      <w:r>
        <w:t xml:space="preserve">Po, </w:t>
      </w:r>
      <w:proofErr w:type="spellStart"/>
      <w:r>
        <w:t>pra</w:t>
      </w:r>
      <w:proofErr w:type="spellEnd"/>
      <w:r>
        <w:t xml:space="preserve">, po, </w:t>
      </w:r>
      <w:proofErr w:type="spellStart"/>
      <w:r>
        <w:t>vazhdoj</w:t>
      </w:r>
      <w:proofErr w:type="spellEnd"/>
      <w:r>
        <w:t xml:space="preserve"> me </w:t>
      </w:r>
      <w:proofErr w:type="spellStart"/>
      <w:r>
        <w:t>këto</w:t>
      </w:r>
      <w:proofErr w:type="spellEnd"/>
      <w:r>
        <w:t xml:space="preserve">. </w:t>
      </w:r>
      <w:proofErr w:type="spellStart"/>
      <w:r>
        <w:t>Edhe</w:t>
      </w:r>
      <w:proofErr w:type="spellEnd"/>
      <w:r>
        <w:t xml:space="preserve">, </w:t>
      </w:r>
      <w:proofErr w:type="spellStart"/>
      <w:r>
        <w:t>ëh</w:t>
      </w:r>
      <w:proofErr w:type="spellEnd"/>
      <w:r>
        <w:t xml:space="preserve">, ka </w:t>
      </w:r>
      <w:proofErr w:type="spellStart"/>
      <w:r>
        <w:t>njeri</w:t>
      </w:r>
      <w:proofErr w:type="spellEnd"/>
      <w:r>
        <w:t xml:space="preserve"> </w:t>
      </w:r>
      <w:proofErr w:type="spellStart"/>
      <w:r>
        <w:t>tjetër</w:t>
      </w:r>
      <w:proofErr w:type="spellEnd"/>
      <w:r>
        <w:t xml:space="preserve">? </w:t>
      </w:r>
      <w:proofErr w:type="spellStart"/>
      <w:r>
        <w:t>Ëh</w:t>
      </w:r>
      <w:proofErr w:type="spellEnd"/>
      <w:r>
        <w:t xml:space="preserve">, po, </w:t>
      </w:r>
      <w:proofErr w:type="spellStart"/>
      <w:r>
        <w:t>zonja</w:t>
      </w:r>
      <w:proofErr w:type="spellEnd"/>
      <w:r>
        <w:t xml:space="preserve"> </w:t>
      </w:r>
      <w:proofErr w:type="spellStart"/>
      <w:r>
        <w:t>Bylkbashi</w:t>
      </w:r>
      <w:proofErr w:type="spellEnd"/>
      <w:r>
        <w:t xml:space="preserve">. </w:t>
      </w:r>
    </w:p>
    <w:p w14:paraId="7393866D" w14:textId="77777777" w:rsidR="002A0529" w:rsidRPr="002A0529" w:rsidRDefault="002A0529" w:rsidP="00AB182B">
      <w:pPr>
        <w:rPr>
          <w:b/>
          <w:bCs/>
        </w:rPr>
      </w:pPr>
      <w:r w:rsidRPr="002A0529">
        <w:rPr>
          <w:b/>
          <w:bCs/>
        </w:rPr>
        <w:t>Aulona Bylykbashi:</w:t>
      </w:r>
    </w:p>
    <w:p w14:paraId="2967F18C" w14:textId="77777777" w:rsidR="00FA588D" w:rsidRDefault="00AB182B" w:rsidP="00AB182B">
      <w:proofErr w:type="spellStart"/>
      <w:r>
        <w:t>Faleminderit</w:t>
      </w:r>
      <w:proofErr w:type="spellEnd"/>
      <w:r>
        <w:t xml:space="preserve">. </w:t>
      </w:r>
      <w:proofErr w:type="spellStart"/>
      <w:r>
        <w:t>Meqë</w:t>
      </w:r>
      <w:proofErr w:type="spellEnd"/>
      <w:r>
        <w:t xml:space="preserve"> </w:t>
      </w:r>
      <w:proofErr w:type="spellStart"/>
      <w:r>
        <w:t>besoj</w:t>
      </w:r>
      <w:proofErr w:type="spellEnd"/>
      <w:r>
        <w:t xml:space="preserve"> jam e </w:t>
      </w:r>
      <w:proofErr w:type="spellStart"/>
      <w:r>
        <w:t>fundit</w:t>
      </w:r>
      <w:proofErr w:type="spellEnd"/>
      <w:r>
        <w:t xml:space="preserve"> </w:t>
      </w:r>
      <w:proofErr w:type="spellStart"/>
      <w:r>
        <w:t>nga</w:t>
      </w:r>
      <w:proofErr w:type="spellEnd"/>
      <w:r>
        <w:t xml:space="preserve"> </w:t>
      </w:r>
      <w:proofErr w:type="spellStart"/>
      <w:r>
        <w:t>pyetjet</w:t>
      </w:r>
      <w:proofErr w:type="spellEnd"/>
      <w:r>
        <w:t xml:space="preserve">, do </w:t>
      </w:r>
      <w:proofErr w:type="spellStart"/>
      <w:r>
        <w:t>mundohem</w:t>
      </w:r>
      <w:proofErr w:type="spellEnd"/>
      <w:r>
        <w:t xml:space="preserve"> </w:t>
      </w:r>
      <w:proofErr w:type="spellStart"/>
      <w:r>
        <w:t>të</w:t>
      </w:r>
      <w:proofErr w:type="spellEnd"/>
      <w:r>
        <w:t xml:space="preserve"> </w:t>
      </w:r>
      <w:proofErr w:type="spellStart"/>
      <w:r>
        <w:t>jem</w:t>
      </w:r>
      <w:proofErr w:type="spellEnd"/>
      <w:r>
        <w:t xml:space="preserve"> </w:t>
      </w:r>
      <w:proofErr w:type="spellStart"/>
      <w:r>
        <w:t>shumë</w:t>
      </w:r>
      <w:proofErr w:type="spellEnd"/>
      <w:r>
        <w:t xml:space="preserve"> </w:t>
      </w:r>
      <w:proofErr w:type="spellStart"/>
      <w:r>
        <w:t>koncize</w:t>
      </w:r>
      <w:proofErr w:type="spellEnd"/>
      <w:r>
        <w:t xml:space="preserve"> </w:t>
      </w:r>
      <w:proofErr w:type="spellStart"/>
      <w:r>
        <w:t>dhe</w:t>
      </w:r>
      <w:proofErr w:type="spellEnd"/>
      <w:r>
        <w:t xml:space="preserve"> e </w:t>
      </w:r>
      <w:proofErr w:type="spellStart"/>
      <w:r>
        <w:t>shkurtër</w:t>
      </w:r>
      <w:proofErr w:type="spellEnd"/>
      <w:r>
        <w:t xml:space="preserve">. </w:t>
      </w:r>
      <w:proofErr w:type="spellStart"/>
      <w:r>
        <w:t>Ëh</w:t>
      </w:r>
      <w:proofErr w:type="spellEnd"/>
      <w:r>
        <w:t xml:space="preserve">, </w:t>
      </w:r>
      <w:proofErr w:type="spellStart"/>
      <w:r>
        <w:t>kam</w:t>
      </w:r>
      <w:proofErr w:type="spellEnd"/>
      <w:r>
        <w:t xml:space="preserve"> </w:t>
      </w:r>
      <w:proofErr w:type="spellStart"/>
      <w:r>
        <w:t>një</w:t>
      </w:r>
      <w:proofErr w:type="spellEnd"/>
      <w:r>
        <w:t xml:space="preserve"> </w:t>
      </w:r>
      <w:proofErr w:type="spellStart"/>
      <w:r>
        <w:t>pyetje</w:t>
      </w:r>
      <w:proofErr w:type="spellEnd"/>
      <w:r>
        <w:t xml:space="preserve"> </w:t>
      </w:r>
      <w:proofErr w:type="spellStart"/>
      <w:r>
        <w:t>për</w:t>
      </w:r>
      <w:proofErr w:type="spellEnd"/>
      <w:r>
        <w:t xml:space="preserve"> </w:t>
      </w:r>
      <w:proofErr w:type="spellStart"/>
      <w:r>
        <w:t>kryetarin</w:t>
      </w:r>
      <w:proofErr w:type="spellEnd"/>
      <w:r>
        <w:t xml:space="preserve"> e </w:t>
      </w:r>
      <w:proofErr w:type="spellStart"/>
      <w:r>
        <w:t>Vautdejës</w:t>
      </w:r>
      <w:proofErr w:type="spellEnd"/>
      <w:r>
        <w:t xml:space="preserve">, </w:t>
      </w:r>
      <w:proofErr w:type="spellStart"/>
      <w:r>
        <w:t>atë</w:t>
      </w:r>
      <w:proofErr w:type="spellEnd"/>
      <w:r>
        <w:t xml:space="preserve"> </w:t>
      </w:r>
      <w:proofErr w:type="spellStart"/>
      <w:r>
        <w:t>pyetjen</w:t>
      </w:r>
      <w:proofErr w:type="spellEnd"/>
      <w:r>
        <w:t xml:space="preserve"> </w:t>
      </w:r>
      <w:proofErr w:type="spellStart"/>
      <w:r>
        <w:t>që</w:t>
      </w:r>
      <w:proofErr w:type="spellEnd"/>
      <w:r>
        <w:t xml:space="preserve"> </w:t>
      </w:r>
      <w:proofErr w:type="spellStart"/>
      <w:r>
        <w:t>kishte</w:t>
      </w:r>
      <w:proofErr w:type="spellEnd"/>
      <w:r>
        <w:t xml:space="preserve"> </w:t>
      </w:r>
      <w:proofErr w:type="spellStart"/>
      <w:r>
        <w:t>të</w:t>
      </w:r>
      <w:proofErr w:type="spellEnd"/>
      <w:r>
        <w:t xml:space="preserve"> </w:t>
      </w:r>
      <w:proofErr w:type="spellStart"/>
      <w:r>
        <w:t>bënte</w:t>
      </w:r>
      <w:proofErr w:type="spellEnd"/>
      <w:r>
        <w:t xml:space="preserve"> me </w:t>
      </w:r>
      <w:proofErr w:type="spellStart"/>
      <w:r>
        <w:t>menaxhimin</w:t>
      </w:r>
      <w:proofErr w:type="spellEnd"/>
      <w:r>
        <w:t xml:space="preserve"> e </w:t>
      </w:r>
      <w:proofErr w:type="spellStart"/>
      <w:r>
        <w:t>landfildit</w:t>
      </w:r>
      <w:proofErr w:type="spellEnd"/>
      <w:r>
        <w:t xml:space="preserve">. </w:t>
      </w:r>
      <w:proofErr w:type="spellStart"/>
      <w:r>
        <w:t>Ëh</w:t>
      </w:r>
      <w:proofErr w:type="spellEnd"/>
      <w:r>
        <w:t xml:space="preserve">, </w:t>
      </w:r>
      <w:proofErr w:type="spellStart"/>
      <w:r>
        <w:t>në</w:t>
      </w:r>
      <w:proofErr w:type="spellEnd"/>
      <w:r>
        <w:t xml:space="preserve"> </w:t>
      </w:r>
      <w:proofErr w:type="spellStart"/>
      <w:r>
        <w:t>totalin</w:t>
      </w:r>
      <w:proofErr w:type="spellEnd"/>
      <w:r>
        <w:t xml:space="preserve"> e </w:t>
      </w:r>
      <w:proofErr w:type="spellStart"/>
      <w:r>
        <w:t>kostove</w:t>
      </w:r>
      <w:proofErr w:type="spellEnd"/>
      <w:r>
        <w:t xml:space="preserve"> </w:t>
      </w:r>
      <w:proofErr w:type="spellStart"/>
      <w:r>
        <w:t>për</w:t>
      </w:r>
      <w:proofErr w:type="spellEnd"/>
      <w:r>
        <w:t xml:space="preserve"> </w:t>
      </w:r>
      <w:proofErr w:type="spellStart"/>
      <w:r>
        <w:t>menaxhimin</w:t>
      </w:r>
      <w:proofErr w:type="spellEnd"/>
      <w:r>
        <w:t xml:space="preserve"> e </w:t>
      </w:r>
      <w:proofErr w:type="spellStart"/>
      <w:r>
        <w:t>landfildit</w:t>
      </w:r>
      <w:proofErr w:type="spellEnd"/>
      <w:r>
        <w:t xml:space="preserve">, </w:t>
      </w:r>
      <w:proofErr w:type="spellStart"/>
      <w:r>
        <w:t>sa</w:t>
      </w:r>
      <w:proofErr w:type="spellEnd"/>
      <w:r>
        <w:t xml:space="preserve"> </w:t>
      </w:r>
      <w:proofErr w:type="spellStart"/>
      <w:r>
        <w:t>përqind</w:t>
      </w:r>
      <w:proofErr w:type="spellEnd"/>
      <w:r>
        <w:t xml:space="preserve"> </w:t>
      </w:r>
      <w:proofErr w:type="spellStart"/>
      <w:r>
        <w:t>zë</w:t>
      </w:r>
      <w:proofErr w:type="spellEnd"/>
      <w:r>
        <w:t xml:space="preserve"> </w:t>
      </w:r>
      <w:proofErr w:type="spellStart"/>
      <w:r>
        <w:t>transferta</w:t>
      </w:r>
      <w:proofErr w:type="spellEnd"/>
      <w:r>
        <w:t xml:space="preserve"> e </w:t>
      </w:r>
      <w:proofErr w:type="spellStart"/>
      <w:r>
        <w:t>qeverisë</w:t>
      </w:r>
      <w:proofErr w:type="spellEnd"/>
      <w:r>
        <w:t xml:space="preserve"> </w:t>
      </w:r>
      <w:proofErr w:type="spellStart"/>
      <w:r>
        <w:t>dhe</w:t>
      </w:r>
      <w:proofErr w:type="spellEnd"/>
      <w:r>
        <w:t xml:space="preserve"> </w:t>
      </w:r>
      <w:proofErr w:type="spellStart"/>
      <w:r>
        <w:t>sa</w:t>
      </w:r>
      <w:proofErr w:type="spellEnd"/>
      <w:r>
        <w:t xml:space="preserve"> </w:t>
      </w:r>
      <w:proofErr w:type="spellStart"/>
      <w:r>
        <w:t>përqind</w:t>
      </w:r>
      <w:proofErr w:type="spellEnd"/>
      <w:r>
        <w:t xml:space="preserve"> </w:t>
      </w:r>
      <w:proofErr w:type="spellStart"/>
      <w:r>
        <w:t>mbulohet</w:t>
      </w:r>
      <w:proofErr w:type="spellEnd"/>
      <w:r>
        <w:t xml:space="preserve"> </w:t>
      </w:r>
      <w:proofErr w:type="spellStart"/>
      <w:r>
        <w:t>nga</w:t>
      </w:r>
      <w:proofErr w:type="spellEnd"/>
      <w:r>
        <w:t xml:space="preserve"> </w:t>
      </w:r>
      <w:proofErr w:type="spellStart"/>
      <w:r>
        <w:t>të</w:t>
      </w:r>
      <w:proofErr w:type="spellEnd"/>
      <w:r>
        <w:t xml:space="preserve"> </w:t>
      </w:r>
      <w:proofErr w:type="spellStart"/>
      <w:r>
        <w:t>ardhurat</w:t>
      </w:r>
      <w:proofErr w:type="spellEnd"/>
      <w:r>
        <w:t xml:space="preserve"> </w:t>
      </w:r>
      <w:proofErr w:type="spellStart"/>
      <w:r>
        <w:t>tuaja</w:t>
      </w:r>
      <w:proofErr w:type="spellEnd"/>
      <w:r>
        <w:t xml:space="preserve">? </w:t>
      </w:r>
      <w:proofErr w:type="spellStart"/>
      <w:r>
        <w:t>Ishte</w:t>
      </w:r>
      <w:proofErr w:type="spellEnd"/>
      <w:r>
        <w:t xml:space="preserve"> </w:t>
      </w:r>
      <w:proofErr w:type="spellStart"/>
      <w:r>
        <w:t>pyetja</w:t>
      </w:r>
      <w:proofErr w:type="spellEnd"/>
      <w:r>
        <w:t xml:space="preserve"> </w:t>
      </w:r>
      <w:proofErr w:type="spellStart"/>
      <w:r>
        <w:t>për</w:t>
      </w:r>
      <w:proofErr w:type="spellEnd"/>
      <w:r>
        <w:t xml:space="preserve"> </w:t>
      </w:r>
      <w:proofErr w:type="spellStart"/>
      <w:r>
        <w:t>ju</w:t>
      </w:r>
      <w:proofErr w:type="spellEnd"/>
      <w:r>
        <w:t xml:space="preserve">. </w:t>
      </w:r>
      <w:proofErr w:type="spellStart"/>
      <w:r>
        <w:t>Për</w:t>
      </w:r>
      <w:proofErr w:type="spellEnd"/>
      <w:r>
        <w:t xml:space="preserve"> </w:t>
      </w:r>
      <w:proofErr w:type="spellStart"/>
      <w:r>
        <w:t>kryetarin</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kam</w:t>
      </w:r>
      <w:proofErr w:type="spellEnd"/>
      <w:r>
        <w:t xml:space="preserve"> </w:t>
      </w:r>
      <w:proofErr w:type="spellStart"/>
      <w:r>
        <w:t>një</w:t>
      </w:r>
      <w:proofErr w:type="spellEnd"/>
      <w:r>
        <w:t xml:space="preserve"> </w:t>
      </w:r>
      <w:proofErr w:type="spellStart"/>
      <w:r>
        <w:t>pyetje</w:t>
      </w:r>
      <w:proofErr w:type="spellEnd"/>
      <w:r>
        <w:t xml:space="preserve">. </w:t>
      </w:r>
      <w:proofErr w:type="spellStart"/>
      <w:r>
        <w:t>Dëgjova</w:t>
      </w:r>
      <w:proofErr w:type="spellEnd"/>
      <w:r>
        <w:t xml:space="preserve"> </w:t>
      </w:r>
      <w:proofErr w:type="spellStart"/>
      <w:r>
        <w:t>në</w:t>
      </w:r>
      <w:proofErr w:type="spellEnd"/>
      <w:r>
        <w:t xml:space="preserve"> </w:t>
      </w:r>
      <w:proofErr w:type="spellStart"/>
      <w:r>
        <w:t>diskursin</w:t>
      </w:r>
      <w:proofErr w:type="spellEnd"/>
      <w:r>
        <w:t xml:space="preserve"> </w:t>
      </w:r>
      <w:proofErr w:type="spellStart"/>
      <w:r>
        <w:t>tuaj</w:t>
      </w:r>
      <w:proofErr w:type="spellEnd"/>
      <w:r>
        <w:t xml:space="preserve">, </w:t>
      </w:r>
      <w:proofErr w:type="spellStart"/>
      <w:r>
        <w:t>kryetar</w:t>
      </w:r>
      <w:proofErr w:type="spellEnd"/>
      <w:r>
        <w:t xml:space="preserve">, </w:t>
      </w:r>
      <w:proofErr w:type="spellStart"/>
      <w:r>
        <w:t>që</w:t>
      </w:r>
      <w:proofErr w:type="spellEnd"/>
      <w:r>
        <w:t xml:space="preserve"> </w:t>
      </w:r>
      <w:proofErr w:type="spellStart"/>
      <w:r>
        <w:t>përmendët</w:t>
      </w:r>
      <w:proofErr w:type="spellEnd"/>
      <w:r>
        <w:t xml:space="preserve"> </w:t>
      </w:r>
      <w:proofErr w:type="spellStart"/>
      <w:r>
        <w:t>disa</w:t>
      </w:r>
      <w:proofErr w:type="spellEnd"/>
      <w:r>
        <w:t xml:space="preserve"> </w:t>
      </w:r>
      <w:proofErr w:type="spellStart"/>
      <w:r>
        <w:t>herë</w:t>
      </w:r>
      <w:proofErr w:type="spellEnd"/>
      <w:r>
        <w:t xml:space="preserve"> </w:t>
      </w:r>
      <w:proofErr w:type="spellStart"/>
      <w:r>
        <w:t>që</w:t>
      </w:r>
      <w:proofErr w:type="spellEnd"/>
      <w:r>
        <w:t xml:space="preserve"> </w:t>
      </w:r>
      <w:proofErr w:type="spellStart"/>
      <w:r>
        <w:t>ndoshta</w:t>
      </w:r>
      <w:proofErr w:type="spellEnd"/>
      <w:r>
        <w:t xml:space="preserve"> </w:t>
      </w:r>
      <w:proofErr w:type="spellStart"/>
      <w:r>
        <w:t>është</w:t>
      </w:r>
      <w:proofErr w:type="spellEnd"/>
      <w:r>
        <w:t xml:space="preserve"> </w:t>
      </w:r>
      <w:proofErr w:type="spellStart"/>
      <w:r>
        <w:t>më</w:t>
      </w:r>
      <w:proofErr w:type="spellEnd"/>
      <w:r>
        <w:t xml:space="preserve"> </w:t>
      </w:r>
      <w:proofErr w:type="spellStart"/>
      <w:r>
        <w:t>vonë</w:t>
      </w:r>
      <w:proofErr w:type="spellEnd"/>
      <w:r>
        <w:t xml:space="preserve"> </w:t>
      </w:r>
      <w:proofErr w:type="spellStart"/>
      <w:r>
        <w:t>t'ju</w:t>
      </w:r>
      <w:proofErr w:type="spellEnd"/>
      <w:r>
        <w:t xml:space="preserve"> </w:t>
      </w:r>
      <w:proofErr w:type="spellStart"/>
      <w:r>
        <w:t>shtohen</w:t>
      </w:r>
      <w:proofErr w:type="spellEnd"/>
      <w:r>
        <w:t xml:space="preserve"> </w:t>
      </w:r>
      <w:proofErr w:type="spellStart"/>
      <w:r>
        <w:t>kompetencat</w:t>
      </w:r>
      <w:proofErr w:type="spellEnd"/>
      <w:r>
        <w:t xml:space="preserve">, </w:t>
      </w:r>
      <w:proofErr w:type="spellStart"/>
      <w:r>
        <w:t>kështu</w:t>
      </w:r>
      <w:proofErr w:type="spellEnd"/>
      <w:r>
        <w:t xml:space="preserve"> </w:t>
      </w:r>
      <w:proofErr w:type="spellStart"/>
      <w:r>
        <w:t>që</w:t>
      </w:r>
      <w:proofErr w:type="spellEnd"/>
      <w:r>
        <w:t xml:space="preserve"> do </w:t>
      </w:r>
      <w:proofErr w:type="spellStart"/>
      <w:r>
        <w:t>kishit</w:t>
      </w:r>
      <w:proofErr w:type="spellEnd"/>
      <w:r>
        <w:t xml:space="preserve"> </w:t>
      </w:r>
      <w:proofErr w:type="spellStart"/>
      <w:r>
        <w:t>mundësi</w:t>
      </w:r>
      <w:proofErr w:type="spellEnd"/>
      <w:r>
        <w:t xml:space="preserve"> </w:t>
      </w:r>
      <w:proofErr w:type="spellStart"/>
      <w:r>
        <w:t>të</w:t>
      </w:r>
      <w:proofErr w:type="spellEnd"/>
      <w:r>
        <w:t xml:space="preserve"> </w:t>
      </w:r>
      <w:proofErr w:type="spellStart"/>
      <w:r>
        <w:t>kishit</w:t>
      </w:r>
      <w:proofErr w:type="spellEnd"/>
      <w:r>
        <w:t xml:space="preserve"> </w:t>
      </w:r>
      <w:proofErr w:type="spellStart"/>
      <w:r>
        <w:t>një</w:t>
      </w:r>
      <w:proofErr w:type="spellEnd"/>
      <w:r>
        <w:t xml:space="preserve"> </w:t>
      </w:r>
      <w:proofErr w:type="spellStart"/>
      <w:r>
        <w:t>performancë</w:t>
      </w:r>
      <w:proofErr w:type="spellEnd"/>
      <w:r>
        <w:t xml:space="preserve"> </w:t>
      </w:r>
      <w:proofErr w:type="spellStart"/>
      <w:r>
        <w:t>më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Në</w:t>
      </w:r>
      <w:proofErr w:type="spellEnd"/>
      <w:r>
        <w:t xml:space="preserve"> </w:t>
      </w:r>
      <w:proofErr w:type="spellStart"/>
      <w:r>
        <w:t>fakt</w:t>
      </w:r>
      <w:proofErr w:type="spellEnd"/>
      <w:r>
        <w:t xml:space="preserve">, </w:t>
      </w:r>
      <w:proofErr w:type="spellStart"/>
      <w:r>
        <w:t>nga</w:t>
      </w:r>
      <w:proofErr w:type="spellEnd"/>
      <w:r>
        <w:t xml:space="preserve"> </w:t>
      </w:r>
      <w:proofErr w:type="spellStart"/>
      <w:r>
        <w:t>një</w:t>
      </w:r>
      <w:proofErr w:type="spellEnd"/>
      <w:r>
        <w:t xml:space="preserve"> </w:t>
      </w:r>
      <w:proofErr w:type="spellStart"/>
      <w:r>
        <w:t>vëzhgim</w:t>
      </w:r>
      <w:proofErr w:type="spellEnd"/>
      <w:r>
        <w:t xml:space="preserve"> </w:t>
      </w:r>
      <w:proofErr w:type="spellStart"/>
      <w:r>
        <w:t>i</w:t>
      </w:r>
      <w:proofErr w:type="spellEnd"/>
      <w:r>
        <w:t xml:space="preserve"> </w:t>
      </w:r>
      <w:proofErr w:type="spellStart"/>
      <w:r>
        <w:t>përgjithshëm</w:t>
      </w:r>
      <w:proofErr w:type="spellEnd"/>
      <w:r>
        <w:t xml:space="preserve"> </w:t>
      </w:r>
      <w:proofErr w:type="spellStart"/>
      <w:r>
        <w:t>i</w:t>
      </w:r>
      <w:proofErr w:type="spellEnd"/>
      <w:r>
        <w:t xml:space="preserve"> </w:t>
      </w:r>
      <w:proofErr w:type="spellStart"/>
      <w:r>
        <w:t>performancës</w:t>
      </w:r>
      <w:proofErr w:type="spellEnd"/>
      <w:r>
        <w:t xml:space="preserve"> </w:t>
      </w:r>
      <w:proofErr w:type="spellStart"/>
      <w:r>
        <w:t>financiare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tuaj</w:t>
      </w:r>
      <w:proofErr w:type="spellEnd"/>
      <w:r>
        <w:t xml:space="preserve"> </w:t>
      </w:r>
      <w:proofErr w:type="spellStart"/>
      <w:r>
        <w:t>vihet</w:t>
      </w:r>
      <w:proofErr w:type="spellEnd"/>
      <w:r>
        <w:t xml:space="preserve"> re </w:t>
      </w:r>
      <w:proofErr w:type="spellStart"/>
      <w:r>
        <w:t>që</w:t>
      </w:r>
      <w:proofErr w:type="spellEnd"/>
      <w:r>
        <w:t xml:space="preserve">, </w:t>
      </w:r>
      <w:proofErr w:type="spellStart"/>
      <w:r>
        <w:t>ëh</w:t>
      </w:r>
      <w:proofErr w:type="spellEnd"/>
      <w:r>
        <w:t xml:space="preserve">, </w:t>
      </w:r>
      <w:proofErr w:type="spellStart"/>
      <w:r>
        <w:t>pjesa</w:t>
      </w:r>
      <w:proofErr w:type="spellEnd"/>
      <w:r>
        <w:t xml:space="preserve"> </w:t>
      </w:r>
      <w:proofErr w:type="spellStart"/>
      <w:r>
        <w:t>më</w:t>
      </w:r>
      <w:proofErr w:type="spellEnd"/>
      <w:r>
        <w:t xml:space="preserve"> e </w:t>
      </w:r>
      <w:proofErr w:type="spellStart"/>
      <w:r>
        <w:t>madhe</w:t>
      </w:r>
      <w:proofErr w:type="spellEnd"/>
      <w:r>
        <w:t xml:space="preserve"> e </w:t>
      </w:r>
      <w:proofErr w:type="spellStart"/>
      <w:r>
        <w:t>të</w:t>
      </w:r>
      <w:proofErr w:type="spellEnd"/>
      <w:r>
        <w:t xml:space="preserve"> </w:t>
      </w:r>
      <w:proofErr w:type="spellStart"/>
      <w:r>
        <w:t>ardhurave</w:t>
      </w:r>
      <w:proofErr w:type="spellEnd"/>
      <w:r>
        <w:t xml:space="preserve"> </w:t>
      </w:r>
      <w:proofErr w:type="spellStart"/>
      <w:r>
        <w:t>tuaja</w:t>
      </w:r>
      <w:proofErr w:type="spellEnd"/>
      <w:r>
        <w:t xml:space="preserve">, </w:t>
      </w:r>
      <w:proofErr w:type="spellStart"/>
      <w:r>
        <w:t>ëh</w:t>
      </w:r>
      <w:proofErr w:type="spellEnd"/>
      <w:r>
        <w:t xml:space="preserve">, </w:t>
      </w:r>
      <w:proofErr w:type="spellStart"/>
      <w:r>
        <w:t>vijnë</w:t>
      </w:r>
      <w:proofErr w:type="spellEnd"/>
      <w:r>
        <w:t xml:space="preserve"> </w:t>
      </w:r>
      <w:proofErr w:type="spellStart"/>
      <w:r>
        <w:t>nga</w:t>
      </w:r>
      <w:proofErr w:type="spellEnd"/>
      <w:r>
        <w:t xml:space="preserve"> </w:t>
      </w:r>
      <w:proofErr w:type="spellStart"/>
      <w:r>
        <w:t>të</w:t>
      </w:r>
      <w:proofErr w:type="spellEnd"/>
      <w:r>
        <w:t xml:space="preserve"> </w:t>
      </w:r>
      <w:proofErr w:type="spellStart"/>
      <w:r>
        <w:t>ardhura</w:t>
      </w:r>
      <w:proofErr w:type="spellEnd"/>
      <w:r>
        <w:t xml:space="preserve"> jo </w:t>
      </w:r>
      <w:proofErr w:type="spellStart"/>
      <w:r>
        <w:t>tatimore</w:t>
      </w:r>
      <w:proofErr w:type="spellEnd"/>
      <w:r>
        <w:t xml:space="preserve">, </w:t>
      </w:r>
      <w:proofErr w:type="spellStart"/>
      <w:r>
        <w:t>që</w:t>
      </w:r>
      <w:proofErr w:type="spellEnd"/>
      <w:r>
        <w:t xml:space="preserve"> </w:t>
      </w:r>
      <w:proofErr w:type="spellStart"/>
      <w:r>
        <w:t>përbëjnë</w:t>
      </w:r>
      <w:proofErr w:type="spellEnd"/>
      <w:r>
        <w:t xml:space="preserve"> 71%. </w:t>
      </w:r>
      <w:proofErr w:type="spellStart"/>
      <w:r>
        <w:t>Pjesa</w:t>
      </w:r>
      <w:proofErr w:type="spellEnd"/>
      <w:r>
        <w:t xml:space="preserve"> </w:t>
      </w:r>
      <w:proofErr w:type="spellStart"/>
      <w:r>
        <w:t>më</w:t>
      </w:r>
      <w:proofErr w:type="spellEnd"/>
      <w:r>
        <w:t xml:space="preserve"> e </w:t>
      </w:r>
      <w:proofErr w:type="spellStart"/>
      <w:r>
        <w:t>madhe</w:t>
      </w:r>
      <w:proofErr w:type="spellEnd"/>
      <w:r>
        <w:t xml:space="preserve"> e </w:t>
      </w:r>
      <w:proofErr w:type="spellStart"/>
      <w:r>
        <w:t>shpenzimeve</w:t>
      </w:r>
      <w:proofErr w:type="spellEnd"/>
      <w:r>
        <w:t xml:space="preserve"> apo e </w:t>
      </w:r>
      <w:proofErr w:type="spellStart"/>
      <w:r>
        <w:t>buxhetit</w:t>
      </w:r>
      <w:proofErr w:type="spellEnd"/>
      <w:r>
        <w:t xml:space="preserve"> </w:t>
      </w:r>
      <w:proofErr w:type="spellStart"/>
      <w:r>
        <w:t>tuaj</w:t>
      </w:r>
      <w:proofErr w:type="spellEnd"/>
      <w:r>
        <w:t xml:space="preserve"> </w:t>
      </w:r>
      <w:proofErr w:type="spellStart"/>
      <w:r>
        <w:t>shkon</w:t>
      </w:r>
      <w:proofErr w:type="spellEnd"/>
      <w:r>
        <w:t xml:space="preserve"> </w:t>
      </w:r>
      <w:proofErr w:type="spellStart"/>
      <w:r>
        <w:t>për</w:t>
      </w:r>
      <w:proofErr w:type="spellEnd"/>
      <w:r>
        <w:t xml:space="preserve"> </w:t>
      </w:r>
      <w:proofErr w:type="spellStart"/>
      <w:r>
        <w:t>shpenzime</w:t>
      </w:r>
      <w:proofErr w:type="spellEnd"/>
      <w:r>
        <w:t xml:space="preserve"> </w:t>
      </w:r>
      <w:proofErr w:type="spellStart"/>
      <w:r>
        <w:t>për</w:t>
      </w:r>
      <w:proofErr w:type="spellEnd"/>
      <w:r>
        <w:t xml:space="preserve"> </w:t>
      </w:r>
      <w:proofErr w:type="spellStart"/>
      <w:r>
        <w:t>paga</w:t>
      </w:r>
      <w:proofErr w:type="spellEnd"/>
      <w:r>
        <w:t xml:space="preserve">. </w:t>
      </w:r>
      <w:proofErr w:type="spellStart"/>
      <w:r>
        <w:t>Gjithashtu</w:t>
      </w:r>
      <w:proofErr w:type="spellEnd"/>
      <w:r>
        <w:t xml:space="preserve">, </w:t>
      </w:r>
      <w:proofErr w:type="spellStart"/>
      <w:r>
        <w:t>vjen</w:t>
      </w:r>
      <w:proofErr w:type="spellEnd"/>
      <w:r>
        <w:t xml:space="preserve"> </w:t>
      </w:r>
      <w:proofErr w:type="spellStart"/>
      <w:r>
        <w:t>vihet</w:t>
      </w:r>
      <w:proofErr w:type="spellEnd"/>
      <w:r>
        <w:t xml:space="preserve"> re </w:t>
      </w:r>
      <w:proofErr w:type="spellStart"/>
      <w:r>
        <w:t>nga</w:t>
      </w:r>
      <w:proofErr w:type="spellEnd"/>
      <w:r>
        <w:t xml:space="preserve"> </w:t>
      </w:r>
      <w:proofErr w:type="spellStart"/>
      <w:r>
        <w:t>analiza</w:t>
      </w:r>
      <w:proofErr w:type="spellEnd"/>
      <w:r>
        <w:t xml:space="preserve"> </w:t>
      </w:r>
      <w:proofErr w:type="spellStart"/>
      <w:r>
        <w:t>financiare</w:t>
      </w:r>
      <w:proofErr w:type="spellEnd"/>
      <w:r>
        <w:t xml:space="preserve"> </w:t>
      </w:r>
      <w:proofErr w:type="spellStart"/>
      <w:r>
        <w:t>që</w:t>
      </w:r>
      <w:proofErr w:type="spellEnd"/>
      <w:r>
        <w:t xml:space="preserve"> </w:t>
      </w:r>
      <w:proofErr w:type="spellStart"/>
      <w:r>
        <w:t>ju</w:t>
      </w:r>
      <w:proofErr w:type="spellEnd"/>
      <w:r>
        <w:t xml:space="preserve"> </w:t>
      </w:r>
      <w:proofErr w:type="spellStart"/>
      <w:r>
        <w:t>keni</w:t>
      </w:r>
      <w:proofErr w:type="spellEnd"/>
      <w:r>
        <w:t xml:space="preserve"> </w:t>
      </w:r>
      <w:proofErr w:type="spellStart"/>
      <w:r>
        <w:t>një</w:t>
      </w:r>
      <w:proofErr w:type="spellEnd"/>
      <w:r>
        <w:t xml:space="preserve"> </w:t>
      </w:r>
      <w:proofErr w:type="spellStart"/>
      <w:r>
        <w:t>varësi</w:t>
      </w:r>
      <w:proofErr w:type="spellEnd"/>
      <w:r>
        <w:t xml:space="preserve"> </w:t>
      </w:r>
      <w:proofErr w:type="spellStart"/>
      <w:r>
        <w:t>të</w:t>
      </w:r>
      <w:proofErr w:type="spellEnd"/>
      <w:r>
        <w:t xml:space="preserve"> </w:t>
      </w:r>
      <w:proofErr w:type="spellStart"/>
      <w:r>
        <w:t>madhe</w:t>
      </w:r>
      <w:proofErr w:type="spellEnd"/>
      <w:r>
        <w:t xml:space="preserve"> </w:t>
      </w:r>
      <w:proofErr w:type="spellStart"/>
      <w:r>
        <w:t>nga</w:t>
      </w:r>
      <w:proofErr w:type="spellEnd"/>
      <w:r>
        <w:t xml:space="preserve"> </w:t>
      </w:r>
      <w:proofErr w:type="spellStart"/>
      <w:r>
        <w:t>transferta</w:t>
      </w:r>
      <w:proofErr w:type="spellEnd"/>
      <w:r>
        <w:t xml:space="preserve"> </w:t>
      </w:r>
      <w:proofErr w:type="spellStart"/>
      <w:r>
        <w:t>qeveritare</w:t>
      </w:r>
      <w:proofErr w:type="spellEnd"/>
      <w:r>
        <w:t xml:space="preserve"> </w:t>
      </w:r>
      <w:proofErr w:type="spellStart"/>
      <w:r>
        <w:t>dhe</w:t>
      </w:r>
      <w:proofErr w:type="spellEnd"/>
      <w:r>
        <w:t xml:space="preserve"> </w:t>
      </w:r>
      <w:proofErr w:type="spellStart"/>
      <w:r>
        <w:t>arrini</w:t>
      </w:r>
      <w:proofErr w:type="spellEnd"/>
      <w:r>
        <w:t xml:space="preserve"> </w:t>
      </w:r>
      <w:proofErr w:type="spellStart"/>
      <w:r>
        <w:t>të</w:t>
      </w:r>
      <w:proofErr w:type="spellEnd"/>
      <w:r>
        <w:t xml:space="preserve"> </w:t>
      </w:r>
      <w:proofErr w:type="spellStart"/>
      <w:r>
        <w:t>mbuloni</w:t>
      </w:r>
      <w:proofErr w:type="spellEnd"/>
      <w:r>
        <w:t xml:space="preserve"> </w:t>
      </w:r>
      <w:proofErr w:type="spellStart"/>
      <w:r>
        <w:t>vetëm</w:t>
      </w:r>
      <w:proofErr w:type="spellEnd"/>
      <w:r>
        <w:t xml:space="preserve"> 12% </w:t>
      </w:r>
      <w:proofErr w:type="spellStart"/>
      <w:r>
        <w:t>të</w:t>
      </w:r>
      <w:proofErr w:type="spellEnd"/>
      <w:r>
        <w:t xml:space="preserve"> </w:t>
      </w:r>
      <w:proofErr w:type="spellStart"/>
      <w:r>
        <w:t>shpenzimeve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nga</w:t>
      </w:r>
      <w:proofErr w:type="spellEnd"/>
      <w:r>
        <w:t xml:space="preserve"> </w:t>
      </w:r>
      <w:proofErr w:type="spellStart"/>
      <w:r>
        <w:t>burimet</w:t>
      </w:r>
      <w:proofErr w:type="spellEnd"/>
      <w:r>
        <w:t xml:space="preserve"> </w:t>
      </w:r>
      <w:proofErr w:type="spellStart"/>
      <w:r>
        <w:t>tuaja</w:t>
      </w:r>
      <w:proofErr w:type="spellEnd"/>
      <w:r>
        <w:t xml:space="preserve">. </w:t>
      </w:r>
      <w:proofErr w:type="spellStart"/>
      <w:r>
        <w:t>Pyetja</w:t>
      </w:r>
      <w:proofErr w:type="spellEnd"/>
      <w:r>
        <w:t xml:space="preserve"> </w:t>
      </w:r>
      <w:proofErr w:type="spellStart"/>
      <w:r>
        <w:t>është</w:t>
      </w:r>
      <w:proofErr w:type="spellEnd"/>
      <w:r>
        <w:t xml:space="preserve">: a </w:t>
      </w:r>
      <w:proofErr w:type="spellStart"/>
      <w:r>
        <w:t>keni</w:t>
      </w:r>
      <w:proofErr w:type="spellEnd"/>
      <w:r>
        <w:t xml:space="preserve"> </w:t>
      </w:r>
      <w:proofErr w:type="spellStart"/>
      <w:r>
        <w:t>vështirësi</w:t>
      </w:r>
      <w:proofErr w:type="spellEnd"/>
      <w:r>
        <w:t xml:space="preserve"> </w:t>
      </w:r>
      <w:proofErr w:type="spellStart"/>
      <w:r>
        <w:t>ju</w:t>
      </w:r>
      <w:proofErr w:type="spellEnd"/>
      <w:r>
        <w:t xml:space="preserve"> sot me </w:t>
      </w:r>
      <w:proofErr w:type="spellStart"/>
      <w:r>
        <w:t>burimet</w:t>
      </w:r>
      <w:proofErr w:type="spellEnd"/>
      <w:r>
        <w:t xml:space="preserve"> </w:t>
      </w:r>
      <w:proofErr w:type="spellStart"/>
      <w:r>
        <w:t>financiare</w:t>
      </w:r>
      <w:proofErr w:type="spellEnd"/>
      <w:r>
        <w:t xml:space="preserve"> </w:t>
      </w:r>
      <w:proofErr w:type="spellStart"/>
      <w:r>
        <w:t>dhe</w:t>
      </w:r>
      <w:proofErr w:type="spellEnd"/>
      <w:r>
        <w:t xml:space="preserve">, </w:t>
      </w:r>
      <w:proofErr w:type="spellStart"/>
      <w:r>
        <w:t>më</w:t>
      </w:r>
      <w:proofErr w:type="spellEnd"/>
      <w:r>
        <w:t xml:space="preserve"> </w:t>
      </w:r>
      <w:proofErr w:type="spellStart"/>
      <w:r>
        <w:t>falni</w:t>
      </w:r>
      <w:proofErr w:type="spellEnd"/>
      <w:r>
        <w:t xml:space="preserve">, me </w:t>
      </w:r>
      <w:proofErr w:type="spellStart"/>
      <w:r>
        <w:t>burimet</w:t>
      </w:r>
      <w:proofErr w:type="spellEnd"/>
      <w:r>
        <w:t xml:space="preserve"> </w:t>
      </w:r>
      <w:proofErr w:type="spellStart"/>
      <w:r>
        <w:t>njerëzore</w:t>
      </w:r>
      <w:proofErr w:type="spellEnd"/>
      <w:r>
        <w:t xml:space="preserve"> </w:t>
      </w:r>
      <w:proofErr w:type="spellStart"/>
      <w:r>
        <w:t>që</w:t>
      </w:r>
      <w:proofErr w:type="spellEnd"/>
      <w:r>
        <w:t xml:space="preserve"> </w:t>
      </w:r>
      <w:proofErr w:type="spellStart"/>
      <w:r>
        <w:t>keni</w:t>
      </w:r>
      <w:proofErr w:type="spellEnd"/>
      <w:r>
        <w:t xml:space="preserve"> </w:t>
      </w:r>
      <w:proofErr w:type="spellStart"/>
      <w:r>
        <w:t>në</w:t>
      </w:r>
      <w:proofErr w:type="spellEnd"/>
      <w:r>
        <w:t xml:space="preserve"> </w:t>
      </w:r>
      <w:proofErr w:type="spellStart"/>
      <w:r>
        <w:t>dispozicion</w:t>
      </w:r>
      <w:proofErr w:type="spellEnd"/>
      <w:r>
        <w:t xml:space="preserve"> </w:t>
      </w:r>
      <w:proofErr w:type="spellStart"/>
      <w:r>
        <w:t>dhe</w:t>
      </w:r>
      <w:proofErr w:type="spellEnd"/>
      <w:r>
        <w:t xml:space="preserve"> </w:t>
      </w:r>
      <w:proofErr w:type="spellStart"/>
      <w:r>
        <w:t>ndoshta</w:t>
      </w:r>
      <w:proofErr w:type="spellEnd"/>
      <w:r>
        <w:t xml:space="preserve"> </w:t>
      </w:r>
      <w:proofErr w:type="spellStart"/>
      <w:r>
        <w:t>për</w:t>
      </w:r>
      <w:proofErr w:type="spellEnd"/>
      <w:r>
        <w:t xml:space="preserve"> </w:t>
      </w:r>
      <w:proofErr w:type="spellStart"/>
      <w:r>
        <w:t>fakt</w:t>
      </w:r>
      <w:proofErr w:type="spellEnd"/>
      <w:r>
        <w:t xml:space="preserve"> </w:t>
      </w:r>
      <w:proofErr w:type="spellStart"/>
      <w:r>
        <w:t>të</w:t>
      </w:r>
      <w:proofErr w:type="spellEnd"/>
      <w:r>
        <w:t xml:space="preserve"> </w:t>
      </w:r>
      <w:proofErr w:type="spellStart"/>
      <w:r>
        <w:t>mungesës</w:t>
      </w:r>
      <w:proofErr w:type="spellEnd"/>
      <w:r>
        <w:t xml:space="preserve"> </w:t>
      </w:r>
      <w:proofErr w:type="spellStart"/>
      <w:r>
        <w:t>së</w:t>
      </w:r>
      <w:proofErr w:type="spellEnd"/>
      <w:r>
        <w:t xml:space="preserve"> </w:t>
      </w:r>
      <w:proofErr w:type="spellStart"/>
      <w:r>
        <w:t>tyre</w:t>
      </w:r>
      <w:proofErr w:type="spellEnd"/>
      <w:r>
        <w:t xml:space="preserve"> </w:t>
      </w:r>
      <w:proofErr w:type="spellStart"/>
      <w:r>
        <w:t>vjen</w:t>
      </w:r>
      <w:proofErr w:type="spellEnd"/>
      <w:r>
        <w:t xml:space="preserve"> </w:t>
      </w:r>
      <w:proofErr w:type="spellStart"/>
      <w:r>
        <w:t>edhe</w:t>
      </w:r>
      <w:proofErr w:type="spellEnd"/>
      <w:r>
        <w:t xml:space="preserve"> jo </w:t>
      </w:r>
      <w:proofErr w:type="spellStart"/>
      <w:r>
        <w:t>një</w:t>
      </w:r>
      <w:proofErr w:type="spellEnd"/>
      <w:r>
        <w:t xml:space="preserve"> </w:t>
      </w:r>
      <w:proofErr w:type="spellStart"/>
      <w:r>
        <w:t>menaxhim</w:t>
      </w:r>
      <w:proofErr w:type="spellEnd"/>
      <w:r>
        <w:t xml:space="preserve"> </w:t>
      </w:r>
      <w:proofErr w:type="spellStart"/>
      <w:r>
        <w:t>financiar</w:t>
      </w:r>
      <w:proofErr w:type="spellEnd"/>
      <w:r>
        <w:t xml:space="preserve"> </w:t>
      </w:r>
      <w:proofErr w:type="spellStart"/>
      <w:r>
        <w:t>i</w:t>
      </w:r>
      <w:proofErr w:type="spellEnd"/>
      <w:r>
        <w:t xml:space="preserve"> </w:t>
      </w:r>
      <w:proofErr w:type="spellStart"/>
      <w:r>
        <w:t>mirë</w:t>
      </w:r>
      <w:proofErr w:type="spellEnd"/>
      <w:r>
        <w:t xml:space="preserve"> </w:t>
      </w:r>
      <w:proofErr w:type="spellStart"/>
      <w:r>
        <w:t>i</w:t>
      </w:r>
      <w:proofErr w:type="spellEnd"/>
      <w:r>
        <w:t xml:space="preserve"> </w:t>
      </w:r>
      <w:proofErr w:type="spellStart"/>
      <w:r>
        <w:t>të</w:t>
      </w:r>
      <w:proofErr w:type="spellEnd"/>
      <w:r>
        <w:t xml:space="preserve"> </w:t>
      </w:r>
      <w:proofErr w:type="spellStart"/>
      <w:r>
        <w:t>tërë</w:t>
      </w:r>
      <w:proofErr w:type="spellEnd"/>
      <w:r>
        <w:t xml:space="preserve"> </w:t>
      </w:r>
      <w:proofErr w:type="spellStart"/>
      <w:r>
        <w:t>bashkisë</w:t>
      </w:r>
      <w:proofErr w:type="spellEnd"/>
      <w:r>
        <w:t xml:space="preserve">? </w:t>
      </w:r>
      <w:proofErr w:type="spellStart"/>
      <w:r>
        <w:t>Dhe</w:t>
      </w:r>
      <w:proofErr w:type="spellEnd"/>
      <w:r>
        <w:t xml:space="preserve"> a </w:t>
      </w:r>
      <w:proofErr w:type="spellStart"/>
      <w:r>
        <w:t>keni</w:t>
      </w:r>
      <w:proofErr w:type="spellEnd"/>
      <w:r>
        <w:t xml:space="preserve"> </w:t>
      </w:r>
      <w:proofErr w:type="spellStart"/>
      <w:r>
        <w:t>vështirësi</w:t>
      </w:r>
      <w:proofErr w:type="spellEnd"/>
      <w:r>
        <w:t xml:space="preserve"> </w:t>
      </w:r>
      <w:proofErr w:type="spellStart"/>
      <w:r>
        <w:t>gjithashtu</w:t>
      </w:r>
      <w:proofErr w:type="spellEnd"/>
      <w:r>
        <w:t xml:space="preserve"> </w:t>
      </w:r>
      <w:proofErr w:type="spellStart"/>
      <w:r>
        <w:t>në</w:t>
      </w:r>
      <w:proofErr w:type="spellEnd"/>
      <w:r>
        <w:t xml:space="preserve"> </w:t>
      </w:r>
      <w:proofErr w:type="spellStart"/>
      <w:r>
        <w:t>rekrutime</w:t>
      </w:r>
      <w:proofErr w:type="spellEnd"/>
      <w:r>
        <w:t xml:space="preserve"> </w:t>
      </w:r>
      <w:proofErr w:type="spellStart"/>
      <w:r>
        <w:t>të</w:t>
      </w:r>
      <w:proofErr w:type="spellEnd"/>
      <w:r>
        <w:t xml:space="preserve"> </w:t>
      </w:r>
      <w:proofErr w:type="spellStart"/>
      <w:r>
        <w:t>burimeve</w:t>
      </w:r>
      <w:proofErr w:type="spellEnd"/>
      <w:r>
        <w:t xml:space="preserve"> </w:t>
      </w:r>
      <w:proofErr w:type="spellStart"/>
      <w:r>
        <w:t>njerëzore</w:t>
      </w:r>
      <w:proofErr w:type="spellEnd"/>
      <w:r>
        <w:t xml:space="preserve"> </w:t>
      </w:r>
      <w:proofErr w:type="spellStart"/>
      <w:r>
        <w:t>të</w:t>
      </w:r>
      <w:proofErr w:type="spellEnd"/>
      <w:r>
        <w:t xml:space="preserve"> </w:t>
      </w:r>
      <w:proofErr w:type="spellStart"/>
      <w:r>
        <w:t>fushave</w:t>
      </w:r>
      <w:proofErr w:type="spellEnd"/>
      <w:r>
        <w:t xml:space="preserve"> </w:t>
      </w:r>
      <w:proofErr w:type="spellStart"/>
      <w:r>
        <w:t>të</w:t>
      </w:r>
      <w:proofErr w:type="spellEnd"/>
      <w:r>
        <w:t xml:space="preserve"> </w:t>
      </w:r>
      <w:proofErr w:type="spellStart"/>
      <w:r>
        <w:t>caktuara</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financiarë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inxhinierë</w:t>
      </w:r>
      <w:proofErr w:type="spellEnd"/>
      <w:r>
        <w:t xml:space="preserve">, </w:t>
      </w:r>
      <w:proofErr w:type="spellStart"/>
      <w:r>
        <w:t>urbanistë</w:t>
      </w:r>
      <w:proofErr w:type="spellEnd"/>
      <w:r>
        <w:t xml:space="preserve">, e </w:t>
      </w:r>
      <w:proofErr w:type="spellStart"/>
      <w:r>
        <w:t>kështu</w:t>
      </w:r>
      <w:proofErr w:type="spellEnd"/>
      <w:r>
        <w:t xml:space="preserve"> me </w:t>
      </w:r>
      <w:proofErr w:type="spellStart"/>
      <w:r>
        <w:t>radhë</w:t>
      </w:r>
      <w:proofErr w:type="spellEnd"/>
      <w:r>
        <w:t xml:space="preserve">? </w:t>
      </w:r>
      <w:proofErr w:type="spellStart"/>
      <w:r>
        <w:t>Dhe</w:t>
      </w:r>
      <w:proofErr w:type="spellEnd"/>
      <w:r>
        <w:t xml:space="preserve"> a </w:t>
      </w:r>
      <w:proofErr w:type="spellStart"/>
      <w:r>
        <w:t>mendoni</w:t>
      </w:r>
      <w:proofErr w:type="spellEnd"/>
      <w:r>
        <w:t xml:space="preserve"> </w:t>
      </w:r>
      <w:proofErr w:type="spellStart"/>
      <w:r>
        <w:t>që</w:t>
      </w:r>
      <w:proofErr w:type="spellEnd"/>
      <w:r>
        <w:t xml:space="preserve"> </w:t>
      </w:r>
      <w:proofErr w:type="spellStart"/>
      <w:r>
        <w:t>në</w:t>
      </w:r>
      <w:proofErr w:type="spellEnd"/>
      <w:r>
        <w:t xml:space="preserve"> </w:t>
      </w:r>
      <w:proofErr w:type="spellStart"/>
      <w:r>
        <w:t>këto</w:t>
      </w:r>
      <w:proofErr w:type="spellEnd"/>
      <w:r>
        <w:t xml:space="preserve"> </w:t>
      </w:r>
      <w:proofErr w:type="spellStart"/>
      <w:r>
        <w:t>kushte</w:t>
      </w:r>
      <w:proofErr w:type="spellEnd"/>
      <w:r>
        <w:t xml:space="preserve"> </w:t>
      </w:r>
      <w:proofErr w:type="spellStart"/>
      <w:r>
        <w:t>që</w:t>
      </w:r>
      <w:proofErr w:type="spellEnd"/>
      <w:r>
        <w:t xml:space="preserve"> </w:t>
      </w:r>
      <w:proofErr w:type="spellStart"/>
      <w:r>
        <w:t>jeni</w:t>
      </w:r>
      <w:proofErr w:type="spellEnd"/>
      <w:r>
        <w:t xml:space="preserve">, </w:t>
      </w:r>
      <w:proofErr w:type="spellStart"/>
      <w:r>
        <w:t>keni</w:t>
      </w:r>
      <w:proofErr w:type="spellEnd"/>
      <w:r>
        <w:t xml:space="preserve"> </w:t>
      </w:r>
      <w:proofErr w:type="spellStart"/>
      <w:r>
        <w:t>kapacitete</w:t>
      </w:r>
      <w:proofErr w:type="spellEnd"/>
      <w:r>
        <w:t xml:space="preserve"> </w:t>
      </w:r>
      <w:proofErr w:type="spellStart"/>
      <w:r>
        <w:t>të</w:t>
      </w:r>
      <w:proofErr w:type="spellEnd"/>
      <w:r>
        <w:t xml:space="preserve"> </w:t>
      </w:r>
      <w:proofErr w:type="spellStart"/>
      <w:r>
        <w:t>ushtroni</w:t>
      </w:r>
      <w:proofErr w:type="spellEnd"/>
      <w:r>
        <w:t xml:space="preserve"> </w:t>
      </w:r>
      <w:proofErr w:type="spellStart"/>
      <w:r>
        <w:t>funksione</w:t>
      </w:r>
      <w:proofErr w:type="spellEnd"/>
      <w:r>
        <w:t xml:space="preserve"> </w:t>
      </w:r>
      <w:proofErr w:type="spellStart"/>
      <w:r>
        <w:t>të</w:t>
      </w:r>
      <w:proofErr w:type="spellEnd"/>
      <w:r>
        <w:t xml:space="preserve"> </w:t>
      </w:r>
      <w:proofErr w:type="spellStart"/>
      <w:r>
        <w:t>tjera</w:t>
      </w:r>
      <w:proofErr w:type="spellEnd"/>
      <w:r>
        <w:t xml:space="preserve"> </w:t>
      </w:r>
      <w:proofErr w:type="spellStart"/>
      <w:r>
        <w:t>kur</w:t>
      </w:r>
      <w:proofErr w:type="spellEnd"/>
      <w:r>
        <w:t xml:space="preserve"> </w:t>
      </w:r>
      <w:proofErr w:type="spellStart"/>
      <w:r>
        <w:t>këto</w:t>
      </w:r>
      <w:proofErr w:type="spellEnd"/>
      <w:r>
        <w:t xml:space="preserve"> </w:t>
      </w:r>
      <w:proofErr w:type="spellStart"/>
      <w:r>
        <w:t>që</w:t>
      </w:r>
      <w:proofErr w:type="spellEnd"/>
      <w:r>
        <w:t xml:space="preserve"> </w:t>
      </w:r>
      <w:proofErr w:type="spellStart"/>
      <w:r>
        <w:t>keni</w:t>
      </w:r>
      <w:proofErr w:type="spellEnd"/>
      <w:r>
        <w:t xml:space="preserve"> </w:t>
      </w:r>
      <w:proofErr w:type="spellStart"/>
      <w:r>
        <w:t>aktualisht</w:t>
      </w:r>
      <w:proofErr w:type="spellEnd"/>
      <w:r>
        <w:t xml:space="preserve"> </w:t>
      </w:r>
      <w:proofErr w:type="spellStart"/>
      <w:r>
        <w:t>nga</w:t>
      </w:r>
      <w:proofErr w:type="spellEnd"/>
      <w:r>
        <w:t xml:space="preserve"> </w:t>
      </w:r>
      <w:proofErr w:type="spellStart"/>
      <w:r>
        <w:t>treguesit</w:t>
      </w:r>
      <w:proofErr w:type="spellEnd"/>
      <w:r>
        <w:t xml:space="preserve"> </w:t>
      </w:r>
      <w:proofErr w:type="spellStart"/>
      <w:r>
        <w:t>nuk</w:t>
      </w:r>
      <w:proofErr w:type="spellEnd"/>
      <w:r>
        <w:t xml:space="preserve"> </w:t>
      </w:r>
      <w:proofErr w:type="spellStart"/>
      <w:r>
        <w:t>janë</w:t>
      </w:r>
      <w:proofErr w:type="spellEnd"/>
      <w:r>
        <w:t xml:space="preserve"> </w:t>
      </w:r>
      <w:proofErr w:type="spellStart"/>
      <w:r>
        <w:t>në</w:t>
      </w:r>
      <w:proofErr w:type="spellEnd"/>
      <w:r>
        <w:t xml:space="preserve"> </w:t>
      </w:r>
      <w:proofErr w:type="spellStart"/>
      <w:r>
        <w:t>nivelin</w:t>
      </w:r>
      <w:proofErr w:type="spellEnd"/>
      <w:r>
        <w:t xml:space="preserve"> e </w:t>
      </w:r>
      <w:proofErr w:type="spellStart"/>
      <w:r>
        <w:t>tyre</w:t>
      </w:r>
      <w:proofErr w:type="spellEnd"/>
      <w:r>
        <w:t xml:space="preserve"> </w:t>
      </w:r>
      <w:proofErr w:type="spellStart"/>
      <w:r>
        <w:t>më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të</w:t>
      </w:r>
      <w:proofErr w:type="spellEnd"/>
      <w:r>
        <w:t xml:space="preserve"> </w:t>
      </w:r>
      <w:proofErr w:type="spellStart"/>
      <w:r>
        <w:t>menaxhimit</w:t>
      </w:r>
      <w:proofErr w:type="spellEnd"/>
      <w:r>
        <w:t xml:space="preserve">? </w:t>
      </w:r>
      <w:proofErr w:type="spellStart"/>
      <w:r>
        <w:t>Është</w:t>
      </w:r>
      <w:proofErr w:type="spellEnd"/>
      <w:r>
        <w:t xml:space="preserve"> </w:t>
      </w:r>
      <w:proofErr w:type="spellStart"/>
      <w:r>
        <w:t>pyetja</w:t>
      </w:r>
      <w:proofErr w:type="spellEnd"/>
      <w:r>
        <w:t xml:space="preserve"> e </w:t>
      </w:r>
      <w:proofErr w:type="spellStart"/>
      <w:r>
        <w:t>parë</w:t>
      </w:r>
      <w:proofErr w:type="spellEnd"/>
      <w:r>
        <w:t xml:space="preserve">. </w:t>
      </w:r>
      <w:proofErr w:type="spellStart"/>
      <w:r>
        <w:t>Dhe</w:t>
      </w:r>
      <w:proofErr w:type="spellEnd"/>
      <w:r>
        <w:t xml:space="preserve"> e </w:t>
      </w:r>
      <w:proofErr w:type="spellStart"/>
      <w:r>
        <w:t>dyta</w:t>
      </w:r>
      <w:proofErr w:type="spellEnd"/>
      <w:r>
        <w:t xml:space="preserve">, duke </w:t>
      </w:r>
      <w:proofErr w:type="spellStart"/>
      <w:r>
        <w:t>qenë</w:t>
      </w:r>
      <w:proofErr w:type="spellEnd"/>
      <w:r>
        <w:t xml:space="preserve"> se </w:t>
      </w:r>
      <w:proofErr w:type="spellStart"/>
      <w:r>
        <w:t>gjatë</w:t>
      </w:r>
      <w:proofErr w:type="spellEnd"/>
      <w:r>
        <w:t xml:space="preserve"> </w:t>
      </w:r>
      <w:proofErr w:type="spellStart"/>
      <w:r>
        <w:t>diskursit</w:t>
      </w:r>
      <w:proofErr w:type="spellEnd"/>
      <w:r>
        <w:t xml:space="preserve"> </w:t>
      </w:r>
      <w:proofErr w:type="spellStart"/>
      <w:r>
        <w:t>tuaj</w:t>
      </w:r>
      <w:proofErr w:type="spellEnd"/>
      <w:r>
        <w:t xml:space="preserve"> </w:t>
      </w:r>
      <w:proofErr w:type="spellStart"/>
      <w:r>
        <w:t>ju</w:t>
      </w:r>
      <w:proofErr w:type="spellEnd"/>
      <w:r>
        <w:t xml:space="preserve"> </w:t>
      </w:r>
      <w:proofErr w:type="spellStart"/>
      <w:r>
        <w:t>dëgjova</w:t>
      </w:r>
      <w:proofErr w:type="spellEnd"/>
      <w:r>
        <w:t xml:space="preserve"> </w:t>
      </w:r>
      <w:proofErr w:type="spellStart"/>
      <w:r>
        <w:t>të</w:t>
      </w:r>
      <w:proofErr w:type="spellEnd"/>
      <w:r>
        <w:t xml:space="preserve"> </w:t>
      </w:r>
      <w:proofErr w:type="spellStart"/>
      <w:r>
        <w:t>thoni</w:t>
      </w:r>
      <w:proofErr w:type="spellEnd"/>
      <w:r>
        <w:t xml:space="preserve"> </w:t>
      </w:r>
      <w:proofErr w:type="spellStart"/>
      <w:r>
        <w:t>që</w:t>
      </w:r>
      <w:proofErr w:type="spellEnd"/>
      <w:r>
        <w:t xml:space="preserve"> </w:t>
      </w:r>
      <w:proofErr w:type="spellStart"/>
      <w:r>
        <w:t>shërbimi</w:t>
      </w:r>
      <w:proofErr w:type="spellEnd"/>
      <w:r>
        <w:t xml:space="preserve"> </w:t>
      </w:r>
      <w:proofErr w:type="spellStart"/>
      <w:r>
        <w:t>pranë</w:t>
      </w:r>
      <w:proofErr w:type="spellEnd"/>
      <w:r>
        <w:t xml:space="preserve"> </w:t>
      </w:r>
      <w:proofErr w:type="spellStart"/>
      <w:r>
        <w:t>qytetarit</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domosdoshmëri</w:t>
      </w:r>
      <w:proofErr w:type="spellEnd"/>
      <w:r>
        <w:t xml:space="preserve">, </w:t>
      </w:r>
      <w:proofErr w:type="spellStart"/>
      <w:r>
        <w:t>pyetja</w:t>
      </w:r>
      <w:proofErr w:type="spellEnd"/>
      <w:r>
        <w:t xml:space="preserve"> </w:t>
      </w:r>
      <w:proofErr w:type="spellStart"/>
      <w:r>
        <w:t>ime</w:t>
      </w:r>
      <w:proofErr w:type="spellEnd"/>
      <w:r>
        <w:t xml:space="preserve"> </w:t>
      </w:r>
      <w:proofErr w:type="spellStart"/>
      <w:r>
        <w:t>është</w:t>
      </w:r>
      <w:proofErr w:type="spellEnd"/>
      <w:r>
        <w:t xml:space="preserve">: a </w:t>
      </w:r>
      <w:proofErr w:type="spellStart"/>
      <w:r>
        <w:t>jeni</w:t>
      </w:r>
      <w:proofErr w:type="spellEnd"/>
      <w:r>
        <w:t xml:space="preserve"> </w:t>
      </w:r>
      <w:proofErr w:type="spellStart"/>
      <w:r>
        <w:t>gati</w:t>
      </w:r>
      <w:proofErr w:type="spellEnd"/>
      <w:r>
        <w:t xml:space="preserve"> </w:t>
      </w:r>
      <w:proofErr w:type="spellStart"/>
      <w:r>
        <w:t>ju</w:t>
      </w:r>
      <w:proofErr w:type="spellEnd"/>
      <w:r>
        <w:t xml:space="preserve"> </w:t>
      </w:r>
      <w:proofErr w:type="spellStart"/>
      <w:r>
        <w:t>si</w:t>
      </w:r>
      <w:proofErr w:type="spellEnd"/>
      <w:r>
        <w:t xml:space="preserve"> </w:t>
      </w:r>
      <w:proofErr w:type="spellStart"/>
      <w:r>
        <w:t>kryetar</w:t>
      </w:r>
      <w:proofErr w:type="spellEnd"/>
      <w:r>
        <w:t xml:space="preserve"> </w:t>
      </w:r>
      <w:proofErr w:type="spellStart"/>
      <w:r>
        <w:t>të</w:t>
      </w:r>
      <w:proofErr w:type="spellEnd"/>
      <w:r>
        <w:t xml:space="preserve"> </w:t>
      </w:r>
      <w:proofErr w:type="spellStart"/>
      <w:r>
        <w:t>pranoni</w:t>
      </w:r>
      <w:proofErr w:type="spellEnd"/>
      <w:r>
        <w:t xml:space="preserve"> </w:t>
      </w:r>
      <w:proofErr w:type="spellStart"/>
      <w:r>
        <w:t>një</w:t>
      </w:r>
      <w:proofErr w:type="spellEnd"/>
      <w:r>
        <w:t xml:space="preserve"> </w:t>
      </w:r>
      <w:proofErr w:type="spellStart"/>
      <w:r>
        <w:t>ndarje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tuaj</w:t>
      </w:r>
      <w:proofErr w:type="spellEnd"/>
      <w:r>
        <w:t xml:space="preserve"> </w:t>
      </w:r>
      <w:proofErr w:type="spellStart"/>
      <w:r>
        <w:t>për</w:t>
      </w:r>
      <w:proofErr w:type="spellEnd"/>
      <w:r>
        <w:t xml:space="preserve"> </w:t>
      </w:r>
      <w:proofErr w:type="spellStart"/>
      <w:r>
        <w:t>të</w:t>
      </w:r>
      <w:proofErr w:type="spellEnd"/>
      <w:r>
        <w:t xml:space="preserve"> </w:t>
      </w:r>
      <w:proofErr w:type="spellStart"/>
      <w:r>
        <w:t>shkuar</w:t>
      </w:r>
      <w:proofErr w:type="spellEnd"/>
      <w:r>
        <w:t xml:space="preserve"> </w:t>
      </w:r>
      <w:proofErr w:type="spellStart"/>
      <w:r>
        <w:t>më</w:t>
      </w:r>
      <w:proofErr w:type="spellEnd"/>
      <w:r>
        <w:t xml:space="preserve"> </w:t>
      </w:r>
      <w:proofErr w:type="spellStart"/>
      <w:r>
        <w:t>afër</w:t>
      </w:r>
      <w:proofErr w:type="spellEnd"/>
      <w:r>
        <w:t xml:space="preserve"> </w:t>
      </w:r>
      <w:proofErr w:type="spellStart"/>
      <w:r>
        <w:t>qytetarit</w:t>
      </w:r>
      <w:proofErr w:type="spellEnd"/>
      <w:r>
        <w:t xml:space="preserve"> me </w:t>
      </w:r>
      <w:proofErr w:type="spellStart"/>
      <w:r>
        <w:t>shërbime</w:t>
      </w:r>
      <w:proofErr w:type="spellEnd"/>
      <w:r>
        <w:t xml:space="preserve"> </w:t>
      </w:r>
      <w:proofErr w:type="spellStart"/>
      <w:r>
        <w:t>në</w:t>
      </w:r>
      <w:proofErr w:type="spellEnd"/>
      <w:r>
        <w:t xml:space="preserve"> </w:t>
      </w:r>
      <w:proofErr w:type="spellStart"/>
      <w:r>
        <w:t>dy</w:t>
      </w:r>
      <w:proofErr w:type="spellEnd"/>
      <w:r>
        <w:t xml:space="preserve"> </w:t>
      </w:r>
      <w:proofErr w:type="spellStart"/>
      <w:r>
        <w:t>bashki</w:t>
      </w:r>
      <w:proofErr w:type="spellEnd"/>
      <w:r>
        <w:t xml:space="preserve"> </w:t>
      </w:r>
      <w:proofErr w:type="spellStart"/>
      <w:r>
        <w:t>më</w:t>
      </w:r>
      <w:proofErr w:type="spellEnd"/>
      <w:r>
        <w:t xml:space="preserve"> </w:t>
      </w:r>
      <w:proofErr w:type="spellStart"/>
      <w:r>
        <w:t>të</w:t>
      </w:r>
      <w:proofErr w:type="spellEnd"/>
      <w:r>
        <w:t xml:space="preserve"> </w:t>
      </w:r>
      <w:proofErr w:type="spellStart"/>
      <w:r>
        <w:t>vogla</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Faleminderit</w:t>
      </w:r>
      <w:proofErr w:type="spellEnd"/>
      <w:r>
        <w:t xml:space="preserve">. </w:t>
      </w:r>
    </w:p>
    <w:p w14:paraId="4CC468A1" w14:textId="77777777" w:rsidR="00FA588D" w:rsidRDefault="00FA588D" w:rsidP="00FA588D">
      <w:r>
        <w:rPr>
          <w:b/>
        </w:rPr>
        <w:t>Hil Curri:</w:t>
      </w:r>
    </w:p>
    <w:p w14:paraId="0261498D" w14:textId="77777777" w:rsidR="00FA588D" w:rsidRDefault="00AB182B" w:rsidP="00AB182B">
      <w:proofErr w:type="spellStart"/>
      <w:r>
        <w:t>Ëh</w:t>
      </w:r>
      <w:proofErr w:type="spellEnd"/>
      <w:r>
        <w:t xml:space="preserve">, </w:t>
      </w:r>
      <w:proofErr w:type="spellStart"/>
      <w:r>
        <w:t>përshëndetje</w:t>
      </w:r>
      <w:proofErr w:type="spellEnd"/>
      <w:r>
        <w:t xml:space="preserve"> </w:t>
      </w:r>
      <w:proofErr w:type="spellStart"/>
      <w:r>
        <w:t>zonja</w:t>
      </w:r>
      <w:proofErr w:type="spellEnd"/>
      <w:r>
        <w:t xml:space="preserve"> </w:t>
      </w:r>
      <w:proofErr w:type="spellStart"/>
      <w:r>
        <w:t>Nerume</w:t>
      </w:r>
      <w:proofErr w:type="spellEnd"/>
      <w:r>
        <w:t xml:space="preserve">. </w:t>
      </w:r>
      <w:proofErr w:type="spellStart"/>
      <w:r>
        <w:t>Ëh</w:t>
      </w:r>
      <w:proofErr w:type="spellEnd"/>
      <w:r>
        <w:t xml:space="preserve">, </w:t>
      </w:r>
      <w:proofErr w:type="spellStart"/>
      <w:r>
        <w:t>unë</w:t>
      </w:r>
      <w:proofErr w:type="spellEnd"/>
      <w:r>
        <w:t xml:space="preserve"> </w:t>
      </w:r>
      <w:proofErr w:type="spellStart"/>
      <w:r>
        <w:t>kisha</w:t>
      </w:r>
      <w:proofErr w:type="spellEnd"/>
      <w:r>
        <w:t xml:space="preserve">... </w:t>
      </w:r>
      <w:proofErr w:type="spellStart"/>
      <w:r>
        <w:t>ke</w:t>
      </w:r>
      <w:proofErr w:type="spellEnd"/>
      <w:r>
        <w:t xml:space="preserve"> </w:t>
      </w:r>
      <w:proofErr w:type="spellStart"/>
      <w:r>
        <w:t>lëvizur</w:t>
      </w:r>
      <w:proofErr w:type="spellEnd"/>
      <w:r>
        <w:t xml:space="preserve"> </w:t>
      </w:r>
      <w:proofErr w:type="spellStart"/>
      <w:r>
        <w:t>njëherë</w:t>
      </w:r>
      <w:proofErr w:type="spellEnd"/>
      <w:r>
        <w:t xml:space="preserve"> </w:t>
      </w:r>
      <w:proofErr w:type="spellStart"/>
      <w:r>
        <w:t>dy</w:t>
      </w:r>
      <w:proofErr w:type="spellEnd"/>
      <w:r>
        <w:t xml:space="preserve"> </w:t>
      </w:r>
      <w:proofErr w:type="spellStart"/>
      <w:r>
        <w:t>herë</w:t>
      </w:r>
      <w:proofErr w:type="spellEnd"/>
      <w:r>
        <w:t xml:space="preserve"> </w:t>
      </w:r>
      <w:proofErr w:type="spellStart"/>
      <w:r>
        <w:t>dhe</w:t>
      </w:r>
      <w:proofErr w:type="spellEnd"/>
      <w:r>
        <w:t xml:space="preserve"> </w:t>
      </w:r>
      <w:proofErr w:type="spellStart"/>
      <w:r>
        <w:t>nuk</w:t>
      </w:r>
      <w:proofErr w:type="spellEnd"/>
      <w:r>
        <w:t xml:space="preserve"> ma </w:t>
      </w:r>
      <w:proofErr w:type="spellStart"/>
      <w:r>
        <w:t>ke</w:t>
      </w:r>
      <w:proofErr w:type="spellEnd"/>
      <w:r>
        <w:t xml:space="preserve"> </w:t>
      </w:r>
      <w:proofErr w:type="spellStart"/>
      <w:r>
        <w:t>ndjekur</w:t>
      </w:r>
      <w:proofErr w:type="spellEnd"/>
      <w:r>
        <w:t xml:space="preserve"> </w:t>
      </w:r>
      <w:proofErr w:type="spellStart"/>
      <w:r>
        <w:t>krejt</w:t>
      </w:r>
      <w:proofErr w:type="spellEnd"/>
      <w:r>
        <w:t xml:space="preserve"> </w:t>
      </w:r>
      <w:proofErr w:type="spellStart"/>
      <w:r>
        <w:t>bisedën</w:t>
      </w:r>
      <w:proofErr w:type="spellEnd"/>
      <w:r>
        <w:t xml:space="preserve">, </w:t>
      </w:r>
      <w:proofErr w:type="spellStart"/>
      <w:r>
        <w:t>në</w:t>
      </w:r>
      <w:proofErr w:type="spellEnd"/>
      <w:r>
        <w:t xml:space="preserve"> </w:t>
      </w:r>
      <w:proofErr w:type="spellStart"/>
      <w:r>
        <w:t>fakt</w:t>
      </w:r>
      <w:proofErr w:type="spellEnd"/>
      <w:r>
        <w:t xml:space="preserve">. </w:t>
      </w:r>
      <w:proofErr w:type="spellStart"/>
      <w:r>
        <w:t>Pyetjet</w:t>
      </w:r>
      <w:proofErr w:type="spellEnd"/>
      <w:r>
        <w:t xml:space="preserve"> </w:t>
      </w:r>
      <w:proofErr w:type="spellStart"/>
      <w:r>
        <w:t>tuaja</w:t>
      </w:r>
      <w:proofErr w:type="spellEnd"/>
      <w:r>
        <w:t xml:space="preserve"> </w:t>
      </w:r>
      <w:proofErr w:type="spellStart"/>
      <w:r>
        <w:t>janë</w:t>
      </w:r>
      <w:proofErr w:type="spellEnd"/>
      <w:r>
        <w:t xml:space="preserve"> me vend </w:t>
      </w:r>
      <w:proofErr w:type="spellStart"/>
      <w:r>
        <w:t>shumë</w:t>
      </w:r>
      <w:proofErr w:type="spellEnd"/>
      <w:r>
        <w:t xml:space="preserve">. </w:t>
      </w:r>
      <w:proofErr w:type="spellStart"/>
      <w:r>
        <w:t>Ëh</w:t>
      </w:r>
      <w:proofErr w:type="spellEnd"/>
      <w:r>
        <w:t xml:space="preserve">, po, </w:t>
      </w:r>
      <w:proofErr w:type="spellStart"/>
      <w:r>
        <w:t>nuk</w:t>
      </w:r>
      <w:proofErr w:type="spellEnd"/>
      <w:r>
        <w:t xml:space="preserve">... </w:t>
      </w:r>
      <w:proofErr w:type="spellStart"/>
      <w:r>
        <w:t>ëh</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është</w:t>
      </w:r>
      <w:proofErr w:type="spellEnd"/>
      <w:r>
        <w:t xml:space="preserve"> </w:t>
      </w:r>
      <w:proofErr w:type="spellStart"/>
      <w:r>
        <w:t>bërë</w:t>
      </w:r>
      <w:proofErr w:type="spellEnd"/>
      <w:r>
        <w:t xml:space="preserve"> </w:t>
      </w:r>
      <w:proofErr w:type="spellStart"/>
      <w:r>
        <w:t>një</w:t>
      </w:r>
      <w:proofErr w:type="spellEnd"/>
      <w:r>
        <w:t xml:space="preserve"> census para </w:t>
      </w:r>
      <w:proofErr w:type="spellStart"/>
      <w:r>
        <w:t>një</w:t>
      </w:r>
      <w:proofErr w:type="spellEnd"/>
      <w:r>
        <w:t xml:space="preserve"> </w:t>
      </w:r>
      <w:proofErr w:type="spellStart"/>
      <w:r>
        <w:t>periudhe</w:t>
      </w:r>
      <w:proofErr w:type="spellEnd"/>
      <w:r>
        <w:t xml:space="preserve">, se </w:t>
      </w:r>
      <w:proofErr w:type="spellStart"/>
      <w:r>
        <w:t>s'po</w:t>
      </w:r>
      <w:proofErr w:type="spellEnd"/>
      <w:r>
        <w:t xml:space="preserve"> </w:t>
      </w:r>
      <w:proofErr w:type="spellStart"/>
      <w:r>
        <w:t>më</w:t>
      </w:r>
      <w:proofErr w:type="spellEnd"/>
      <w:r>
        <w:t xml:space="preserve"> </w:t>
      </w:r>
      <w:proofErr w:type="spellStart"/>
      <w:r>
        <w:t>kujtohet</w:t>
      </w:r>
      <w:proofErr w:type="spellEnd"/>
      <w:r>
        <w:t xml:space="preserve"> </w:t>
      </w:r>
      <w:proofErr w:type="spellStart"/>
      <w:r>
        <w:t>tani</w:t>
      </w:r>
      <w:proofErr w:type="spellEnd"/>
      <w:r>
        <w:t xml:space="preserve"> se </w:t>
      </w:r>
      <w:proofErr w:type="spellStart"/>
      <w:r>
        <w:t>sa</w:t>
      </w:r>
      <w:proofErr w:type="spellEnd"/>
      <w:r>
        <w:t xml:space="preserve"> </w:t>
      </w:r>
      <w:proofErr w:type="spellStart"/>
      <w:r>
        <w:t>një</w:t>
      </w:r>
      <w:proofErr w:type="spellEnd"/>
      <w:r>
        <w:t xml:space="preserve"> vit e </w:t>
      </w:r>
      <w:proofErr w:type="spellStart"/>
      <w:r>
        <w:t>sa</w:t>
      </w:r>
      <w:proofErr w:type="spellEnd"/>
      <w:r>
        <w:t xml:space="preserve">, </w:t>
      </w:r>
      <w:proofErr w:type="spellStart"/>
      <w:r>
        <w:t>dhe</w:t>
      </w:r>
      <w:proofErr w:type="spellEnd"/>
      <w:r>
        <w:t xml:space="preserve"> ne </w:t>
      </w:r>
      <w:proofErr w:type="spellStart"/>
      <w:r>
        <w:t>si</w:t>
      </w:r>
      <w:proofErr w:type="spellEnd"/>
      <w:r>
        <w:t xml:space="preserve"> </w:t>
      </w:r>
      <w:proofErr w:type="spellStart"/>
      <w:r>
        <w:t>kryetarë</w:t>
      </w:r>
      <w:proofErr w:type="spellEnd"/>
      <w:r>
        <w:t xml:space="preserve"> </w:t>
      </w:r>
      <w:proofErr w:type="spellStart"/>
      <w:r>
        <w:t>bashkie</w:t>
      </w:r>
      <w:proofErr w:type="spellEnd"/>
      <w:r>
        <w:t xml:space="preserve"> e </w:t>
      </w:r>
      <w:proofErr w:type="spellStart"/>
      <w:r>
        <w:t>dimë</w:t>
      </w:r>
      <w:proofErr w:type="spellEnd"/>
      <w:r>
        <w:t xml:space="preserve"> </w:t>
      </w:r>
      <w:proofErr w:type="spellStart"/>
      <w:r>
        <w:t>fiks</w:t>
      </w:r>
      <w:proofErr w:type="spellEnd"/>
      <w:r>
        <w:t xml:space="preserve"> se </w:t>
      </w:r>
      <w:proofErr w:type="spellStart"/>
      <w:r>
        <w:t>sa</w:t>
      </w:r>
      <w:proofErr w:type="spellEnd"/>
      <w:r>
        <w:t xml:space="preserve"> </w:t>
      </w:r>
      <w:proofErr w:type="spellStart"/>
      <w:r>
        <w:t>banorë</w:t>
      </w:r>
      <w:proofErr w:type="spellEnd"/>
      <w:r>
        <w:t xml:space="preserve"> </w:t>
      </w:r>
      <w:proofErr w:type="spellStart"/>
      <w:r>
        <w:t>kena</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Tre </w:t>
      </w:r>
      <w:proofErr w:type="spellStart"/>
      <w:r>
        <w:t>banorë</w:t>
      </w:r>
      <w:proofErr w:type="spellEnd"/>
      <w:r>
        <w:t xml:space="preserve"> </w:t>
      </w:r>
      <w:proofErr w:type="spellStart"/>
      <w:r>
        <w:t>kanë</w:t>
      </w:r>
      <w:proofErr w:type="spellEnd"/>
      <w:r>
        <w:t xml:space="preserve"> </w:t>
      </w:r>
      <w:proofErr w:type="spellStart"/>
      <w:r>
        <w:t>ardhur</w:t>
      </w:r>
      <w:proofErr w:type="spellEnd"/>
      <w:r>
        <w:t xml:space="preserve"> </w:t>
      </w:r>
      <w:proofErr w:type="spellStart"/>
      <w:r>
        <w:t>prej</w:t>
      </w:r>
      <w:proofErr w:type="spellEnd"/>
      <w:r>
        <w:t xml:space="preserve"> </w:t>
      </w:r>
      <w:proofErr w:type="spellStart"/>
      <w:r>
        <w:t>Gjermanie</w:t>
      </w:r>
      <w:proofErr w:type="spellEnd"/>
      <w:r>
        <w:t xml:space="preserve">, </w:t>
      </w:r>
      <w:proofErr w:type="spellStart"/>
      <w:r>
        <w:t>kanë</w:t>
      </w:r>
      <w:proofErr w:type="spellEnd"/>
      <w:r>
        <w:t xml:space="preserve"> </w:t>
      </w:r>
      <w:proofErr w:type="spellStart"/>
      <w:r>
        <w:t>ardhur</w:t>
      </w:r>
      <w:proofErr w:type="spellEnd"/>
      <w:r>
        <w:t xml:space="preserve"> </w:t>
      </w:r>
      <w:proofErr w:type="spellStart"/>
      <w:r>
        <w:t>në</w:t>
      </w:r>
      <w:proofErr w:type="spellEnd"/>
      <w:r>
        <w:t xml:space="preserve"> </w:t>
      </w:r>
      <w:proofErr w:type="spellStart"/>
      <w:r>
        <w:t>mënyrë</w:t>
      </w:r>
      <w:proofErr w:type="spellEnd"/>
      <w:r>
        <w:t xml:space="preserve"> </w:t>
      </w:r>
      <w:proofErr w:type="spellStart"/>
      <w:r>
        <w:t>të</w:t>
      </w:r>
      <w:proofErr w:type="spellEnd"/>
      <w:r>
        <w:t xml:space="preserve"> </w:t>
      </w:r>
      <w:proofErr w:type="spellStart"/>
      <w:r>
        <w:t>pavarur</w:t>
      </w:r>
      <w:proofErr w:type="spellEnd"/>
      <w:r>
        <w:t xml:space="preserve">, </w:t>
      </w:r>
      <w:proofErr w:type="spellStart"/>
      <w:r>
        <w:t>janë</w:t>
      </w:r>
      <w:proofErr w:type="spellEnd"/>
      <w:r>
        <w:t xml:space="preserve"> </w:t>
      </w:r>
      <w:proofErr w:type="spellStart"/>
      <w:r>
        <w:t>regjistruar</w:t>
      </w:r>
      <w:proofErr w:type="spellEnd"/>
      <w:r>
        <w:t xml:space="preserve"> </w:t>
      </w:r>
      <w:proofErr w:type="spellStart"/>
      <w:r>
        <w:t>dhe</w:t>
      </w:r>
      <w:proofErr w:type="spellEnd"/>
      <w:r>
        <w:t xml:space="preserve"> </w:t>
      </w:r>
      <w:proofErr w:type="spellStart"/>
      <w:r>
        <w:t>te</w:t>
      </w:r>
      <w:proofErr w:type="spellEnd"/>
      <w:r>
        <w:t xml:space="preserve"> </w:t>
      </w:r>
      <w:proofErr w:type="spellStart"/>
      <w:r>
        <w:t>censusi</w:t>
      </w:r>
      <w:proofErr w:type="spellEnd"/>
      <w:r>
        <w:t xml:space="preserve">. </w:t>
      </w:r>
      <w:proofErr w:type="spellStart"/>
      <w:r>
        <w:t>Të</w:t>
      </w:r>
      <w:proofErr w:type="spellEnd"/>
      <w:r>
        <w:t xml:space="preserve"> </w:t>
      </w:r>
      <w:proofErr w:type="spellStart"/>
      <w:r>
        <w:t>gjitha</w:t>
      </w:r>
      <w:proofErr w:type="spellEnd"/>
      <w:r>
        <w:t xml:space="preserve"> </w:t>
      </w:r>
      <w:proofErr w:type="spellStart"/>
      <w:r>
        <w:t>këto</w:t>
      </w:r>
      <w:proofErr w:type="spellEnd"/>
      <w:r>
        <w:t xml:space="preserve"> </w:t>
      </w:r>
      <w:proofErr w:type="spellStart"/>
      <w:r>
        <w:t>si</w:t>
      </w:r>
      <w:proofErr w:type="spellEnd"/>
      <w:r>
        <w:t xml:space="preserve"> </w:t>
      </w:r>
      <w:proofErr w:type="spellStart"/>
      <w:r>
        <w:t>thua</w:t>
      </w:r>
      <w:proofErr w:type="spellEnd"/>
      <w:r>
        <w:t xml:space="preserve"> </w:t>
      </w:r>
      <w:proofErr w:type="spellStart"/>
      <w:r>
        <w:t>ti</w:t>
      </w:r>
      <w:proofErr w:type="spellEnd"/>
      <w:r>
        <w:t xml:space="preserve"> </w:t>
      </w:r>
      <w:proofErr w:type="spellStart"/>
      <w:r>
        <w:t>nuk</w:t>
      </w:r>
      <w:proofErr w:type="spellEnd"/>
      <w:r>
        <w:t xml:space="preserve"> </w:t>
      </w:r>
      <w:proofErr w:type="spellStart"/>
      <w:r>
        <w:t>lidhen</w:t>
      </w:r>
      <w:proofErr w:type="spellEnd"/>
      <w:r>
        <w:t xml:space="preserve">, </w:t>
      </w:r>
      <w:proofErr w:type="spellStart"/>
      <w:r>
        <w:t>meqënëse</w:t>
      </w:r>
      <w:proofErr w:type="spellEnd"/>
      <w:r>
        <w:t xml:space="preserve"> </w:t>
      </w:r>
      <w:proofErr w:type="spellStart"/>
      <w:r>
        <w:t>thashë</w:t>
      </w:r>
      <w:proofErr w:type="spellEnd"/>
      <w:r>
        <w:t xml:space="preserve"> </w:t>
      </w:r>
      <w:proofErr w:type="spellStart"/>
      <w:r>
        <w:t>më</w:t>
      </w:r>
      <w:proofErr w:type="spellEnd"/>
      <w:r>
        <w:t xml:space="preserve"> </w:t>
      </w:r>
      <w:proofErr w:type="spellStart"/>
      <w:r>
        <w:t>sipër</w:t>
      </w:r>
      <w:proofErr w:type="spellEnd"/>
      <w:r>
        <w:t xml:space="preserve">. </w:t>
      </w:r>
      <w:proofErr w:type="spellStart"/>
      <w:r>
        <w:t>Në</w:t>
      </w:r>
      <w:proofErr w:type="spellEnd"/>
      <w:r>
        <w:t xml:space="preserve"> </w:t>
      </w:r>
      <w:proofErr w:type="spellStart"/>
      <w:r>
        <w:t>ti</w:t>
      </w:r>
      <w:proofErr w:type="spellEnd"/>
      <w:r>
        <w:t xml:space="preserve"> ki </w:t>
      </w:r>
      <w:proofErr w:type="spellStart"/>
      <w:r>
        <w:t>marrë</w:t>
      </w:r>
      <w:proofErr w:type="spellEnd"/>
      <w:r>
        <w:t xml:space="preserve"> </w:t>
      </w:r>
      <w:proofErr w:type="spellStart"/>
      <w:r>
        <w:t>të</w:t>
      </w:r>
      <w:proofErr w:type="spellEnd"/>
      <w:r>
        <w:t xml:space="preserve"> </w:t>
      </w:r>
      <w:proofErr w:type="spellStart"/>
      <w:r>
        <w:t>dhënat</w:t>
      </w:r>
      <w:proofErr w:type="spellEnd"/>
      <w:r>
        <w:t xml:space="preserve">, </w:t>
      </w:r>
      <w:proofErr w:type="spellStart"/>
      <w:r>
        <w:t>thu</w:t>
      </w:r>
      <w:proofErr w:type="spellEnd"/>
      <w:r>
        <w:t xml:space="preserve">: </w:t>
      </w:r>
      <w:proofErr w:type="spellStart"/>
      <w:r>
        <w:t>referenca</w:t>
      </w:r>
      <w:proofErr w:type="spellEnd"/>
      <w:r>
        <w:t xml:space="preserve"> 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w:t>
      </w:r>
      <w:proofErr w:type="spellStart"/>
      <w:r>
        <w:t>zonjë</w:t>
      </w:r>
      <w:proofErr w:type="spellEnd"/>
      <w:r>
        <w:t xml:space="preserve"> </w:t>
      </w:r>
      <w:proofErr w:type="spellStart"/>
      <w:r>
        <w:t>Nderume</w:t>
      </w:r>
      <w:proofErr w:type="spellEnd"/>
      <w:r>
        <w:t xml:space="preserve">, </w:t>
      </w:r>
      <w:proofErr w:type="spellStart"/>
      <w:r>
        <w:t>është</w:t>
      </w:r>
      <w:proofErr w:type="spellEnd"/>
      <w:r>
        <w:t xml:space="preserve"> 70-70 </w:t>
      </w:r>
      <w:proofErr w:type="spellStart"/>
      <w:r>
        <w:lastRenderedPageBreak/>
        <w:t>mijë</w:t>
      </w:r>
      <w:proofErr w:type="spellEnd"/>
      <w:r>
        <w:t xml:space="preserve"> </w:t>
      </w:r>
      <w:proofErr w:type="spellStart"/>
      <w:r>
        <w:t>lekë</w:t>
      </w:r>
      <w:proofErr w:type="spellEnd"/>
      <w:r>
        <w:t xml:space="preserve"> </w:t>
      </w:r>
      <w:proofErr w:type="spellStart"/>
      <w:r>
        <w:t>vjetër</w:t>
      </w:r>
      <w:proofErr w:type="spellEnd"/>
      <w:r>
        <w:t xml:space="preserve">, </w:t>
      </w:r>
      <w:proofErr w:type="spellStart"/>
      <w:r>
        <w:t>është</w:t>
      </w:r>
      <w:proofErr w:type="spellEnd"/>
      <w:r>
        <w:t xml:space="preserve"> </w:t>
      </w:r>
      <w:proofErr w:type="spellStart"/>
      <w:r>
        <w:t>më</w:t>
      </w:r>
      <w:proofErr w:type="spellEnd"/>
      <w:r>
        <w:t xml:space="preserve"> e </w:t>
      </w:r>
      <w:proofErr w:type="spellStart"/>
      <w:r>
        <w:t>vogla</w:t>
      </w:r>
      <w:proofErr w:type="spellEnd"/>
      <w:r>
        <w:t xml:space="preserve"> </w:t>
      </w:r>
      <w:proofErr w:type="spellStart"/>
      <w:r>
        <w:t>në</w:t>
      </w:r>
      <w:proofErr w:type="spellEnd"/>
      <w:r>
        <w:t xml:space="preserve"> </w:t>
      </w:r>
      <w:proofErr w:type="spellStart"/>
      <w:r>
        <w:t>botë</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unë</w:t>
      </w:r>
      <w:proofErr w:type="spellEnd"/>
      <w:r>
        <w:t xml:space="preserve"> do ta </w:t>
      </w:r>
      <w:proofErr w:type="spellStart"/>
      <w:r>
        <w:t>kisha</w:t>
      </w:r>
      <w:proofErr w:type="spellEnd"/>
      <w:r>
        <w:t xml:space="preserve"> </w:t>
      </w:r>
      <w:proofErr w:type="spellStart"/>
      <w:r>
        <w:t>referencën</w:t>
      </w:r>
      <w:proofErr w:type="spellEnd"/>
      <w:r>
        <w:t xml:space="preserve"> </w:t>
      </w:r>
      <w:proofErr w:type="spellStart"/>
      <w:r>
        <w:t>që</w:t>
      </w:r>
      <w:proofErr w:type="spellEnd"/>
      <w:r>
        <w:t xml:space="preserve"> </w:t>
      </w:r>
      <w:proofErr w:type="spellStart"/>
      <w:r>
        <w:t>kanë</w:t>
      </w:r>
      <w:proofErr w:type="spellEnd"/>
      <w:r>
        <w:t xml:space="preserve"> </w:t>
      </w:r>
      <w:proofErr w:type="spellStart"/>
      <w:r>
        <w:t>bërë</w:t>
      </w:r>
      <w:proofErr w:type="spellEnd"/>
      <w:r>
        <w:t xml:space="preserve"> </w:t>
      </w:r>
      <w:proofErr w:type="spellStart"/>
      <w:r>
        <w:t>kërkesat</w:t>
      </w:r>
      <w:proofErr w:type="spellEnd"/>
      <w:r>
        <w:t xml:space="preserve"> </w:t>
      </w:r>
      <w:proofErr w:type="spellStart"/>
      <w:r>
        <w:t>njëpasnjëshme</w:t>
      </w:r>
      <w:proofErr w:type="spellEnd"/>
      <w:r>
        <w:t xml:space="preserve"> </w:t>
      </w:r>
      <w:proofErr w:type="spellStart"/>
      <w:r>
        <w:t>për</w:t>
      </w:r>
      <w:proofErr w:type="spellEnd"/>
      <w:r>
        <w:t xml:space="preserve"> </w:t>
      </w:r>
      <w:proofErr w:type="spellStart"/>
      <w:r>
        <w:t>rritje</w:t>
      </w:r>
      <w:proofErr w:type="spellEnd"/>
      <w:r>
        <w:t xml:space="preserve"> </w:t>
      </w:r>
      <w:proofErr w:type="spellStart"/>
      <w:r>
        <w:t>të</w:t>
      </w:r>
      <w:proofErr w:type="spellEnd"/>
      <w:r>
        <w:t xml:space="preserve"> </w:t>
      </w:r>
      <w:proofErr w:type="spellStart"/>
      <w:r>
        <w:t>referencës</w:t>
      </w:r>
      <w:proofErr w:type="spellEnd"/>
      <w:r>
        <w:t xml:space="preserve">, ta </w:t>
      </w:r>
      <w:proofErr w:type="spellStart"/>
      <w:r>
        <w:t>kisha</w:t>
      </w:r>
      <w:proofErr w:type="spellEnd"/>
      <w:r>
        <w:t xml:space="preserve"> </w:t>
      </w:r>
      <w:proofErr w:type="spellStart"/>
      <w:r>
        <w:t>referencën</w:t>
      </w:r>
      <w:proofErr w:type="spellEnd"/>
      <w:r>
        <w:t xml:space="preserve"> </w:t>
      </w:r>
      <w:proofErr w:type="spellStart"/>
      <w:r>
        <w:t>sa</w:t>
      </w:r>
      <w:proofErr w:type="spellEnd"/>
      <w:r>
        <w:t xml:space="preserve"> e ka </w:t>
      </w:r>
      <w:proofErr w:type="spellStart"/>
      <w:r>
        <w:t>një</w:t>
      </w:r>
      <w:proofErr w:type="spellEnd"/>
      <w:r>
        <w:t xml:space="preserve"> </w:t>
      </w:r>
      <w:proofErr w:type="spellStart"/>
      <w:r>
        <w:t>bashki</w:t>
      </w:r>
      <w:proofErr w:type="spellEnd"/>
      <w:r>
        <w:t xml:space="preserve"> </w:t>
      </w:r>
      <w:proofErr w:type="spellStart"/>
      <w:r>
        <w:t>kohe</w:t>
      </w:r>
      <w:proofErr w:type="spellEnd"/>
      <w:r>
        <w:t xml:space="preserve"> me </w:t>
      </w:r>
      <w:proofErr w:type="spellStart"/>
      <w:r>
        <w:t>mua</w:t>
      </w:r>
      <w:proofErr w:type="spellEnd"/>
      <w:r>
        <w:t xml:space="preserve">, </w:t>
      </w:r>
      <w:proofErr w:type="spellStart"/>
      <w:r>
        <w:t>unë</w:t>
      </w:r>
      <w:proofErr w:type="spellEnd"/>
      <w:r>
        <w:t xml:space="preserve"> do </w:t>
      </w:r>
      <w:proofErr w:type="spellStart"/>
      <w:r>
        <w:t>kisha</w:t>
      </w:r>
      <w:proofErr w:type="spellEnd"/>
      <w:r>
        <w:t xml:space="preserve"> </w:t>
      </w:r>
      <w:proofErr w:type="spellStart"/>
      <w:r>
        <w:t>nivelin</w:t>
      </w:r>
      <w:proofErr w:type="spellEnd"/>
      <w:r>
        <w:t xml:space="preserve"> </w:t>
      </w:r>
      <w:proofErr w:type="spellStart"/>
      <w:r>
        <w:t>financiar</w:t>
      </w:r>
      <w:proofErr w:type="spellEnd"/>
      <w:r>
        <w:t xml:space="preserve"> </w:t>
      </w:r>
      <w:proofErr w:type="spellStart"/>
      <w:r>
        <w:t>më</w:t>
      </w:r>
      <w:proofErr w:type="spellEnd"/>
      <w:r>
        <w:t xml:space="preserve"> </w:t>
      </w:r>
      <w:proofErr w:type="spellStart"/>
      <w:r>
        <w:t>të</w:t>
      </w:r>
      <w:proofErr w:type="spellEnd"/>
      <w:r>
        <w:t xml:space="preserve">... </w:t>
      </w:r>
      <w:proofErr w:type="spellStart"/>
      <w:r>
        <w:t>sepse</w:t>
      </w:r>
      <w:proofErr w:type="spellEnd"/>
      <w:r>
        <w:t xml:space="preserve"> jam vend industrial. </w:t>
      </w:r>
      <w:proofErr w:type="spellStart"/>
      <w:r>
        <w:t>Në</w:t>
      </w:r>
      <w:proofErr w:type="spellEnd"/>
      <w:r>
        <w:t xml:space="preserve"> </w:t>
      </w:r>
      <w:proofErr w:type="spellStart"/>
      <w:r>
        <w:t>qoftë</w:t>
      </w:r>
      <w:proofErr w:type="spellEnd"/>
      <w:r>
        <w:t xml:space="preserve"> se </w:t>
      </w:r>
      <w:proofErr w:type="spellStart"/>
      <w:r>
        <w:t>unë</w:t>
      </w:r>
      <w:proofErr w:type="spellEnd"/>
      <w:r>
        <w:t xml:space="preserve"> </w:t>
      </w:r>
      <w:proofErr w:type="spellStart"/>
      <w:r>
        <w:t>thashë</w:t>
      </w:r>
      <w:proofErr w:type="spellEnd"/>
      <w:r>
        <w:t xml:space="preserve"> se </w:t>
      </w:r>
      <w:proofErr w:type="spellStart"/>
      <w:r>
        <w:t>kam</w:t>
      </w:r>
      <w:proofErr w:type="spellEnd"/>
      <w:r>
        <w:t xml:space="preserve"> </w:t>
      </w:r>
      <w:proofErr w:type="spellStart"/>
      <w:r>
        <w:t>një</w:t>
      </w:r>
      <w:proofErr w:type="spellEnd"/>
      <w:r>
        <w:t xml:space="preserve"> </w:t>
      </w:r>
      <w:proofErr w:type="spellStart"/>
      <w:r>
        <w:t>minierë</w:t>
      </w:r>
      <w:proofErr w:type="spellEnd"/>
      <w:r>
        <w:t xml:space="preserve"> </w:t>
      </w:r>
      <w:proofErr w:type="spellStart"/>
      <w:r>
        <w:t>më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në</w:t>
      </w:r>
      <w:proofErr w:type="spellEnd"/>
      <w:r>
        <w:t xml:space="preserve"> </w:t>
      </w:r>
      <w:proofErr w:type="spellStart"/>
      <w:r>
        <w:t>Shqipëri</w:t>
      </w:r>
      <w:proofErr w:type="spellEnd"/>
      <w:r>
        <w:t xml:space="preserve"> </w:t>
      </w:r>
      <w:proofErr w:type="spellStart"/>
      <w:r>
        <w:t>për</w:t>
      </w:r>
      <w:proofErr w:type="spellEnd"/>
      <w:r>
        <w:t xml:space="preserve"> </w:t>
      </w:r>
      <w:proofErr w:type="spellStart"/>
      <w:r>
        <w:t>prodhimin</w:t>
      </w:r>
      <w:proofErr w:type="spellEnd"/>
      <w:r>
        <w:t xml:space="preserve"> e </w:t>
      </w:r>
      <w:proofErr w:type="spellStart"/>
      <w:r>
        <w:t>bakrit</w:t>
      </w:r>
      <w:proofErr w:type="spellEnd"/>
      <w:r>
        <w:t xml:space="preserve">, </w:t>
      </w:r>
      <w:proofErr w:type="spellStart"/>
      <w:r>
        <w:t>një</w:t>
      </w:r>
      <w:proofErr w:type="spellEnd"/>
      <w:r>
        <w:t xml:space="preserve"> </w:t>
      </w:r>
      <w:proofErr w:type="spellStart"/>
      <w:r>
        <w:t>fabrikë</w:t>
      </w:r>
      <w:proofErr w:type="spellEnd"/>
      <w:r>
        <w:t xml:space="preserve">, </w:t>
      </w:r>
      <w:proofErr w:type="spellStart"/>
      <w:r>
        <w:t>tre</w:t>
      </w:r>
      <w:proofErr w:type="spellEnd"/>
      <w:r>
        <w:t xml:space="preserve"> </w:t>
      </w:r>
      <w:proofErr w:type="spellStart"/>
      <w:r>
        <w:t>miniera</w:t>
      </w:r>
      <w:proofErr w:type="spellEnd"/>
      <w:r>
        <w:t xml:space="preserve">, </w:t>
      </w:r>
      <w:proofErr w:type="spellStart"/>
      <w:r>
        <w:t>kam</w:t>
      </w:r>
      <w:proofErr w:type="spellEnd"/>
      <w:r>
        <w:t xml:space="preserve"> </w:t>
      </w:r>
      <w:proofErr w:type="spellStart"/>
      <w:r>
        <w:t>potencialin</w:t>
      </w:r>
      <w:proofErr w:type="spellEnd"/>
      <w:r>
        <w:t xml:space="preserve"> e </w:t>
      </w:r>
      <w:proofErr w:type="spellStart"/>
      <w:r>
        <w:t>fabrikave</w:t>
      </w:r>
      <w:proofErr w:type="spellEnd"/>
      <w:r>
        <w:t xml:space="preserve"> </w:t>
      </w:r>
      <w:proofErr w:type="spellStart"/>
      <w:r>
        <w:t>tuaja</w:t>
      </w:r>
      <w:proofErr w:type="spellEnd"/>
      <w:r>
        <w:t xml:space="preserve">, </w:t>
      </w:r>
      <w:proofErr w:type="spellStart"/>
      <w:r>
        <w:t>të</w:t>
      </w:r>
      <w:proofErr w:type="spellEnd"/>
      <w:r>
        <w:t xml:space="preserve"> </w:t>
      </w:r>
      <w:proofErr w:type="spellStart"/>
      <w:r>
        <w:t>dy</w:t>
      </w:r>
      <w:proofErr w:type="spellEnd"/>
      <w:r>
        <w:t xml:space="preserve"> </w:t>
      </w:r>
      <w:proofErr w:type="spellStart"/>
      <w:r>
        <w:t>centralet</w:t>
      </w:r>
      <w:proofErr w:type="spellEnd"/>
      <w:r>
        <w:t xml:space="preserve">, </w:t>
      </w:r>
      <w:proofErr w:type="spellStart"/>
      <w:r>
        <w:t>pra</w:t>
      </w:r>
      <w:proofErr w:type="spellEnd"/>
      <w:r>
        <w:t xml:space="preserve"> jam vend industrial. Si </w:t>
      </w:r>
      <w:proofErr w:type="spellStart"/>
      <w:r>
        <w:t>mund</w:t>
      </w:r>
      <w:proofErr w:type="spellEnd"/>
      <w:r>
        <w:t xml:space="preserve"> </w:t>
      </w:r>
      <w:proofErr w:type="spellStart"/>
      <w:r>
        <w:t>të</w:t>
      </w:r>
      <w:proofErr w:type="spellEnd"/>
      <w:r>
        <w:t xml:space="preserve"> </w:t>
      </w:r>
      <w:proofErr w:type="spellStart"/>
      <w:r>
        <w:t>ndalem</w:t>
      </w:r>
      <w:proofErr w:type="spellEnd"/>
      <w:r>
        <w:t xml:space="preserve"> </w:t>
      </w:r>
      <w:proofErr w:type="spellStart"/>
      <w:r>
        <w:t>unë</w:t>
      </w:r>
      <w:proofErr w:type="spellEnd"/>
      <w:r>
        <w:t xml:space="preserve"> </w:t>
      </w:r>
      <w:proofErr w:type="spellStart"/>
      <w:r>
        <w:t>jashtë</w:t>
      </w:r>
      <w:proofErr w:type="spellEnd"/>
      <w:r>
        <w:t xml:space="preserve"> </w:t>
      </w:r>
      <w:proofErr w:type="spellStart"/>
      <w:r>
        <w:t>kontrollit</w:t>
      </w:r>
      <w:proofErr w:type="spellEnd"/>
      <w:r>
        <w:t xml:space="preserve"> </w:t>
      </w:r>
      <w:proofErr w:type="spellStart"/>
      <w:r>
        <w:t>të</w:t>
      </w:r>
      <w:proofErr w:type="spellEnd"/>
      <w:r>
        <w:t xml:space="preserve"> </w:t>
      </w:r>
      <w:proofErr w:type="spellStart"/>
      <w:r>
        <w:t>nivelit</w:t>
      </w:r>
      <w:proofErr w:type="spellEnd"/>
      <w:r>
        <w:t xml:space="preserve"> </w:t>
      </w:r>
      <w:proofErr w:type="spellStart"/>
      <w:r>
        <w:t>ekonomik</w:t>
      </w:r>
      <w:proofErr w:type="spellEnd"/>
      <w:r>
        <w:t xml:space="preserve">? Kam </w:t>
      </w:r>
      <w:proofErr w:type="spellStart"/>
      <w:r>
        <w:t>referencën</w:t>
      </w:r>
      <w:proofErr w:type="spellEnd"/>
      <w:r>
        <w:t xml:space="preserve"> e </w:t>
      </w:r>
      <w:proofErr w:type="spellStart"/>
      <w:r>
        <w:t>ulët</w:t>
      </w:r>
      <w:proofErr w:type="spellEnd"/>
      <w:r>
        <w:t xml:space="preserve"> </w:t>
      </w:r>
      <w:proofErr w:type="spellStart"/>
      <w:r>
        <w:t>dhe</w:t>
      </w:r>
      <w:proofErr w:type="spellEnd"/>
      <w:r>
        <w:t xml:space="preserve"> </w:t>
      </w:r>
      <w:proofErr w:type="spellStart"/>
      <w:r>
        <w:t>indeksi</w:t>
      </w:r>
      <w:proofErr w:type="spellEnd"/>
      <w:r>
        <w:t xml:space="preserve"> </w:t>
      </w:r>
      <w:proofErr w:type="spellStart"/>
      <w:r>
        <w:t>që</w:t>
      </w:r>
      <w:proofErr w:type="spellEnd"/>
      <w:r>
        <w:t xml:space="preserve"> </w:t>
      </w:r>
      <w:proofErr w:type="spellStart"/>
      <w:r>
        <w:t>i</w:t>
      </w:r>
      <w:proofErr w:type="spellEnd"/>
      <w:r>
        <w:t xml:space="preserve"> </w:t>
      </w:r>
      <w:proofErr w:type="spellStart"/>
      <w:r>
        <w:t>lexove</w:t>
      </w:r>
      <w:proofErr w:type="spellEnd"/>
      <w:r>
        <w:t xml:space="preserve"> </w:t>
      </w:r>
      <w:proofErr w:type="spellStart"/>
      <w:r>
        <w:t>ti</w:t>
      </w:r>
      <w:proofErr w:type="spellEnd"/>
      <w:r>
        <w:t xml:space="preserve"> </w:t>
      </w:r>
      <w:proofErr w:type="spellStart"/>
      <w:r>
        <w:t>është</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referencës</w:t>
      </w:r>
      <w:proofErr w:type="spellEnd"/>
      <w:r>
        <w:t xml:space="preserve">, por jo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ekonomisë</w:t>
      </w:r>
      <w:proofErr w:type="spellEnd"/>
      <w:r>
        <w:t xml:space="preserve"> </w:t>
      </w:r>
      <w:proofErr w:type="spellStart"/>
      <w:r>
        <w:t>që</w:t>
      </w:r>
      <w:proofErr w:type="spellEnd"/>
      <w:r>
        <w:t xml:space="preserve"> </w:t>
      </w:r>
      <w:proofErr w:type="spellStart"/>
      <w:r>
        <w:t>kam</w:t>
      </w:r>
      <w:proofErr w:type="spellEnd"/>
      <w:r>
        <w:t xml:space="preserve"> </w:t>
      </w:r>
      <w:proofErr w:type="spellStart"/>
      <w:r>
        <w:t>unë</w:t>
      </w:r>
      <w:proofErr w:type="spellEnd"/>
      <w:r>
        <w:t xml:space="preserve"> </w:t>
      </w:r>
      <w:proofErr w:type="spellStart"/>
      <w:r>
        <w:t>përmendur</w:t>
      </w:r>
      <w:proofErr w:type="spellEnd"/>
      <w:r>
        <w:t xml:space="preserve"> </w:t>
      </w:r>
      <w:proofErr w:type="spellStart"/>
      <w:r>
        <w:t>përmendur</w:t>
      </w:r>
      <w:proofErr w:type="spellEnd"/>
      <w:r>
        <w:t xml:space="preserve"> </w:t>
      </w:r>
      <w:proofErr w:type="spellStart"/>
      <w:r>
        <w:t>bashkisë</w:t>
      </w:r>
      <w:proofErr w:type="spellEnd"/>
      <w:r>
        <w:t xml:space="preserve">. Tani </w:t>
      </w:r>
      <w:proofErr w:type="spellStart"/>
      <w:r>
        <w:t>ti</w:t>
      </w:r>
      <w:proofErr w:type="spellEnd"/>
      <w:r>
        <w:t xml:space="preserve"> the </w:t>
      </w:r>
      <w:proofErr w:type="spellStart"/>
      <w:r>
        <w:t>për</w:t>
      </w:r>
      <w:proofErr w:type="spellEnd"/>
      <w:r>
        <w:t xml:space="preserve"> </w:t>
      </w:r>
      <w:proofErr w:type="spellStart"/>
      <w:r>
        <w:t>burime</w:t>
      </w:r>
      <w:proofErr w:type="spellEnd"/>
      <w:r>
        <w:t xml:space="preserve">, </w:t>
      </w:r>
      <w:proofErr w:type="spellStart"/>
      <w:r>
        <w:t>për</w:t>
      </w:r>
      <w:proofErr w:type="spellEnd"/>
      <w:r>
        <w:t xml:space="preserve"> </w:t>
      </w:r>
      <w:proofErr w:type="spellStart"/>
      <w:r>
        <w:t>burime</w:t>
      </w:r>
      <w:proofErr w:type="spellEnd"/>
      <w:r>
        <w:t xml:space="preserve">... jo, </w:t>
      </w:r>
      <w:proofErr w:type="spellStart"/>
      <w:r>
        <w:t>nuk</w:t>
      </w:r>
      <w:proofErr w:type="spellEnd"/>
      <w:r>
        <w:t xml:space="preserve"> </w:t>
      </w:r>
      <w:proofErr w:type="spellStart"/>
      <w:r>
        <w:t>kena</w:t>
      </w:r>
      <w:proofErr w:type="spellEnd"/>
      <w:r>
        <w:t xml:space="preserve"> </w:t>
      </w:r>
      <w:proofErr w:type="spellStart"/>
      <w:r>
        <w:t>probleme</w:t>
      </w:r>
      <w:proofErr w:type="spellEnd"/>
      <w:r>
        <w:t xml:space="preserve"> </w:t>
      </w:r>
      <w:proofErr w:type="spellStart"/>
      <w:r>
        <w:t>për</w:t>
      </w:r>
      <w:proofErr w:type="spellEnd"/>
      <w:r>
        <w:t xml:space="preserve"> </w:t>
      </w:r>
      <w:proofErr w:type="spellStart"/>
      <w:r>
        <w:t>burime</w:t>
      </w:r>
      <w:proofErr w:type="spellEnd"/>
      <w:r>
        <w:t xml:space="preserve"> </w:t>
      </w:r>
      <w:proofErr w:type="spellStart"/>
      <w:r>
        <w:t>njerëzore</w:t>
      </w:r>
      <w:proofErr w:type="spellEnd"/>
      <w:r>
        <w:t xml:space="preserve">, </w:t>
      </w:r>
      <w:proofErr w:type="spellStart"/>
      <w:r>
        <w:t>absolutisht</w:t>
      </w:r>
      <w:proofErr w:type="spellEnd"/>
      <w:r>
        <w:t xml:space="preserve">. </w:t>
      </w:r>
      <w:proofErr w:type="spellStart"/>
      <w:r>
        <w:t>Dhe</w:t>
      </w:r>
      <w:proofErr w:type="spellEnd"/>
      <w:r>
        <w:t xml:space="preserve"> </w:t>
      </w:r>
      <w:proofErr w:type="spellStart"/>
      <w:r>
        <w:t>unë</w:t>
      </w:r>
      <w:proofErr w:type="spellEnd"/>
      <w:r>
        <w:t xml:space="preserve"> </w:t>
      </w:r>
      <w:proofErr w:type="spellStart"/>
      <w:r>
        <w:t>habitem</w:t>
      </w:r>
      <w:proofErr w:type="spellEnd"/>
      <w:r>
        <w:t xml:space="preserve"> </w:t>
      </w:r>
      <w:proofErr w:type="spellStart"/>
      <w:r>
        <w:t>që</w:t>
      </w:r>
      <w:proofErr w:type="spellEnd"/>
      <w:r>
        <w:t xml:space="preserve">... </w:t>
      </w:r>
      <w:proofErr w:type="spellStart"/>
      <w:r>
        <w:t>habitem</w:t>
      </w:r>
      <w:proofErr w:type="spellEnd"/>
      <w:r>
        <w:t xml:space="preserve"> </w:t>
      </w:r>
      <w:proofErr w:type="spellStart"/>
      <w:r>
        <w:t>që</w:t>
      </w:r>
      <w:proofErr w:type="spellEnd"/>
      <w:r>
        <w:t xml:space="preserve"> ka... </w:t>
      </w:r>
      <w:proofErr w:type="spellStart"/>
      <w:r>
        <w:t>sepse</w:t>
      </w:r>
      <w:proofErr w:type="spellEnd"/>
      <w:r>
        <w:t xml:space="preserve"> </w:t>
      </w:r>
      <w:proofErr w:type="spellStart"/>
      <w:r>
        <w:t>të</w:t>
      </w:r>
      <w:proofErr w:type="spellEnd"/>
      <w:r>
        <w:t xml:space="preserve"> </w:t>
      </w:r>
      <w:proofErr w:type="spellStart"/>
      <w:r>
        <w:t>kisha</w:t>
      </w:r>
      <w:proofErr w:type="spellEnd"/>
      <w:r>
        <w:t xml:space="preserve"> </w:t>
      </w:r>
      <w:proofErr w:type="spellStart"/>
      <w:r>
        <w:t>probleme</w:t>
      </w:r>
      <w:proofErr w:type="spellEnd"/>
      <w:r>
        <w:t xml:space="preserve"> </w:t>
      </w:r>
      <w:proofErr w:type="spellStart"/>
      <w:r>
        <w:t>për</w:t>
      </w:r>
      <w:proofErr w:type="spellEnd"/>
      <w:r>
        <w:t xml:space="preserve"> </w:t>
      </w:r>
      <w:proofErr w:type="spellStart"/>
      <w:r>
        <w:t>burime</w:t>
      </w:r>
      <w:proofErr w:type="spellEnd"/>
      <w:r>
        <w:t xml:space="preserve"> </w:t>
      </w:r>
      <w:proofErr w:type="spellStart"/>
      <w:r>
        <w:t>njerëzore</w:t>
      </w:r>
      <w:proofErr w:type="spellEnd"/>
      <w:r>
        <w:t xml:space="preserve">, </w:t>
      </w:r>
      <w:proofErr w:type="spellStart"/>
      <w:r>
        <w:t>kena</w:t>
      </w:r>
      <w:proofErr w:type="spellEnd"/>
      <w:r>
        <w:t xml:space="preserve"> </w:t>
      </w:r>
      <w:proofErr w:type="spellStart"/>
      <w:r>
        <w:t>konkurruar</w:t>
      </w:r>
      <w:proofErr w:type="spellEnd"/>
      <w:r>
        <w:t xml:space="preserve"> </w:t>
      </w:r>
      <w:proofErr w:type="spellStart"/>
      <w:r>
        <w:t>te</w:t>
      </w:r>
      <w:proofErr w:type="spellEnd"/>
      <w:r>
        <w:t xml:space="preserve"> </w:t>
      </w:r>
      <w:proofErr w:type="spellStart"/>
      <w:r>
        <w:t>dy</w:t>
      </w:r>
      <w:proofErr w:type="spellEnd"/>
      <w:r>
        <w:t xml:space="preserve"> </w:t>
      </w:r>
      <w:proofErr w:type="spellStart"/>
      <w:r>
        <w:t>te</w:t>
      </w:r>
      <w:proofErr w:type="spellEnd"/>
      <w:r>
        <w:t xml:space="preserve"> </w:t>
      </w:r>
      <w:proofErr w:type="spellStart"/>
      <w:r>
        <w:t>këto</w:t>
      </w:r>
      <w:proofErr w:type="spellEnd"/>
      <w:r>
        <w:t xml:space="preserve"> </w:t>
      </w:r>
      <w:proofErr w:type="spellStart"/>
      <w:r>
        <w:t>ndërkufitarët</w:t>
      </w:r>
      <w:proofErr w:type="spellEnd"/>
      <w:r>
        <w:t xml:space="preserve">, </w:t>
      </w:r>
      <w:proofErr w:type="spellStart"/>
      <w:r>
        <w:t>në</w:t>
      </w:r>
      <w:proofErr w:type="spellEnd"/>
      <w:r>
        <w:t xml:space="preserve"> </w:t>
      </w:r>
      <w:proofErr w:type="spellStart"/>
      <w:r>
        <w:t>të</w:t>
      </w:r>
      <w:proofErr w:type="spellEnd"/>
      <w:r>
        <w:t xml:space="preserve"> </w:t>
      </w:r>
      <w:proofErr w:type="spellStart"/>
      <w:r>
        <w:t>dhjetë</w:t>
      </w:r>
      <w:proofErr w:type="spellEnd"/>
      <w:r>
        <w:t xml:space="preserve"> </w:t>
      </w:r>
      <w:proofErr w:type="spellStart"/>
      <w:r>
        <w:t>tonë</w:t>
      </w:r>
      <w:proofErr w:type="spellEnd"/>
      <w:r>
        <w:t xml:space="preserve"> </w:t>
      </w:r>
      <w:proofErr w:type="spellStart"/>
      <w:r>
        <w:t>Shqipëria</w:t>
      </w:r>
      <w:proofErr w:type="spellEnd"/>
      <w:r>
        <w:t xml:space="preserve">, Mali </w:t>
      </w:r>
      <w:proofErr w:type="spellStart"/>
      <w:r>
        <w:t>i</w:t>
      </w:r>
      <w:proofErr w:type="spellEnd"/>
      <w:r>
        <w:t xml:space="preserve"> Zi, </w:t>
      </w:r>
      <w:proofErr w:type="spellStart"/>
      <w:r>
        <w:t>Maqedonia</w:t>
      </w:r>
      <w:proofErr w:type="spellEnd"/>
      <w:r>
        <w:t xml:space="preserve">, </w:t>
      </w:r>
      <w:proofErr w:type="spellStart"/>
      <w:r>
        <w:t>në</w:t>
      </w:r>
      <w:proofErr w:type="spellEnd"/>
      <w:r>
        <w:t xml:space="preserve"> </w:t>
      </w:r>
      <w:proofErr w:type="spellStart"/>
      <w:r>
        <w:t>të</w:t>
      </w:r>
      <w:proofErr w:type="spellEnd"/>
      <w:r>
        <w:t xml:space="preserve"> </w:t>
      </w:r>
      <w:proofErr w:type="spellStart"/>
      <w:r>
        <w:t>dhjetë</w:t>
      </w:r>
      <w:proofErr w:type="spellEnd"/>
      <w:r>
        <w:t xml:space="preserve"> </w:t>
      </w:r>
      <w:proofErr w:type="spellStart"/>
      <w:r>
        <w:t>aplikime</w:t>
      </w:r>
      <w:proofErr w:type="spellEnd"/>
      <w:r>
        <w:t xml:space="preserve"> </w:t>
      </w:r>
      <w:proofErr w:type="spellStart"/>
      <w:r>
        <w:t>që</w:t>
      </w:r>
      <w:proofErr w:type="spellEnd"/>
      <w:r>
        <w:t xml:space="preserve"> </w:t>
      </w:r>
      <w:proofErr w:type="spellStart"/>
      <w:r>
        <w:t>janë</w:t>
      </w:r>
      <w:proofErr w:type="spellEnd"/>
      <w:r>
        <w:t xml:space="preserve"> </w:t>
      </w:r>
      <w:proofErr w:type="spellStart"/>
      <w:r>
        <w:t>kualifikuar</w:t>
      </w:r>
      <w:proofErr w:type="spellEnd"/>
      <w:r>
        <w:t xml:space="preserve">, </w:t>
      </w:r>
      <w:proofErr w:type="spellStart"/>
      <w:r>
        <w:t>dy</w:t>
      </w:r>
      <w:proofErr w:type="spellEnd"/>
      <w:r>
        <w:t xml:space="preserve"> </w:t>
      </w:r>
      <w:proofErr w:type="spellStart"/>
      <w:r>
        <w:t>janë</w:t>
      </w:r>
      <w:proofErr w:type="spellEnd"/>
      <w:r>
        <w:t xml:space="preserve"> </w:t>
      </w:r>
      <w:proofErr w:type="spellStart"/>
      <w:r>
        <w:t>nga</w:t>
      </w:r>
      <w:proofErr w:type="spellEnd"/>
      <w:r>
        <w:t xml:space="preserve"> Bashkia e </w:t>
      </w:r>
      <w:proofErr w:type="spellStart"/>
      <w:r>
        <w:t>Fushë</w:t>
      </w:r>
      <w:proofErr w:type="spellEnd"/>
      <w:r>
        <w:t xml:space="preserve"> </w:t>
      </w:r>
      <w:proofErr w:type="spellStart"/>
      <w:r>
        <w:t>Arsit</w:t>
      </w:r>
      <w:proofErr w:type="spellEnd"/>
      <w:r>
        <w:t xml:space="preserve">. </w:t>
      </w:r>
      <w:proofErr w:type="spellStart"/>
      <w:r>
        <w:t>Pra</w:t>
      </w:r>
      <w:proofErr w:type="spellEnd"/>
      <w:r>
        <w:t xml:space="preserve">, </w:t>
      </w:r>
      <w:proofErr w:type="spellStart"/>
      <w:r>
        <w:t>ëh</w:t>
      </w:r>
      <w:proofErr w:type="spellEnd"/>
      <w:r>
        <w:t xml:space="preserve">, </w:t>
      </w:r>
      <w:proofErr w:type="spellStart"/>
      <w:r>
        <w:t>burimet</w:t>
      </w:r>
      <w:proofErr w:type="spellEnd"/>
      <w:r>
        <w:t xml:space="preserve"> </w:t>
      </w:r>
      <w:proofErr w:type="spellStart"/>
      <w:r>
        <w:t>njerëzore</w:t>
      </w:r>
      <w:proofErr w:type="spellEnd"/>
      <w:r>
        <w:t xml:space="preserve"> me </w:t>
      </w:r>
      <w:proofErr w:type="spellStart"/>
      <w:r>
        <w:t>rritjen</w:t>
      </w:r>
      <w:proofErr w:type="spellEnd"/>
      <w:r>
        <w:t xml:space="preserve"> e </w:t>
      </w:r>
      <w:proofErr w:type="spellStart"/>
      <w:r>
        <w:t>të</w:t>
      </w:r>
      <w:proofErr w:type="spellEnd"/>
      <w:r>
        <w:t xml:space="preserve"> </w:t>
      </w:r>
      <w:proofErr w:type="spellStart"/>
      <w:r>
        <w:t>dhjetë</w:t>
      </w:r>
      <w:proofErr w:type="spellEnd"/>
      <w:r>
        <w:t xml:space="preserve"> </w:t>
      </w:r>
      <w:proofErr w:type="spellStart"/>
      <w:r>
        <w:t>pagave</w:t>
      </w:r>
      <w:proofErr w:type="spellEnd"/>
      <w:r>
        <w:t xml:space="preserve">, do </w:t>
      </w:r>
      <w:proofErr w:type="spellStart"/>
      <w:r>
        <w:t>të</w:t>
      </w:r>
      <w:proofErr w:type="spellEnd"/>
      <w:r>
        <w:t xml:space="preserve"> </w:t>
      </w:r>
      <w:proofErr w:type="spellStart"/>
      <w:r>
        <w:t>flasim</w:t>
      </w:r>
      <w:proofErr w:type="spellEnd"/>
      <w:r>
        <w:t xml:space="preserve"> me </w:t>
      </w:r>
      <w:proofErr w:type="spellStart"/>
      <w:r>
        <w:t>atë</w:t>
      </w:r>
      <w:proofErr w:type="spellEnd"/>
      <w:r>
        <w:t xml:space="preserve">, </w:t>
      </w:r>
      <w:proofErr w:type="spellStart"/>
      <w:r>
        <w:t>sepse</w:t>
      </w:r>
      <w:proofErr w:type="spellEnd"/>
      <w:r>
        <w:t xml:space="preserve"> ka </w:t>
      </w:r>
      <w:proofErr w:type="spellStart"/>
      <w:r>
        <w:t>krijuar</w:t>
      </w:r>
      <w:proofErr w:type="spellEnd"/>
      <w:r>
        <w:t xml:space="preserve"> </w:t>
      </w:r>
      <w:proofErr w:type="spellStart"/>
      <w:r>
        <w:t>një</w:t>
      </w:r>
      <w:proofErr w:type="spellEnd"/>
      <w:r>
        <w:t xml:space="preserve"> </w:t>
      </w:r>
      <w:proofErr w:type="spellStart"/>
      <w:r>
        <w:t>indeks</w:t>
      </w:r>
      <w:proofErr w:type="spellEnd"/>
      <w:r>
        <w:t xml:space="preserve"> </w:t>
      </w:r>
      <w:proofErr w:type="spellStart"/>
      <w:r>
        <w:t>rritja</w:t>
      </w:r>
      <w:proofErr w:type="spellEnd"/>
      <w:r>
        <w:t xml:space="preserve"> e </w:t>
      </w:r>
      <w:proofErr w:type="spellStart"/>
      <w:r>
        <w:t>pagave</w:t>
      </w:r>
      <w:proofErr w:type="spellEnd"/>
      <w:r>
        <w:t xml:space="preserve"> </w:t>
      </w:r>
      <w:proofErr w:type="spellStart"/>
      <w:r>
        <w:t>këtu</w:t>
      </w:r>
      <w:proofErr w:type="spellEnd"/>
      <w:r>
        <w:t xml:space="preserve"> </w:t>
      </w:r>
      <w:proofErr w:type="spellStart"/>
      <w:r>
        <w:t>te</w:t>
      </w:r>
      <w:proofErr w:type="spellEnd"/>
      <w:r>
        <w:t xml:space="preserve"> </w:t>
      </w:r>
      <w:proofErr w:type="spellStart"/>
      <w:r>
        <w:t>pjesa</w:t>
      </w:r>
      <w:proofErr w:type="spellEnd"/>
      <w:r>
        <w:t xml:space="preserve"> </w:t>
      </w:r>
      <w:proofErr w:type="spellStart"/>
      <w:r>
        <w:t>si</w:t>
      </w:r>
      <w:proofErr w:type="spellEnd"/>
      <w:r>
        <w:t xml:space="preserve"> </w:t>
      </w:r>
      <w:proofErr w:type="spellStart"/>
      <w:r>
        <w:t>lexove</w:t>
      </w:r>
      <w:proofErr w:type="spellEnd"/>
      <w:r>
        <w:t xml:space="preserve"> </w:t>
      </w:r>
      <w:proofErr w:type="spellStart"/>
      <w:r>
        <w:t>ti</w:t>
      </w:r>
      <w:proofErr w:type="spellEnd"/>
      <w:r>
        <w:t xml:space="preserve">. </w:t>
      </w:r>
      <w:proofErr w:type="spellStart"/>
      <w:r>
        <w:t>Në</w:t>
      </w:r>
      <w:proofErr w:type="spellEnd"/>
      <w:r>
        <w:t xml:space="preserve"> </w:t>
      </w:r>
      <w:proofErr w:type="spellStart"/>
      <w:r>
        <w:t>të</w:t>
      </w:r>
      <w:proofErr w:type="spellEnd"/>
      <w:r>
        <w:t xml:space="preserve"> </w:t>
      </w:r>
      <w:proofErr w:type="spellStart"/>
      <w:r>
        <w:t>tre</w:t>
      </w:r>
      <w:proofErr w:type="spellEnd"/>
      <w:r>
        <w:t xml:space="preserve"> </w:t>
      </w:r>
      <w:proofErr w:type="spellStart"/>
      <w:r>
        <w:t>nuk</w:t>
      </w:r>
      <w:proofErr w:type="spellEnd"/>
      <w:r>
        <w:t xml:space="preserve"> e </w:t>
      </w:r>
      <w:proofErr w:type="spellStart"/>
      <w:r>
        <w:t>kam</w:t>
      </w:r>
      <w:proofErr w:type="spellEnd"/>
      <w:r>
        <w:t xml:space="preserve"> </w:t>
      </w:r>
      <w:proofErr w:type="spellStart"/>
      <w:r>
        <w:t>tendencioze</w:t>
      </w:r>
      <w:proofErr w:type="spellEnd"/>
      <w:r>
        <w:t xml:space="preserve">, e </w:t>
      </w:r>
      <w:proofErr w:type="spellStart"/>
      <w:r>
        <w:t>kam</w:t>
      </w:r>
      <w:proofErr w:type="spellEnd"/>
      <w:r>
        <w:t xml:space="preserve"> me ta </w:t>
      </w:r>
      <w:proofErr w:type="spellStart"/>
      <w:r>
        <w:t>shpjeguar</w:t>
      </w:r>
      <w:proofErr w:type="spellEnd"/>
      <w:r>
        <w:t xml:space="preserve"> </w:t>
      </w:r>
      <w:proofErr w:type="spellStart"/>
      <w:r>
        <w:t>fiks</w:t>
      </w:r>
      <w:proofErr w:type="spellEnd"/>
      <w:r>
        <w:t xml:space="preserve">, </w:t>
      </w:r>
      <w:proofErr w:type="spellStart"/>
      <w:r>
        <w:t>ashtu</w:t>
      </w:r>
      <w:proofErr w:type="spellEnd"/>
      <w:r>
        <w:t xml:space="preserve"> </w:t>
      </w:r>
      <w:proofErr w:type="spellStart"/>
      <w:r>
        <w:t>siç</w:t>
      </w:r>
      <w:proofErr w:type="spellEnd"/>
      <w:r>
        <w:t xml:space="preserve"> </w:t>
      </w:r>
      <w:proofErr w:type="spellStart"/>
      <w:r>
        <w:t>është</w:t>
      </w:r>
      <w:proofErr w:type="spellEnd"/>
      <w:r>
        <w:t xml:space="preserve">. </w:t>
      </w:r>
      <w:proofErr w:type="spellStart"/>
      <w:r>
        <w:t>Ëh</w:t>
      </w:r>
      <w:proofErr w:type="spellEnd"/>
      <w:r>
        <w:t xml:space="preserve">, </w:t>
      </w:r>
      <w:proofErr w:type="spellStart"/>
      <w:r>
        <w:t>buxheti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Fushë</w:t>
      </w:r>
      <w:proofErr w:type="spellEnd"/>
      <w:r>
        <w:t xml:space="preserve"> </w:t>
      </w:r>
      <w:proofErr w:type="spellStart"/>
      <w:r>
        <w:t>Arsit</w:t>
      </w:r>
      <w:proofErr w:type="spellEnd"/>
      <w:r>
        <w:t xml:space="preserve">... </w:t>
      </w:r>
      <w:proofErr w:type="spellStart"/>
      <w:r>
        <w:t>unë</w:t>
      </w:r>
      <w:proofErr w:type="spellEnd"/>
      <w:r>
        <w:t xml:space="preserve"> </w:t>
      </w:r>
      <w:proofErr w:type="spellStart"/>
      <w:r>
        <w:t>kam</w:t>
      </w:r>
      <w:proofErr w:type="spellEnd"/>
      <w:r>
        <w:t xml:space="preserve"> </w:t>
      </w:r>
      <w:proofErr w:type="spellStart"/>
      <w:r>
        <w:t>një</w:t>
      </w:r>
      <w:proofErr w:type="spellEnd"/>
      <w:r>
        <w:t xml:space="preserve"> </w:t>
      </w:r>
      <w:proofErr w:type="spellStart"/>
      <w:r>
        <w:t>ligj</w:t>
      </w:r>
      <w:proofErr w:type="spellEnd"/>
      <w:r>
        <w:t xml:space="preserve"> </w:t>
      </w:r>
      <w:proofErr w:type="spellStart"/>
      <w:r>
        <w:t>ku</w:t>
      </w:r>
      <w:proofErr w:type="spellEnd"/>
      <w:r>
        <w:t xml:space="preserve"> </w:t>
      </w:r>
      <w:proofErr w:type="spellStart"/>
      <w:r>
        <w:t>thotë</w:t>
      </w:r>
      <w:proofErr w:type="spellEnd"/>
      <w:r>
        <w:t xml:space="preserve"> </w:t>
      </w:r>
      <w:proofErr w:type="spellStart"/>
      <w:r>
        <w:t>shërbimi</w:t>
      </w:r>
      <w:proofErr w:type="spellEnd"/>
      <w:r>
        <w:t xml:space="preserve"> </w:t>
      </w:r>
      <w:proofErr w:type="spellStart"/>
      <w:r>
        <w:t>për</w:t>
      </w:r>
      <w:proofErr w:type="spellEnd"/>
      <w:r>
        <w:t xml:space="preserve"> </w:t>
      </w:r>
      <w:proofErr w:type="spellStart"/>
      <w:r>
        <w:t>shërbimin</w:t>
      </w:r>
      <w:proofErr w:type="spellEnd"/>
      <w:r>
        <w:t xml:space="preserve"> </w:t>
      </w:r>
      <w:proofErr w:type="spellStart"/>
      <w:r>
        <w:t>pyjor</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thotë</w:t>
      </w:r>
      <w:proofErr w:type="spellEnd"/>
      <w:r>
        <w:t xml:space="preserve"> 1.000 </w:t>
      </w:r>
      <w:proofErr w:type="spellStart"/>
      <w:r>
        <w:t>hektarë</w:t>
      </w:r>
      <w:proofErr w:type="spellEnd"/>
      <w:r>
        <w:t xml:space="preserve">, 750 </w:t>
      </w:r>
      <w:proofErr w:type="spellStart"/>
      <w:r>
        <w:t>deri</w:t>
      </w:r>
      <w:proofErr w:type="spellEnd"/>
      <w:r>
        <w:t xml:space="preserve"> </w:t>
      </w:r>
      <w:proofErr w:type="spellStart"/>
      <w:r>
        <w:t>në</w:t>
      </w:r>
      <w:proofErr w:type="spellEnd"/>
      <w:r>
        <w:t xml:space="preserve"> 1.000 </w:t>
      </w:r>
      <w:proofErr w:type="spellStart"/>
      <w:r>
        <w:t>hektarë</w:t>
      </w:r>
      <w:proofErr w:type="spellEnd"/>
      <w:r>
        <w:t xml:space="preserve">, </w:t>
      </w:r>
      <w:proofErr w:type="spellStart"/>
      <w:r>
        <w:t>thotë</w:t>
      </w:r>
      <w:proofErr w:type="spellEnd"/>
      <w:r>
        <w:t xml:space="preserve"> do ta </w:t>
      </w:r>
      <w:proofErr w:type="spellStart"/>
      <w:r>
        <w:t>mbulojë</w:t>
      </w:r>
      <w:proofErr w:type="spellEnd"/>
      <w:r>
        <w:t xml:space="preserve"> </w:t>
      </w:r>
      <w:proofErr w:type="spellStart"/>
      <w:r>
        <w:t>një</w:t>
      </w:r>
      <w:proofErr w:type="spellEnd"/>
      <w:r>
        <w:t xml:space="preserve"> </w:t>
      </w:r>
      <w:proofErr w:type="spellStart"/>
      <w:r>
        <w:t>punonjës</w:t>
      </w:r>
      <w:proofErr w:type="spellEnd"/>
      <w:r>
        <w:t xml:space="preserve">. Ai </w:t>
      </w:r>
      <w:proofErr w:type="spellStart"/>
      <w:r>
        <w:t>është</w:t>
      </w:r>
      <w:proofErr w:type="spellEnd"/>
      <w:r>
        <w:t xml:space="preserve"> </w:t>
      </w:r>
      <w:proofErr w:type="spellStart"/>
      <w:r>
        <w:t>ligj</w:t>
      </w:r>
      <w:proofErr w:type="spellEnd"/>
      <w:r>
        <w:t xml:space="preserve"> </w:t>
      </w:r>
      <w:proofErr w:type="spellStart"/>
      <w:r>
        <w:t>që</w:t>
      </w:r>
      <w:proofErr w:type="spellEnd"/>
      <w:r>
        <w:t xml:space="preserve"> e </w:t>
      </w:r>
      <w:proofErr w:type="spellStart"/>
      <w:r>
        <w:t>kanë</w:t>
      </w:r>
      <w:proofErr w:type="spellEnd"/>
      <w:r>
        <w:t xml:space="preserve">... </w:t>
      </w:r>
      <w:proofErr w:type="spellStart"/>
      <w:r>
        <w:t>të</w:t>
      </w:r>
      <w:proofErr w:type="spellEnd"/>
      <w:r>
        <w:t xml:space="preserve"> </w:t>
      </w:r>
      <w:proofErr w:type="spellStart"/>
      <w:r>
        <w:t>lutem</w:t>
      </w:r>
      <w:proofErr w:type="spellEnd"/>
      <w:r>
        <w:t xml:space="preserve">, e </w:t>
      </w:r>
      <w:proofErr w:type="spellStart"/>
      <w:r>
        <w:t>keni</w:t>
      </w:r>
      <w:proofErr w:type="spellEnd"/>
      <w:r>
        <w:t xml:space="preserve">... po, e </w:t>
      </w:r>
      <w:proofErr w:type="spellStart"/>
      <w:r>
        <w:t>kanë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bashkitë</w:t>
      </w:r>
      <w:proofErr w:type="spellEnd"/>
      <w:r>
        <w:t xml:space="preserve">, por ka </w:t>
      </w:r>
      <w:proofErr w:type="spellStart"/>
      <w:r>
        <w:t>bashki</w:t>
      </w:r>
      <w:proofErr w:type="spellEnd"/>
      <w:r>
        <w:t xml:space="preserve">... </w:t>
      </w:r>
      <w:proofErr w:type="spellStart"/>
      <w:r>
        <w:t>nuk</w:t>
      </w:r>
      <w:proofErr w:type="spellEnd"/>
      <w:r>
        <w:t xml:space="preserve"> </w:t>
      </w:r>
      <w:proofErr w:type="spellStart"/>
      <w:r>
        <w:t>kanë</w:t>
      </w:r>
      <w:proofErr w:type="spellEnd"/>
      <w:r>
        <w:t xml:space="preserve"> </w:t>
      </w:r>
      <w:proofErr w:type="spellStart"/>
      <w:r>
        <w:t>natyrën</w:t>
      </w:r>
      <w:proofErr w:type="spellEnd"/>
      <w:r>
        <w:t xml:space="preserve"> </w:t>
      </w:r>
      <w:proofErr w:type="spellStart"/>
      <w:r>
        <w:t>tonë</w:t>
      </w:r>
      <w:proofErr w:type="spellEnd"/>
      <w:r>
        <w:t xml:space="preserve"> </w:t>
      </w:r>
      <w:proofErr w:type="spellStart"/>
      <w:r>
        <w:t>territoreve</w:t>
      </w:r>
      <w:proofErr w:type="spellEnd"/>
      <w:r>
        <w:t xml:space="preserve"> </w:t>
      </w:r>
      <w:proofErr w:type="spellStart"/>
      <w:r>
        <w:t>bashkitë</w:t>
      </w:r>
      <w:proofErr w:type="spellEnd"/>
      <w:r>
        <w:t xml:space="preserve"> e </w:t>
      </w:r>
      <w:proofErr w:type="spellStart"/>
      <w:r>
        <w:t>tjera</w:t>
      </w:r>
      <w:proofErr w:type="spellEnd"/>
      <w:r>
        <w:t xml:space="preserve">, se </w:t>
      </w:r>
      <w:proofErr w:type="spellStart"/>
      <w:r>
        <w:t>unë</w:t>
      </w:r>
      <w:proofErr w:type="spellEnd"/>
      <w:r>
        <w:t xml:space="preserve"> </w:t>
      </w:r>
      <w:proofErr w:type="spellStart"/>
      <w:r>
        <w:t>kam</w:t>
      </w:r>
      <w:proofErr w:type="spellEnd"/>
      <w:r>
        <w:t xml:space="preserve"> me 650 km ë </w:t>
      </w:r>
      <w:proofErr w:type="spellStart"/>
      <w:r>
        <w:t>rrugë</w:t>
      </w:r>
      <w:proofErr w:type="spellEnd"/>
      <w:r>
        <w:t xml:space="preserve"> </w:t>
      </w:r>
      <w:proofErr w:type="spellStart"/>
      <w:r>
        <w:t>në</w:t>
      </w:r>
      <w:proofErr w:type="spellEnd"/>
      <w:r>
        <w:t xml:space="preserve"> </w:t>
      </w:r>
      <w:proofErr w:type="spellStart"/>
      <w:r>
        <w:t>lidhëse</w:t>
      </w:r>
      <w:proofErr w:type="spellEnd"/>
      <w:r>
        <w:t xml:space="preserve"> </w:t>
      </w:r>
      <w:proofErr w:type="spellStart"/>
      <w:r>
        <w:t>mes</w:t>
      </w:r>
      <w:proofErr w:type="spellEnd"/>
      <w:r>
        <w:t xml:space="preserve"> </w:t>
      </w:r>
      <w:proofErr w:type="spellStart"/>
      <w:r>
        <w:t>njësive</w:t>
      </w:r>
      <w:proofErr w:type="spellEnd"/>
      <w:r>
        <w:t xml:space="preserve">. </w:t>
      </w:r>
      <w:proofErr w:type="spellStart"/>
      <w:r>
        <w:t>Ëh</w:t>
      </w:r>
      <w:proofErr w:type="spellEnd"/>
      <w:r>
        <w:t xml:space="preserve">, </w:t>
      </w:r>
      <w:proofErr w:type="spellStart"/>
      <w:r>
        <w:t>kam</w:t>
      </w:r>
      <w:proofErr w:type="spellEnd"/>
      <w:r>
        <w:t xml:space="preserve"> 5.000 km </w:t>
      </w:r>
      <w:proofErr w:type="spellStart"/>
      <w:r>
        <w:t>rrugë</w:t>
      </w:r>
      <w:proofErr w:type="spellEnd"/>
      <w:r>
        <w:t xml:space="preserve"> </w:t>
      </w:r>
      <w:proofErr w:type="spellStart"/>
      <w:r>
        <w:t>pyjore</w:t>
      </w:r>
      <w:proofErr w:type="spellEnd"/>
      <w:r>
        <w:t xml:space="preserve">, </w:t>
      </w:r>
      <w:proofErr w:type="spellStart"/>
      <w:r>
        <w:t>pra</w:t>
      </w:r>
      <w:proofErr w:type="spellEnd"/>
      <w:r>
        <w:t xml:space="preserve"> 5.000 km </w:t>
      </w:r>
      <w:proofErr w:type="spellStart"/>
      <w:r>
        <w:t>i</w:t>
      </w:r>
      <w:proofErr w:type="spellEnd"/>
      <w:r>
        <w:t xml:space="preserve"> </w:t>
      </w:r>
      <w:proofErr w:type="spellStart"/>
      <w:r>
        <w:t>bie</w:t>
      </w:r>
      <w:proofErr w:type="spellEnd"/>
      <w:r>
        <w:t xml:space="preserve"> </w:t>
      </w:r>
      <w:proofErr w:type="spellStart"/>
      <w:r>
        <w:t>Shqipërisë</w:t>
      </w:r>
      <w:proofErr w:type="spellEnd"/>
      <w:r>
        <w:t xml:space="preserve"> </w:t>
      </w:r>
      <w:proofErr w:type="spellStart"/>
      <w:r>
        <w:t>shumëja</w:t>
      </w:r>
      <w:proofErr w:type="spellEnd"/>
      <w:r>
        <w:t xml:space="preserve">... po, </w:t>
      </w:r>
      <w:proofErr w:type="spellStart"/>
      <w:r>
        <w:t>pjesa</w:t>
      </w:r>
      <w:proofErr w:type="spellEnd"/>
      <w:r>
        <w:t xml:space="preserve"> </w:t>
      </w:r>
      <w:proofErr w:type="spellStart"/>
      <w:r>
        <w:t>ime</w:t>
      </w:r>
      <w:proofErr w:type="spellEnd"/>
      <w:r>
        <w:t xml:space="preserve"> </w:t>
      </w:r>
      <w:proofErr w:type="spellStart"/>
      <w:r>
        <w:t>është</w:t>
      </w:r>
      <w:proofErr w:type="spellEnd"/>
      <w:r>
        <w:t xml:space="preserve"> </w:t>
      </w:r>
      <w:proofErr w:type="spellStart"/>
      <w:r>
        <w:t>t'ju</w:t>
      </w:r>
      <w:proofErr w:type="spellEnd"/>
      <w:r>
        <w:t xml:space="preserve"> </w:t>
      </w:r>
      <w:proofErr w:type="spellStart"/>
      <w:r>
        <w:t>mbaj</w:t>
      </w:r>
      <w:proofErr w:type="spellEnd"/>
      <w:r>
        <w:t xml:space="preserve"> </w:t>
      </w:r>
      <w:proofErr w:type="spellStart"/>
      <w:r>
        <w:t>të</w:t>
      </w:r>
      <w:proofErr w:type="spellEnd"/>
      <w:r>
        <w:t xml:space="preserve"> </w:t>
      </w:r>
      <w:proofErr w:type="spellStart"/>
      <w:r>
        <w:t>përqindjes</w:t>
      </w:r>
      <w:proofErr w:type="spellEnd"/>
      <w:r>
        <w:t xml:space="preserve">, se </w:t>
      </w:r>
      <w:proofErr w:type="spellStart"/>
      <w:r>
        <w:t>më</w:t>
      </w:r>
      <w:proofErr w:type="spellEnd"/>
      <w:r>
        <w:t xml:space="preserve"> </w:t>
      </w:r>
      <w:proofErr w:type="spellStart"/>
      <w:r>
        <w:t>bëni</w:t>
      </w:r>
      <w:proofErr w:type="spellEnd"/>
      <w:r>
        <w:t xml:space="preserve"> </w:t>
      </w:r>
      <w:proofErr w:type="spellStart"/>
      <w:r>
        <w:t>përshtypje</w:t>
      </w:r>
      <w:proofErr w:type="spellEnd"/>
      <w:r>
        <w:t xml:space="preserve"> </w:t>
      </w:r>
      <w:proofErr w:type="spellStart"/>
      <w:r>
        <w:t>që</w:t>
      </w:r>
      <w:proofErr w:type="spellEnd"/>
      <w:r>
        <w:t xml:space="preserve"> </w:t>
      </w:r>
      <w:proofErr w:type="spellStart"/>
      <w:r>
        <w:t>thoni</w:t>
      </w:r>
      <w:proofErr w:type="spellEnd"/>
      <w:r>
        <w:t xml:space="preserve"> </w:t>
      </w:r>
      <w:proofErr w:type="spellStart"/>
      <w:r>
        <w:t>shkojnë</w:t>
      </w:r>
      <w:proofErr w:type="spellEnd"/>
      <w:r>
        <w:t xml:space="preserve"> </w:t>
      </w:r>
      <w:proofErr w:type="spellStart"/>
      <w:r>
        <w:t>disa</w:t>
      </w:r>
      <w:proofErr w:type="spellEnd"/>
      <w:r>
        <w:t xml:space="preserve"> </w:t>
      </w:r>
      <w:proofErr w:type="spellStart"/>
      <w:r>
        <w:t>për</w:t>
      </w:r>
      <w:proofErr w:type="spellEnd"/>
      <w:r>
        <w:t xml:space="preserve"> </w:t>
      </w:r>
      <w:proofErr w:type="spellStart"/>
      <w:r>
        <w:t>buxhetin</w:t>
      </w:r>
      <w:proofErr w:type="spellEnd"/>
      <w:r>
        <w:t xml:space="preserve">. </w:t>
      </w:r>
      <w:proofErr w:type="spellStart"/>
      <w:r>
        <w:t>Kjo</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indeks</w:t>
      </w:r>
      <w:proofErr w:type="spellEnd"/>
      <w:r>
        <w:t xml:space="preserve">, </w:t>
      </w:r>
      <w:proofErr w:type="spellStart"/>
      <w:r>
        <w:t>nuk</w:t>
      </w:r>
      <w:proofErr w:type="spellEnd"/>
      <w:r>
        <w:t xml:space="preserve"> </w:t>
      </w:r>
      <w:proofErr w:type="spellStart"/>
      <w:r>
        <w:t>matet</w:t>
      </w:r>
      <w:proofErr w:type="spellEnd"/>
      <w:r>
        <w:t xml:space="preserve"> </w:t>
      </w:r>
      <w:proofErr w:type="spellStart"/>
      <w:r>
        <w:t>potencialet</w:t>
      </w:r>
      <w:proofErr w:type="spellEnd"/>
      <w:r>
        <w:t xml:space="preserve"> e </w:t>
      </w:r>
      <w:proofErr w:type="spellStart"/>
      <w:r>
        <w:t>bashkive</w:t>
      </w:r>
      <w:proofErr w:type="spellEnd"/>
      <w:r>
        <w:t xml:space="preserve"> </w:t>
      </w:r>
      <w:proofErr w:type="spellStart"/>
      <w:r>
        <w:t>sa</w:t>
      </w:r>
      <w:proofErr w:type="spellEnd"/>
      <w:r>
        <w:t xml:space="preserve"> </w:t>
      </w:r>
      <w:proofErr w:type="spellStart"/>
      <w:r>
        <w:t>harxhojnë</w:t>
      </w:r>
      <w:proofErr w:type="spellEnd"/>
      <w:r>
        <w:t xml:space="preserve"> </w:t>
      </w:r>
      <w:proofErr w:type="spellStart"/>
      <w:r>
        <w:t>për</w:t>
      </w:r>
      <w:proofErr w:type="spellEnd"/>
      <w:r>
        <w:t xml:space="preserve"> </w:t>
      </w:r>
      <w:proofErr w:type="spellStart"/>
      <w:r>
        <w:t>të</w:t>
      </w:r>
      <w:proofErr w:type="spellEnd"/>
      <w:r>
        <w:t xml:space="preserve">. I </w:t>
      </w:r>
      <w:proofErr w:type="spellStart"/>
      <w:r>
        <w:t>kena</w:t>
      </w:r>
      <w:proofErr w:type="spellEnd"/>
      <w:r>
        <w:t xml:space="preserve"> </w:t>
      </w:r>
      <w:proofErr w:type="spellStart"/>
      <w:r>
        <w:t>të</w:t>
      </w:r>
      <w:proofErr w:type="spellEnd"/>
      <w:r>
        <w:t xml:space="preserve"> </w:t>
      </w:r>
      <w:proofErr w:type="spellStart"/>
      <w:r>
        <w:t>detyrueshme</w:t>
      </w:r>
      <w:proofErr w:type="spellEnd"/>
      <w:r>
        <w:t xml:space="preserve">, </w:t>
      </w:r>
      <w:proofErr w:type="spellStart"/>
      <w:r>
        <w:t>zerofiksat</w:t>
      </w:r>
      <w:proofErr w:type="spellEnd"/>
      <w:r>
        <w:t xml:space="preserve"> </w:t>
      </w:r>
      <w:proofErr w:type="spellStart"/>
      <w:r>
        <w:t>i</w:t>
      </w:r>
      <w:proofErr w:type="spellEnd"/>
      <w:r>
        <w:t xml:space="preserve"> </w:t>
      </w:r>
      <w:proofErr w:type="spellStart"/>
      <w:r>
        <w:t>kena</w:t>
      </w:r>
      <w:proofErr w:type="spellEnd"/>
      <w:r>
        <w:t xml:space="preserve"> </w:t>
      </w:r>
      <w:proofErr w:type="spellStart"/>
      <w:r>
        <w:t>të</w:t>
      </w:r>
      <w:proofErr w:type="spellEnd"/>
      <w:r>
        <w:t xml:space="preserve"> </w:t>
      </w:r>
      <w:proofErr w:type="spellStart"/>
      <w:r>
        <w:t>detyrueshëm</w:t>
      </w:r>
      <w:proofErr w:type="spellEnd"/>
      <w:r>
        <w:t xml:space="preserve"> me </w:t>
      </w:r>
      <w:proofErr w:type="spellStart"/>
      <w:r>
        <w:t>ligj</w:t>
      </w:r>
      <w:proofErr w:type="spellEnd"/>
      <w:r>
        <w:t xml:space="preserve">, </w:t>
      </w:r>
      <w:proofErr w:type="spellStart"/>
      <w:r>
        <w:t>shërbimi</w:t>
      </w:r>
      <w:proofErr w:type="spellEnd"/>
      <w:r>
        <w:t xml:space="preserve"> </w:t>
      </w:r>
      <w:proofErr w:type="spellStart"/>
      <w:r>
        <w:t>zerofiks</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s'e</w:t>
      </w:r>
      <w:proofErr w:type="spellEnd"/>
      <w:r>
        <w:t xml:space="preserve"> </w:t>
      </w:r>
      <w:proofErr w:type="spellStart"/>
      <w:r>
        <w:t>ke</w:t>
      </w:r>
      <w:proofErr w:type="spellEnd"/>
      <w:r>
        <w:t xml:space="preserve"> </w:t>
      </w:r>
      <w:proofErr w:type="spellStart"/>
      <w:r>
        <w:t>ndjekur</w:t>
      </w:r>
      <w:proofErr w:type="spellEnd"/>
      <w:r>
        <w:t xml:space="preserve"> </w:t>
      </w:r>
      <w:proofErr w:type="spellStart"/>
      <w:r>
        <w:t>përpara</w:t>
      </w:r>
      <w:proofErr w:type="spellEnd"/>
      <w:r>
        <w:t xml:space="preserve">, </w:t>
      </w:r>
      <w:proofErr w:type="spellStart"/>
      <w:r>
        <w:t>të</w:t>
      </w:r>
      <w:proofErr w:type="spellEnd"/>
      <w:r>
        <w:t xml:space="preserve"> </w:t>
      </w:r>
      <w:proofErr w:type="spellStart"/>
      <w:r>
        <w:t>thashë</w:t>
      </w:r>
      <w:proofErr w:type="spellEnd"/>
      <w:r>
        <w:t xml:space="preserve"> </w:t>
      </w:r>
      <w:proofErr w:type="spellStart"/>
      <w:r>
        <w:t>bëjmë</w:t>
      </w:r>
      <w:proofErr w:type="spellEnd"/>
      <w:r>
        <w:t xml:space="preserve">... </w:t>
      </w:r>
      <w:proofErr w:type="spellStart"/>
      <w:r>
        <w:t>ëh</w:t>
      </w:r>
      <w:proofErr w:type="spellEnd"/>
      <w:r>
        <w:t xml:space="preserve">, </w:t>
      </w:r>
      <w:proofErr w:type="spellStart"/>
      <w:r>
        <w:t>mbulojmë</w:t>
      </w:r>
      <w:proofErr w:type="spellEnd"/>
      <w:r>
        <w:t xml:space="preserve"> </w:t>
      </w:r>
      <w:proofErr w:type="spellStart"/>
      <w:r>
        <w:t>Shqipërinë</w:t>
      </w:r>
      <w:proofErr w:type="spellEnd"/>
      <w:r>
        <w:t xml:space="preserve">, e </w:t>
      </w:r>
      <w:proofErr w:type="spellStart"/>
      <w:r>
        <w:t>ballkonin</w:t>
      </w:r>
      <w:proofErr w:type="spellEnd"/>
      <w:r>
        <w:t xml:space="preserve"> me </w:t>
      </w:r>
      <w:proofErr w:type="spellStart"/>
      <w:r>
        <w:t>sekustrim</w:t>
      </w:r>
      <w:proofErr w:type="spellEnd"/>
      <w:r>
        <w:t xml:space="preserve"> </w:t>
      </w:r>
      <w:proofErr w:type="spellStart"/>
      <w:r>
        <w:t>karboni</w:t>
      </w:r>
      <w:proofErr w:type="spellEnd"/>
      <w:r>
        <w:t xml:space="preserve">, </w:t>
      </w:r>
      <w:proofErr w:type="spellStart"/>
      <w:r>
        <w:t>pra</w:t>
      </w:r>
      <w:proofErr w:type="spellEnd"/>
      <w:r>
        <w:t xml:space="preserve"> </w:t>
      </w:r>
      <w:proofErr w:type="spellStart"/>
      <w:r>
        <w:t>bëjmë</w:t>
      </w:r>
      <w:proofErr w:type="spellEnd"/>
      <w:r>
        <w:t xml:space="preserve"> </w:t>
      </w:r>
      <w:proofErr w:type="spellStart"/>
      <w:r>
        <w:t>punë</w:t>
      </w:r>
      <w:proofErr w:type="spellEnd"/>
      <w:r>
        <w:t xml:space="preserve"> </w:t>
      </w:r>
      <w:proofErr w:type="spellStart"/>
      <w:r>
        <w:t>falas</w:t>
      </w:r>
      <w:proofErr w:type="spellEnd"/>
      <w:r>
        <w:t xml:space="preserve">. </w:t>
      </w:r>
      <w:proofErr w:type="spellStart"/>
      <w:r>
        <w:t>Ëh</w:t>
      </w:r>
      <w:proofErr w:type="spellEnd"/>
      <w:r>
        <w:t xml:space="preserve">, </w:t>
      </w:r>
      <w:proofErr w:type="spellStart"/>
      <w:r>
        <w:t>nuk</w:t>
      </w:r>
      <w:proofErr w:type="spellEnd"/>
      <w:r>
        <w:t xml:space="preserve"> </w:t>
      </w:r>
      <w:proofErr w:type="spellStart"/>
      <w:r>
        <w:t>është</w:t>
      </w:r>
      <w:proofErr w:type="spellEnd"/>
      <w:r>
        <w:t xml:space="preserve"> se </w:t>
      </w:r>
      <w:proofErr w:type="spellStart"/>
      <w:r>
        <w:t>kemi</w:t>
      </w:r>
      <w:proofErr w:type="spellEnd"/>
      <w:r>
        <w:t xml:space="preserve"> </w:t>
      </w:r>
      <w:proofErr w:type="spellStart"/>
      <w:r>
        <w:t>probleme</w:t>
      </w:r>
      <w:proofErr w:type="spellEnd"/>
      <w:r>
        <w:t xml:space="preserve"> as </w:t>
      </w:r>
      <w:proofErr w:type="spellStart"/>
      <w:r>
        <w:t>në</w:t>
      </w:r>
      <w:proofErr w:type="spellEnd"/>
      <w:r>
        <w:t xml:space="preserve"> </w:t>
      </w:r>
      <w:proofErr w:type="spellStart"/>
      <w:r>
        <w:t>përzgjedhjen</w:t>
      </w:r>
      <w:proofErr w:type="spellEnd"/>
      <w:r>
        <w:t xml:space="preserve"> e... </w:t>
      </w:r>
      <w:proofErr w:type="spellStart"/>
      <w:r>
        <w:t>absolutisht</w:t>
      </w:r>
      <w:proofErr w:type="spellEnd"/>
      <w:r>
        <w:t xml:space="preserve">, Bashkia e </w:t>
      </w:r>
      <w:proofErr w:type="spellStart"/>
      <w:r>
        <w:t>Fushë</w:t>
      </w:r>
      <w:proofErr w:type="spellEnd"/>
      <w:r>
        <w:t xml:space="preserve"> </w:t>
      </w:r>
      <w:proofErr w:type="spellStart"/>
      <w:r>
        <w:t>Arsit</w:t>
      </w:r>
      <w:proofErr w:type="spellEnd"/>
      <w:r>
        <w:t xml:space="preserve"> </w:t>
      </w:r>
      <w:proofErr w:type="spellStart"/>
      <w:r>
        <w:t>i</w:t>
      </w:r>
      <w:proofErr w:type="spellEnd"/>
      <w:r>
        <w:t xml:space="preserve"> ka </w:t>
      </w:r>
      <w:proofErr w:type="spellStart"/>
      <w:r>
        <w:t>krejt</w:t>
      </w:r>
      <w:proofErr w:type="spellEnd"/>
      <w:r>
        <w:t xml:space="preserve"> </w:t>
      </w:r>
      <w:proofErr w:type="spellStart"/>
      <w:r>
        <w:t>burimet</w:t>
      </w:r>
      <w:proofErr w:type="spellEnd"/>
      <w:r>
        <w:t xml:space="preserve"> </w:t>
      </w:r>
      <w:proofErr w:type="spellStart"/>
      <w:r>
        <w:t>dhe</w:t>
      </w:r>
      <w:proofErr w:type="spellEnd"/>
      <w:r>
        <w:t xml:space="preserve"> </w:t>
      </w:r>
      <w:proofErr w:type="spellStart"/>
      <w:r>
        <w:t>i</w:t>
      </w:r>
      <w:proofErr w:type="spellEnd"/>
      <w:r>
        <w:t xml:space="preserve"> ka </w:t>
      </w:r>
      <w:proofErr w:type="spellStart"/>
      <w:r>
        <w:t>potencial</w:t>
      </w:r>
      <w:proofErr w:type="spellEnd"/>
      <w:r>
        <w:t xml:space="preserve"> </w:t>
      </w:r>
      <w:proofErr w:type="spellStart"/>
      <w:r>
        <w:t>konkurrues</w:t>
      </w:r>
      <w:proofErr w:type="spellEnd"/>
      <w:r>
        <w:t xml:space="preserve">, se </w:t>
      </w:r>
      <w:proofErr w:type="spellStart"/>
      <w:r>
        <w:t>në</w:t>
      </w:r>
      <w:proofErr w:type="spellEnd"/>
      <w:r>
        <w:t xml:space="preserve"> </w:t>
      </w:r>
      <w:proofErr w:type="spellStart"/>
      <w:r>
        <w:t>performancën</w:t>
      </w:r>
      <w:proofErr w:type="spellEnd"/>
      <w:r>
        <w:t xml:space="preserve">, po </w:t>
      </w:r>
      <w:proofErr w:type="spellStart"/>
      <w:r>
        <w:t>ti</w:t>
      </w:r>
      <w:proofErr w:type="spellEnd"/>
      <w:r>
        <w:t xml:space="preserve"> do ta </w:t>
      </w:r>
      <w:proofErr w:type="spellStart"/>
      <w:r>
        <w:t>lexosh</w:t>
      </w:r>
      <w:proofErr w:type="spellEnd"/>
      <w:r>
        <w:t xml:space="preserve"> </w:t>
      </w:r>
      <w:proofErr w:type="spellStart"/>
      <w:r>
        <w:t>më</w:t>
      </w:r>
      <w:proofErr w:type="spellEnd"/>
      <w:r>
        <w:t xml:space="preserve"> </w:t>
      </w:r>
      <w:proofErr w:type="spellStart"/>
      <w:r>
        <w:t>pushkë</w:t>
      </w:r>
      <w:proofErr w:type="spellEnd"/>
      <w:r>
        <w:t xml:space="preserve">, </w:t>
      </w:r>
      <w:proofErr w:type="spellStart"/>
      <w:r>
        <w:t>ke</w:t>
      </w:r>
      <w:proofErr w:type="spellEnd"/>
      <w:r>
        <w:t xml:space="preserve"> </w:t>
      </w:r>
      <w:proofErr w:type="spellStart"/>
      <w:r>
        <w:t>një</w:t>
      </w:r>
      <w:proofErr w:type="spellEnd"/>
      <w:r>
        <w:t xml:space="preserve"> </w:t>
      </w:r>
      <w:proofErr w:type="spellStart"/>
      <w:r>
        <w:t>pikë</w:t>
      </w:r>
      <w:proofErr w:type="spellEnd"/>
      <w:r>
        <w:t xml:space="preserve"> </w:t>
      </w:r>
      <w:proofErr w:type="spellStart"/>
      <w:r>
        <w:t>aty</w:t>
      </w:r>
      <w:proofErr w:type="spellEnd"/>
      <w:r>
        <w:t xml:space="preserve">. Sa ta </w:t>
      </w:r>
      <w:proofErr w:type="spellStart"/>
      <w:r>
        <w:t>kena</w:t>
      </w:r>
      <w:proofErr w:type="spellEnd"/>
      <w:r>
        <w:t xml:space="preserve"> </w:t>
      </w:r>
      <w:proofErr w:type="spellStart"/>
      <w:r>
        <w:t>dalë</w:t>
      </w:r>
      <w:proofErr w:type="spellEnd"/>
      <w:r>
        <w:t xml:space="preserve"> </w:t>
      </w:r>
      <w:proofErr w:type="spellStart"/>
      <w:r>
        <w:t>në</w:t>
      </w:r>
      <w:proofErr w:type="spellEnd"/>
      <w:r>
        <w:t xml:space="preserve"> </w:t>
      </w:r>
      <w:proofErr w:type="spellStart"/>
      <w:r>
        <w:t>performancën</w:t>
      </w:r>
      <w:proofErr w:type="spellEnd"/>
      <w:r>
        <w:t xml:space="preserve"> </w:t>
      </w:r>
      <w:proofErr w:type="spellStart"/>
      <w:r>
        <w:t>tonë</w:t>
      </w:r>
      <w:proofErr w:type="spellEnd"/>
      <w:r>
        <w:t xml:space="preserve"> </w:t>
      </w:r>
      <w:proofErr w:type="spellStart"/>
      <w:r>
        <w:t>bashkitë</w:t>
      </w:r>
      <w:proofErr w:type="spellEnd"/>
      <w:r>
        <w:t xml:space="preserve"> e </w:t>
      </w:r>
      <w:proofErr w:type="spellStart"/>
      <w:r>
        <w:t>Shqipërisë</w:t>
      </w:r>
      <w:proofErr w:type="spellEnd"/>
      <w:r>
        <w:t xml:space="preserve">? </w:t>
      </w:r>
      <w:proofErr w:type="spellStart"/>
      <w:r>
        <w:t>Në</w:t>
      </w:r>
      <w:proofErr w:type="spellEnd"/>
      <w:r>
        <w:t xml:space="preserve"> 61 </w:t>
      </w:r>
      <w:proofErr w:type="spellStart"/>
      <w:r>
        <w:t>bashki</w:t>
      </w:r>
      <w:proofErr w:type="spellEnd"/>
      <w:r>
        <w:t xml:space="preserve"> </w:t>
      </w:r>
      <w:proofErr w:type="spellStart"/>
      <w:r>
        <w:t>kena</w:t>
      </w:r>
      <w:proofErr w:type="spellEnd"/>
      <w:r>
        <w:t xml:space="preserve"> </w:t>
      </w:r>
      <w:proofErr w:type="spellStart"/>
      <w:r>
        <w:t>dalë</w:t>
      </w:r>
      <w:proofErr w:type="spellEnd"/>
      <w:r>
        <w:t xml:space="preserve"> e </w:t>
      </w:r>
      <w:proofErr w:type="spellStart"/>
      <w:r>
        <w:t>pesta</w:t>
      </w:r>
      <w:proofErr w:type="spellEnd"/>
      <w:r>
        <w:t xml:space="preserve">. </w:t>
      </w:r>
      <w:proofErr w:type="spellStart"/>
      <w:r>
        <w:t>Në</w:t>
      </w:r>
      <w:proofErr w:type="spellEnd"/>
      <w:r>
        <w:t xml:space="preserve"> </w:t>
      </w:r>
      <w:proofErr w:type="spellStart"/>
      <w:r>
        <w:t>qoftë</w:t>
      </w:r>
      <w:proofErr w:type="spellEnd"/>
      <w:r>
        <w:t xml:space="preserve"> se do </w:t>
      </w:r>
      <w:proofErr w:type="spellStart"/>
      <w:r>
        <w:t>të</w:t>
      </w:r>
      <w:proofErr w:type="spellEnd"/>
      <w:r>
        <w:t xml:space="preserve"> </w:t>
      </w:r>
      <w:proofErr w:type="spellStart"/>
      <w:r>
        <w:t>ishin</w:t>
      </w:r>
      <w:proofErr w:type="spellEnd"/>
      <w:r>
        <w:t xml:space="preserve"> as </w:t>
      </w:r>
      <w:proofErr w:type="spellStart"/>
      <w:r>
        <w:t>këto</w:t>
      </w:r>
      <w:proofErr w:type="spellEnd"/>
      <w:r>
        <w:t xml:space="preserve"> </w:t>
      </w:r>
      <w:proofErr w:type="spellStart"/>
      <w:r>
        <w:t>probleme</w:t>
      </w:r>
      <w:proofErr w:type="spellEnd"/>
      <w:r>
        <w:t xml:space="preserve">, </w:t>
      </w:r>
      <w:proofErr w:type="spellStart"/>
      <w:r>
        <w:t>nuk</w:t>
      </w:r>
      <w:proofErr w:type="spellEnd"/>
      <w:r>
        <w:t xml:space="preserve"> do </w:t>
      </w:r>
      <w:proofErr w:type="spellStart"/>
      <w:r>
        <w:t>të</w:t>
      </w:r>
      <w:proofErr w:type="spellEnd"/>
      <w:r>
        <w:t xml:space="preserve"> </w:t>
      </w:r>
      <w:proofErr w:type="spellStart"/>
      <w:r>
        <w:t>isha</w:t>
      </w:r>
      <w:proofErr w:type="spellEnd"/>
      <w:r>
        <w:t xml:space="preserve"> </w:t>
      </w:r>
      <w:proofErr w:type="spellStart"/>
      <w:r>
        <w:t>dalë</w:t>
      </w:r>
      <w:proofErr w:type="spellEnd"/>
      <w:r>
        <w:t xml:space="preserve"> e </w:t>
      </w:r>
      <w:proofErr w:type="spellStart"/>
      <w:r>
        <w:t>pesta</w:t>
      </w:r>
      <w:proofErr w:type="spellEnd"/>
      <w:r>
        <w:t xml:space="preserve"> </w:t>
      </w:r>
      <w:proofErr w:type="spellStart"/>
      <w:r>
        <w:t>në</w:t>
      </w:r>
      <w:proofErr w:type="spellEnd"/>
      <w:r>
        <w:t xml:space="preserve"> </w:t>
      </w:r>
      <w:proofErr w:type="spellStart"/>
      <w:r>
        <w:t>performancë</w:t>
      </w:r>
      <w:proofErr w:type="spellEnd"/>
      <w:r>
        <w:t xml:space="preserve">. Do </w:t>
      </w:r>
      <w:proofErr w:type="spellStart"/>
      <w:r>
        <w:t>të</w:t>
      </w:r>
      <w:proofErr w:type="spellEnd"/>
      <w:r>
        <w:t xml:space="preserve"> </w:t>
      </w:r>
      <w:proofErr w:type="spellStart"/>
      <w:r>
        <w:t>isha</w:t>
      </w:r>
      <w:proofErr w:type="spellEnd"/>
      <w:r>
        <w:t xml:space="preserve"> e </w:t>
      </w:r>
      <w:proofErr w:type="spellStart"/>
      <w:r>
        <w:t>pështyma</w:t>
      </w:r>
      <w:proofErr w:type="spellEnd"/>
      <w:r>
        <w:t xml:space="preserve">, e 50-ta. </w:t>
      </w:r>
      <w:proofErr w:type="spellStart"/>
      <w:r>
        <w:t>Edhe</w:t>
      </w:r>
      <w:proofErr w:type="spellEnd"/>
      <w:r>
        <w:t xml:space="preserve"> </w:t>
      </w:r>
      <w:proofErr w:type="spellStart"/>
      <w:r>
        <w:t>bashkitë</w:t>
      </w:r>
      <w:proofErr w:type="spellEnd"/>
      <w:r>
        <w:t xml:space="preserve"> e </w:t>
      </w:r>
      <w:proofErr w:type="spellStart"/>
      <w:r>
        <w:t>tjera</w:t>
      </w:r>
      <w:proofErr w:type="spellEnd"/>
      <w:r>
        <w:t xml:space="preserve"> </w:t>
      </w:r>
      <w:proofErr w:type="spellStart"/>
      <w:r>
        <w:t>të</w:t>
      </w:r>
      <w:proofErr w:type="spellEnd"/>
      <w:r>
        <w:t xml:space="preserve"> </w:t>
      </w:r>
      <w:proofErr w:type="spellStart"/>
      <w:r>
        <w:t>Shqipërisë</w:t>
      </w:r>
      <w:proofErr w:type="spellEnd"/>
      <w:r>
        <w:t xml:space="preserve">, </w:t>
      </w:r>
      <w:proofErr w:type="spellStart"/>
      <w:r>
        <w:t>të</w:t>
      </w:r>
      <w:proofErr w:type="spellEnd"/>
      <w:r>
        <w:t xml:space="preserve"> </w:t>
      </w:r>
      <w:proofErr w:type="spellStart"/>
      <w:r>
        <w:t>gjatë</w:t>
      </w:r>
      <w:proofErr w:type="spellEnd"/>
      <w:r>
        <w:t xml:space="preserve"> e </w:t>
      </w:r>
      <w:proofErr w:type="spellStart"/>
      <w:r>
        <w:t>një</w:t>
      </w:r>
      <w:proofErr w:type="spellEnd"/>
      <w:r>
        <w:t xml:space="preserve"> </w:t>
      </w:r>
      <w:proofErr w:type="spellStart"/>
      <w:r>
        <w:t>kolege</w:t>
      </w:r>
      <w:proofErr w:type="spellEnd"/>
      <w:r>
        <w:t xml:space="preserve"> </w:t>
      </w:r>
      <w:proofErr w:type="spellStart"/>
      <w:r>
        <w:t>të</w:t>
      </w:r>
      <w:proofErr w:type="spellEnd"/>
      <w:r>
        <w:t xml:space="preserve"> </w:t>
      </w:r>
      <w:proofErr w:type="spellStart"/>
      <w:r>
        <w:t>mitë</w:t>
      </w:r>
      <w:proofErr w:type="spellEnd"/>
      <w:r>
        <w:t xml:space="preserve">, </w:t>
      </w:r>
      <w:proofErr w:type="spellStart"/>
      <w:r>
        <w:t>Nerum</w:t>
      </w:r>
      <w:proofErr w:type="spellEnd"/>
      <w:r>
        <w:t xml:space="preserve">, </w:t>
      </w:r>
      <w:proofErr w:type="spellStart"/>
      <w:r>
        <w:t>i</w:t>
      </w:r>
      <w:proofErr w:type="spellEnd"/>
      <w:r>
        <w:t xml:space="preserve"> </w:t>
      </w:r>
      <w:proofErr w:type="spellStart"/>
      <w:r>
        <w:t>rrisin</w:t>
      </w:r>
      <w:proofErr w:type="spellEnd"/>
      <w:r>
        <w:t xml:space="preserve"> </w:t>
      </w:r>
      <w:proofErr w:type="spellStart"/>
      <w:r>
        <w:t>të</w:t>
      </w:r>
      <w:proofErr w:type="spellEnd"/>
      <w:r>
        <w:t xml:space="preserve"> </w:t>
      </w:r>
      <w:proofErr w:type="spellStart"/>
      <w:r>
        <w:t>ardhurat</w:t>
      </w:r>
      <w:proofErr w:type="spellEnd"/>
      <w:r>
        <w:t xml:space="preserve"> me </w:t>
      </w:r>
      <w:proofErr w:type="spellStart"/>
      <w:r>
        <w:t>dy</w:t>
      </w:r>
      <w:proofErr w:type="spellEnd"/>
      <w:r>
        <w:t xml:space="preserve"> </w:t>
      </w:r>
      <w:proofErr w:type="spellStart"/>
      <w:r>
        <w:t>mënyra</w:t>
      </w:r>
      <w:proofErr w:type="spellEnd"/>
      <w:r>
        <w:t xml:space="preserve">: duke </w:t>
      </w:r>
      <w:proofErr w:type="spellStart"/>
      <w:r>
        <w:t>dhënë</w:t>
      </w:r>
      <w:proofErr w:type="spellEnd"/>
      <w:r>
        <w:t xml:space="preserve"> </w:t>
      </w:r>
      <w:proofErr w:type="spellStart"/>
      <w:r>
        <w:t>leje</w:t>
      </w:r>
      <w:proofErr w:type="spellEnd"/>
      <w:r>
        <w:t xml:space="preserve"> </w:t>
      </w:r>
      <w:proofErr w:type="spellStart"/>
      <w:r>
        <w:t>ndërtimi</w:t>
      </w:r>
      <w:proofErr w:type="spellEnd"/>
      <w:r>
        <w:t xml:space="preserve"> </w:t>
      </w:r>
      <w:proofErr w:type="spellStart"/>
      <w:r>
        <w:t>shumë</w:t>
      </w:r>
      <w:proofErr w:type="spellEnd"/>
      <w:r>
        <w:t xml:space="preserve">. </w:t>
      </w:r>
      <w:proofErr w:type="spellStart"/>
      <w:r>
        <w:t>Janë</w:t>
      </w:r>
      <w:proofErr w:type="spellEnd"/>
      <w:r>
        <w:t xml:space="preserve">... </w:t>
      </w:r>
      <w:proofErr w:type="spellStart"/>
      <w:r>
        <w:t>nuk</w:t>
      </w:r>
      <w:proofErr w:type="spellEnd"/>
      <w:r>
        <w:t xml:space="preserve"> </w:t>
      </w:r>
      <w:proofErr w:type="spellStart"/>
      <w:r>
        <w:t>janë</w:t>
      </w:r>
      <w:proofErr w:type="spellEnd"/>
      <w:r>
        <w:t xml:space="preserve"> </w:t>
      </w:r>
      <w:proofErr w:type="spellStart"/>
      <w:r>
        <w:t>afatgjata</w:t>
      </w:r>
      <w:proofErr w:type="spellEnd"/>
      <w:r>
        <w:t xml:space="preserve"> </w:t>
      </w:r>
      <w:proofErr w:type="spellStart"/>
      <w:r>
        <w:t>në</w:t>
      </w:r>
      <w:proofErr w:type="spellEnd"/>
      <w:r>
        <w:t xml:space="preserve"> </w:t>
      </w:r>
      <w:proofErr w:type="spellStart"/>
      <w:r>
        <w:t>politika</w:t>
      </w:r>
      <w:proofErr w:type="spellEnd"/>
      <w:r>
        <w:t xml:space="preserve"> </w:t>
      </w:r>
      <w:proofErr w:type="spellStart"/>
      <w:r>
        <w:t>dhe</w:t>
      </w:r>
      <w:proofErr w:type="spellEnd"/>
      <w:r>
        <w:t xml:space="preserve"> </w:t>
      </w:r>
      <w:proofErr w:type="spellStart"/>
      <w:r>
        <w:t>zhvillime</w:t>
      </w:r>
      <w:proofErr w:type="spellEnd"/>
      <w:r>
        <w:t xml:space="preserve"> </w:t>
      </w:r>
      <w:proofErr w:type="spellStart"/>
      <w:r>
        <w:t>të</w:t>
      </w:r>
      <w:proofErr w:type="spellEnd"/>
      <w:r>
        <w:t xml:space="preserve"> </w:t>
      </w:r>
      <w:proofErr w:type="spellStart"/>
      <w:r>
        <w:t>qëndrueshme</w:t>
      </w:r>
      <w:proofErr w:type="spellEnd"/>
      <w:r>
        <w:t xml:space="preserve">. </w:t>
      </w:r>
      <w:proofErr w:type="spellStart"/>
      <w:r>
        <w:t>Dhe</w:t>
      </w:r>
      <w:proofErr w:type="spellEnd"/>
      <w:r>
        <w:t xml:space="preserve"> </w:t>
      </w:r>
      <w:proofErr w:type="spellStart"/>
      <w:r>
        <w:t>tjetra</w:t>
      </w:r>
      <w:proofErr w:type="spellEnd"/>
      <w:r>
        <w:t xml:space="preserve"> </w:t>
      </w:r>
      <w:proofErr w:type="spellStart"/>
      <w:r>
        <w:t>që</w:t>
      </w:r>
      <w:proofErr w:type="spellEnd"/>
      <w:r>
        <w:t xml:space="preserve"> </w:t>
      </w:r>
      <w:proofErr w:type="spellStart"/>
      <w:r>
        <w:t>atë</w:t>
      </w:r>
      <w:proofErr w:type="spellEnd"/>
      <w:r>
        <w:t xml:space="preserve">... </w:t>
      </w:r>
      <w:proofErr w:type="spellStart"/>
      <w:r>
        <w:t>ëh</w:t>
      </w:r>
      <w:proofErr w:type="spellEnd"/>
      <w:r>
        <w:t xml:space="preserve">, </w:t>
      </w:r>
      <w:proofErr w:type="spellStart"/>
      <w:r>
        <w:t>në</w:t>
      </w:r>
      <w:proofErr w:type="spellEnd"/>
      <w:r>
        <w:t xml:space="preserve"> </w:t>
      </w:r>
      <w:proofErr w:type="spellStart"/>
      <w:r>
        <w:t>disa</w:t>
      </w:r>
      <w:proofErr w:type="spellEnd"/>
      <w:r>
        <w:t xml:space="preserve"> </w:t>
      </w:r>
      <w:proofErr w:type="spellStart"/>
      <w:r>
        <w:t>bashki</w:t>
      </w:r>
      <w:proofErr w:type="spellEnd"/>
      <w:r>
        <w:t xml:space="preserve"> </w:t>
      </w:r>
      <w:proofErr w:type="spellStart"/>
      <w:r>
        <w:t>aplikohet</w:t>
      </w:r>
      <w:proofErr w:type="spellEnd"/>
      <w:r>
        <w:t xml:space="preserve"> </w:t>
      </w:r>
      <w:proofErr w:type="spellStart"/>
      <w:r>
        <w:t>kjo</w:t>
      </w:r>
      <w:proofErr w:type="spellEnd"/>
      <w:r>
        <w:t xml:space="preserve"> me </w:t>
      </w:r>
      <w:proofErr w:type="spellStart"/>
      <w:r>
        <w:t>bërë</w:t>
      </w:r>
      <w:proofErr w:type="spellEnd"/>
      <w:r>
        <w:t xml:space="preserve"> </w:t>
      </w:r>
      <w:proofErr w:type="spellStart"/>
      <w:r>
        <w:t>punë</w:t>
      </w:r>
      <w:proofErr w:type="spellEnd"/>
      <w:r>
        <w:t xml:space="preserve">, me </w:t>
      </w:r>
      <w:proofErr w:type="spellStart"/>
      <w:r>
        <w:t>likuidu</w:t>
      </w:r>
      <w:proofErr w:type="spellEnd"/>
      <w:r>
        <w:t xml:space="preserve"> me </w:t>
      </w:r>
      <w:proofErr w:type="spellStart"/>
      <w:r>
        <w:t>vitet</w:t>
      </w:r>
      <w:proofErr w:type="spellEnd"/>
      <w:r>
        <w:t xml:space="preserve"> </w:t>
      </w:r>
      <w:proofErr w:type="spellStart"/>
      <w:r>
        <w:t>në</w:t>
      </w:r>
      <w:proofErr w:type="spellEnd"/>
      <w:r>
        <w:t xml:space="preserve"> </w:t>
      </w:r>
      <w:proofErr w:type="spellStart"/>
      <w:r>
        <w:t>të</w:t>
      </w:r>
      <w:proofErr w:type="spellEnd"/>
      <w:r>
        <w:t xml:space="preserve"> </w:t>
      </w:r>
      <w:proofErr w:type="spellStart"/>
      <w:r>
        <w:t>ardhshme</w:t>
      </w:r>
      <w:proofErr w:type="spellEnd"/>
      <w:r>
        <w:t xml:space="preserve"> </w:t>
      </w:r>
      <w:proofErr w:type="spellStart"/>
      <w:r>
        <w:t>dhe</w:t>
      </w:r>
      <w:proofErr w:type="spellEnd"/>
      <w:r>
        <w:t xml:space="preserve"> ka </w:t>
      </w:r>
      <w:proofErr w:type="spellStart"/>
      <w:r>
        <w:t>rritje</w:t>
      </w:r>
      <w:proofErr w:type="spellEnd"/>
      <w:r>
        <w:t xml:space="preserve"> </w:t>
      </w:r>
      <w:proofErr w:type="spellStart"/>
      <w:r>
        <w:t>investimesh</w:t>
      </w:r>
      <w:proofErr w:type="spellEnd"/>
      <w:r>
        <w:t xml:space="preserve">. </w:t>
      </w:r>
      <w:proofErr w:type="spellStart"/>
      <w:r>
        <w:t>Buxheti</w:t>
      </w:r>
      <w:proofErr w:type="spellEnd"/>
      <w:r>
        <w:t xml:space="preserve"> </w:t>
      </w:r>
      <w:proofErr w:type="spellStart"/>
      <w:r>
        <w:t>i</w:t>
      </w:r>
      <w:proofErr w:type="spellEnd"/>
      <w:r>
        <w:t xml:space="preserve"> </w:t>
      </w:r>
      <w:proofErr w:type="spellStart"/>
      <w:r>
        <w:t>shtetit</w:t>
      </w:r>
      <w:proofErr w:type="spellEnd"/>
      <w:r>
        <w:t xml:space="preserve"> </w:t>
      </w:r>
      <w:proofErr w:type="spellStart"/>
      <w:r>
        <w:t>është</w:t>
      </w:r>
      <w:proofErr w:type="spellEnd"/>
      <w:r>
        <w:t xml:space="preserve"> </w:t>
      </w:r>
      <w:proofErr w:type="spellStart"/>
      <w:r>
        <w:t>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bashkitë</w:t>
      </w:r>
      <w:proofErr w:type="spellEnd"/>
      <w:r>
        <w:t xml:space="preserve"> </w:t>
      </w:r>
      <w:proofErr w:type="spellStart"/>
      <w:r>
        <w:t>primar</w:t>
      </w:r>
      <w:proofErr w:type="spellEnd"/>
      <w:r>
        <w:t xml:space="preserve">, por ne a </w:t>
      </w:r>
      <w:proofErr w:type="spellStart"/>
      <w:r>
        <w:t>japim</w:t>
      </w:r>
      <w:proofErr w:type="spellEnd"/>
      <w:r>
        <w:t xml:space="preserve"> </w:t>
      </w:r>
      <w:proofErr w:type="spellStart"/>
      <w:r>
        <w:t>buxhetin</w:t>
      </w:r>
      <w:proofErr w:type="spellEnd"/>
      <w:r>
        <w:t xml:space="preserve"> e </w:t>
      </w:r>
      <w:proofErr w:type="spellStart"/>
      <w:r>
        <w:t>shtetit</w:t>
      </w:r>
      <w:proofErr w:type="spellEnd"/>
      <w:r>
        <w:t xml:space="preserve">? Se </w:t>
      </w:r>
      <w:proofErr w:type="spellStart"/>
      <w:r>
        <w:t>japim</w:t>
      </w:r>
      <w:proofErr w:type="spellEnd"/>
      <w:r>
        <w:t xml:space="preserve"> 200 </w:t>
      </w:r>
      <w:proofErr w:type="spellStart"/>
      <w:r>
        <w:t>milion</w:t>
      </w:r>
      <w:proofErr w:type="spellEnd"/>
      <w:r>
        <w:t xml:space="preserve"> euro </w:t>
      </w:r>
      <w:proofErr w:type="spellStart"/>
      <w:r>
        <w:t>në</w:t>
      </w:r>
      <w:proofErr w:type="spellEnd"/>
      <w:r>
        <w:t xml:space="preserve">... </w:t>
      </w:r>
      <w:proofErr w:type="spellStart"/>
      <w:r>
        <w:t>domethënë</w:t>
      </w:r>
      <w:proofErr w:type="spellEnd"/>
      <w:r>
        <w:t xml:space="preserve">, </w:t>
      </w:r>
      <w:proofErr w:type="spellStart"/>
      <w:r>
        <w:t>nuk</w:t>
      </w:r>
      <w:proofErr w:type="spellEnd"/>
      <w:r>
        <w:t xml:space="preserve"> </w:t>
      </w:r>
      <w:proofErr w:type="spellStart"/>
      <w:r>
        <w:t>na</w:t>
      </w:r>
      <w:proofErr w:type="spellEnd"/>
      <w:r>
        <w:t xml:space="preserve"> e </w:t>
      </w:r>
      <w:proofErr w:type="spellStart"/>
      <w:r>
        <w:t>japin</w:t>
      </w:r>
      <w:proofErr w:type="spellEnd"/>
      <w:r>
        <w:t xml:space="preserve">. </w:t>
      </w:r>
      <w:proofErr w:type="spellStart"/>
      <w:r>
        <w:t>Këto</w:t>
      </w:r>
      <w:proofErr w:type="spellEnd"/>
      <w:r>
        <w:t xml:space="preserve"> </w:t>
      </w:r>
      <w:proofErr w:type="spellStart"/>
      <w:r>
        <w:t>janë</w:t>
      </w:r>
      <w:proofErr w:type="spellEnd"/>
      <w:r>
        <w:t xml:space="preserve"> </w:t>
      </w:r>
      <w:proofErr w:type="spellStart"/>
      <w:r>
        <w:t>pronë</w:t>
      </w:r>
      <w:proofErr w:type="spellEnd"/>
      <w:r>
        <w:t xml:space="preserve"> e </w:t>
      </w:r>
      <w:proofErr w:type="spellStart"/>
      <w:r>
        <w:t>përbashkët</w:t>
      </w:r>
      <w:proofErr w:type="spellEnd"/>
      <w:r>
        <w:t xml:space="preserve">, </w:t>
      </w:r>
      <w:proofErr w:type="spellStart"/>
      <w:r>
        <w:t>është</w:t>
      </w:r>
      <w:proofErr w:type="spellEnd"/>
      <w:r>
        <w:t xml:space="preserve"> </w:t>
      </w:r>
      <w:proofErr w:type="spellStart"/>
      <w:r>
        <w:t>pronë</w:t>
      </w:r>
      <w:proofErr w:type="spellEnd"/>
      <w:r>
        <w:t xml:space="preserve"> e </w:t>
      </w:r>
      <w:proofErr w:type="spellStart"/>
      <w:r>
        <w:t>gjithë</w:t>
      </w:r>
      <w:proofErr w:type="spellEnd"/>
      <w:r>
        <w:t xml:space="preserve"> </w:t>
      </w:r>
      <w:proofErr w:type="spellStart"/>
      <w:r>
        <w:t>shqiptarëve</w:t>
      </w:r>
      <w:proofErr w:type="spellEnd"/>
      <w:r>
        <w:t xml:space="preserve">, </w:t>
      </w:r>
      <w:proofErr w:type="spellStart"/>
      <w:r>
        <w:t>edhe</w:t>
      </w:r>
      <w:proofErr w:type="spellEnd"/>
      <w:r>
        <w:t xml:space="preserve"> </w:t>
      </w:r>
      <w:proofErr w:type="spellStart"/>
      <w:r>
        <w:t>unë</w:t>
      </w:r>
      <w:proofErr w:type="spellEnd"/>
      <w:r>
        <w:t xml:space="preserve"> jam </w:t>
      </w:r>
      <w:proofErr w:type="spellStart"/>
      <w:r>
        <w:t>shqiptar</w:t>
      </w:r>
      <w:proofErr w:type="spellEnd"/>
      <w:r>
        <w:t xml:space="preserve">, por </w:t>
      </w:r>
      <w:proofErr w:type="spellStart"/>
      <w:r>
        <w:t>edhe</w:t>
      </w:r>
      <w:proofErr w:type="spellEnd"/>
      <w:r>
        <w:t xml:space="preserve"> </w:t>
      </w:r>
      <w:proofErr w:type="spellStart"/>
      <w:r>
        <w:t>ato</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si</w:t>
      </w:r>
      <w:proofErr w:type="spellEnd"/>
      <w:r>
        <w:t xml:space="preserve"> </w:t>
      </w:r>
      <w:proofErr w:type="spellStart"/>
      <w:r>
        <w:t>që</w:t>
      </w:r>
      <w:proofErr w:type="spellEnd"/>
      <w:r>
        <w:t xml:space="preserve"> </w:t>
      </w:r>
      <w:proofErr w:type="spellStart"/>
      <w:r>
        <w:t>unë</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janë</w:t>
      </w:r>
      <w:proofErr w:type="spellEnd"/>
      <w:r>
        <w:t xml:space="preserve"> </w:t>
      </w:r>
      <w:proofErr w:type="spellStart"/>
      <w:r>
        <w:t>shqiptarë</w:t>
      </w:r>
      <w:proofErr w:type="spellEnd"/>
      <w:r>
        <w:t xml:space="preserve"> </w:t>
      </w:r>
      <w:proofErr w:type="spellStart"/>
      <w:r>
        <w:t>edhe</w:t>
      </w:r>
      <w:proofErr w:type="spellEnd"/>
      <w:r>
        <w:t xml:space="preserve"> </w:t>
      </w:r>
      <w:proofErr w:type="spellStart"/>
      <w:r>
        <w:t>në</w:t>
      </w:r>
      <w:proofErr w:type="spellEnd"/>
      <w:r>
        <w:t xml:space="preserve"> </w:t>
      </w:r>
      <w:proofErr w:type="spellStart"/>
      <w:r>
        <w:t>bashki</w:t>
      </w:r>
      <w:proofErr w:type="spellEnd"/>
      <w:r>
        <w:t xml:space="preserve"> </w:t>
      </w:r>
      <w:proofErr w:type="spellStart"/>
      <w:r>
        <w:t>të</w:t>
      </w:r>
      <w:proofErr w:type="spellEnd"/>
      <w:r>
        <w:t xml:space="preserve"> </w:t>
      </w:r>
      <w:proofErr w:type="spellStart"/>
      <w:r>
        <w:t>tjera</w:t>
      </w:r>
      <w:proofErr w:type="spellEnd"/>
      <w:r>
        <w:t xml:space="preserve">. </w:t>
      </w:r>
      <w:r w:rsidR="00FA588D">
        <w:t>N</w:t>
      </w:r>
      <w:r>
        <w:t xml:space="preserve">uk </w:t>
      </w:r>
      <w:proofErr w:type="spellStart"/>
      <w:r>
        <w:t>kemi</w:t>
      </w:r>
      <w:proofErr w:type="spellEnd"/>
      <w:r>
        <w:t xml:space="preserve"> 200 </w:t>
      </w:r>
      <w:proofErr w:type="spellStart"/>
      <w:r>
        <w:t>milion</w:t>
      </w:r>
      <w:proofErr w:type="spellEnd"/>
      <w:r>
        <w:t xml:space="preserve"> euro, por </w:t>
      </w:r>
      <w:proofErr w:type="spellStart"/>
      <w:r>
        <w:t>marrim</w:t>
      </w:r>
      <w:proofErr w:type="spellEnd"/>
      <w:r>
        <w:t xml:space="preserve"> </w:t>
      </w:r>
      <w:proofErr w:type="spellStart"/>
      <w:r>
        <w:t>vetëm</w:t>
      </w:r>
      <w:proofErr w:type="spellEnd"/>
      <w:r>
        <w:t xml:space="preserve"> 0.8%. 0.8% </w:t>
      </w:r>
      <w:proofErr w:type="spellStart"/>
      <w:r>
        <w:t>në</w:t>
      </w:r>
      <w:proofErr w:type="spellEnd"/>
      <w:r>
        <w:t xml:space="preserve"> </w:t>
      </w:r>
      <w:proofErr w:type="spellStart"/>
      <w:r>
        <w:t>Bashkimin</w:t>
      </w:r>
      <w:proofErr w:type="spellEnd"/>
      <w:r>
        <w:t xml:space="preserve"> </w:t>
      </w:r>
      <w:proofErr w:type="spellStart"/>
      <w:r>
        <w:t>Europian</w:t>
      </w:r>
      <w:proofErr w:type="spellEnd"/>
      <w:r>
        <w:t xml:space="preserve">, </w:t>
      </w:r>
      <w:proofErr w:type="spellStart"/>
      <w:r>
        <w:t>nga</w:t>
      </w:r>
      <w:proofErr w:type="spellEnd"/>
      <w:r>
        <w:t xml:space="preserve"> 14% </w:t>
      </w:r>
      <w:proofErr w:type="spellStart"/>
      <w:r>
        <w:t>na</w:t>
      </w:r>
      <w:proofErr w:type="spellEnd"/>
      <w:r>
        <w:t xml:space="preserve"> </w:t>
      </w:r>
      <w:proofErr w:type="spellStart"/>
      <w:r>
        <w:t>morëm</w:t>
      </w:r>
      <w:proofErr w:type="spellEnd"/>
      <w:r>
        <w:t xml:space="preserve"> 0.0%, </w:t>
      </w:r>
      <w:proofErr w:type="spellStart"/>
      <w:r>
        <w:t>asnjë</w:t>
      </w:r>
      <w:proofErr w:type="spellEnd"/>
      <w:r>
        <w:t xml:space="preserve"> </w:t>
      </w:r>
      <w:proofErr w:type="spellStart"/>
      <w:r>
        <w:t>përqind</w:t>
      </w:r>
      <w:proofErr w:type="spellEnd"/>
      <w:r>
        <w:t xml:space="preserve"> </w:t>
      </w:r>
      <w:proofErr w:type="spellStart"/>
      <w:r>
        <w:t>nuk</w:t>
      </w:r>
      <w:proofErr w:type="spellEnd"/>
      <w:r>
        <w:t xml:space="preserve"> </w:t>
      </w:r>
      <w:proofErr w:type="spellStart"/>
      <w:r>
        <w:t>morëm</w:t>
      </w:r>
      <w:proofErr w:type="spellEnd"/>
      <w:r>
        <w:t xml:space="preserve"> </w:t>
      </w:r>
      <w:proofErr w:type="spellStart"/>
      <w:r>
        <w:t>çfarë</w:t>
      </w:r>
      <w:proofErr w:type="spellEnd"/>
      <w:r>
        <w:t xml:space="preserve"> </w:t>
      </w:r>
      <w:proofErr w:type="spellStart"/>
      <w:r>
        <w:t>na</w:t>
      </w:r>
      <w:proofErr w:type="spellEnd"/>
      <w:r>
        <w:t xml:space="preserve"> </w:t>
      </w:r>
      <w:proofErr w:type="spellStart"/>
      <w:r>
        <w:t>takon</w:t>
      </w:r>
      <w:proofErr w:type="spellEnd"/>
      <w:r>
        <w:t xml:space="preserve">. Po, </w:t>
      </w:r>
      <w:proofErr w:type="spellStart"/>
      <w:r>
        <w:t>të</w:t>
      </w:r>
      <w:proofErr w:type="spellEnd"/>
      <w:r>
        <w:t xml:space="preserve"> </w:t>
      </w:r>
      <w:proofErr w:type="spellStart"/>
      <w:r>
        <w:t>paktën</w:t>
      </w:r>
      <w:proofErr w:type="spellEnd"/>
      <w:r>
        <w:t xml:space="preserve"> </w:t>
      </w:r>
      <w:proofErr w:type="spellStart"/>
      <w:r>
        <w:t>të</w:t>
      </w:r>
      <w:proofErr w:type="spellEnd"/>
      <w:r>
        <w:t xml:space="preserve"> </w:t>
      </w:r>
      <w:proofErr w:type="spellStart"/>
      <w:r>
        <w:t>kisha</w:t>
      </w:r>
      <w:proofErr w:type="spellEnd"/>
      <w:r>
        <w:t xml:space="preserve"> </w:t>
      </w:r>
      <w:proofErr w:type="spellStart"/>
      <w:r>
        <w:t>marrë</w:t>
      </w:r>
      <w:proofErr w:type="spellEnd"/>
      <w:r>
        <w:t xml:space="preserve"> 2%. Do </w:t>
      </w:r>
      <w:proofErr w:type="spellStart"/>
      <w:r>
        <w:t>të</w:t>
      </w:r>
      <w:proofErr w:type="spellEnd"/>
      <w:r>
        <w:t xml:space="preserve"> del </w:t>
      </w:r>
      <w:proofErr w:type="spellStart"/>
      <w:r>
        <w:t>kjo</w:t>
      </w:r>
      <w:proofErr w:type="spellEnd"/>
      <w:r>
        <w:t xml:space="preserve"> </w:t>
      </w:r>
      <w:proofErr w:type="spellStart"/>
      <w:r>
        <w:t>shifra</w:t>
      </w:r>
      <w:proofErr w:type="spellEnd"/>
      <w:r>
        <w:t xml:space="preserve"> </w:t>
      </w:r>
      <w:proofErr w:type="spellStart"/>
      <w:r>
        <w:t>këtu</w:t>
      </w:r>
      <w:proofErr w:type="spellEnd"/>
      <w:r>
        <w:t xml:space="preserve"> ty. </w:t>
      </w:r>
      <w:proofErr w:type="spellStart"/>
      <w:r>
        <w:t>Unë</w:t>
      </w:r>
      <w:proofErr w:type="spellEnd"/>
      <w:r>
        <w:t xml:space="preserve"> </w:t>
      </w:r>
      <w:proofErr w:type="spellStart"/>
      <w:r>
        <w:t>marr</w:t>
      </w:r>
      <w:proofErr w:type="spellEnd"/>
      <w:r>
        <w:t xml:space="preserve"> 0.8%. Do ta </w:t>
      </w:r>
      <w:proofErr w:type="spellStart"/>
      <w:r>
        <w:t>kishit</w:t>
      </w:r>
      <w:proofErr w:type="spellEnd"/>
      <w:r>
        <w:t xml:space="preserve"> </w:t>
      </w:r>
      <w:proofErr w:type="spellStart"/>
      <w:r>
        <w:t>në</w:t>
      </w:r>
      <w:proofErr w:type="spellEnd"/>
      <w:r>
        <w:t xml:space="preserve"> </w:t>
      </w:r>
      <w:proofErr w:type="spellStart"/>
      <w:r>
        <w:t>indeks</w:t>
      </w:r>
      <w:proofErr w:type="spellEnd"/>
      <w:r>
        <w:t xml:space="preserve"> </w:t>
      </w:r>
      <w:proofErr w:type="spellStart"/>
      <w:r>
        <w:t>edhe</w:t>
      </w:r>
      <w:proofErr w:type="spellEnd"/>
      <w:r>
        <w:t xml:space="preserve"> 0.8%. Po, </w:t>
      </w:r>
      <w:proofErr w:type="spellStart"/>
      <w:r>
        <w:t>në</w:t>
      </w:r>
      <w:proofErr w:type="spellEnd"/>
      <w:r>
        <w:t xml:space="preserve"> </w:t>
      </w:r>
      <w:proofErr w:type="spellStart"/>
      <w:r>
        <w:t>qoftë</w:t>
      </w:r>
      <w:proofErr w:type="spellEnd"/>
      <w:r>
        <w:t xml:space="preserve"> se e </w:t>
      </w:r>
      <w:proofErr w:type="spellStart"/>
      <w:r>
        <w:t>ke</w:t>
      </w:r>
      <w:proofErr w:type="spellEnd"/>
      <w:r>
        <w:t xml:space="preserve"> 0.8%, </w:t>
      </w:r>
      <w:proofErr w:type="spellStart"/>
      <w:r>
        <w:t>ti</w:t>
      </w:r>
      <w:proofErr w:type="spellEnd"/>
      <w:r>
        <w:t xml:space="preserve"> </w:t>
      </w:r>
      <w:proofErr w:type="gramStart"/>
      <w:r>
        <w:t>do</w:t>
      </w:r>
      <w:proofErr w:type="gramEnd"/>
      <w:r>
        <w:t xml:space="preserve"> </w:t>
      </w:r>
      <w:proofErr w:type="spellStart"/>
      <w:r>
        <w:t>të</w:t>
      </w:r>
      <w:proofErr w:type="spellEnd"/>
      <w:r>
        <w:t xml:space="preserve"> </w:t>
      </w:r>
      <w:proofErr w:type="spellStart"/>
      <w:r>
        <w:t>kishte</w:t>
      </w:r>
      <w:proofErr w:type="spellEnd"/>
      <w:r>
        <w:t xml:space="preserve"> </w:t>
      </w:r>
      <w:proofErr w:type="spellStart"/>
      <w:r>
        <w:t>thënë</w:t>
      </w:r>
      <w:proofErr w:type="spellEnd"/>
      <w:r>
        <w:t xml:space="preserve">: "Si ka </w:t>
      </w:r>
      <w:proofErr w:type="spellStart"/>
      <w:r>
        <w:t>mundësi</w:t>
      </w:r>
      <w:proofErr w:type="spellEnd"/>
      <w:r>
        <w:t xml:space="preserve"> </w:t>
      </w:r>
      <w:proofErr w:type="spellStart"/>
      <w:r>
        <w:t>që</w:t>
      </w:r>
      <w:proofErr w:type="spellEnd"/>
      <w:r>
        <w:t xml:space="preserve"> </w:t>
      </w:r>
      <w:proofErr w:type="spellStart"/>
      <w:r>
        <w:t>të</w:t>
      </w:r>
      <w:proofErr w:type="spellEnd"/>
      <w:r>
        <w:t xml:space="preserve"> </w:t>
      </w:r>
      <w:proofErr w:type="spellStart"/>
      <w:r>
        <w:t>kanë</w:t>
      </w:r>
      <w:proofErr w:type="spellEnd"/>
      <w:r>
        <w:t xml:space="preserve">... je </w:t>
      </w:r>
      <w:proofErr w:type="spellStart"/>
      <w:r>
        <w:t>kaq</w:t>
      </w:r>
      <w:proofErr w:type="spellEnd"/>
      <w:r>
        <w:t xml:space="preserve"> </w:t>
      </w:r>
      <w:proofErr w:type="spellStart"/>
      <w:r>
        <w:t>kaq</w:t>
      </w:r>
      <w:proofErr w:type="spellEnd"/>
      <w:r>
        <w:t xml:space="preserve"> </w:t>
      </w:r>
      <w:proofErr w:type="spellStart"/>
      <w:r>
        <w:t>pak</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Sepse</w:t>
      </w:r>
      <w:proofErr w:type="spellEnd"/>
      <w:r>
        <w:t xml:space="preserve">... po, se </w:t>
      </w:r>
      <w:proofErr w:type="spellStart"/>
      <w:r>
        <w:t>unë</w:t>
      </w:r>
      <w:proofErr w:type="spellEnd"/>
      <w:r>
        <w:t xml:space="preserve">... po, </w:t>
      </w:r>
      <w:proofErr w:type="spellStart"/>
      <w:r>
        <w:t>okej</w:t>
      </w:r>
      <w:proofErr w:type="spellEnd"/>
      <w:r>
        <w:t xml:space="preserve">, </w:t>
      </w:r>
      <w:proofErr w:type="spellStart"/>
      <w:r>
        <w:t>s'ka</w:t>
      </w:r>
      <w:proofErr w:type="spellEnd"/>
      <w:r>
        <w:t xml:space="preserve"> </w:t>
      </w:r>
      <w:proofErr w:type="spellStart"/>
      <w:r>
        <w:t>probleme</w:t>
      </w:r>
      <w:proofErr w:type="spellEnd"/>
      <w:r>
        <w:t xml:space="preserve">. </w:t>
      </w:r>
      <w:proofErr w:type="spellStart"/>
      <w:r>
        <w:t>Mirë</w:t>
      </w:r>
      <w:proofErr w:type="spellEnd"/>
      <w:r>
        <w:t xml:space="preserve">, </w:t>
      </w:r>
      <w:proofErr w:type="spellStart"/>
      <w:r>
        <w:t>mirëpres</w:t>
      </w:r>
      <w:proofErr w:type="spellEnd"/>
      <w:r>
        <w:t xml:space="preserve">. </w:t>
      </w:r>
    </w:p>
    <w:p w14:paraId="1EBC8532" w14:textId="77777777" w:rsidR="0010666C" w:rsidRDefault="0010666C" w:rsidP="0010666C">
      <w:pPr>
        <w:rPr>
          <w:b/>
          <w:bCs/>
        </w:rPr>
      </w:pPr>
    </w:p>
    <w:p w14:paraId="6839C2B4" w14:textId="0AEF7086" w:rsidR="0010666C" w:rsidRPr="002A0529" w:rsidRDefault="0010666C" w:rsidP="0010666C">
      <w:pPr>
        <w:rPr>
          <w:b/>
          <w:bCs/>
        </w:rPr>
      </w:pPr>
      <w:r w:rsidRPr="002A0529">
        <w:rPr>
          <w:b/>
          <w:bCs/>
        </w:rPr>
        <w:lastRenderedPageBreak/>
        <w:t>Aulona Bylykbashi:</w:t>
      </w:r>
    </w:p>
    <w:p w14:paraId="7E386541" w14:textId="77777777" w:rsidR="0010666C" w:rsidRDefault="00AB182B" w:rsidP="00AB182B">
      <w:r>
        <w:t xml:space="preserve">I </w:t>
      </w:r>
      <w:proofErr w:type="spellStart"/>
      <w:r>
        <w:t>kuptoj</w:t>
      </w:r>
      <w:proofErr w:type="spellEnd"/>
      <w:r>
        <w:t xml:space="preserve"> </w:t>
      </w:r>
      <w:proofErr w:type="spellStart"/>
      <w:r>
        <w:t>shumë</w:t>
      </w:r>
      <w:proofErr w:type="spellEnd"/>
      <w:r>
        <w:t xml:space="preserve"> </w:t>
      </w:r>
      <w:proofErr w:type="spellStart"/>
      <w:r>
        <w:t>mirë</w:t>
      </w:r>
      <w:proofErr w:type="spellEnd"/>
      <w:r>
        <w:t xml:space="preserve"> </w:t>
      </w:r>
      <w:proofErr w:type="spellStart"/>
      <w:r>
        <w:t>arsyet</w:t>
      </w:r>
      <w:proofErr w:type="spellEnd"/>
      <w:r>
        <w:t xml:space="preserve"> </w:t>
      </w:r>
      <w:proofErr w:type="spellStart"/>
      <w:r>
        <w:t>që</w:t>
      </w:r>
      <w:proofErr w:type="spellEnd"/>
      <w:r>
        <w:t xml:space="preserve"> </w:t>
      </w:r>
      <w:proofErr w:type="spellStart"/>
      <w:r>
        <w:t>ju</w:t>
      </w:r>
      <w:proofErr w:type="spellEnd"/>
      <w:r>
        <w:t xml:space="preserve"> po </w:t>
      </w:r>
      <w:proofErr w:type="spellStart"/>
      <w:r>
        <w:t>rendisni</w:t>
      </w:r>
      <w:proofErr w:type="spellEnd"/>
      <w:r>
        <w:t xml:space="preserve">, por </w:t>
      </w:r>
      <w:proofErr w:type="spellStart"/>
      <w:r>
        <w:t>në</w:t>
      </w:r>
      <w:proofErr w:type="spellEnd"/>
      <w:r>
        <w:t xml:space="preserve"> </w:t>
      </w:r>
      <w:proofErr w:type="spellStart"/>
      <w:r>
        <w:t>fakt</w:t>
      </w:r>
      <w:proofErr w:type="spellEnd"/>
      <w:r>
        <w:t xml:space="preserve">, </w:t>
      </w:r>
      <w:proofErr w:type="spellStart"/>
      <w:r>
        <w:t>në</w:t>
      </w:r>
      <w:proofErr w:type="spellEnd"/>
      <w:r>
        <w:t xml:space="preserve"> </w:t>
      </w:r>
      <w:proofErr w:type="spellStart"/>
      <w:r>
        <w:t>përmbajtjen</w:t>
      </w:r>
      <w:proofErr w:type="spellEnd"/>
      <w:r>
        <w:t xml:space="preserve"> e </w:t>
      </w:r>
      <w:proofErr w:type="spellStart"/>
      <w:r>
        <w:t>performancës</w:t>
      </w:r>
      <w:proofErr w:type="spellEnd"/>
      <w:r>
        <w:t xml:space="preserve"> </w:t>
      </w:r>
      <w:proofErr w:type="spellStart"/>
      <w:r>
        <w:t>financiare</w:t>
      </w:r>
      <w:proofErr w:type="spellEnd"/>
      <w:r>
        <w:t xml:space="preserve"> </w:t>
      </w:r>
      <w:proofErr w:type="spellStart"/>
      <w:r>
        <w:t>të</w:t>
      </w:r>
      <w:proofErr w:type="spellEnd"/>
      <w:r>
        <w:t xml:space="preserve"> </w:t>
      </w:r>
      <w:proofErr w:type="spellStart"/>
      <w:r>
        <w:t>një</w:t>
      </w:r>
      <w:proofErr w:type="spellEnd"/>
      <w:r>
        <w:t xml:space="preserve"> </w:t>
      </w:r>
      <w:proofErr w:type="spellStart"/>
      <w:r>
        <w:t>institucioni</w:t>
      </w:r>
      <w:proofErr w:type="spellEnd"/>
      <w:r>
        <w:t xml:space="preserve"> </w:t>
      </w:r>
      <w:proofErr w:type="spellStart"/>
      <w:r>
        <w:t>të</w:t>
      </w:r>
      <w:proofErr w:type="spellEnd"/>
      <w:r>
        <w:t xml:space="preserve"> </w:t>
      </w:r>
      <w:proofErr w:type="spellStart"/>
      <w:r>
        <w:t>qeverisë</w:t>
      </w:r>
      <w:proofErr w:type="spellEnd"/>
      <w:r>
        <w:t xml:space="preserve"> </w:t>
      </w:r>
      <w:proofErr w:type="spellStart"/>
      <w:r>
        <w:t>vendore</w:t>
      </w:r>
      <w:proofErr w:type="spellEnd"/>
      <w:r>
        <w:t xml:space="preserve">, ka </w:t>
      </w:r>
      <w:proofErr w:type="spellStart"/>
      <w:r>
        <w:t>disa</w:t>
      </w:r>
      <w:proofErr w:type="spellEnd"/>
      <w:r>
        <w:t xml:space="preserve"> </w:t>
      </w:r>
      <w:proofErr w:type="spellStart"/>
      <w:r>
        <w:t>tregues</w:t>
      </w:r>
      <w:proofErr w:type="spellEnd"/>
      <w:r>
        <w:t xml:space="preserve"> </w:t>
      </w:r>
      <w:proofErr w:type="spellStart"/>
      <w:r>
        <w:t>ndër</w:t>
      </w:r>
      <w:proofErr w:type="spellEnd"/>
      <w:r>
        <w:t xml:space="preserve"> </w:t>
      </w:r>
      <w:proofErr w:type="spellStart"/>
      <w:r>
        <w:t>më</w:t>
      </w:r>
      <w:proofErr w:type="spellEnd"/>
      <w:r>
        <w:t xml:space="preserve"> </w:t>
      </w:r>
      <w:proofErr w:type="spellStart"/>
      <w:r>
        <w:t>kryesorët</w:t>
      </w:r>
      <w:proofErr w:type="spellEnd"/>
      <w:r>
        <w:t xml:space="preserve">, </w:t>
      </w:r>
      <w:proofErr w:type="spellStart"/>
      <w:r>
        <w:t>padyshim</w:t>
      </w:r>
      <w:proofErr w:type="spellEnd"/>
      <w:r>
        <w:t xml:space="preserve">, </w:t>
      </w:r>
      <w:proofErr w:type="spellStart"/>
      <w:r>
        <w:t>që</w:t>
      </w:r>
      <w:proofErr w:type="spellEnd"/>
      <w:r>
        <w:t xml:space="preserve"> </w:t>
      </w:r>
      <w:proofErr w:type="spellStart"/>
      <w:r>
        <w:t>janë</w:t>
      </w:r>
      <w:proofErr w:type="spellEnd"/>
      <w:r>
        <w:t xml:space="preserve">... </w:t>
      </w:r>
      <w:proofErr w:type="spellStart"/>
      <w:r>
        <w:t>ëh</w:t>
      </w:r>
      <w:proofErr w:type="spellEnd"/>
      <w:r>
        <w:t xml:space="preserve">, se </w:t>
      </w:r>
      <w:proofErr w:type="spellStart"/>
      <w:r>
        <w:t>si</w:t>
      </w:r>
      <w:proofErr w:type="spellEnd"/>
      <w:r>
        <w:t xml:space="preserve"> </w:t>
      </w:r>
      <w:proofErr w:type="spellStart"/>
      <w:r>
        <w:t>është</w:t>
      </w:r>
      <w:proofErr w:type="spellEnd"/>
      <w:r>
        <w:t xml:space="preserve"> </w:t>
      </w:r>
      <w:proofErr w:type="spellStart"/>
      <w:r>
        <w:t>niveli</w:t>
      </w:r>
      <w:proofErr w:type="spellEnd"/>
      <w:r>
        <w:t xml:space="preserve"> </w:t>
      </w:r>
      <w:proofErr w:type="spellStart"/>
      <w:r>
        <w:t>i</w:t>
      </w:r>
      <w:proofErr w:type="spellEnd"/>
      <w:r>
        <w:t xml:space="preserve"> </w:t>
      </w:r>
      <w:proofErr w:type="spellStart"/>
      <w:r>
        <w:t>raportit</w:t>
      </w:r>
      <w:proofErr w:type="spellEnd"/>
      <w:r>
        <w:t xml:space="preserve"> </w:t>
      </w:r>
      <w:proofErr w:type="spellStart"/>
      <w:r>
        <w:t>të</w:t>
      </w:r>
      <w:proofErr w:type="spellEnd"/>
      <w:r>
        <w:t xml:space="preserve"> </w:t>
      </w:r>
      <w:proofErr w:type="spellStart"/>
      <w:r>
        <w:t>shpenzimeve</w:t>
      </w:r>
      <w:proofErr w:type="spellEnd"/>
      <w:r>
        <w:t xml:space="preserve">. </w:t>
      </w:r>
      <w:proofErr w:type="spellStart"/>
      <w:r>
        <w:t>Këtu</w:t>
      </w:r>
      <w:proofErr w:type="spellEnd"/>
      <w:r>
        <w:t xml:space="preserve"> </w:t>
      </w:r>
      <w:proofErr w:type="spellStart"/>
      <w:r>
        <w:t>biem</w:t>
      </w:r>
      <w:proofErr w:type="spellEnd"/>
      <w:r>
        <w:t xml:space="preserve"> </w:t>
      </w:r>
      <w:proofErr w:type="spellStart"/>
      <w:r>
        <w:t>dakord</w:t>
      </w:r>
      <w:proofErr w:type="spellEnd"/>
      <w:r>
        <w:t xml:space="preserve"> </w:t>
      </w:r>
      <w:proofErr w:type="spellStart"/>
      <w:r>
        <w:t>edhe</w:t>
      </w:r>
      <w:proofErr w:type="spellEnd"/>
      <w:r>
        <w:t xml:space="preserve"> me </w:t>
      </w:r>
      <w:proofErr w:type="spellStart"/>
      <w:r>
        <w:t>kolegët</w:t>
      </w:r>
      <w:proofErr w:type="spellEnd"/>
      <w:r>
        <w:t xml:space="preserve"> e mi </w:t>
      </w:r>
      <w:proofErr w:type="spellStart"/>
      <w:r>
        <w:t>dhe</w:t>
      </w:r>
      <w:proofErr w:type="spellEnd"/>
      <w:r>
        <w:t xml:space="preserve"> </w:t>
      </w:r>
      <w:proofErr w:type="spellStart"/>
      <w:r>
        <w:t>sidomos</w:t>
      </w:r>
      <w:proofErr w:type="spellEnd"/>
      <w:r>
        <w:t xml:space="preserve"> me </w:t>
      </w:r>
      <w:proofErr w:type="spellStart"/>
      <w:r>
        <w:t>kolegun</w:t>
      </w:r>
      <w:proofErr w:type="spellEnd"/>
      <w:r>
        <w:t xml:space="preserve"> </w:t>
      </w:r>
      <w:proofErr w:type="spellStart"/>
      <w:r>
        <w:t>zotin</w:t>
      </w:r>
      <w:proofErr w:type="spellEnd"/>
      <w:r>
        <w:t xml:space="preserve"> </w:t>
      </w:r>
      <w:proofErr w:type="spellStart"/>
      <w:r>
        <w:t>Mziu</w:t>
      </w:r>
      <w:proofErr w:type="spellEnd"/>
      <w:r>
        <w:t xml:space="preserve">, </w:t>
      </w:r>
      <w:proofErr w:type="spellStart"/>
      <w:r>
        <w:t>i</w:t>
      </w:r>
      <w:proofErr w:type="spellEnd"/>
      <w:r>
        <w:t xml:space="preserve"> </w:t>
      </w:r>
      <w:proofErr w:type="spellStart"/>
      <w:r>
        <w:t>cili</w:t>
      </w:r>
      <w:proofErr w:type="spellEnd"/>
      <w:r>
        <w:t xml:space="preserve"> </w:t>
      </w:r>
      <w:proofErr w:type="spellStart"/>
      <w:r>
        <w:t>gjatë</w:t>
      </w:r>
      <w:proofErr w:type="spellEnd"/>
      <w:r>
        <w:t xml:space="preserve"> </w:t>
      </w:r>
      <w:proofErr w:type="spellStart"/>
      <w:r>
        <w:t>gjithë</w:t>
      </w:r>
      <w:proofErr w:type="spellEnd"/>
      <w:r>
        <w:t xml:space="preserve"> </w:t>
      </w:r>
      <w:proofErr w:type="spellStart"/>
      <w:r>
        <w:t>dëgjesa</w:t>
      </w:r>
      <w:proofErr w:type="spellEnd"/>
      <w:r>
        <w:t xml:space="preserve"> </w:t>
      </w:r>
      <w:proofErr w:type="spellStart"/>
      <w:r>
        <w:t>më</w:t>
      </w:r>
      <w:proofErr w:type="spellEnd"/>
      <w:r>
        <w:t xml:space="preserve"> </w:t>
      </w:r>
      <w:proofErr w:type="spellStart"/>
      <w:r>
        <w:t>të</w:t>
      </w:r>
      <w:proofErr w:type="spellEnd"/>
      <w:r>
        <w:t xml:space="preserve"> </w:t>
      </w:r>
      <w:proofErr w:type="spellStart"/>
      <w:r>
        <w:t>mëparshme</w:t>
      </w:r>
      <w:proofErr w:type="spellEnd"/>
      <w:r>
        <w:t xml:space="preserve"> </w:t>
      </w:r>
      <w:proofErr w:type="spellStart"/>
      <w:r>
        <w:t>ju</w:t>
      </w:r>
      <w:proofErr w:type="spellEnd"/>
      <w:r>
        <w:t xml:space="preserve"> ka </w:t>
      </w:r>
      <w:proofErr w:type="spellStart"/>
      <w:r>
        <w:t>treguar</w:t>
      </w:r>
      <w:proofErr w:type="spellEnd"/>
      <w:r>
        <w:t xml:space="preserve"> </w:t>
      </w:r>
      <w:proofErr w:type="spellStart"/>
      <w:r>
        <w:t>kryetarëve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që</w:t>
      </w:r>
      <w:proofErr w:type="spellEnd"/>
      <w:r>
        <w:t xml:space="preserve"> ka </w:t>
      </w:r>
      <w:proofErr w:type="spellStart"/>
      <w:r>
        <w:t>pasur</w:t>
      </w:r>
      <w:proofErr w:type="spellEnd"/>
      <w:r>
        <w:t xml:space="preserve"> </w:t>
      </w:r>
      <w:proofErr w:type="spellStart"/>
      <w:r>
        <w:t>një</w:t>
      </w:r>
      <w:proofErr w:type="spellEnd"/>
      <w:r>
        <w:t xml:space="preserve"> standard </w:t>
      </w:r>
      <w:proofErr w:type="spellStart"/>
      <w:r>
        <w:t>përpara</w:t>
      </w:r>
      <w:proofErr w:type="spellEnd"/>
      <w:r>
        <w:t xml:space="preserve"> </w:t>
      </w:r>
      <w:proofErr w:type="spellStart"/>
      <w:r>
        <w:t>reformës</w:t>
      </w:r>
      <w:proofErr w:type="spellEnd"/>
      <w:r>
        <w:t xml:space="preserve">, </w:t>
      </w:r>
      <w:proofErr w:type="spellStart"/>
      <w:r>
        <w:t>në</w:t>
      </w:r>
      <w:proofErr w:type="spellEnd"/>
      <w:r>
        <w:t xml:space="preserve"> </w:t>
      </w:r>
      <w:proofErr w:type="spellStart"/>
      <w:r>
        <w:t>të</w:t>
      </w:r>
      <w:proofErr w:type="spellEnd"/>
      <w:r>
        <w:t xml:space="preserve"> </w:t>
      </w:r>
      <w:proofErr w:type="spellStart"/>
      <w:r>
        <w:t>cilën</w:t>
      </w:r>
      <w:proofErr w:type="spellEnd"/>
      <w:r>
        <w:t xml:space="preserve"> 34% e </w:t>
      </w:r>
      <w:proofErr w:type="spellStart"/>
      <w:r>
        <w:t>buxhetit</w:t>
      </w:r>
      <w:proofErr w:type="spellEnd"/>
      <w:r>
        <w:t xml:space="preserve"> </w:t>
      </w:r>
      <w:proofErr w:type="spellStart"/>
      <w:r>
        <w:t>shkonte</w:t>
      </w:r>
      <w:proofErr w:type="spellEnd"/>
      <w:r>
        <w:t xml:space="preserve"> </w:t>
      </w:r>
      <w:proofErr w:type="spellStart"/>
      <w:r>
        <w:t>për</w:t>
      </w:r>
      <w:proofErr w:type="spellEnd"/>
      <w:r>
        <w:t xml:space="preserve"> </w:t>
      </w:r>
      <w:proofErr w:type="spellStart"/>
      <w:r>
        <w:t>investime</w:t>
      </w:r>
      <w:proofErr w:type="spellEnd"/>
      <w:r>
        <w:t xml:space="preserve">. </w:t>
      </w:r>
      <w:proofErr w:type="spellStart"/>
      <w:r>
        <w:t>Nëse</w:t>
      </w:r>
      <w:proofErr w:type="spellEnd"/>
      <w:r>
        <w:t xml:space="preserve"> ne do </w:t>
      </w:r>
      <w:proofErr w:type="spellStart"/>
      <w:r>
        <w:t>t'i</w:t>
      </w:r>
      <w:proofErr w:type="spellEnd"/>
      <w:r>
        <w:t xml:space="preserve"> </w:t>
      </w:r>
      <w:proofErr w:type="spellStart"/>
      <w:r>
        <w:t>referohemi</w:t>
      </w:r>
      <w:proofErr w:type="spellEnd"/>
      <w:r>
        <w:t xml:space="preserve"> </w:t>
      </w:r>
      <w:proofErr w:type="spellStart"/>
      <w:r>
        <w:t>të</w:t>
      </w:r>
      <w:proofErr w:type="spellEnd"/>
      <w:r>
        <w:t xml:space="preserve"> </w:t>
      </w:r>
      <w:proofErr w:type="spellStart"/>
      <w:r>
        <w:t>dhënave</w:t>
      </w:r>
      <w:proofErr w:type="spellEnd"/>
      <w:r>
        <w:t xml:space="preserve"> </w:t>
      </w:r>
      <w:proofErr w:type="spellStart"/>
      <w:r>
        <w:t>tuaja</w:t>
      </w:r>
      <w:proofErr w:type="spellEnd"/>
      <w:r>
        <w:t xml:space="preserve">, </w:t>
      </w:r>
      <w:proofErr w:type="spellStart"/>
      <w:r>
        <w:t>jeni</w:t>
      </w:r>
      <w:proofErr w:type="spellEnd"/>
      <w:r>
        <w:t xml:space="preserve"> </w:t>
      </w:r>
      <w:proofErr w:type="spellStart"/>
      <w:r>
        <w:t>bashkia</w:t>
      </w:r>
      <w:proofErr w:type="spellEnd"/>
      <w:r>
        <w:t xml:space="preserve"> e </w:t>
      </w:r>
      <w:proofErr w:type="spellStart"/>
      <w:r>
        <w:t>cila</w:t>
      </w:r>
      <w:proofErr w:type="spellEnd"/>
      <w:r>
        <w:t xml:space="preserve"> </w:t>
      </w:r>
      <w:proofErr w:type="spellStart"/>
      <w:r>
        <w:t>në</w:t>
      </w:r>
      <w:proofErr w:type="spellEnd"/>
      <w:r>
        <w:t xml:space="preserve"> </w:t>
      </w:r>
      <w:proofErr w:type="spellStart"/>
      <w:r>
        <w:t>buxhetin</w:t>
      </w:r>
      <w:proofErr w:type="spellEnd"/>
      <w:r>
        <w:t xml:space="preserve"> e </w:t>
      </w:r>
      <w:proofErr w:type="spellStart"/>
      <w:r>
        <w:t>saj</w:t>
      </w:r>
      <w:proofErr w:type="spellEnd"/>
      <w:r>
        <w:t xml:space="preserve"> </w:t>
      </w:r>
      <w:proofErr w:type="spellStart"/>
      <w:r>
        <w:t>parashikon</w:t>
      </w:r>
      <w:proofErr w:type="spellEnd"/>
      <w:r>
        <w:t xml:space="preserve"> </w:t>
      </w:r>
      <w:proofErr w:type="spellStart"/>
      <w:r>
        <w:t>vetëm</w:t>
      </w:r>
      <w:proofErr w:type="spellEnd"/>
      <w:r>
        <w:t xml:space="preserve"> 7% </w:t>
      </w:r>
      <w:proofErr w:type="spellStart"/>
      <w:r>
        <w:t>investime</w:t>
      </w:r>
      <w:proofErr w:type="spellEnd"/>
      <w:r>
        <w:t xml:space="preserve">, </w:t>
      </w:r>
      <w:proofErr w:type="spellStart"/>
      <w:r>
        <w:t>dhe</w:t>
      </w:r>
      <w:proofErr w:type="spellEnd"/>
      <w:r>
        <w:t xml:space="preserve">... </w:t>
      </w:r>
      <w:proofErr w:type="spellStart"/>
      <w:r>
        <w:t>ëh</w:t>
      </w:r>
      <w:proofErr w:type="spellEnd"/>
      <w:r>
        <w:t xml:space="preserve">, </w:t>
      </w:r>
      <w:proofErr w:type="spellStart"/>
      <w:r>
        <w:t>kjo</w:t>
      </w:r>
      <w:proofErr w:type="spellEnd"/>
      <w:r>
        <w:t xml:space="preserve"> </w:t>
      </w:r>
      <w:proofErr w:type="spellStart"/>
      <w:r>
        <w:t>besoj</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nga</w:t>
      </w:r>
      <w:proofErr w:type="spellEnd"/>
      <w:r>
        <w:t xml:space="preserve"> </w:t>
      </w:r>
      <w:proofErr w:type="spellStart"/>
      <w:r>
        <w:t>treguesit</w:t>
      </w:r>
      <w:proofErr w:type="spellEnd"/>
      <w:r>
        <w:t xml:space="preserve"> </w:t>
      </w:r>
      <w:proofErr w:type="spellStart"/>
      <w:r>
        <w:t>që</w:t>
      </w:r>
      <w:proofErr w:type="spellEnd"/>
      <w:r>
        <w:t xml:space="preserve"> </w:t>
      </w:r>
      <w:proofErr w:type="spellStart"/>
      <w:r>
        <w:t>edhe</w:t>
      </w:r>
      <w:proofErr w:type="spellEnd"/>
      <w:r>
        <w:t xml:space="preserve"> </w:t>
      </w:r>
      <w:proofErr w:type="spellStart"/>
      <w:r>
        <w:t>ju</w:t>
      </w:r>
      <w:proofErr w:type="spellEnd"/>
      <w:r>
        <w:t xml:space="preserve"> e </w:t>
      </w:r>
      <w:proofErr w:type="spellStart"/>
      <w:r>
        <w:t>pranoni</w:t>
      </w:r>
      <w:proofErr w:type="spellEnd"/>
      <w:r>
        <w:t xml:space="preserve"> </w:t>
      </w:r>
      <w:proofErr w:type="spellStart"/>
      <w:r>
        <w:t>që</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në</w:t>
      </w:r>
      <w:proofErr w:type="spellEnd"/>
      <w:r>
        <w:t xml:space="preserve"> </w:t>
      </w:r>
      <w:proofErr w:type="spellStart"/>
      <w:r>
        <w:t>një</w:t>
      </w:r>
      <w:proofErr w:type="spellEnd"/>
      <w:r>
        <w:t xml:space="preserve"> </w:t>
      </w:r>
      <w:proofErr w:type="spellStart"/>
      <w:r>
        <w:t>nivel</w:t>
      </w:r>
      <w:proofErr w:type="spellEnd"/>
      <w:r>
        <w:t xml:space="preserve"> </w:t>
      </w:r>
      <w:proofErr w:type="spellStart"/>
      <w:r>
        <w:t>të</w:t>
      </w:r>
      <w:proofErr w:type="spellEnd"/>
      <w:r>
        <w:t xml:space="preserve"> </w:t>
      </w:r>
      <w:proofErr w:type="spellStart"/>
      <w:r>
        <w:t>kënaqshëm</w:t>
      </w:r>
      <w:proofErr w:type="spellEnd"/>
      <w:r>
        <w:t xml:space="preserve">, as </w:t>
      </w:r>
      <w:proofErr w:type="spellStart"/>
      <w:r>
        <w:t>mesatarisht</w:t>
      </w:r>
      <w:proofErr w:type="spellEnd"/>
      <w:r>
        <w:t xml:space="preserve"> </w:t>
      </w:r>
      <w:proofErr w:type="spellStart"/>
      <w:r>
        <w:t>të</w:t>
      </w:r>
      <w:proofErr w:type="spellEnd"/>
      <w:r>
        <w:t xml:space="preserve"> </w:t>
      </w:r>
      <w:proofErr w:type="spellStart"/>
      <w:r>
        <w:t>kënaqshëm</w:t>
      </w:r>
      <w:proofErr w:type="spellEnd"/>
      <w:r>
        <w:t xml:space="preserve">. </w:t>
      </w:r>
      <w:proofErr w:type="spellStart"/>
      <w:r>
        <w:t>Prandaj</w:t>
      </w:r>
      <w:proofErr w:type="spellEnd"/>
      <w:r>
        <w:t xml:space="preserve"> </w:t>
      </w:r>
      <w:proofErr w:type="spellStart"/>
      <w:r>
        <w:t>isha</w:t>
      </w:r>
      <w:proofErr w:type="spellEnd"/>
      <w:r>
        <w:t xml:space="preserve"> duke </w:t>
      </w:r>
      <w:proofErr w:type="spellStart"/>
      <w:r>
        <w:t>thënë</w:t>
      </w:r>
      <w:proofErr w:type="spellEnd"/>
      <w:r>
        <w:t xml:space="preserve"> </w:t>
      </w:r>
      <w:proofErr w:type="spellStart"/>
      <w:r>
        <w:t>që</w:t>
      </w:r>
      <w:proofErr w:type="spellEnd"/>
      <w:r>
        <w:t xml:space="preserve"> </w:t>
      </w:r>
      <w:proofErr w:type="spellStart"/>
      <w:r>
        <w:t>kur</w:t>
      </w:r>
      <w:proofErr w:type="spellEnd"/>
      <w:r>
        <w:t xml:space="preserve"> </w:t>
      </w:r>
      <w:proofErr w:type="spellStart"/>
      <w:r>
        <w:t>ju</w:t>
      </w:r>
      <w:proofErr w:type="spellEnd"/>
      <w:r>
        <w:t xml:space="preserve"> </w:t>
      </w:r>
      <w:proofErr w:type="spellStart"/>
      <w:r>
        <w:t>nuk</w:t>
      </w:r>
      <w:proofErr w:type="spellEnd"/>
      <w:r>
        <w:t xml:space="preserve"> </w:t>
      </w:r>
      <w:proofErr w:type="spellStart"/>
      <w:r>
        <w:t>jeni</w:t>
      </w:r>
      <w:proofErr w:type="spellEnd"/>
      <w:r>
        <w:t xml:space="preserve"> sot, </w:t>
      </w:r>
      <w:proofErr w:type="spellStart"/>
      <w:r>
        <w:t>ose</w:t>
      </w:r>
      <w:proofErr w:type="spellEnd"/>
      <w:r>
        <w:t xml:space="preserve"> </w:t>
      </w:r>
      <w:proofErr w:type="spellStart"/>
      <w:r>
        <w:t>treguesët</w:t>
      </w:r>
      <w:proofErr w:type="spellEnd"/>
      <w:r>
        <w:t xml:space="preserve"> </w:t>
      </w:r>
      <w:proofErr w:type="spellStart"/>
      <w:r>
        <w:t>më</w:t>
      </w:r>
      <w:proofErr w:type="spellEnd"/>
      <w:r>
        <w:t xml:space="preserve"> </w:t>
      </w:r>
      <w:proofErr w:type="spellStart"/>
      <w:r>
        <w:t>qartë</w:t>
      </w:r>
      <w:proofErr w:type="spellEnd"/>
      <w:r>
        <w:t xml:space="preserve"> </w:t>
      </w:r>
      <w:proofErr w:type="spellStart"/>
      <w:r>
        <w:t>tregojnë</w:t>
      </w:r>
      <w:proofErr w:type="spellEnd"/>
      <w:r>
        <w:t xml:space="preserve"> </w:t>
      </w:r>
      <w:proofErr w:type="spellStart"/>
      <w:r>
        <w:t>që</w:t>
      </w:r>
      <w:proofErr w:type="spellEnd"/>
      <w:r>
        <w:t xml:space="preserve"> </w:t>
      </w:r>
      <w:proofErr w:type="spellStart"/>
      <w:r>
        <w:t>ju</w:t>
      </w:r>
      <w:proofErr w:type="spellEnd"/>
      <w:r>
        <w:t xml:space="preserve"> sot </w:t>
      </w:r>
      <w:proofErr w:type="spellStart"/>
      <w:r>
        <w:t>nuk</w:t>
      </w:r>
      <w:proofErr w:type="spellEnd"/>
      <w:r>
        <w:t xml:space="preserve"> </w:t>
      </w:r>
      <w:proofErr w:type="spellStart"/>
      <w:r>
        <w:t>jeni</w:t>
      </w:r>
      <w:proofErr w:type="spellEnd"/>
      <w:r>
        <w:t xml:space="preserve"> duke </w:t>
      </w:r>
      <w:proofErr w:type="spellStart"/>
      <w:r>
        <w:t>menaxhuar</w:t>
      </w:r>
      <w:proofErr w:type="spellEnd"/>
      <w:r>
        <w:t xml:space="preserve"> </w:t>
      </w:r>
      <w:proofErr w:type="spellStart"/>
      <w:r>
        <w:t>siç</w:t>
      </w:r>
      <w:proofErr w:type="spellEnd"/>
      <w:r>
        <w:t xml:space="preserve"> </w:t>
      </w:r>
      <w:proofErr w:type="spellStart"/>
      <w:r>
        <w:t>duhet</w:t>
      </w:r>
      <w:proofErr w:type="spellEnd"/>
      <w:r>
        <w:t xml:space="preserve"> </w:t>
      </w:r>
      <w:proofErr w:type="spellStart"/>
      <w:r>
        <w:t>funksionet</w:t>
      </w:r>
      <w:proofErr w:type="spellEnd"/>
      <w:r>
        <w:t xml:space="preserve"> </w:t>
      </w:r>
      <w:proofErr w:type="spellStart"/>
      <w:r>
        <w:t>që</w:t>
      </w:r>
      <w:proofErr w:type="spellEnd"/>
      <w:r>
        <w:t xml:space="preserve"> </w:t>
      </w:r>
      <w:proofErr w:type="spellStart"/>
      <w:r>
        <w:t>ligji</w:t>
      </w:r>
      <w:proofErr w:type="spellEnd"/>
      <w:r>
        <w:t xml:space="preserve"> ja u ka </w:t>
      </w:r>
      <w:proofErr w:type="spellStart"/>
      <w:r>
        <w:t>dhënë</w:t>
      </w:r>
      <w:proofErr w:type="spellEnd"/>
      <w:r>
        <w:t xml:space="preserve"> </w:t>
      </w:r>
      <w:proofErr w:type="spellStart"/>
      <w:r>
        <w:t>tashmë</w:t>
      </w:r>
      <w:proofErr w:type="spellEnd"/>
      <w:r>
        <w:t xml:space="preserve">, </w:t>
      </w:r>
      <w:proofErr w:type="spellStart"/>
      <w:r>
        <w:t>si</w:t>
      </w:r>
      <w:proofErr w:type="spellEnd"/>
      <w:r>
        <w:t xml:space="preserve"> </w:t>
      </w:r>
      <w:proofErr w:type="spellStart"/>
      <w:r>
        <w:t>mendoni</w:t>
      </w:r>
      <w:proofErr w:type="spellEnd"/>
      <w:r>
        <w:t xml:space="preserve"> </w:t>
      </w:r>
      <w:proofErr w:type="spellStart"/>
      <w:r>
        <w:t>që</w:t>
      </w:r>
      <w:proofErr w:type="spellEnd"/>
      <w:r>
        <w:t xml:space="preserve"> </w:t>
      </w:r>
      <w:proofErr w:type="spellStart"/>
      <w:r>
        <w:t>të</w:t>
      </w:r>
      <w:proofErr w:type="spellEnd"/>
      <w:r>
        <w:t xml:space="preserve"> </w:t>
      </w:r>
      <w:proofErr w:type="spellStart"/>
      <w:r>
        <w:t>realizoni</w:t>
      </w:r>
      <w:proofErr w:type="spellEnd"/>
      <w:r>
        <w:t xml:space="preserve"> </w:t>
      </w:r>
      <w:proofErr w:type="spellStart"/>
      <w:r>
        <w:t>dhe</w:t>
      </w:r>
      <w:proofErr w:type="spellEnd"/>
      <w:r>
        <w:t xml:space="preserve"> </w:t>
      </w:r>
      <w:proofErr w:type="spellStart"/>
      <w:r>
        <w:t>të</w:t>
      </w:r>
      <w:proofErr w:type="spellEnd"/>
      <w:r>
        <w:t xml:space="preserve"> </w:t>
      </w:r>
      <w:proofErr w:type="spellStart"/>
      <w:r>
        <w:t>keni</w:t>
      </w:r>
      <w:proofErr w:type="spellEnd"/>
      <w:r>
        <w:t xml:space="preserve"> </w:t>
      </w:r>
      <w:proofErr w:type="spellStart"/>
      <w:r>
        <w:t>aftësinë</w:t>
      </w:r>
      <w:proofErr w:type="spellEnd"/>
      <w:r>
        <w:t xml:space="preserve"> </w:t>
      </w:r>
      <w:proofErr w:type="spellStart"/>
      <w:r>
        <w:t>për</w:t>
      </w:r>
      <w:proofErr w:type="spellEnd"/>
      <w:r>
        <w:t xml:space="preserve"> </w:t>
      </w:r>
      <w:proofErr w:type="spellStart"/>
      <w:r>
        <w:t>të</w:t>
      </w:r>
      <w:proofErr w:type="spellEnd"/>
      <w:r>
        <w:t xml:space="preserve"> </w:t>
      </w:r>
      <w:proofErr w:type="spellStart"/>
      <w:r>
        <w:t>menaxhuar</w:t>
      </w:r>
      <w:proofErr w:type="spellEnd"/>
      <w:r>
        <w:t xml:space="preserve"> </w:t>
      </w:r>
      <w:proofErr w:type="spellStart"/>
      <w:r>
        <w:t>funksione</w:t>
      </w:r>
      <w:proofErr w:type="spellEnd"/>
      <w:r>
        <w:t xml:space="preserve"> </w:t>
      </w:r>
      <w:proofErr w:type="spellStart"/>
      <w:r>
        <w:t>të</w:t>
      </w:r>
      <w:proofErr w:type="spellEnd"/>
      <w:r>
        <w:t xml:space="preserve"> </w:t>
      </w:r>
      <w:proofErr w:type="spellStart"/>
      <w:r>
        <w:t>tjera</w:t>
      </w:r>
      <w:proofErr w:type="spellEnd"/>
      <w:r>
        <w:t xml:space="preserve"> </w:t>
      </w:r>
      <w:proofErr w:type="spellStart"/>
      <w:r>
        <w:t>siç</w:t>
      </w:r>
      <w:proofErr w:type="spellEnd"/>
      <w:r>
        <w:t xml:space="preserve"> </w:t>
      </w:r>
      <w:proofErr w:type="spellStart"/>
      <w:r>
        <w:t>keni</w:t>
      </w:r>
      <w:proofErr w:type="spellEnd"/>
      <w:r>
        <w:t xml:space="preserve"> </w:t>
      </w:r>
      <w:proofErr w:type="spellStart"/>
      <w:r>
        <w:t>përmendur</w:t>
      </w:r>
      <w:proofErr w:type="spellEnd"/>
      <w:r>
        <w:t xml:space="preserve"> </w:t>
      </w:r>
      <w:proofErr w:type="spellStart"/>
      <w:r>
        <w:t>deri</w:t>
      </w:r>
      <w:proofErr w:type="spellEnd"/>
      <w:r>
        <w:t xml:space="preserve"> </w:t>
      </w:r>
      <w:proofErr w:type="spellStart"/>
      <w:r>
        <w:t>tani</w:t>
      </w:r>
      <w:proofErr w:type="spellEnd"/>
      <w:r>
        <w:t xml:space="preserve">, </w:t>
      </w:r>
      <w:proofErr w:type="spellStart"/>
      <w:r>
        <w:t>siç</w:t>
      </w:r>
      <w:proofErr w:type="spellEnd"/>
      <w:r>
        <w:t xml:space="preserve"> </w:t>
      </w:r>
      <w:proofErr w:type="spellStart"/>
      <w:r>
        <w:t>mund</w:t>
      </w:r>
      <w:proofErr w:type="spellEnd"/>
      <w:r>
        <w:t xml:space="preserve"> </w:t>
      </w:r>
      <w:proofErr w:type="spellStart"/>
      <w:r>
        <w:t>të</w:t>
      </w:r>
      <w:proofErr w:type="spellEnd"/>
      <w:r>
        <w:t xml:space="preserve"> </w:t>
      </w:r>
      <w:proofErr w:type="spellStart"/>
      <w:r>
        <w:t>ishte</w:t>
      </w:r>
      <w:proofErr w:type="spellEnd"/>
      <w:r>
        <w:t xml:space="preserve"> </w:t>
      </w:r>
      <w:proofErr w:type="spellStart"/>
      <w:r>
        <w:t>arsimi</w:t>
      </w:r>
      <w:proofErr w:type="spellEnd"/>
      <w:r>
        <w:t xml:space="preserve">, </w:t>
      </w:r>
      <w:proofErr w:type="spellStart"/>
      <w:r>
        <w:t>shëndetësia</w:t>
      </w:r>
      <w:proofErr w:type="spellEnd"/>
      <w:r>
        <w:t xml:space="preserve">, e </w:t>
      </w:r>
      <w:proofErr w:type="spellStart"/>
      <w:r>
        <w:t>kështu</w:t>
      </w:r>
      <w:proofErr w:type="spellEnd"/>
      <w:r>
        <w:t xml:space="preserve"> me </w:t>
      </w:r>
      <w:proofErr w:type="spellStart"/>
      <w:r>
        <w:t>radhë</w:t>
      </w:r>
      <w:proofErr w:type="spellEnd"/>
      <w:r>
        <w:t xml:space="preserve">? </w:t>
      </w:r>
      <w:proofErr w:type="spellStart"/>
      <w:r>
        <w:t>Dhe</w:t>
      </w:r>
      <w:proofErr w:type="spellEnd"/>
      <w:r>
        <w:t xml:space="preserve"> </w:t>
      </w:r>
      <w:proofErr w:type="spellStart"/>
      <w:r>
        <w:t>meqë</w:t>
      </w:r>
      <w:proofErr w:type="spellEnd"/>
      <w:r>
        <w:t xml:space="preserve"> </w:t>
      </w:r>
      <w:proofErr w:type="spellStart"/>
      <w:r>
        <w:t>jemi</w:t>
      </w:r>
      <w:proofErr w:type="spellEnd"/>
      <w:r>
        <w:t xml:space="preserve"> </w:t>
      </w:r>
      <w:proofErr w:type="spellStart"/>
      <w:r>
        <w:t>këtu</w:t>
      </w:r>
      <w:proofErr w:type="spellEnd"/>
      <w:r>
        <w:t xml:space="preserve">, </w:t>
      </w:r>
      <w:proofErr w:type="spellStart"/>
      <w:r>
        <w:t>desha</w:t>
      </w:r>
      <w:proofErr w:type="spellEnd"/>
      <w:r>
        <w:t xml:space="preserve"> </w:t>
      </w:r>
      <w:proofErr w:type="spellStart"/>
      <w:r>
        <w:t>të</w:t>
      </w:r>
      <w:proofErr w:type="spellEnd"/>
      <w:r>
        <w:t xml:space="preserve"> </w:t>
      </w:r>
      <w:proofErr w:type="spellStart"/>
      <w:r>
        <w:t>bëj</w:t>
      </w:r>
      <w:proofErr w:type="spellEnd"/>
      <w:r>
        <w:t xml:space="preserve"> </w:t>
      </w:r>
      <w:proofErr w:type="spellStart"/>
      <w:r>
        <w:t>një</w:t>
      </w:r>
      <w:proofErr w:type="spellEnd"/>
      <w:r>
        <w:t xml:space="preserve"> </w:t>
      </w:r>
      <w:proofErr w:type="spellStart"/>
      <w:r>
        <w:t>saktësim</w:t>
      </w:r>
      <w:proofErr w:type="spellEnd"/>
      <w:r>
        <w:t xml:space="preserve"> </w:t>
      </w:r>
      <w:proofErr w:type="spellStart"/>
      <w:r>
        <w:t>për</w:t>
      </w:r>
      <w:proofErr w:type="spellEnd"/>
      <w:r>
        <w:t xml:space="preserve"> </w:t>
      </w:r>
      <w:proofErr w:type="spellStart"/>
      <w:r>
        <w:t>këtë</w:t>
      </w:r>
      <w:proofErr w:type="spellEnd"/>
      <w:r>
        <w:t xml:space="preserve"> </w:t>
      </w:r>
      <w:proofErr w:type="spellStart"/>
      <w:r>
        <w:t>kalimin</w:t>
      </w:r>
      <w:proofErr w:type="spellEnd"/>
      <w:r>
        <w:t xml:space="preserve"> e </w:t>
      </w:r>
      <w:proofErr w:type="spellStart"/>
      <w:r>
        <w:t>ujësjellësave</w:t>
      </w:r>
      <w:proofErr w:type="spellEnd"/>
      <w:r>
        <w:t xml:space="preserve">. </w:t>
      </w:r>
      <w:proofErr w:type="spellStart"/>
      <w:r>
        <w:t>Ligjërisht</w:t>
      </w:r>
      <w:proofErr w:type="spellEnd"/>
      <w:r>
        <w:t xml:space="preserve"> </w:t>
      </w:r>
      <w:proofErr w:type="spellStart"/>
      <w:r>
        <w:t>është</w:t>
      </w:r>
      <w:proofErr w:type="spellEnd"/>
      <w:r>
        <w:t xml:space="preserve"> </w:t>
      </w:r>
      <w:proofErr w:type="spellStart"/>
      <w:r>
        <w:t>tërësisht</w:t>
      </w:r>
      <w:proofErr w:type="spellEnd"/>
      <w:r>
        <w:t xml:space="preserve"> </w:t>
      </w:r>
      <w:proofErr w:type="spellStart"/>
      <w:r>
        <w:t>në</w:t>
      </w:r>
      <w:proofErr w:type="spellEnd"/>
      <w:r>
        <w:t xml:space="preserve"> </w:t>
      </w:r>
      <w:proofErr w:type="spellStart"/>
      <w:r>
        <w:t>rregull</w:t>
      </w:r>
      <w:proofErr w:type="spellEnd"/>
      <w:r>
        <w:t xml:space="preserve">, </w:t>
      </w:r>
      <w:proofErr w:type="spellStart"/>
      <w:r>
        <w:t>sepse</w:t>
      </w:r>
      <w:proofErr w:type="spellEnd"/>
      <w:r>
        <w:t xml:space="preserve"> </w:t>
      </w:r>
      <w:proofErr w:type="spellStart"/>
      <w:r>
        <w:t>Asambleja</w:t>
      </w:r>
      <w:proofErr w:type="spellEnd"/>
      <w:r>
        <w:t xml:space="preserve"> e </w:t>
      </w:r>
      <w:proofErr w:type="spellStart"/>
      <w:r>
        <w:t>Ortakëve</w:t>
      </w:r>
      <w:proofErr w:type="spellEnd"/>
      <w:r>
        <w:t xml:space="preserve"> ka </w:t>
      </w:r>
      <w:proofErr w:type="spellStart"/>
      <w:r>
        <w:t>pasur</w:t>
      </w:r>
      <w:proofErr w:type="spellEnd"/>
      <w:r>
        <w:t xml:space="preserve"> </w:t>
      </w:r>
      <w:proofErr w:type="spellStart"/>
      <w:r>
        <w:t>pronarë</w:t>
      </w:r>
      <w:proofErr w:type="spellEnd"/>
      <w:r>
        <w:t xml:space="preserve"> </w:t>
      </w:r>
      <w:proofErr w:type="spellStart"/>
      <w:r>
        <w:t>bashkitë</w:t>
      </w:r>
      <w:proofErr w:type="spellEnd"/>
      <w:r>
        <w:t xml:space="preserve"> </w:t>
      </w:r>
      <w:proofErr w:type="spellStart"/>
      <w:r>
        <w:t>dhe</w:t>
      </w:r>
      <w:proofErr w:type="spellEnd"/>
      <w:r>
        <w:t xml:space="preserve"> </w:t>
      </w:r>
      <w:proofErr w:type="spellStart"/>
      <w:r>
        <w:t>bashkitë</w:t>
      </w:r>
      <w:proofErr w:type="spellEnd"/>
      <w:r>
        <w:t xml:space="preserve"> </w:t>
      </w:r>
      <w:proofErr w:type="spellStart"/>
      <w:r>
        <w:t>vendosin</w:t>
      </w:r>
      <w:proofErr w:type="spellEnd"/>
      <w:r>
        <w:t xml:space="preserve"> </w:t>
      </w:r>
      <w:proofErr w:type="spellStart"/>
      <w:r>
        <w:t>për</w:t>
      </w:r>
      <w:proofErr w:type="spellEnd"/>
      <w:r>
        <w:t xml:space="preserve"> </w:t>
      </w:r>
      <w:proofErr w:type="spellStart"/>
      <w:r>
        <w:t>pronat</w:t>
      </w:r>
      <w:proofErr w:type="spellEnd"/>
      <w:r>
        <w:t xml:space="preserve"> </w:t>
      </w:r>
      <w:proofErr w:type="spellStart"/>
      <w:r>
        <w:t>nëpërmjet</w:t>
      </w:r>
      <w:proofErr w:type="spellEnd"/>
      <w:r>
        <w:t xml:space="preserve"> </w:t>
      </w:r>
      <w:proofErr w:type="spellStart"/>
      <w:r>
        <w:t>këshillave</w:t>
      </w:r>
      <w:proofErr w:type="spellEnd"/>
      <w:r>
        <w:t xml:space="preserve"> </w:t>
      </w:r>
      <w:proofErr w:type="spellStart"/>
      <w:r>
        <w:t>bashkiake</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vendimmarrja</w:t>
      </w:r>
      <w:proofErr w:type="spellEnd"/>
      <w:r>
        <w:t xml:space="preserve"> </w:t>
      </w:r>
      <w:proofErr w:type="spellStart"/>
      <w:r>
        <w:t>për</w:t>
      </w:r>
      <w:proofErr w:type="spellEnd"/>
      <w:r>
        <w:t xml:space="preserve"> </w:t>
      </w:r>
      <w:proofErr w:type="spellStart"/>
      <w:r>
        <w:t>kalimin</w:t>
      </w:r>
      <w:proofErr w:type="spellEnd"/>
      <w:r>
        <w:t xml:space="preserve"> e </w:t>
      </w:r>
      <w:proofErr w:type="spellStart"/>
      <w:r>
        <w:t>ujësjellësave</w:t>
      </w:r>
      <w:proofErr w:type="spellEnd"/>
      <w:r>
        <w:t xml:space="preserve"> me </w:t>
      </w:r>
      <w:proofErr w:type="spellStart"/>
      <w:r>
        <w:t>një</w:t>
      </w:r>
      <w:proofErr w:type="spellEnd"/>
      <w:r>
        <w:t xml:space="preserve"> </w:t>
      </w:r>
      <w:proofErr w:type="spellStart"/>
      <w:r>
        <w:t>pjesëmarrje</w:t>
      </w:r>
      <w:proofErr w:type="spellEnd"/>
      <w:r>
        <w:t xml:space="preserve"> </w:t>
      </w:r>
      <w:proofErr w:type="spellStart"/>
      <w:r>
        <w:t>si</w:t>
      </w:r>
      <w:proofErr w:type="spellEnd"/>
      <w:r>
        <w:t xml:space="preserve"> </w:t>
      </w:r>
      <w:proofErr w:type="spellStart"/>
      <w:r>
        <w:t>aksioner</w:t>
      </w:r>
      <w:proofErr w:type="spellEnd"/>
      <w:r>
        <w:t xml:space="preserve"> </w:t>
      </w:r>
      <w:proofErr w:type="spellStart"/>
      <w:r>
        <w:t>bashkë</w:t>
      </w:r>
      <w:proofErr w:type="spellEnd"/>
      <w:r>
        <w:t xml:space="preserve"> me </w:t>
      </w:r>
      <w:proofErr w:type="spellStart"/>
      <w:r>
        <w:t>qeverinë</w:t>
      </w:r>
      <w:proofErr w:type="spellEnd"/>
      <w:r>
        <w:t xml:space="preserve"> </w:t>
      </w:r>
      <w:proofErr w:type="spellStart"/>
      <w:r>
        <w:t>është</w:t>
      </w:r>
      <w:proofErr w:type="spellEnd"/>
      <w:r>
        <w:t xml:space="preserve"> </w:t>
      </w:r>
      <w:proofErr w:type="spellStart"/>
      <w:r>
        <w:t>krejtësisht</w:t>
      </w:r>
      <w:proofErr w:type="spellEnd"/>
      <w:r>
        <w:t xml:space="preserve"> </w:t>
      </w:r>
      <w:proofErr w:type="spellStart"/>
      <w:r>
        <w:t>ligjore</w:t>
      </w:r>
      <w:proofErr w:type="spellEnd"/>
      <w:r>
        <w:t xml:space="preserve">, </w:t>
      </w:r>
      <w:proofErr w:type="spellStart"/>
      <w:r>
        <w:t>për</w:t>
      </w:r>
      <w:proofErr w:type="spellEnd"/>
      <w:r>
        <w:t xml:space="preserve"> </w:t>
      </w:r>
      <w:proofErr w:type="spellStart"/>
      <w:r>
        <w:t>të</w:t>
      </w:r>
      <w:proofErr w:type="spellEnd"/>
      <w:r>
        <w:t xml:space="preserve"> </w:t>
      </w:r>
      <w:proofErr w:type="spellStart"/>
      <w:r>
        <w:t>qenë</w:t>
      </w:r>
      <w:proofErr w:type="spellEnd"/>
      <w:r>
        <w:t xml:space="preserve"> </w:t>
      </w:r>
      <w:proofErr w:type="spellStart"/>
      <w:r>
        <w:t>të</w:t>
      </w:r>
      <w:proofErr w:type="spellEnd"/>
      <w:r>
        <w:t xml:space="preserve"> </w:t>
      </w:r>
      <w:proofErr w:type="spellStart"/>
      <w:r>
        <w:t>saktë</w:t>
      </w:r>
      <w:proofErr w:type="spellEnd"/>
      <w:r>
        <w:t xml:space="preserve">. </w:t>
      </w:r>
      <w:proofErr w:type="spellStart"/>
      <w:r>
        <w:t>Dhe</w:t>
      </w:r>
      <w:proofErr w:type="spellEnd"/>
      <w:r>
        <w:t xml:space="preserve"> </w:t>
      </w:r>
      <w:proofErr w:type="spellStart"/>
      <w:r>
        <w:t>kam</w:t>
      </w:r>
      <w:proofErr w:type="spellEnd"/>
      <w:r>
        <w:t xml:space="preserve">... </w:t>
      </w:r>
      <w:proofErr w:type="spellStart"/>
      <w:r>
        <w:t>të</w:t>
      </w:r>
      <w:proofErr w:type="spellEnd"/>
      <w:r>
        <w:t xml:space="preserve"> </w:t>
      </w:r>
      <w:proofErr w:type="spellStart"/>
      <w:r>
        <w:t>lutem</w:t>
      </w:r>
      <w:proofErr w:type="spellEnd"/>
      <w:r>
        <w:t xml:space="preserve"> </w:t>
      </w:r>
      <w:proofErr w:type="spellStart"/>
      <w:r>
        <w:t>dhe</w:t>
      </w:r>
      <w:proofErr w:type="spellEnd"/>
      <w:r>
        <w:t xml:space="preserve"> </w:t>
      </w:r>
      <w:proofErr w:type="spellStart"/>
      <w:r>
        <w:t>atë</w:t>
      </w:r>
      <w:proofErr w:type="spellEnd"/>
      <w:r>
        <w:t xml:space="preserve"> </w:t>
      </w:r>
      <w:proofErr w:type="spellStart"/>
      <w:r>
        <w:t>përgjigjen</w:t>
      </w:r>
      <w:proofErr w:type="spellEnd"/>
      <w:r>
        <w:t xml:space="preserve"> e </w:t>
      </w:r>
      <w:proofErr w:type="spellStart"/>
      <w:r>
        <w:t>dytë</w:t>
      </w:r>
      <w:proofErr w:type="spellEnd"/>
      <w:r>
        <w:t xml:space="preserve"> </w:t>
      </w:r>
      <w:proofErr w:type="spellStart"/>
      <w:r>
        <w:t>në</w:t>
      </w:r>
      <w:proofErr w:type="spellEnd"/>
      <w:r>
        <w:t xml:space="preserve"> </w:t>
      </w:r>
      <w:proofErr w:type="spellStart"/>
      <w:r>
        <w:t>raport</w:t>
      </w:r>
      <w:proofErr w:type="spellEnd"/>
      <w:r>
        <w:t xml:space="preserve"> me... </w:t>
      </w:r>
      <w:proofErr w:type="spellStart"/>
      <w:r>
        <w:t>në</w:t>
      </w:r>
      <w:proofErr w:type="spellEnd"/>
      <w:r>
        <w:t xml:space="preserve"> </w:t>
      </w:r>
      <w:proofErr w:type="spellStart"/>
      <w:r>
        <w:t>raport</w:t>
      </w:r>
      <w:proofErr w:type="spellEnd"/>
      <w:r>
        <w:t xml:space="preserve"> me... a </w:t>
      </w:r>
      <w:proofErr w:type="spellStart"/>
      <w:r>
        <w:t>mendoni</w:t>
      </w:r>
      <w:proofErr w:type="spellEnd"/>
      <w:r>
        <w:t xml:space="preserve"> </w:t>
      </w:r>
      <w:proofErr w:type="spellStart"/>
      <w:r>
        <w:t>ju</w:t>
      </w:r>
      <w:proofErr w:type="spellEnd"/>
      <w:r>
        <w:t xml:space="preserve"> </w:t>
      </w:r>
      <w:proofErr w:type="spellStart"/>
      <w:r>
        <w:t>që</w:t>
      </w:r>
      <w:proofErr w:type="spellEnd"/>
      <w:r>
        <w:t xml:space="preserve"> duke </w:t>
      </w:r>
      <w:proofErr w:type="spellStart"/>
      <w:r>
        <w:t>qenë</w:t>
      </w:r>
      <w:proofErr w:type="spellEnd"/>
      <w:r>
        <w:t xml:space="preserve"> se </w:t>
      </w:r>
      <w:proofErr w:type="spellStart"/>
      <w:r>
        <w:t>pretenduat</w:t>
      </w:r>
      <w:proofErr w:type="spellEnd"/>
      <w:r>
        <w:t xml:space="preserve"> se </w:t>
      </w:r>
      <w:proofErr w:type="spellStart"/>
      <w:r>
        <w:t>shërbimi</w:t>
      </w:r>
      <w:proofErr w:type="spellEnd"/>
      <w:r>
        <w:t xml:space="preserve"> </w:t>
      </w:r>
      <w:proofErr w:type="spellStart"/>
      <w:r>
        <w:t>i</w:t>
      </w:r>
      <w:proofErr w:type="spellEnd"/>
      <w:r>
        <w:t xml:space="preserve"> </w:t>
      </w:r>
      <w:proofErr w:type="spellStart"/>
      <w:r>
        <w:t>afërt</w:t>
      </w:r>
      <w:proofErr w:type="spellEnd"/>
      <w:r>
        <w:t xml:space="preserve"> </w:t>
      </w:r>
      <w:proofErr w:type="spellStart"/>
      <w:r>
        <w:t>qytetarit</w:t>
      </w:r>
      <w:proofErr w:type="spellEnd"/>
      <w:r>
        <w:t xml:space="preserve"> </w:t>
      </w:r>
      <w:proofErr w:type="spellStart"/>
      <w:r>
        <w:t>është</w:t>
      </w:r>
      <w:proofErr w:type="spellEnd"/>
      <w:r>
        <w:t xml:space="preserve"> </w:t>
      </w:r>
      <w:proofErr w:type="spellStart"/>
      <w:r>
        <w:t>më</w:t>
      </w:r>
      <w:proofErr w:type="spellEnd"/>
      <w:r>
        <w:t xml:space="preserve"> </w:t>
      </w:r>
      <w:proofErr w:type="spellStart"/>
      <w:r>
        <w:t>i</w:t>
      </w:r>
      <w:proofErr w:type="spellEnd"/>
      <w:r>
        <w:t xml:space="preserve"> </w:t>
      </w:r>
      <w:proofErr w:type="spellStart"/>
      <w:r>
        <w:t>drejtë</w:t>
      </w:r>
      <w:proofErr w:type="spellEnd"/>
      <w:r>
        <w:t xml:space="preserve">, </w:t>
      </w:r>
      <w:proofErr w:type="spellStart"/>
      <w:r>
        <w:t>mendoni</w:t>
      </w:r>
      <w:proofErr w:type="spellEnd"/>
      <w:r>
        <w:t xml:space="preserve"> </w:t>
      </w:r>
      <w:proofErr w:type="spellStart"/>
      <w:r>
        <w:t>që</w:t>
      </w:r>
      <w:proofErr w:type="spellEnd"/>
      <w:r>
        <w:t xml:space="preserve"> </w:t>
      </w:r>
      <w:proofErr w:type="spellStart"/>
      <w:r>
        <w:t>ndoshta</w:t>
      </w:r>
      <w:proofErr w:type="spellEnd"/>
      <w:r>
        <w:t xml:space="preserve"> a </w:t>
      </w:r>
      <w:proofErr w:type="spellStart"/>
      <w:r>
        <w:t>jeni</w:t>
      </w:r>
      <w:proofErr w:type="spellEnd"/>
      <w:r>
        <w:t xml:space="preserve"> </w:t>
      </w:r>
      <w:proofErr w:type="spellStart"/>
      <w:r>
        <w:t>gati</w:t>
      </w:r>
      <w:proofErr w:type="spellEnd"/>
      <w:r>
        <w:t xml:space="preserve"> </w:t>
      </w:r>
      <w:proofErr w:type="spellStart"/>
      <w:r>
        <w:t>që</w:t>
      </w:r>
      <w:proofErr w:type="spellEnd"/>
      <w:r>
        <w:t xml:space="preserve"> </w:t>
      </w:r>
      <w:proofErr w:type="spellStart"/>
      <w:r>
        <w:t>bashkia</w:t>
      </w:r>
      <w:proofErr w:type="spellEnd"/>
      <w:r>
        <w:t xml:space="preserve"> </w:t>
      </w:r>
      <w:proofErr w:type="spellStart"/>
      <w:r>
        <w:t>juaj</w:t>
      </w:r>
      <w:proofErr w:type="spellEnd"/>
      <w:r>
        <w:t xml:space="preserve"> </w:t>
      </w:r>
      <w:proofErr w:type="spellStart"/>
      <w:r>
        <w:t>të</w:t>
      </w:r>
      <w:proofErr w:type="spellEnd"/>
      <w:r>
        <w:t xml:space="preserve"> </w:t>
      </w:r>
      <w:proofErr w:type="spellStart"/>
      <w:r>
        <w:t>kalojë</w:t>
      </w:r>
      <w:proofErr w:type="spellEnd"/>
      <w:r>
        <w:t xml:space="preserve"> </w:t>
      </w:r>
      <w:proofErr w:type="spellStart"/>
      <w:r>
        <w:t>në</w:t>
      </w:r>
      <w:proofErr w:type="spellEnd"/>
      <w:r>
        <w:t xml:space="preserve"> </w:t>
      </w:r>
      <w:proofErr w:type="spellStart"/>
      <w:r>
        <w:t>një</w:t>
      </w:r>
      <w:proofErr w:type="spellEnd"/>
      <w:r>
        <w:t xml:space="preserve"> </w:t>
      </w:r>
      <w:proofErr w:type="spellStart"/>
      <w:r>
        <w:t>ndarje</w:t>
      </w:r>
      <w:proofErr w:type="spellEnd"/>
      <w:r>
        <w:t xml:space="preserve"> </w:t>
      </w:r>
      <w:proofErr w:type="spellStart"/>
      <w:r>
        <w:t>dhe</w:t>
      </w:r>
      <w:proofErr w:type="spellEnd"/>
      <w:r>
        <w:t xml:space="preserve"> </w:t>
      </w:r>
      <w:proofErr w:type="spellStart"/>
      <w:r>
        <w:t>në</w:t>
      </w:r>
      <w:proofErr w:type="spellEnd"/>
      <w:r>
        <w:t xml:space="preserve"> </w:t>
      </w:r>
      <w:proofErr w:type="spellStart"/>
      <w:r>
        <w:t>bashki</w:t>
      </w:r>
      <w:proofErr w:type="spellEnd"/>
      <w:r>
        <w:t xml:space="preserve"> </w:t>
      </w:r>
      <w:proofErr w:type="spellStart"/>
      <w:r>
        <w:t>më</w:t>
      </w:r>
      <w:proofErr w:type="spellEnd"/>
      <w:r>
        <w:t xml:space="preserve"> </w:t>
      </w:r>
      <w:proofErr w:type="spellStart"/>
      <w:r>
        <w:t>të</w:t>
      </w:r>
      <w:proofErr w:type="spellEnd"/>
      <w:r>
        <w:t xml:space="preserve"> </w:t>
      </w:r>
      <w:proofErr w:type="spellStart"/>
      <w:r>
        <w:t>vogla</w:t>
      </w:r>
      <w:proofErr w:type="spellEnd"/>
      <w:r>
        <w:t xml:space="preserve"> </w:t>
      </w:r>
      <w:proofErr w:type="spellStart"/>
      <w:r>
        <w:t>që</w:t>
      </w:r>
      <w:proofErr w:type="spellEnd"/>
      <w:r>
        <w:t xml:space="preserve"> </w:t>
      </w:r>
      <w:proofErr w:type="spellStart"/>
      <w:r>
        <w:t>i</w:t>
      </w:r>
      <w:proofErr w:type="spellEnd"/>
      <w:r>
        <w:t xml:space="preserve"> </w:t>
      </w:r>
      <w:proofErr w:type="spellStart"/>
      <w:r>
        <w:t>shkojnë</w:t>
      </w:r>
      <w:proofErr w:type="spellEnd"/>
      <w:r>
        <w:t xml:space="preserve"> </w:t>
      </w:r>
      <w:proofErr w:type="spellStart"/>
      <w:r>
        <w:t>më</w:t>
      </w:r>
      <w:proofErr w:type="spellEnd"/>
      <w:r>
        <w:t xml:space="preserve"> </w:t>
      </w:r>
      <w:proofErr w:type="spellStart"/>
      <w:r>
        <w:t>afër</w:t>
      </w:r>
      <w:proofErr w:type="spellEnd"/>
      <w:r>
        <w:t xml:space="preserve"> </w:t>
      </w:r>
      <w:proofErr w:type="spellStart"/>
      <w:r>
        <w:t>qytetarëve</w:t>
      </w:r>
      <w:proofErr w:type="spellEnd"/>
      <w:r>
        <w:t xml:space="preserve">? </w:t>
      </w:r>
    </w:p>
    <w:p w14:paraId="283CDB76" w14:textId="77777777" w:rsidR="00640F5C" w:rsidRDefault="00640F5C" w:rsidP="00640F5C">
      <w:r>
        <w:rPr>
          <w:b/>
        </w:rPr>
        <w:t xml:space="preserve">Xhelal </w:t>
      </w:r>
      <w:proofErr w:type="spellStart"/>
      <w:r>
        <w:rPr>
          <w:b/>
        </w:rPr>
        <w:t>Mziu</w:t>
      </w:r>
      <w:proofErr w:type="spellEnd"/>
      <w:r>
        <w:rPr>
          <w:b/>
        </w:rPr>
        <w:t>:</w:t>
      </w:r>
    </w:p>
    <w:p w14:paraId="33FF271C" w14:textId="77777777" w:rsidR="00640F5C" w:rsidRDefault="00AB182B" w:rsidP="00AB182B">
      <w:r>
        <w:t xml:space="preserve">Zonja </w:t>
      </w:r>
      <w:proofErr w:type="spellStart"/>
      <w:r>
        <w:t>Byllyk</w:t>
      </w:r>
      <w:proofErr w:type="spellEnd"/>
      <w:r>
        <w:t xml:space="preserve"> Bashi, </w:t>
      </w:r>
      <w:proofErr w:type="spellStart"/>
      <w:r>
        <w:t>mos</w:t>
      </w:r>
      <w:proofErr w:type="spellEnd"/>
      <w:r>
        <w:t xml:space="preserve"> u </w:t>
      </w:r>
      <w:proofErr w:type="spellStart"/>
      <w:r>
        <w:t>trego</w:t>
      </w:r>
      <w:proofErr w:type="spellEnd"/>
      <w:r>
        <w:t xml:space="preserve">. </w:t>
      </w:r>
      <w:proofErr w:type="spellStart"/>
      <w:r>
        <w:t>Selektive</w:t>
      </w:r>
      <w:proofErr w:type="spellEnd"/>
      <w:r>
        <w:t xml:space="preserve">. </w:t>
      </w:r>
      <w:proofErr w:type="spellStart"/>
      <w:r>
        <w:t>Dhe</w:t>
      </w:r>
      <w:proofErr w:type="spellEnd"/>
      <w:r>
        <w:t xml:space="preserve">... Po. Po, </w:t>
      </w:r>
      <w:proofErr w:type="spellStart"/>
      <w:r>
        <w:t>zonjë</w:t>
      </w:r>
      <w:proofErr w:type="spellEnd"/>
      <w:r>
        <w:t xml:space="preserve">. Por </w:t>
      </w:r>
      <w:proofErr w:type="spellStart"/>
      <w:r>
        <w:t>besoj</w:t>
      </w:r>
      <w:proofErr w:type="spellEnd"/>
      <w:r>
        <w:t xml:space="preserve"> </w:t>
      </w:r>
      <w:proofErr w:type="spellStart"/>
      <w:r>
        <w:t>që</w:t>
      </w:r>
      <w:proofErr w:type="spellEnd"/>
      <w:r>
        <w:t xml:space="preserve"> </w:t>
      </w:r>
      <w:proofErr w:type="spellStart"/>
      <w:r>
        <w:t>disa</w:t>
      </w:r>
      <w:proofErr w:type="spellEnd"/>
      <w:r>
        <w:t xml:space="preserve"> ka... </w:t>
      </w:r>
      <w:proofErr w:type="spellStart"/>
      <w:r>
        <w:t>këta</w:t>
      </w:r>
      <w:proofErr w:type="spellEnd"/>
      <w:r>
        <w:t xml:space="preserve"> </w:t>
      </w:r>
      <w:proofErr w:type="spellStart"/>
      <w:r>
        <w:t>nuk</w:t>
      </w:r>
      <w:proofErr w:type="spellEnd"/>
      <w:r>
        <w:t xml:space="preserve">... </w:t>
      </w:r>
      <w:proofErr w:type="spellStart"/>
      <w:r>
        <w:t>nuk</w:t>
      </w:r>
      <w:proofErr w:type="spellEnd"/>
      <w:r>
        <w:t xml:space="preserve"> </w:t>
      </w:r>
      <w:proofErr w:type="spellStart"/>
      <w:r>
        <w:t>morën</w:t>
      </w:r>
      <w:proofErr w:type="spellEnd"/>
      <w:r>
        <w:t xml:space="preserve"> </w:t>
      </w:r>
      <w:proofErr w:type="spellStart"/>
      <w:r>
        <w:t>taksë</w:t>
      </w:r>
      <w:proofErr w:type="spellEnd"/>
      <w:r>
        <w:t xml:space="preserve"> </w:t>
      </w:r>
      <w:proofErr w:type="spellStart"/>
      <w:r>
        <w:t>për</w:t>
      </w:r>
      <w:proofErr w:type="spellEnd"/>
      <w:r>
        <w:t xml:space="preserve"> </w:t>
      </w:r>
      <w:proofErr w:type="spellStart"/>
      <w:r>
        <w:t>ujë</w:t>
      </w:r>
      <w:proofErr w:type="spellEnd"/>
      <w:r>
        <w:t xml:space="preserve">, </w:t>
      </w:r>
      <w:proofErr w:type="spellStart"/>
      <w:r>
        <w:t>nuk</w:t>
      </w:r>
      <w:proofErr w:type="spellEnd"/>
      <w:r>
        <w:t xml:space="preserve"> </w:t>
      </w:r>
      <w:proofErr w:type="spellStart"/>
      <w:r>
        <w:t>morën</w:t>
      </w:r>
      <w:proofErr w:type="spellEnd"/>
      <w:r>
        <w:t xml:space="preserve"> </w:t>
      </w:r>
      <w:proofErr w:type="spellStart"/>
      <w:r>
        <w:t>për</w:t>
      </w:r>
      <w:proofErr w:type="spellEnd"/>
      <w:r>
        <w:t xml:space="preserve"> </w:t>
      </w:r>
      <w:proofErr w:type="spellStart"/>
      <w:r>
        <w:t>burimet</w:t>
      </w:r>
      <w:proofErr w:type="spellEnd"/>
      <w:r>
        <w:t xml:space="preserve"> </w:t>
      </w:r>
      <w:proofErr w:type="spellStart"/>
      <w:r>
        <w:t>pyjore</w:t>
      </w:r>
      <w:proofErr w:type="spellEnd"/>
      <w:r>
        <w:t xml:space="preserve">, </w:t>
      </w:r>
      <w:proofErr w:type="spellStart"/>
      <w:r>
        <w:t>nuk</w:t>
      </w:r>
      <w:proofErr w:type="spellEnd"/>
      <w:r>
        <w:t xml:space="preserve"> </w:t>
      </w:r>
      <w:proofErr w:type="spellStart"/>
      <w:r>
        <w:t>morën</w:t>
      </w:r>
      <w:proofErr w:type="spellEnd"/>
      <w:r>
        <w:t xml:space="preserve"> </w:t>
      </w:r>
      <w:proofErr w:type="spellStart"/>
      <w:r>
        <w:t>për</w:t>
      </w:r>
      <w:proofErr w:type="spellEnd"/>
      <w:r>
        <w:t xml:space="preserve"> </w:t>
      </w:r>
      <w:proofErr w:type="spellStart"/>
      <w:r>
        <w:t>minierat</w:t>
      </w:r>
      <w:proofErr w:type="spellEnd"/>
      <w:r>
        <w:t xml:space="preserve">. </w:t>
      </w:r>
      <w:proofErr w:type="spellStart"/>
      <w:r>
        <w:t>Kjo</w:t>
      </w:r>
      <w:proofErr w:type="spellEnd"/>
      <w:r>
        <w:t xml:space="preserve"> </w:t>
      </w:r>
      <w:proofErr w:type="spellStart"/>
      <w:r>
        <w:t>është</w:t>
      </w:r>
      <w:proofErr w:type="spellEnd"/>
      <w:r>
        <w:t xml:space="preserve"> e </w:t>
      </w:r>
      <w:proofErr w:type="spellStart"/>
      <w:r>
        <w:t>sigurtë</w:t>
      </w:r>
      <w:proofErr w:type="spellEnd"/>
      <w:r>
        <w:t xml:space="preserve"> </w:t>
      </w:r>
      <w:proofErr w:type="spellStart"/>
      <w:r>
        <w:t>në</w:t>
      </w:r>
      <w:proofErr w:type="spellEnd"/>
      <w:r>
        <w:t xml:space="preserve"> </w:t>
      </w:r>
      <w:proofErr w:type="spellStart"/>
      <w:r>
        <w:t>bashki</w:t>
      </w:r>
      <w:proofErr w:type="spellEnd"/>
      <w:r>
        <w:t xml:space="preserve">. </w:t>
      </w:r>
    </w:p>
    <w:p w14:paraId="765AF49A" w14:textId="77777777" w:rsidR="00640F5C" w:rsidRDefault="00640F5C" w:rsidP="00640F5C">
      <w:pPr>
        <w:rPr>
          <w:b/>
          <w:bCs/>
        </w:rPr>
      </w:pPr>
      <w:r>
        <w:rPr>
          <w:b/>
          <w:bCs/>
        </w:rPr>
        <w:t>Aulona Bylykbashi:</w:t>
      </w:r>
    </w:p>
    <w:p w14:paraId="6CC4D50F" w14:textId="64E15823" w:rsidR="00AB182B" w:rsidRDefault="00AB182B" w:rsidP="00AB182B">
      <w:proofErr w:type="spellStart"/>
      <w:r>
        <w:t>Unë</w:t>
      </w:r>
      <w:proofErr w:type="spellEnd"/>
      <w:r>
        <w:t xml:space="preserve"> </w:t>
      </w:r>
      <w:proofErr w:type="spellStart"/>
      <w:r>
        <w:t>nuk</w:t>
      </w:r>
      <w:proofErr w:type="spellEnd"/>
      <w:r>
        <w:t xml:space="preserve"> </w:t>
      </w:r>
      <w:proofErr w:type="spellStart"/>
      <w:r>
        <w:t>ndërhyra</w:t>
      </w:r>
      <w:proofErr w:type="spellEnd"/>
      <w:r>
        <w:t xml:space="preserve"> fare </w:t>
      </w:r>
      <w:proofErr w:type="spellStart"/>
      <w:r>
        <w:t>në</w:t>
      </w:r>
      <w:proofErr w:type="spellEnd"/>
      <w:r>
        <w:t xml:space="preserve"> </w:t>
      </w:r>
      <w:proofErr w:type="spellStart"/>
      <w:r>
        <w:t>atë</w:t>
      </w:r>
      <w:proofErr w:type="spellEnd"/>
      <w:r>
        <w:t xml:space="preserve"> </w:t>
      </w:r>
      <w:proofErr w:type="spellStart"/>
      <w:r>
        <w:t>gjë</w:t>
      </w:r>
      <w:proofErr w:type="spellEnd"/>
      <w:r>
        <w:t xml:space="preserve"> </w:t>
      </w:r>
      <w:proofErr w:type="spellStart"/>
      <w:r>
        <w:t>që</w:t>
      </w:r>
      <w:proofErr w:type="spellEnd"/>
      <w:r>
        <w:t xml:space="preserve"> do </w:t>
      </w:r>
      <w:proofErr w:type="spellStart"/>
      <w:r>
        <w:t>të</w:t>
      </w:r>
      <w:proofErr w:type="spellEnd"/>
      <w:r>
        <w:t xml:space="preserve"> </w:t>
      </w:r>
      <w:proofErr w:type="spellStart"/>
      <w:r>
        <w:t>kryhet</w:t>
      </w:r>
      <w:proofErr w:type="spellEnd"/>
      <w:r>
        <w:t xml:space="preserve"> </w:t>
      </w:r>
      <w:proofErr w:type="spellStart"/>
      <w:r>
        <w:t>në</w:t>
      </w:r>
      <w:proofErr w:type="spellEnd"/>
      <w:r>
        <w:t xml:space="preserve"> </w:t>
      </w:r>
      <w:proofErr w:type="spellStart"/>
      <w:r>
        <w:t>oborrin</w:t>
      </w:r>
      <w:proofErr w:type="spellEnd"/>
      <w:r>
        <w:t xml:space="preserve"> e </w:t>
      </w:r>
      <w:proofErr w:type="spellStart"/>
      <w:r>
        <w:t>bashkisë</w:t>
      </w:r>
      <w:proofErr w:type="spellEnd"/>
      <w:r>
        <w:t xml:space="preserve"> </w:t>
      </w:r>
      <w:proofErr w:type="spellStart"/>
      <w:r>
        <w:t>suaj</w:t>
      </w:r>
      <w:proofErr w:type="spellEnd"/>
      <w:r>
        <w:t xml:space="preserve">. </w:t>
      </w:r>
      <w:proofErr w:type="spellStart"/>
      <w:r>
        <w:t>Kështu</w:t>
      </w:r>
      <w:proofErr w:type="spellEnd"/>
      <w:r>
        <w:t xml:space="preserve"> </w:t>
      </w:r>
      <w:proofErr w:type="spellStart"/>
      <w:r>
        <w:t>që</w:t>
      </w:r>
      <w:proofErr w:type="spellEnd"/>
      <w:r>
        <w:t xml:space="preserve">... E </w:t>
      </w:r>
      <w:proofErr w:type="spellStart"/>
      <w:r>
        <w:t>marrim</w:t>
      </w:r>
      <w:proofErr w:type="spellEnd"/>
      <w:r>
        <w:t xml:space="preserve"> </w:t>
      </w:r>
      <w:proofErr w:type="spellStart"/>
      <w:r>
        <w:t>përgjegjësinë</w:t>
      </w:r>
      <w:proofErr w:type="spellEnd"/>
      <w:r>
        <w:t xml:space="preserve"> e... </w:t>
      </w:r>
      <w:proofErr w:type="spellStart"/>
      <w:r>
        <w:t>Kjo</w:t>
      </w:r>
      <w:proofErr w:type="spellEnd"/>
      <w:r>
        <w:t xml:space="preserve"> </w:t>
      </w:r>
      <w:proofErr w:type="spellStart"/>
      <w:r>
        <w:t>është</w:t>
      </w:r>
      <w:proofErr w:type="spellEnd"/>
      <w:r>
        <w:t xml:space="preserve"> e </w:t>
      </w:r>
      <w:proofErr w:type="spellStart"/>
      <w:r>
        <w:t>sigurtë</w:t>
      </w:r>
      <w:proofErr w:type="spellEnd"/>
      <w:r>
        <w:t xml:space="preserve"> </w:t>
      </w:r>
      <w:proofErr w:type="spellStart"/>
      <w:r>
        <w:t>dhe</w:t>
      </w:r>
      <w:proofErr w:type="spellEnd"/>
      <w:r>
        <w:t xml:space="preserve"> e </w:t>
      </w:r>
      <w:proofErr w:type="spellStart"/>
      <w:r>
        <w:t>vërtetë</w:t>
      </w:r>
      <w:proofErr w:type="spellEnd"/>
      <w:r>
        <w:t xml:space="preserve">, por me </w:t>
      </w:r>
      <w:proofErr w:type="spellStart"/>
      <w:r>
        <w:t>këtë</w:t>
      </w:r>
      <w:proofErr w:type="spellEnd"/>
      <w:r>
        <w:t xml:space="preserve"> </w:t>
      </w:r>
      <w:proofErr w:type="spellStart"/>
      <w:r>
        <w:t>pyetje</w:t>
      </w:r>
      <w:proofErr w:type="spellEnd"/>
      <w:r>
        <w:t xml:space="preserve"> e </w:t>
      </w:r>
      <w:proofErr w:type="spellStart"/>
      <w:r>
        <w:t>fundit</w:t>
      </w:r>
      <w:proofErr w:type="spellEnd"/>
      <w:r>
        <w:t>.</w:t>
      </w:r>
    </w:p>
    <w:p w14:paraId="3B57C32F" w14:textId="77777777" w:rsidR="00640F5C" w:rsidRDefault="00640F5C" w:rsidP="00640F5C">
      <w:proofErr w:type="spellStart"/>
      <w:r>
        <w:rPr>
          <w:b/>
        </w:rPr>
        <w:t>Luçiano</w:t>
      </w:r>
      <w:proofErr w:type="spellEnd"/>
      <w:r>
        <w:rPr>
          <w:b/>
        </w:rPr>
        <w:t xml:space="preserve"> </w:t>
      </w:r>
      <w:proofErr w:type="spellStart"/>
      <w:r>
        <w:rPr>
          <w:b/>
        </w:rPr>
        <w:t>Boçi</w:t>
      </w:r>
      <w:proofErr w:type="spellEnd"/>
      <w:r>
        <w:rPr>
          <w:b/>
        </w:rPr>
        <w:t>:</w:t>
      </w:r>
    </w:p>
    <w:p w14:paraId="5762329F" w14:textId="77777777" w:rsidR="0010666C" w:rsidRDefault="0010666C" w:rsidP="0010666C">
      <w:proofErr w:type="spellStart"/>
      <w:r>
        <w:t>T'i</w:t>
      </w:r>
      <w:proofErr w:type="spellEnd"/>
      <w:r>
        <w:t xml:space="preserve"> </w:t>
      </w:r>
      <w:proofErr w:type="spellStart"/>
      <w:r>
        <w:t>lëmë</w:t>
      </w:r>
      <w:proofErr w:type="spellEnd"/>
      <w:r>
        <w:t xml:space="preserve">, </w:t>
      </w:r>
      <w:proofErr w:type="spellStart"/>
      <w:r>
        <w:t>t'i</w:t>
      </w:r>
      <w:proofErr w:type="spellEnd"/>
      <w:r>
        <w:t xml:space="preserve"> </w:t>
      </w:r>
      <w:proofErr w:type="spellStart"/>
      <w:r>
        <w:t>lëmë</w:t>
      </w:r>
      <w:proofErr w:type="spellEnd"/>
      <w:r>
        <w:t xml:space="preserve"> </w:t>
      </w:r>
      <w:proofErr w:type="spellStart"/>
      <w:r>
        <w:t>kryetarët</w:t>
      </w:r>
      <w:proofErr w:type="spellEnd"/>
      <w:r>
        <w:t xml:space="preserve"> e </w:t>
      </w:r>
      <w:proofErr w:type="spellStart"/>
      <w:r>
        <w:t>bashkive</w:t>
      </w:r>
      <w:proofErr w:type="spellEnd"/>
      <w:r>
        <w:t xml:space="preserve"> </w:t>
      </w:r>
      <w:proofErr w:type="spellStart"/>
      <w:r>
        <w:t>t'i</w:t>
      </w:r>
      <w:proofErr w:type="spellEnd"/>
      <w:r>
        <w:t xml:space="preserve"> </w:t>
      </w:r>
      <w:proofErr w:type="spellStart"/>
      <w:r>
        <w:t>japin</w:t>
      </w:r>
      <w:proofErr w:type="spellEnd"/>
      <w:r>
        <w:t xml:space="preserve"> </w:t>
      </w:r>
      <w:proofErr w:type="spellStart"/>
      <w:r>
        <w:t>përgjigjet</w:t>
      </w:r>
      <w:proofErr w:type="spellEnd"/>
      <w:r>
        <w:t xml:space="preserve">? Ka </w:t>
      </w:r>
      <w:proofErr w:type="spellStart"/>
      <w:r>
        <w:t>mundësi</w:t>
      </w:r>
      <w:proofErr w:type="spellEnd"/>
      <w:r>
        <w:t>?</w:t>
      </w:r>
    </w:p>
    <w:p w14:paraId="7E2C2533" w14:textId="77777777" w:rsidR="00640F5C" w:rsidRDefault="00640F5C" w:rsidP="00640F5C">
      <w:r>
        <w:rPr>
          <w:b/>
        </w:rPr>
        <w:t>Hil Curri:</w:t>
      </w:r>
    </w:p>
    <w:p w14:paraId="51FA02B0" w14:textId="77777777" w:rsidR="0010666C" w:rsidRDefault="0010666C" w:rsidP="0010666C">
      <w:proofErr w:type="spellStart"/>
      <w:r>
        <w:t>Faleminderit</w:t>
      </w:r>
      <w:proofErr w:type="spellEnd"/>
      <w:r>
        <w:t xml:space="preserve"> </w:t>
      </w:r>
      <w:proofErr w:type="spellStart"/>
      <w:r>
        <w:t>edhe</w:t>
      </w:r>
      <w:proofErr w:type="spellEnd"/>
      <w:r>
        <w:t xml:space="preserve"> </w:t>
      </w:r>
      <w:proofErr w:type="spellStart"/>
      <w:r>
        <w:t>për</w:t>
      </w:r>
      <w:proofErr w:type="spellEnd"/>
      <w:r>
        <w:t xml:space="preserve"> </w:t>
      </w:r>
      <w:proofErr w:type="spellStart"/>
      <w:r>
        <w:t>këtë</w:t>
      </w:r>
      <w:proofErr w:type="spellEnd"/>
      <w:r>
        <w:t xml:space="preserve"> </w:t>
      </w:r>
      <w:proofErr w:type="spellStart"/>
      <w:r>
        <w:t>pjesën</w:t>
      </w:r>
      <w:proofErr w:type="spellEnd"/>
      <w:r>
        <w:t xml:space="preserve"> e </w:t>
      </w:r>
      <w:proofErr w:type="spellStart"/>
      <w:r>
        <w:t>dytë</w:t>
      </w:r>
      <w:proofErr w:type="spellEnd"/>
      <w:r>
        <w:t xml:space="preserve">, po </w:t>
      </w:r>
      <w:proofErr w:type="spellStart"/>
      <w:r>
        <w:t>të</w:t>
      </w:r>
      <w:proofErr w:type="spellEnd"/>
      <w:r>
        <w:t xml:space="preserve"> </w:t>
      </w:r>
      <w:proofErr w:type="spellStart"/>
      <w:r>
        <w:t>dhënat</w:t>
      </w:r>
      <w:proofErr w:type="spellEnd"/>
      <w:r>
        <w:t xml:space="preserve"> </w:t>
      </w:r>
      <w:proofErr w:type="spellStart"/>
      <w:r>
        <w:t>që</w:t>
      </w:r>
      <w:proofErr w:type="spellEnd"/>
      <w:r>
        <w:t xml:space="preserve"> </w:t>
      </w:r>
      <w:proofErr w:type="spellStart"/>
      <w:r>
        <w:t>ke</w:t>
      </w:r>
      <w:proofErr w:type="spellEnd"/>
      <w:r>
        <w:t xml:space="preserve"> </w:t>
      </w:r>
      <w:proofErr w:type="spellStart"/>
      <w:r>
        <w:t>ti</w:t>
      </w:r>
      <w:proofErr w:type="spellEnd"/>
      <w:r>
        <w:t xml:space="preserve">, </w:t>
      </w:r>
      <w:proofErr w:type="spellStart"/>
      <w:r>
        <w:t>ku</w:t>
      </w:r>
      <w:proofErr w:type="spellEnd"/>
      <w:r>
        <w:t xml:space="preserve"> </w:t>
      </w:r>
      <w:proofErr w:type="spellStart"/>
      <w:r>
        <w:t>i</w:t>
      </w:r>
      <w:proofErr w:type="spellEnd"/>
      <w:r>
        <w:t xml:space="preserve"> </w:t>
      </w:r>
      <w:proofErr w:type="spellStart"/>
      <w:r>
        <w:t>referohesh</w:t>
      </w:r>
      <w:proofErr w:type="spellEnd"/>
      <w:r>
        <w:t>?</w:t>
      </w:r>
    </w:p>
    <w:p w14:paraId="4E0A7A5A" w14:textId="77777777" w:rsidR="00640F5C" w:rsidRDefault="00640F5C" w:rsidP="00640F5C">
      <w:pPr>
        <w:rPr>
          <w:b/>
          <w:bCs/>
        </w:rPr>
      </w:pPr>
      <w:r>
        <w:rPr>
          <w:b/>
          <w:bCs/>
        </w:rPr>
        <w:t>Aulona Bylykbashi:</w:t>
      </w:r>
    </w:p>
    <w:p w14:paraId="37FC7E1B" w14:textId="77777777" w:rsidR="0010666C" w:rsidRDefault="0010666C" w:rsidP="0010666C">
      <w:proofErr w:type="spellStart"/>
      <w:r>
        <w:t>Të</w:t>
      </w:r>
      <w:proofErr w:type="spellEnd"/>
      <w:r>
        <w:t xml:space="preserve"> </w:t>
      </w:r>
      <w:proofErr w:type="spellStart"/>
      <w:r>
        <w:t>dhënave</w:t>
      </w:r>
      <w:proofErr w:type="spellEnd"/>
      <w:r>
        <w:t xml:space="preserve"> </w:t>
      </w:r>
      <w:proofErr w:type="spellStart"/>
      <w:r>
        <w:t>të</w:t>
      </w:r>
      <w:proofErr w:type="spellEnd"/>
      <w:r>
        <w:t xml:space="preserve"> </w:t>
      </w:r>
      <w:proofErr w:type="spellStart"/>
      <w:r>
        <w:t>Ministrisë</w:t>
      </w:r>
      <w:proofErr w:type="spellEnd"/>
      <w:r>
        <w:t xml:space="preserve"> </w:t>
      </w:r>
      <w:proofErr w:type="spellStart"/>
      <w:r>
        <w:t>së</w:t>
      </w:r>
      <w:proofErr w:type="spellEnd"/>
      <w:r>
        <w:t xml:space="preserve"> </w:t>
      </w:r>
      <w:proofErr w:type="spellStart"/>
      <w:r>
        <w:t>Financave</w:t>
      </w:r>
      <w:proofErr w:type="spellEnd"/>
      <w:r>
        <w:t>.</w:t>
      </w:r>
    </w:p>
    <w:p w14:paraId="79DD2DF7" w14:textId="77777777" w:rsidR="00640F5C" w:rsidRDefault="00640F5C" w:rsidP="00640F5C">
      <w:r>
        <w:rPr>
          <w:b/>
        </w:rPr>
        <w:t>Hil Curri:</w:t>
      </w:r>
    </w:p>
    <w:p w14:paraId="51EAD838" w14:textId="77777777" w:rsidR="0010666C" w:rsidRDefault="0010666C" w:rsidP="0010666C">
      <w:r>
        <w:lastRenderedPageBreak/>
        <w:t xml:space="preserve">Bravo, bravo. Na </w:t>
      </w:r>
      <w:proofErr w:type="spellStart"/>
      <w:r>
        <w:t>deri</w:t>
      </w:r>
      <w:proofErr w:type="spellEnd"/>
      <w:r>
        <w:t xml:space="preserve"> </w:t>
      </w:r>
      <w:proofErr w:type="spellStart"/>
      <w:r>
        <w:t>tash</w:t>
      </w:r>
      <w:proofErr w:type="spellEnd"/>
      <w:r>
        <w:t xml:space="preserve"> </w:t>
      </w:r>
      <w:proofErr w:type="spellStart"/>
      <w:r>
        <w:t>unë</w:t>
      </w:r>
      <w:proofErr w:type="spellEnd"/>
      <w:r>
        <w:t xml:space="preserve"> </w:t>
      </w:r>
      <w:proofErr w:type="spellStart"/>
      <w:r>
        <w:t>nuk</w:t>
      </w:r>
      <w:proofErr w:type="spellEnd"/>
      <w:r>
        <w:t xml:space="preserve"> e sot jam </w:t>
      </w:r>
      <w:proofErr w:type="spellStart"/>
      <w:r>
        <w:t>për</w:t>
      </w:r>
      <w:proofErr w:type="spellEnd"/>
      <w:r>
        <w:t xml:space="preserve"> me </w:t>
      </w:r>
      <w:proofErr w:type="spellStart"/>
      <w:r>
        <w:t>mbrojtë</w:t>
      </w:r>
      <w:proofErr w:type="spellEnd"/>
      <w:r>
        <w:t xml:space="preserve"> </w:t>
      </w:r>
      <w:proofErr w:type="spellStart"/>
      <w:r>
        <w:t>qarkun</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w:t>
      </w:r>
      <w:proofErr w:type="spellStart"/>
      <w:r>
        <w:t>nuk</w:t>
      </w:r>
      <w:proofErr w:type="spellEnd"/>
      <w:r>
        <w:t xml:space="preserve"> jam </w:t>
      </w:r>
      <w:proofErr w:type="spellStart"/>
      <w:r>
        <w:t>të</w:t>
      </w:r>
      <w:proofErr w:type="spellEnd"/>
      <w:r>
        <w:t xml:space="preserve"> </w:t>
      </w:r>
      <w:proofErr w:type="spellStart"/>
      <w:r>
        <w:t>mbrojtë</w:t>
      </w:r>
      <w:proofErr w:type="spellEnd"/>
      <w:r>
        <w:t xml:space="preserve"> </w:t>
      </w:r>
      <w:proofErr w:type="spellStart"/>
      <w:r>
        <w:t>vetëm</w:t>
      </w:r>
      <w:proofErr w:type="spellEnd"/>
      <w:r>
        <w:t xml:space="preserve"> </w:t>
      </w:r>
      <w:proofErr w:type="spellStart"/>
      <w:r>
        <w:t>unë</w:t>
      </w:r>
      <w:proofErr w:type="spellEnd"/>
      <w:r>
        <w:t xml:space="preserve">, por jam </w:t>
      </w:r>
      <w:proofErr w:type="spellStart"/>
      <w:r>
        <w:t>të</w:t>
      </w:r>
      <w:proofErr w:type="spellEnd"/>
      <w:r>
        <w:t xml:space="preserve"> </w:t>
      </w:r>
      <w:proofErr w:type="spellStart"/>
      <w:r>
        <w:t>mbrojtë</w:t>
      </w:r>
      <w:proofErr w:type="spellEnd"/>
      <w:r>
        <w:t xml:space="preserve"> </w:t>
      </w:r>
      <w:proofErr w:type="spellStart"/>
      <w:r>
        <w:t>të</w:t>
      </w:r>
      <w:proofErr w:type="spellEnd"/>
      <w:r>
        <w:t xml:space="preserve"> </w:t>
      </w:r>
      <w:proofErr w:type="spellStart"/>
      <w:r>
        <w:t>tjerë</w:t>
      </w:r>
      <w:proofErr w:type="spellEnd"/>
      <w:r>
        <w:t xml:space="preserve"> </w:t>
      </w:r>
      <w:proofErr w:type="spellStart"/>
      <w:r>
        <w:t>qytetarë</w:t>
      </w:r>
      <w:proofErr w:type="spellEnd"/>
      <w:r>
        <w:t xml:space="preserve"> </w:t>
      </w:r>
      <w:proofErr w:type="spellStart"/>
      <w:r>
        <w:t>që</w:t>
      </w:r>
      <w:proofErr w:type="spellEnd"/>
      <w:r>
        <w:t xml:space="preserve"> </w:t>
      </w:r>
      <w:proofErr w:type="spellStart"/>
      <w:r>
        <w:t>janë</w:t>
      </w:r>
      <w:proofErr w:type="spellEnd"/>
      <w:r>
        <w:t xml:space="preserve"> </w:t>
      </w:r>
      <w:proofErr w:type="spellStart"/>
      <w:r>
        <w:t>atje</w:t>
      </w:r>
      <w:proofErr w:type="spellEnd"/>
      <w:r>
        <w:t xml:space="preserve">, </w:t>
      </w:r>
      <w:proofErr w:type="spellStart"/>
      <w:r>
        <w:t>sepse</w:t>
      </w:r>
      <w:proofErr w:type="spellEnd"/>
      <w:r>
        <w:t xml:space="preserve"> </w:t>
      </w:r>
      <w:proofErr w:type="spellStart"/>
      <w:r>
        <w:t>njihen</w:t>
      </w:r>
      <w:proofErr w:type="spellEnd"/>
      <w:r>
        <w:t xml:space="preserve"> </w:t>
      </w:r>
      <w:proofErr w:type="spellStart"/>
      <w:r>
        <w:t>shumë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si</w:t>
      </w:r>
      <w:proofErr w:type="spellEnd"/>
      <w:r>
        <w:t xml:space="preserve"> me </w:t>
      </w:r>
      <w:proofErr w:type="spellStart"/>
      <w:r>
        <w:t>thënë</w:t>
      </w:r>
      <w:proofErr w:type="spellEnd"/>
      <w:r>
        <w:t xml:space="preserve"> jo </w:t>
      </w:r>
      <w:proofErr w:type="spellStart"/>
      <w:r>
        <w:t>largojmë</w:t>
      </w:r>
      <w:proofErr w:type="spellEnd"/>
      <w:r>
        <w:t xml:space="preserve"> </w:t>
      </w:r>
      <w:proofErr w:type="spellStart"/>
      <w:r>
        <w:t>atë</w:t>
      </w:r>
      <w:proofErr w:type="spellEnd"/>
      <w:r>
        <w:t xml:space="preserve"> </w:t>
      </w:r>
      <w:proofErr w:type="spellStart"/>
      <w:r>
        <w:t>shërbim</w:t>
      </w:r>
      <w:proofErr w:type="spellEnd"/>
      <w:r>
        <w:t xml:space="preserve">, </w:t>
      </w:r>
      <w:proofErr w:type="spellStart"/>
      <w:r>
        <w:t>atë</w:t>
      </w:r>
      <w:proofErr w:type="spellEnd"/>
      <w:r>
        <w:t xml:space="preserve"> </w:t>
      </w:r>
      <w:proofErr w:type="spellStart"/>
      <w:r>
        <w:t>ose</w:t>
      </w:r>
      <w:proofErr w:type="spellEnd"/>
      <w:r>
        <w:t xml:space="preserve"> </w:t>
      </w:r>
      <w:proofErr w:type="spellStart"/>
      <w:r>
        <w:t>ose</w:t>
      </w:r>
      <w:proofErr w:type="spellEnd"/>
      <w:r>
        <w:t xml:space="preserve"> </w:t>
      </w:r>
      <w:proofErr w:type="spellStart"/>
      <w:r>
        <w:t>nuk</w:t>
      </w:r>
      <w:proofErr w:type="spellEnd"/>
      <w:r>
        <w:t xml:space="preserve"> </w:t>
      </w:r>
      <w:proofErr w:type="spellStart"/>
      <w:r>
        <w:t>njihen</w:t>
      </w:r>
      <w:proofErr w:type="spellEnd"/>
      <w:r>
        <w:t xml:space="preserve"> </w:t>
      </w:r>
      <w:proofErr w:type="spellStart"/>
      <w:r>
        <w:t>mirë</w:t>
      </w:r>
      <w:proofErr w:type="spellEnd"/>
      <w:r>
        <w:t xml:space="preserve">, </w:t>
      </w:r>
      <w:proofErr w:type="spellStart"/>
      <w:r>
        <w:t>ëh</w:t>
      </w:r>
      <w:proofErr w:type="spellEnd"/>
      <w:r>
        <w:t xml:space="preserve">, </w:t>
      </w:r>
      <w:proofErr w:type="spellStart"/>
      <w:r>
        <w:t>nuk</w:t>
      </w:r>
      <w:proofErr w:type="spellEnd"/>
      <w:r>
        <w:t xml:space="preserve"> </w:t>
      </w:r>
      <w:proofErr w:type="spellStart"/>
      <w:r>
        <w:t>i</w:t>
      </w:r>
      <w:proofErr w:type="spellEnd"/>
      <w:r>
        <w:t xml:space="preserve"> </w:t>
      </w:r>
      <w:proofErr w:type="spellStart"/>
      <w:r>
        <w:t>ke</w:t>
      </w:r>
      <w:proofErr w:type="spellEnd"/>
      <w:r>
        <w:t xml:space="preserve"> </w:t>
      </w:r>
      <w:proofErr w:type="spellStart"/>
      <w:r>
        <w:t>të</w:t>
      </w:r>
      <w:proofErr w:type="spellEnd"/>
      <w:r>
        <w:t xml:space="preserve"> </w:t>
      </w:r>
      <w:proofErr w:type="spellStart"/>
      <w:r>
        <w:t>vërtetat</w:t>
      </w:r>
      <w:proofErr w:type="spellEnd"/>
      <w:r>
        <w:t xml:space="preserve"> </w:t>
      </w:r>
      <w:proofErr w:type="spellStart"/>
      <w:r>
        <w:t>të</w:t>
      </w:r>
      <w:proofErr w:type="spellEnd"/>
      <w:r>
        <w:t xml:space="preserve"> </w:t>
      </w:r>
      <w:proofErr w:type="spellStart"/>
      <w:r>
        <w:t>dhënat</w:t>
      </w:r>
      <w:proofErr w:type="spellEnd"/>
      <w:r>
        <w:t xml:space="preserve">. </w:t>
      </w:r>
      <w:proofErr w:type="spellStart"/>
      <w:r>
        <w:t>Unë</w:t>
      </w:r>
      <w:proofErr w:type="spellEnd"/>
      <w:r>
        <w:t xml:space="preserve">, </w:t>
      </w:r>
      <w:proofErr w:type="spellStart"/>
      <w:r>
        <w:t>ëh</w:t>
      </w:r>
      <w:proofErr w:type="spellEnd"/>
      <w:r>
        <w:t xml:space="preserve">, </w:t>
      </w:r>
      <w:proofErr w:type="spellStart"/>
      <w:r>
        <w:t>përmenda</w:t>
      </w:r>
      <w:proofErr w:type="spellEnd"/>
      <w:r>
        <w:t xml:space="preserve"> </w:t>
      </w:r>
      <w:proofErr w:type="spellStart"/>
      <w:r>
        <w:t>pak</w:t>
      </w:r>
      <w:proofErr w:type="spellEnd"/>
      <w:r>
        <w:t xml:space="preserve">, </w:t>
      </w:r>
      <w:proofErr w:type="spellStart"/>
      <w:r>
        <w:t>nuk</w:t>
      </w:r>
      <w:proofErr w:type="spellEnd"/>
      <w:r>
        <w:t xml:space="preserve"> </w:t>
      </w:r>
      <w:proofErr w:type="spellStart"/>
      <w:r>
        <w:t>desha</w:t>
      </w:r>
      <w:proofErr w:type="spellEnd"/>
      <w:r>
        <w:t xml:space="preserve"> </w:t>
      </w:r>
      <w:proofErr w:type="spellStart"/>
      <w:r>
        <w:t>t'mi</w:t>
      </w:r>
      <w:proofErr w:type="spellEnd"/>
      <w:r>
        <w:t xml:space="preserve"> hap </w:t>
      </w:r>
      <w:proofErr w:type="spellStart"/>
      <w:r>
        <w:t>krejt</w:t>
      </w:r>
      <w:proofErr w:type="spellEnd"/>
      <w:r>
        <w:t xml:space="preserve"> </w:t>
      </w:r>
      <w:proofErr w:type="spellStart"/>
      <w:r>
        <w:t>temat</w:t>
      </w:r>
      <w:proofErr w:type="spellEnd"/>
      <w:r>
        <w:t xml:space="preserve"> sot se </w:t>
      </w:r>
      <w:proofErr w:type="spellStart"/>
      <w:r>
        <w:t>s'jena</w:t>
      </w:r>
      <w:proofErr w:type="spellEnd"/>
      <w:r>
        <w:t xml:space="preserve"> </w:t>
      </w:r>
      <w:proofErr w:type="spellStart"/>
      <w:r>
        <w:t>mbledhur</w:t>
      </w:r>
      <w:proofErr w:type="spellEnd"/>
      <w:r>
        <w:t xml:space="preserve"> </w:t>
      </w:r>
      <w:proofErr w:type="spellStart"/>
      <w:r>
        <w:t>për</w:t>
      </w:r>
      <w:proofErr w:type="spellEnd"/>
      <w:r>
        <w:t xml:space="preserve"> </w:t>
      </w:r>
      <w:proofErr w:type="spellStart"/>
      <w:r>
        <w:t>këtë</w:t>
      </w:r>
      <w:proofErr w:type="spellEnd"/>
      <w:r>
        <w:t xml:space="preserve"> </w:t>
      </w:r>
      <w:proofErr w:type="spellStart"/>
      <w:r>
        <w:t>temë</w:t>
      </w:r>
      <w:proofErr w:type="spellEnd"/>
      <w:r>
        <w:t xml:space="preserve">, po </w:t>
      </w:r>
      <w:proofErr w:type="spellStart"/>
      <w:r>
        <w:t>pasi</w:t>
      </w:r>
      <w:proofErr w:type="spellEnd"/>
      <w:r>
        <w:t xml:space="preserve"> </w:t>
      </w:r>
      <w:proofErr w:type="spellStart"/>
      <w:r>
        <w:t>i</w:t>
      </w:r>
      <w:proofErr w:type="spellEnd"/>
      <w:r>
        <w:t xml:space="preserve"> </w:t>
      </w:r>
      <w:proofErr w:type="spellStart"/>
      <w:r>
        <w:t>hapet</w:t>
      </w:r>
      <w:proofErr w:type="spellEnd"/>
      <w:r>
        <w:t xml:space="preserve"> do jam </w:t>
      </w:r>
      <w:proofErr w:type="spellStart"/>
      <w:r>
        <w:t>detyruar</w:t>
      </w:r>
      <w:proofErr w:type="spellEnd"/>
      <w:r>
        <w:t xml:space="preserve"> me </w:t>
      </w:r>
      <w:proofErr w:type="spellStart"/>
      <w:r>
        <w:t>këtë</w:t>
      </w:r>
      <w:proofErr w:type="spellEnd"/>
      <w:r>
        <w:t xml:space="preserve"> </w:t>
      </w:r>
      <w:proofErr w:type="spellStart"/>
      <w:r>
        <w:t>përgjigje</w:t>
      </w:r>
      <w:proofErr w:type="spellEnd"/>
      <w:r>
        <w:t xml:space="preserve">. </w:t>
      </w:r>
      <w:proofErr w:type="spellStart"/>
      <w:r>
        <w:t>Ëh</w:t>
      </w:r>
      <w:proofErr w:type="spellEnd"/>
      <w:r>
        <w:t xml:space="preserve">, </w:t>
      </w:r>
      <w:proofErr w:type="spellStart"/>
      <w:r>
        <w:t>censusi</w:t>
      </w:r>
      <w:proofErr w:type="spellEnd"/>
      <w:r>
        <w:t xml:space="preserve">, </w:t>
      </w:r>
      <w:proofErr w:type="spellStart"/>
      <w:r>
        <w:t>censusi</w:t>
      </w:r>
      <w:proofErr w:type="spellEnd"/>
      <w:r>
        <w:t xml:space="preserve">, </w:t>
      </w:r>
      <w:proofErr w:type="spellStart"/>
      <w:r>
        <w:t>censusi</w:t>
      </w:r>
      <w:proofErr w:type="spellEnd"/>
      <w:r>
        <w:t xml:space="preserve"> </w:t>
      </w:r>
      <w:proofErr w:type="spellStart"/>
      <w:r>
        <w:t>si</w:t>
      </w:r>
      <w:proofErr w:type="spellEnd"/>
      <w:r>
        <w:t xml:space="preserve"> </w:t>
      </w:r>
      <w:proofErr w:type="spellStart"/>
      <w:r>
        <w:t>ia</w:t>
      </w:r>
      <w:proofErr w:type="spellEnd"/>
      <w:r>
        <w:t xml:space="preserve"> </w:t>
      </w:r>
      <w:proofErr w:type="spellStart"/>
      <w:r>
        <w:t>bën</w:t>
      </w:r>
      <w:proofErr w:type="spellEnd"/>
      <w:r>
        <w:t xml:space="preserve"> </w:t>
      </w:r>
      <w:proofErr w:type="spellStart"/>
      <w:r>
        <w:t>Shqipëri</w:t>
      </w:r>
      <w:proofErr w:type="spellEnd"/>
      <w:r>
        <w:t xml:space="preserve">, e </w:t>
      </w:r>
      <w:proofErr w:type="spellStart"/>
      <w:r>
        <w:t>nderuar</w:t>
      </w:r>
      <w:proofErr w:type="spellEnd"/>
      <w:r>
        <w:t xml:space="preserve"> </w:t>
      </w:r>
      <w:proofErr w:type="spellStart"/>
      <w:r>
        <w:t>zonjë</w:t>
      </w:r>
      <w:proofErr w:type="spellEnd"/>
      <w:r>
        <w:t xml:space="preserve">, </w:t>
      </w:r>
      <w:proofErr w:type="spellStart"/>
      <w:r>
        <w:t>nuk</w:t>
      </w:r>
      <w:proofErr w:type="spellEnd"/>
      <w:r>
        <w:t xml:space="preserve"> </w:t>
      </w:r>
      <w:proofErr w:type="spellStart"/>
      <w:r>
        <w:t>i</w:t>
      </w:r>
      <w:proofErr w:type="spellEnd"/>
      <w:r>
        <w:t xml:space="preserve"> ka </w:t>
      </w:r>
      <w:proofErr w:type="spellStart"/>
      <w:r>
        <w:t>pasur</w:t>
      </w:r>
      <w:proofErr w:type="spellEnd"/>
      <w:r>
        <w:t xml:space="preserve"> </w:t>
      </w:r>
      <w:proofErr w:type="spellStart"/>
      <w:r>
        <w:t>të</w:t>
      </w:r>
      <w:proofErr w:type="spellEnd"/>
      <w:r>
        <w:t xml:space="preserve"> </w:t>
      </w:r>
      <w:proofErr w:type="spellStart"/>
      <w:r>
        <w:t>dhënat</w:t>
      </w:r>
      <w:proofErr w:type="spellEnd"/>
      <w:r>
        <w:t xml:space="preserve"> </w:t>
      </w:r>
      <w:proofErr w:type="spellStart"/>
      <w:r>
        <w:t>krejt</w:t>
      </w:r>
      <w:proofErr w:type="spellEnd"/>
      <w:r>
        <w:t xml:space="preserve"> </w:t>
      </w:r>
      <w:proofErr w:type="spellStart"/>
      <w:r>
        <w:t>të</w:t>
      </w:r>
      <w:proofErr w:type="spellEnd"/>
      <w:r>
        <w:t xml:space="preserve"> </w:t>
      </w:r>
      <w:proofErr w:type="spellStart"/>
      <w:r>
        <w:t>sakta</w:t>
      </w:r>
      <w:proofErr w:type="spellEnd"/>
      <w:r>
        <w:t xml:space="preserve">. </w:t>
      </w:r>
      <w:proofErr w:type="spellStart"/>
      <w:r>
        <w:t>Dhe</w:t>
      </w:r>
      <w:proofErr w:type="spellEnd"/>
      <w:r>
        <w:t xml:space="preserve"> </w:t>
      </w:r>
      <w:proofErr w:type="spellStart"/>
      <w:r>
        <w:t>çfarë</w:t>
      </w:r>
      <w:proofErr w:type="spellEnd"/>
      <w:r>
        <w:t xml:space="preserve"> ka </w:t>
      </w:r>
      <w:proofErr w:type="spellStart"/>
      <w:r>
        <w:t>bërë</w:t>
      </w:r>
      <w:proofErr w:type="spellEnd"/>
      <w:r>
        <w:t>?</w:t>
      </w:r>
    </w:p>
    <w:p w14:paraId="3975B67C" w14:textId="77777777" w:rsidR="0010666C" w:rsidRDefault="0010666C" w:rsidP="0010666C">
      <w:proofErr w:type="spellStart"/>
      <w:r>
        <w:rPr>
          <w:b/>
        </w:rPr>
        <w:t>Arbjan</w:t>
      </w:r>
      <w:proofErr w:type="spellEnd"/>
      <w:r>
        <w:rPr>
          <w:b/>
        </w:rPr>
        <w:t xml:space="preserve"> </w:t>
      </w:r>
      <w:proofErr w:type="spellStart"/>
      <w:r>
        <w:rPr>
          <w:b/>
        </w:rPr>
        <w:t>Mazniku</w:t>
      </w:r>
      <w:proofErr w:type="spellEnd"/>
      <w:r>
        <w:rPr>
          <w:b/>
        </w:rPr>
        <w:t>:</w:t>
      </w:r>
    </w:p>
    <w:p w14:paraId="73E67A3A" w14:textId="32366363" w:rsidR="0010666C" w:rsidRDefault="0010666C" w:rsidP="0010666C">
      <w:r>
        <w:t xml:space="preserve">Nuk </w:t>
      </w:r>
      <w:proofErr w:type="spellStart"/>
      <w:r>
        <w:t>foli</w:t>
      </w:r>
      <w:proofErr w:type="spellEnd"/>
      <w:r>
        <w:t xml:space="preserve"> </w:t>
      </w:r>
      <w:proofErr w:type="spellStart"/>
      <w:r>
        <w:t>për</w:t>
      </w:r>
      <w:proofErr w:type="spellEnd"/>
      <w:r>
        <w:t xml:space="preserve"> </w:t>
      </w:r>
      <w:proofErr w:type="spellStart"/>
      <w:r>
        <w:t>censusin</w:t>
      </w:r>
      <w:proofErr w:type="spellEnd"/>
      <w:r>
        <w:t xml:space="preserve">, </w:t>
      </w:r>
      <w:proofErr w:type="spellStart"/>
      <w:r>
        <w:t>zoti</w:t>
      </w:r>
      <w:proofErr w:type="spellEnd"/>
      <w:r>
        <w:t xml:space="preserve"> </w:t>
      </w:r>
      <w:r w:rsidR="00A4732B">
        <w:t>Curri</w:t>
      </w:r>
      <w:r>
        <w:t>.</w:t>
      </w:r>
    </w:p>
    <w:p w14:paraId="64A8BD8B" w14:textId="77777777" w:rsidR="0010666C" w:rsidRDefault="0010666C" w:rsidP="0010666C">
      <w:proofErr w:type="spellStart"/>
      <w:r>
        <w:rPr>
          <w:b/>
        </w:rPr>
        <w:t>Arbjan</w:t>
      </w:r>
      <w:proofErr w:type="spellEnd"/>
      <w:r>
        <w:rPr>
          <w:b/>
        </w:rPr>
        <w:t xml:space="preserve"> </w:t>
      </w:r>
      <w:proofErr w:type="spellStart"/>
      <w:r>
        <w:rPr>
          <w:b/>
        </w:rPr>
        <w:t>Mazniku</w:t>
      </w:r>
      <w:proofErr w:type="spellEnd"/>
      <w:r>
        <w:rPr>
          <w:b/>
        </w:rPr>
        <w:t>:</w:t>
      </w:r>
    </w:p>
    <w:p w14:paraId="387C7B87" w14:textId="77777777" w:rsidR="0010666C" w:rsidRDefault="0010666C" w:rsidP="0010666C">
      <w:r>
        <w:t xml:space="preserve">Ju </w:t>
      </w:r>
      <w:proofErr w:type="spellStart"/>
      <w:r>
        <w:t>tha</w:t>
      </w:r>
      <w:proofErr w:type="spellEnd"/>
      <w:r>
        <w:t xml:space="preserve"> </w:t>
      </w:r>
      <w:proofErr w:type="spellStart"/>
      <w:r>
        <w:t>investimet</w:t>
      </w:r>
      <w:proofErr w:type="spellEnd"/>
      <w:r>
        <w:t xml:space="preserve"> </w:t>
      </w:r>
      <w:proofErr w:type="spellStart"/>
      <w:r>
        <w:t>faktike</w:t>
      </w:r>
      <w:proofErr w:type="spellEnd"/>
      <w:r>
        <w:t xml:space="preserve"> </w:t>
      </w:r>
      <w:proofErr w:type="spellStart"/>
      <w:r>
        <w:t>në</w:t>
      </w:r>
      <w:proofErr w:type="spellEnd"/>
      <w:r>
        <w:t xml:space="preserve"> </w:t>
      </w:r>
      <w:proofErr w:type="spellStart"/>
      <w:r>
        <w:t>vitin</w:t>
      </w:r>
      <w:proofErr w:type="spellEnd"/>
      <w:r>
        <w:t xml:space="preserve"> 2025. </w:t>
      </w:r>
      <w:proofErr w:type="spellStart"/>
      <w:r>
        <w:t>Fakti</w:t>
      </w:r>
      <w:proofErr w:type="spellEnd"/>
      <w:r>
        <w:t xml:space="preserve"> </w:t>
      </w:r>
      <w:proofErr w:type="spellStart"/>
      <w:r>
        <w:t>sa</w:t>
      </w:r>
      <w:proofErr w:type="spellEnd"/>
      <w:r>
        <w:t xml:space="preserve"> </w:t>
      </w:r>
      <w:proofErr w:type="spellStart"/>
      <w:r>
        <w:t>shkon</w:t>
      </w:r>
      <w:proofErr w:type="spellEnd"/>
      <w:r>
        <w:t xml:space="preserve"> </w:t>
      </w:r>
      <w:proofErr w:type="spellStart"/>
      <w:r>
        <w:t>tesara</w:t>
      </w:r>
      <w:proofErr w:type="spellEnd"/>
      <w:r>
        <w:t xml:space="preserve"> </w:t>
      </w:r>
      <w:proofErr w:type="spellStart"/>
      <w:r>
        <w:t>në</w:t>
      </w:r>
      <w:proofErr w:type="spellEnd"/>
      <w:r>
        <w:t xml:space="preserve"> fund </w:t>
      </w:r>
      <w:proofErr w:type="spellStart"/>
      <w:r>
        <w:t>të</w:t>
      </w:r>
      <w:proofErr w:type="spellEnd"/>
      <w:r>
        <w:t xml:space="preserve"> </w:t>
      </w:r>
      <w:proofErr w:type="spellStart"/>
      <w:r>
        <w:t>vitit</w:t>
      </w:r>
      <w:proofErr w:type="spellEnd"/>
      <w:r>
        <w:t xml:space="preserve">? Ky </w:t>
      </w:r>
      <w:proofErr w:type="spellStart"/>
      <w:r>
        <w:t>është</w:t>
      </w:r>
      <w:proofErr w:type="spellEnd"/>
      <w:r>
        <w:t xml:space="preserve"> </w:t>
      </w:r>
      <w:proofErr w:type="spellStart"/>
      <w:r>
        <w:t>numër</w:t>
      </w:r>
      <w:proofErr w:type="spellEnd"/>
      <w:r>
        <w:t xml:space="preserve"> </w:t>
      </w:r>
      <w:proofErr w:type="spellStart"/>
      <w:r>
        <w:t>fiks</w:t>
      </w:r>
      <w:proofErr w:type="spellEnd"/>
      <w:r>
        <w:t xml:space="preserve">. Nuk </w:t>
      </w:r>
      <w:proofErr w:type="spellStart"/>
      <w:r>
        <w:t>është</w:t>
      </w:r>
      <w:proofErr w:type="spellEnd"/>
      <w:r>
        <w:t xml:space="preserve"> me census.</w:t>
      </w:r>
    </w:p>
    <w:p w14:paraId="1A9BB174" w14:textId="77777777" w:rsidR="0010666C" w:rsidRDefault="0010666C" w:rsidP="0010666C">
      <w:r>
        <w:rPr>
          <w:b/>
        </w:rPr>
        <w:t>Hil Curri:</w:t>
      </w:r>
    </w:p>
    <w:p w14:paraId="61F36696" w14:textId="77777777" w:rsidR="0010666C" w:rsidRDefault="0010666C" w:rsidP="0010666C">
      <w:proofErr w:type="spellStart"/>
      <w:r>
        <w:t>Unë</w:t>
      </w:r>
      <w:proofErr w:type="spellEnd"/>
      <w:r>
        <w:t xml:space="preserve"> </w:t>
      </w:r>
      <w:proofErr w:type="spellStart"/>
      <w:r>
        <w:t>mendoj</w:t>
      </w:r>
      <w:proofErr w:type="spellEnd"/>
      <w:r>
        <w:t xml:space="preserve"> </w:t>
      </w:r>
      <w:proofErr w:type="spellStart"/>
      <w:r>
        <w:t>që</w:t>
      </w:r>
      <w:proofErr w:type="spellEnd"/>
      <w:r>
        <w:t xml:space="preserve"> jam </w:t>
      </w:r>
      <w:proofErr w:type="spellStart"/>
      <w:r>
        <w:t>i</w:t>
      </w:r>
      <w:proofErr w:type="spellEnd"/>
      <w:r>
        <w:t xml:space="preserve"> </w:t>
      </w:r>
      <w:proofErr w:type="spellStart"/>
      <w:r>
        <w:t>saktë</w:t>
      </w:r>
      <w:proofErr w:type="spellEnd"/>
      <w:r>
        <w:t xml:space="preserve"> </w:t>
      </w:r>
      <w:proofErr w:type="spellStart"/>
      <w:r>
        <w:t>në</w:t>
      </w:r>
      <w:proofErr w:type="spellEnd"/>
      <w:r>
        <w:t xml:space="preserve"> </w:t>
      </w:r>
      <w:proofErr w:type="spellStart"/>
      <w:r>
        <w:t>paktën</w:t>
      </w:r>
      <w:proofErr w:type="spellEnd"/>
      <w:r>
        <w:t xml:space="preserve"> </w:t>
      </w:r>
      <w:proofErr w:type="spellStart"/>
      <w:r>
        <w:t>në</w:t>
      </w:r>
      <w:proofErr w:type="spellEnd"/>
      <w:r>
        <w:t xml:space="preserve"> </w:t>
      </w:r>
      <w:proofErr w:type="spellStart"/>
      <w:r>
        <w:t>këtë</w:t>
      </w:r>
      <w:proofErr w:type="spellEnd"/>
      <w:r>
        <w:t xml:space="preserve"> census, </w:t>
      </w:r>
      <w:proofErr w:type="spellStart"/>
      <w:r>
        <w:t>sepse</w:t>
      </w:r>
      <w:proofErr w:type="spellEnd"/>
      <w:r>
        <w:t xml:space="preserve"> </w:t>
      </w:r>
      <w:proofErr w:type="spellStart"/>
      <w:r>
        <w:t>vetë</w:t>
      </w:r>
      <w:proofErr w:type="spellEnd"/>
      <w:r>
        <w:t xml:space="preserve"> </w:t>
      </w:r>
      <w:proofErr w:type="spellStart"/>
      <w:r>
        <w:t>puna</w:t>
      </w:r>
      <w:proofErr w:type="spellEnd"/>
      <w:r>
        <w:t xml:space="preserve"> </w:t>
      </w:r>
      <w:proofErr w:type="spellStart"/>
      <w:r>
        <w:t>që</w:t>
      </w:r>
      <w:proofErr w:type="spellEnd"/>
      <w:r>
        <w:t xml:space="preserve"> </w:t>
      </w:r>
      <w:proofErr w:type="spellStart"/>
      <w:r>
        <w:t>kam</w:t>
      </w:r>
      <w:proofErr w:type="spellEnd"/>
      <w:r>
        <w:t xml:space="preserve"> </w:t>
      </w:r>
      <w:proofErr w:type="spellStart"/>
      <w:r>
        <w:t>bërë</w:t>
      </w:r>
      <w:proofErr w:type="spellEnd"/>
      <w:r>
        <w:t xml:space="preserve"> para 10 </w:t>
      </w:r>
      <w:proofErr w:type="spellStart"/>
      <w:r>
        <w:t>vitesh</w:t>
      </w:r>
      <w:proofErr w:type="spellEnd"/>
      <w:r>
        <w:t xml:space="preserve"> me </w:t>
      </w:r>
      <w:proofErr w:type="spellStart"/>
      <w:r>
        <w:t>radhë</w:t>
      </w:r>
      <w:proofErr w:type="spellEnd"/>
      <w:r>
        <w:t xml:space="preserve"> me </w:t>
      </w:r>
      <w:proofErr w:type="spellStart"/>
      <w:r>
        <w:t>shoqërinë</w:t>
      </w:r>
      <w:proofErr w:type="spellEnd"/>
      <w:r>
        <w:t xml:space="preserve"> civile </w:t>
      </w:r>
      <w:proofErr w:type="spellStart"/>
      <w:r>
        <w:t>mendoj</w:t>
      </w:r>
      <w:proofErr w:type="spellEnd"/>
      <w:r>
        <w:t xml:space="preserve"> se jam </w:t>
      </w:r>
      <w:proofErr w:type="spellStart"/>
      <w:r>
        <w:t>më</w:t>
      </w:r>
      <w:proofErr w:type="spellEnd"/>
      <w:r>
        <w:t xml:space="preserve"> </w:t>
      </w:r>
      <w:proofErr w:type="spellStart"/>
      <w:r>
        <w:t>i</w:t>
      </w:r>
      <w:proofErr w:type="spellEnd"/>
      <w:r>
        <w:t xml:space="preserve"> </w:t>
      </w:r>
      <w:proofErr w:type="spellStart"/>
      <w:r>
        <w:t>saktë</w:t>
      </w:r>
      <w:proofErr w:type="spellEnd"/>
      <w:r>
        <w:t xml:space="preserve"> </w:t>
      </w:r>
      <w:proofErr w:type="spellStart"/>
      <w:r>
        <w:t>në</w:t>
      </w:r>
      <w:proofErr w:type="spellEnd"/>
      <w:r>
        <w:t xml:space="preserve"> </w:t>
      </w:r>
      <w:proofErr w:type="spellStart"/>
      <w:r>
        <w:t>këtë</w:t>
      </w:r>
      <w:proofErr w:type="spellEnd"/>
      <w:r>
        <w:t xml:space="preserve"> </w:t>
      </w:r>
      <w:proofErr w:type="spellStart"/>
      <w:r>
        <w:t>pjesë</w:t>
      </w:r>
      <w:proofErr w:type="spellEnd"/>
      <w:r>
        <w:t xml:space="preserve">. </w:t>
      </w:r>
      <w:proofErr w:type="spellStart"/>
      <w:r>
        <w:t>Në</w:t>
      </w:r>
      <w:proofErr w:type="spellEnd"/>
      <w:r>
        <w:t xml:space="preserve"> </w:t>
      </w:r>
      <w:proofErr w:type="spellStart"/>
      <w:r>
        <w:t>proces</w:t>
      </w:r>
      <w:proofErr w:type="spellEnd"/>
      <w:r>
        <w:t xml:space="preserve">, </w:t>
      </w:r>
      <w:proofErr w:type="spellStart"/>
      <w:r>
        <w:t>të</w:t>
      </w:r>
      <w:proofErr w:type="spellEnd"/>
      <w:r>
        <w:t xml:space="preserve"> </w:t>
      </w:r>
      <w:proofErr w:type="spellStart"/>
      <w:r>
        <w:t>dhënat</w:t>
      </w:r>
      <w:proofErr w:type="spellEnd"/>
      <w:r>
        <w:t xml:space="preserve"> e </w:t>
      </w:r>
      <w:proofErr w:type="spellStart"/>
      <w:r>
        <w:t>ministrisë</w:t>
      </w:r>
      <w:proofErr w:type="spellEnd"/>
      <w:r>
        <w:t xml:space="preserve"> </w:t>
      </w:r>
      <w:proofErr w:type="spellStart"/>
      <w:r>
        <w:t>janë</w:t>
      </w:r>
      <w:proofErr w:type="spellEnd"/>
      <w:r>
        <w:t xml:space="preserve"> </w:t>
      </w:r>
      <w:proofErr w:type="spellStart"/>
      <w:r>
        <w:t>thjesht</w:t>
      </w:r>
      <w:proofErr w:type="spellEnd"/>
      <w:r>
        <w:t xml:space="preserve"> </w:t>
      </w:r>
      <w:proofErr w:type="spellStart"/>
      <w:r>
        <w:t>sa</w:t>
      </w:r>
      <w:proofErr w:type="spellEnd"/>
      <w:r>
        <w:t xml:space="preserve"> ka </w:t>
      </w:r>
      <w:proofErr w:type="spellStart"/>
      <w:r>
        <w:t>dhënë</w:t>
      </w:r>
      <w:proofErr w:type="spellEnd"/>
      <w:r>
        <w:t xml:space="preserve"> </w:t>
      </w:r>
      <w:proofErr w:type="spellStart"/>
      <w:r>
        <w:t>buxhet</w:t>
      </w:r>
      <w:proofErr w:type="spellEnd"/>
      <w:r>
        <w:t xml:space="preserve">. </w:t>
      </w:r>
      <w:proofErr w:type="spellStart"/>
      <w:r>
        <w:t>Pra</w:t>
      </w:r>
      <w:proofErr w:type="spellEnd"/>
      <w:r>
        <w:t xml:space="preserve">, </w:t>
      </w:r>
      <w:proofErr w:type="spellStart"/>
      <w:r>
        <w:t>ëh</w:t>
      </w:r>
      <w:proofErr w:type="spellEnd"/>
      <w:r>
        <w:t xml:space="preserve">, </w:t>
      </w:r>
      <w:proofErr w:type="spellStart"/>
      <w:r>
        <w:t>bashkia</w:t>
      </w:r>
      <w:proofErr w:type="spellEnd"/>
      <w:r>
        <w:t xml:space="preserve"> </w:t>
      </w:r>
      <w:proofErr w:type="spellStart"/>
      <w:r>
        <w:t>në</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ka </w:t>
      </w:r>
      <w:proofErr w:type="spellStart"/>
      <w:r>
        <w:t>dhe</w:t>
      </w:r>
      <w:proofErr w:type="spellEnd"/>
      <w:r>
        <w:t xml:space="preserve">. </w:t>
      </w:r>
      <w:proofErr w:type="spellStart"/>
      <w:r>
        <w:t>Fondet</w:t>
      </w:r>
      <w:proofErr w:type="spellEnd"/>
      <w:r>
        <w:t xml:space="preserve"> e </w:t>
      </w:r>
      <w:proofErr w:type="spellStart"/>
      <w:r>
        <w:t>ardhura</w:t>
      </w:r>
      <w:proofErr w:type="spellEnd"/>
      <w:r>
        <w:t xml:space="preserve"> </w:t>
      </w:r>
      <w:proofErr w:type="spellStart"/>
      <w:r>
        <w:t>nga</w:t>
      </w:r>
      <w:proofErr w:type="spellEnd"/>
      <w:r>
        <w:t xml:space="preserve"> Bashkimi </w:t>
      </w:r>
      <w:proofErr w:type="spellStart"/>
      <w:r>
        <w:t>Europian</w:t>
      </w:r>
      <w:proofErr w:type="spellEnd"/>
      <w:r>
        <w:t xml:space="preserve">, po </w:t>
      </w:r>
      <w:proofErr w:type="spellStart"/>
      <w:r>
        <w:t>ti</w:t>
      </w:r>
      <w:proofErr w:type="spellEnd"/>
      <w:r>
        <w:t xml:space="preserve"> </w:t>
      </w:r>
      <w:proofErr w:type="spellStart"/>
      <w:r>
        <w:t>nuk</w:t>
      </w:r>
      <w:proofErr w:type="spellEnd"/>
      <w:r>
        <w:t xml:space="preserve"> e </w:t>
      </w:r>
      <w:proofErr w:type="spellStart"/>
      <w:r>
        <w:t>ke</w:t>
      </w:r>
      <w:proofErr w:type="spellEnd"/>
      <w:r>
        <w:t xml:space="preserve"> </w:t>
      </w:r>
      <w:proofErr w:type="spellStart"/>
      <w:r>
        <w:t>të</w:t>
      </w:r>
      <w:proofErr w:type="spellEnd"/>
      <w:r>
        <w:t xml:space="preserve"> </w:t>
      </w:r>
      <w:proofErr w:type="spellStart"/>
      <w:r>
        <w:t>shkruar</w:t>
      </w:r>
      <w:proofErr w:type="spellEnd"/>
      <w:r>
        <w:t xml:space="preserve"> </w:t>
      </w:r>
      <w:proofErr w:type="spellStart"/>
      <w:r>
        <w:t>atë</w:t>
      </w:r>
      <w:proofErr w:type="spellEnd"/>
      <w:r>
        <w:t xml:space="preserve">. Po </w:t>
      </w:r>
      <w:proofErr w:type="spellStart"/>
      <w:r>
        <w:t>kjo</w:t>
      </w:r>
      <w:proofErr w:type="spellEnd"/>
      <w:r>
        <w:t xml:space="preserve"> </w:t>
      </w:r>
      <w:proofErr w:type="spellStart"/>
      <w:r>
        <w:t>është</w:t>
      </w:r>
      <w:proofErr w:type="spellEnd"/>
      <w:r>
        <w:t xml:space="preserve"> </w:t>
      </w:r>
      <w:proofErr w:type="spellStart"/>
      <w:r>
        <w:t>investim</w:t>
      </w:r>
      <w:proofErr w:type="spellEnd"/>
      <w:r>
        <w:t xml:space="preserve">. Po </w:t>
      </w:r>
      <w:proofErr w:type="spellStart"/>
      <w:r>
        <w:t>nuk</w:t>
      </w:r>
      <w:proofErr w:type="spellEnd"/>
      <w:r>
        <w:t xml:space="preserve"> </w:t>
      </w:r>
      <w:proofErr w:type="spellStart"/>
      <w:r>
        <w:t>është</w:t>
      </w:r>
      <w:proofErr w:type="spellEnd"/>
      <w:r>
        <w:t xml:space="preserve"> </w:t>
      </w:r>
      <w:proofErr w:type="spellStart"/>
      <w:r>
        <w:t>investim</w:t>
      </w:r>
      <w:proofErr w:type="spellEnd"/>
      <w:r>
        <w:t xml:space="preserve"> </w:t>
      </w:r>
      <w:proofErr w:type="spellStart"/>
      <w:r>
        <w:t>në</w:t>
      </w:r>
      <w:proofErr w:type="spellEnd"/>
      <w:r>
        <w:t xml:space="preserve"> </w:t>
      </w:r>
      <w:proofErr w:type="spellStart"/>
      <w:r>
        <w:t>në</w:t>
      </w:r>
      <w:proofErr w:type="spellEnd"/>
      <w:r>
        <w:t xml:space="preserve"> </w:t>
      </w:r>
      <w:proofErr w:type="spellStart"/>
      <w:r>
        <w:t>në</w:t>
      </w:r>
      <w:proofErr w:type="spellEnd"/>
      <w:r>
        <w:t xml:space="preserve"> </w:t>
      </w:r>
      <w:proofErr w:type="spellStart"/>
      <w:r>
        <w:t>infrastrukturë</w:t>
      </w:r>
      <w:proofErr w:type="spellEnd"/>
      <w:r>
        <w:t xml:space="preserve">, po </w:t>
      </w:r>
      <w:proofErr w:type="spellStart"/>
      <w:r>
        <w:t>është</w:t>
      </w:r>
      <w:proofErr w:type="spellEnd"/>
      <w:r>
        <w:t xml:space="preserve"> </w:t>
      </w:r>
      <w:proofErr w:type="spellStart"/>
      <w:r>
        <w:t>në</w:t>
      </w:r>
      <w:proofErr w:type="spellEnd"/>
      <w:r>
        <w:t xml:space="preserve"> </w:t>
      </w:r>
      <w:proofErr w:type="spellStart"/>
      <w:r>
        <w:t>investim</w:t>
      </w:r>
      <w:proofErr w:type="spellEnd"/>
      <w:r>
        <w:t xml:space="preserve"> </w:t>
      </w:r>
      <w:proofErr w:type="spellStart"/>
      <w:r>
        <w:t>në</w:t>
      </w:r>
      <w:proofErr w:type="spellEnd"/>
      <w:r>
        <w:t xml:space="preserve"> </w:t>
      </w:r>
      <w:proofErr w:type="spellStart"/>
      <w:r>
        <w:t>burime</w:t>
      </w:r>
      <w:proofErr w:type="spellEnd"/>
      <w:r>
        <w:t xml:space="preserve"> </w:t>
      </w:r>
      <w:proofErr w:type="spellStart"/>
      <w:r>
        <w:t>njerëzore</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i</w:t>
      </w:r>
      <w:proofErr w:type="spellEnd"/>
      <w:r>
        <w:t xml:space="preserve"> </w:t>
      </w:r>
      <w:proofErr w:type="spellStart"/>
      <w:r>
        <w:t>shkruar</w:t>
      </w:r>
      <w:proofErr w:type="spellEnd"/>
      <w:r>
        <w:t xml:space="preserve"> </w:t>
      </w:r>
      <w:proofErr w:type="spellStart"/>
      <w:r>
        <w:t>aty</w:t>
      </w:r>
      <w:proofErr w:type="spellEnd"/>
      <w:r>
        <w:t xml:space="preserve"> </w:t>
      </w:r>
      <w:proofErr w:type="spellStart"/>
      <w:r>
        <w:t>në</w:t>
      </w:r>
      <w:proofErr w:type="spellEnd"/>
      <w:r>
        <w:t xml:space="preserve"> </w:t>
      </w:r>
      <w:proofErr w:type="spellStart"/>
      <w:r>
        <w:t>atë</w:t>
      </w:r>
      <w:proofErr w:type="spellEnd"/>
      <w:r>
        <w:t xml:space="preserve"> 7%, 20% </w:t>
      </w:r>
      <w:proofErr w:type="spellStart"/>
      <w:r>
        <w:t>si</w:t>
      </w:r>
      <w:proofErr w:type="spellEnd"/>
      <w:r>
        <w:t xml:space="preserve"> </w:t>
      </w:r>
      <w:proofErr w:type="spellStart"/>
      <w:r>
        <w:t>kjo</w:t>
      </w:r>
      <w:proofErr w:type="spellEnd"/>
      <w:r>
        <w:t xml:space="preserve"> c. </w:t>
      </w:r>
      <w:proofErr w:type="spellStart"/>
      <w:r>
        <w:t>Pra</w:t>
      </w:r>
      <w:proofErr w:type="spellEnd"/>
      <w:r>
        <w:t xml:space="preserve">, </w:t>
      </w:r>
      <w:proofErr w:type="spellStart"/>
      <w:r>
        <w:t>ti</w:t>
      </w:r>
      <w:proofErr w:type="spellEnd"/>
      <w:r>
        <w:t xml:space="preserve"> </w:t>
      </w:r>
      <w:proofErr w:type="spellStart"/>
      <w:r>
        <w:t>i</w:t>
      </w:r>
      <w:proofErr w:type="spellEnd"/>
      <w:r>
        <w:t xml:space="preserve"> </w:t>
      </w:r>
      <w:proofErr w:type="spellStart"/>
      <w:r>
        <w:t>thu</w:t>
      </w:r>
      <w:proofErr w:type="spellEnd"/>
      <w:r>
        <w:t xml:space="preserve"> </w:t>
      </w:r>
      <w:proofErr w:type="spellStart"/>
      <w:r>
        <w:t>thënë</w:t>
      </w:r>
      <w:proofErr w:type="spellEnd"/>
      <w:r>
        <w:t xml:space="preserve"> </w:t>
      </w:r>
      <w:proofErr w:type="spellStart"/>
      <w:r>
        <w:t>thjesht</w:t>
      </w:r>
      <w:proofErr w:type="spellEnd"/>
      <w:r>
        <w:t xml:space="preserve">, </w:t>
      </w:r>
      <w:proofErr w:type="spellStart"/>
      <w:r>
        <w:t>thjesht</w:t>
      </w:r>
      <w:proofErr w:type="spellEnd"/>
      <w:r>
        <w:t xml:space="preserve"> </w:t>
      </w:r>
      <w:proofErr w:type="spellStart"/>
      <w:r>
        <w:t>kam</w:t>
      </w:r>
      <w:proofErr w:type="spellEnd"/>
      <w:r>
        <w:t xml:space="preserve"> </w:t>
      </w:r>
      <w:proofErr w:type="spellStart"/>
      <w:r>
        <w:t>marrë</w:t>
      </w:r>
      <w:proofErr w:type="spellEnd"/>
      <w:r>
        <w:t xml:space="preserve"> </w:t>
      </w:r>
      <w:proofErr w:type="spellStart"/>
      <w:r>
        <w:t>prej</w:t>
      </w:r>
      <w:proofErr w:type="spellEnd"/>
      <w:r>
        <w:t xml:space="preserve"> </w:t>
      </w:r>
      <w:proofErr w:type="spellStart"/>
      <w:r>
        <w:t>pa</w:t>
      </w:r>
      <w:proofErr w:type="spellEnd"/>
      <w:r>
        <w:t xml:space="preserve"> </w:t>
      </w:r>
      <w:proofErr w:type="spellStart"/>
      <w:r>
        <w:t>ministria</w:t>
      </w:r>
      <w:proofErr w:type="spellEnd"/>
      <w:r>
        <w:t xml:space="preserve">, </w:t>
      </w:r>
      <w:proofErr w:type="spellStart"/>
      <w:r>
        <w:t>ministria</w:t>
      </w:r>
      <w:proofErr w:type="spellEnd"/>
      <w:r>
        <w:t xml:space="preserve"> ka </w:t>
      </w:r>
      <w:proofErr w:type="spellStart"/>
      <w:r>
        <w:t>bërë</w:t>
      </w:r>
      <w:proofErr w:type="spellEnd"/>
      <w:r>
        <w:t xml:space="preserve"> </w:t>
      </w:r>
      <w:proofErr w:type="spellStart"/>
      <w:r>
        <w:t>grafik</w:t>
      </w:r>
      <w:proofErr w:type="spellEnd"/>
      <w:r>
        <w:t xml:space="preserve">. </w:t>
      </w:r>
      <w:proofErr w:type="spellStart"/>
      <w:r>
        <w:t>Absolutisht</w:t>
      </w:r>
      <w:proofErr w:type="spellEnd"/>
      <w:r>
        <w:t xml:space="preserve">. </w:t>
      </w:r>
      <w:proofErr w:type="spellStart"/>
      <w:r>
        <w:t>Absolutisht</w:t>
      </w:r>
      <w:proofErr w:type="spellEnd"/>
      <w:r>
        <w:t xml:space="preserve">. Po do </w:t>
      </w:r>
      <w:proofErr w:type="spellStart"/>
      <w:r>
        <w:t>kishit</w:t>
      </w:r>
      <w:proofErr w:type="spellEnd"/>
      <w:r>
        <w:t xml:space="preserve"> </w:t>
      </w:r>
      <w:proofErr w:type="spellStart"/>
      <w:r>
        <w:t>parë</w:t>
      </w:r>
      <w:proofErr w:type="spellEnd"/>
      <w:r>
        <w:t xml:space="preserve"> </w:t>
      </w:r>
      <w:proofErr w:type="spellStart"/>
      <w:r>
        <w:t>referencët</w:t>
      </w:r>
      <w:proofErr w:type="spellEnd"/>
      <w:r>
        <w:t xml:space="preserve"> para. </w:t>
      </w:r>
      <w:proofErr w:type="spellStart"/>
      <w:r>
        <w:t>Ministria</w:t>
      </w:r>
      <w:proofErr w:type="spellEnd"/>
      <w:r>
        <w:t xml:space="preserve"> ka </w:t>
      </w:r>
      <w:proofErr w:type="spellStart"/>
      <w:r>
        <w:t>një</w:t>
      </w:r>
      <w:proofErr w:type="spellEnd"/>
      <w:r>
        <w:t xml:space="preserve"> </w:t>
      </w:r>
      <w:proofErr w:type="spellStart"/>
      <w:r>
        <w:t>referencë</w:t>
      </w:r>
      <w:proofErr w:type="spellEnd"/>
      <w:r>
        <w:t xml:space="preserve"> </w:t>
      </w:r>
      <w:proofErr w:type="spellStart"/>
      <w:r>
        <w:t>dhe</w:t>
      </w:r>
      <w:proofErr w:type="spellEnd"/>
      <w:r>
        <w:t xml:space="preserve"> </w:t>
      </w:r>
      <w:proofErr w:type="spellStart"/>
      <w:r>
        <w:t>në</w:t>
      </w:r>
      <w:proofErr w:type="spellEnd"/>
      <w:r>
        <w:t xml:space="preserve"> </w:t>
      </w:r>
      <w:proofErr w:type="spellStart"/>
      <w:r>
        <w:t>momentin</w:t>
      </w:r>
      <w:proofErr w:type="spellEnd"/>
      <w:r>
        <w:t xml:space="preserve"> </w:t>
      </w:r>
      <w:proofErr w:type="spellStart"/>
      <w:r>
        <w:t>që</w:t>
      </w:r>
      <w:proofErr w:type="spellEnd"/>
      <w:r>
        <w:t xml:space="preserve"> </w:t>
      </w:r>
      <w:proofErr w:type="spellStart"/>
      <w:r>
        <w:t>një</w:t>
      </w:r>
      <w:proofErr w:type="spellEnd"/>
      <w:r>
        <w:t xml:space="preserve"> </w:t>
      </w:r>
      <w:proofErr w:type="spellStart"/>
      <w:r>
        <w:t>atë</w:t>
      </w:r>
      <w:proofErr w:type="spellEnd"/>
      <w:r>
        <w:t xml:space="preserve"> </w:t>
      </w:r>
      <w:proofErr w:type="spellStart"/>
      <w:r>
        <w:t>referencë</w:t>
      </w:r>
      <w:proofErr w:type="spellEnd"/>
      <w:r>
        <w:t xml:space="preserve"> </w:t>
      </w:r>
      <w:proofErr w:type="spellStart"/>
      <w:r>
        <w:t>unë</w:t>
      </w:r>
      <w:proofErr w:type="spellEnd"/>
      <w:r>
        <w:t xml:space="preserve"> ta </w:t>
      </w:r>
      <w:proofErr w:type="spellStart"/>
      <w:r>
        <w:t>kisha</w:t>
      </w:r>
      <w:proofErr w:type="spellEnd"/>
      <w:r>
        <w:t xml:space="preserve"> </w:t>
      </w:r>
      <w:proofErr w:type="spellStart"/>
      <w:r>
        <w:t>barabartë</w:t>
      </w:r>
      <w:proofErr w:type="spellEnd"/>
      <w:r>
        <w:t xml:space="preserve"> me </w:t>
      </w:r>
      <w:proofErr w:type="spellStart"/>
      <w:r>
        <w:t>bashkitë</w:t>
      </w:r>
      <w:proofErr w:type="spellEnd"/>
      <w:r>
        <w:t xml:space="preserve"> </w:t>
      </w:r>
      <w:proofErr w:type="spellStart"/>
      <w:r>
        <w:t>të</w:t>
      </w:r>
      <w:proofErr w:type="spellEnd"/>
      <w:r>
        <w:t xml:space="preserve"> </w:t>
      </w:r>
      <w:proofErr w:type="spellStart"/>
      <w:r>
        <w:t>nivelit</w:t>
      </w:r>
      <w:proofErr w:type="spellEnd"/>
      <w:r>
        <w:t xml:space="preserve"> </w:t>
      </w:r>
      <w:proofErr w:type="spellStart"/>
      <w:r>
        <w:t>si</w:t>
      </w:r>
      <w:proofErr w:type="spellEnd"/>
      <w:r>
        <w:t xml:space="preserve"> </w:t>
      </w:r>
      <w:proofErr w:type="spellStart"/>
      <w:r>
        <w:t>janë</w:t>
      </w:r>
      <w:proofErr w:type="spellEnd"/>
      <w:r>
        <w:t xml:space="preserve"> me </w:t>
      </w:r>
      <w:proofErr w:type="spellStart"/>
      <w:r>
        <w:t>numër</w:t>
      </w:r>
      <w:proofErr w:type="spellEnd"/>
      <w:r>
        <w:t xml:space="preserve"> </w:t>
      </w:r>
      <w:proofErr w:type="spellStart"/>
      <w:r>
        <w:t>popullsie</w:t>
      </w:r>
      <w:proofErr w:type="spellEnd"/>
      <w:r>
        <w:t xml:space="preserve">, me </w:t>
      </w:r>
      <w:proofErr w:type="spellStart"/>
      <w:r>
        <w:t>shtrirje</w:t>
      </w:r>
      <w:proofErr w:type="spellEnd"/>
      <w:r>
        <w:t xml:space="preserve"> </w:t>
      </w:r>
      <w:proofErr w:type="spellStart"/>
      <w:r>
        <w:t>gjeografike</w:t>
      </w:r>
      <w:proofErr w:type="spellEnd"/>
      <w:r>
        <w:t xml:space="preserve">, </w:t>
      </w:r>
      <w:proofErr w:type="spellStart"/>
      <w:r>
        <w:t>unë</w:t>
      </w:r>
      <w:proofErr w:type="spellEnd"/>
      <w:r>
        <w:t xml:space="preserve"> do </w:t>
      </w:r>
      <w:proofErr w:type="spellStart"/>
      <w:r>
        <w:t>të</w:t>
      </w:r>
      <w:proofErr w:type="spellEnd"/>
      <w:r>
        <w:t xml:space="preserve"> </w:t>
      </w:r>
      <w:proofErr w:type="spellStart"/>
      <w:r>
        <w:t>kisha</w:t>
      </w:r>
      <w:proofErr w:type="spellEnd"/>
      <w:r>
        <w:t xml:space="preserve"> 10 fish </w:t>
      </w:r>
      <w:proofErr w:type="spellStart"/>
      <w:r>
        <w:t>më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dhe</w:t>
      </w:r>
      <w:proofErr w:type="spellEnd"/>
      <w:r>
        <w:t xml:space="preserve"> 10 fish </w:t>
      </w:r>
      <w:proofErr w:type="spellStart"/>
      <w:r>
        <w:t>më</w:t>
      </w:r>
      <w:proofErr w:type="spellEnd"/>
      <w:r>
        <w:t xml:space="preserve"> </w:t>
      </w:r>
      <w:proofErr w:type="spellStart"/>
      <w:r>
        <w:t>shumë</w:t>
      </w:r>
      <w:proofErr w:type="spellEnd"/>
      <w:r>
        <w:t xml:space="preserve"> </w:t>
      </w:r>
      <w:proofErr w:type="spellStart"/>
      <w:r>
        <w:t>shërbime</w:t>
      </w:r>
      <w:proofErr w:type="spellEnd"/>
      <w:r>
        <w:t xml:space="preserve">. </w:t>
      </w:r>
      <w:proofErr w:type="spellStart"/>
      <w:r>
        <w:t>Dhe</w:t>
      </w:r>
      <w:proofErr w:type="spellEnd"/>
      <w:r>
        <w:t xml:space="preserve"> </w:t>
      </w:r>
      <w:proofErr w:type="spellStart"/>
      <w:r>
        <w:t>pra</w:t>
      </w:r>
      <w:proofErr w:type="spellEnd"/>
      <w:r>
        <w:t xml:space="preserve">, </w:t>
      </w:r>
      <w:proofErr w:type="spellStart"/>
      <w:r>
        <w:t>kur</w:t>
      </w:r>
      <w:proofErr w:type="spellEnd"/>
      <w:r>
        <w:t xml:space="preserve"> e.</w:t>
      </w:r>
    </w:p>
    <w:p w14:paraId="39B6B669" w14:textId="77777777" w:rsidR="009F6479" w:rsidRDefault="009F6479" w:rsidP="009F6479">
      <w:pPr>
        <w:rPr>
          <w:b/>
          <w:bCs/>
        </w:rPr>
      </w:pPr>
      <w:r>
        <w:rPr>
          <w:b/>
          <w:bCs/>
        </w:rPr>
        <w:t>Aulona Bylykbashi:</w:t>
      </w:r>
    </w:p>
    <w:p w14:paraId="6C318D22" w14:textId="77777777" w:rsidR="0010666C" w:rsidRDefault="0010666C" w:rsidP="0010666C">
      <w:r>
        <w:t xml:space="preserve">Po </w:t>
      </w:r>
      <w:proofErr w:type="spellStart"/>
      <w:r>
        <w:t>ju</w:t>
      </w:r>
      <w:proofErr w:type="spellEnd"/>
      <w:r>
        <w:t xml:space="preserve"> </w:t>
      </w:r>
      <w:proofErr w:type="spellStart"/>
      <w:r>
        <w:t>paragjykoj</w:t>
      </w:r>
      <w:proofErr w:type="spellEnd"/>
      <w:r>
        <w:t xml:space="preserve">, </w:t>
      </w:r>
      <w:proofErr w:type="spellStart"/>
      <w:r>
        <w:t>thjesht</w:t>
      </w:r>
      <w:proofErr w:type="spellEnd"/>
      <w:r>
        <w:t xml:space="preserve"> po </w:t>
      </w:r>
      <w:proofErr w:type="spellStart"/>
      <w:r>
        <w:t>ju</w:t>
      </w:r>
      <w:proofErr w:type="spellEnd"/>
      <w:r>
        <w:t xml:space="preserve"> </w:t>
      </w:r>
      <w:proofErr w:type="spellStart"/>
      <w:r>
        <w:t>pyes</w:t>
      </w:r>
      <w:proofErr w:type="spellEnd"/>
      <w:r>
        <w:t xml:space="preserve">: a </w:t>
      </w:r>
      <w:proofErr w:type="spellStart"/>
      <w:r>
        <w:t>jeni</w:t>
      </w:r>
      <w:proofErr w:type="spellEnd"/>
      <w:r>
        <w:t xml:space="preserve"> </w:t>
      </w:r>
      <w:proofErr w:type="spellStart"/>
      <w:r>
        <w:t>në</w:t>
      </w:r>
      <w:proofErr w:type="spellEnd"/>
      <w:r>
        <w:t xml:space="preserve"> </w:t>
      </w:r>
      <w:proofErr w:type="spellStart"/>
      <w:r>
        <w:t>gjendje</w:t>
      </w:r>
      <w:proofErr w:type="spellEnd"/>
      <w:r>
        <w:t>?</w:t>
      </w:r>
    </w:p>
    <w:p w14:paraId="1CB09473" w14:textId="77777777" w:rsidR="009F6479" w:rsidRDefault="009F6479" w:rsidP="009F6479">
      <w:r>
        <w:rPr>
          <w:b/>
        </w:rPr>
        <w:t>Hil Curri:</w:t>
      </w:r>
    </w:p>
    <w:p w14:paraId="0A603BC1" w14:textId="3F4EE124" w:rsidR="0010666C" w:rsidRDefault="0010666C" w:rsidP="0010666C">
      <w:r>
        <w:t xml:space="preserve">Po. Tashi </w:t>
      </w:r>
      <w:proofErr w:type="spellStart"/>
      <w:r>
        <w:t>sa</w:t>
      </w:r>
      <w:proofErr w:type="spellEnd"/>
      <w:r>
        <w:t xml:space="preserve"> </w:t>
      </w:r>
      <w:proofErr w:type="spellStart"/>
      <w:r>
        <w:t>sa</w:t>
      </w:r>
      <w:proofErr w:type="spellEnd"/>
      <w:r>
        <w:t xml:space="preserve"> </w:t>
      </w:r>
      <w:proofErr w:type="spellStart"/>
      <w:r>
        <w:t>më</w:t>
      </w:r>
      <w:proofErr w:type="spellEnd"/>
      <w:r>
        <w:t xml:space="preserve"> </w:t>
      </w:r>
      <w:proofErr w:type="spellStart"/>
      <w:r>
        <w:t>ke</w:t>
      </w:r>
      <w:proofErr w:type="spellEnd"/>
      <w:r>
        <w:t xml:space="preserve"> </w:t>
      </w:r>
      <w:proofErr w:type="spellStart"/>
      <w:r>
        <w:t>bërë</w:t>
      </w:r>
      <w:proofErr w:type="spellEnd"/>
      <w:r>
        <w:t xml:space="preserve"> </w:t>
      </w:r>
      <w:proofErr w:type="spellStart"/>
      <w:r>
        <w:t>pyetjen</w:t>
      </w:r>
      <w:proofErr w:type="spellEnd"/>
      <w:r>
        <w:t xml:space="preserve">, </w:t>
      </w:r>
      <w:proofErr w:type="spellStart"/>
      <w:r>
        <w:t>pyetjen</w:t>
      </w:r>
      <w:proofErr w:type="spellEnd"/>
      <w:r>
        <w:t xml:space="preserve"> </w:t>
      </w:r>
      <w:proofErr w:type="spellStart"/>
      <w:r>
        <w:t>si</w:t>
      </w:r>
      <w:proofErr w:type="spellEnd"/>
      <w:r>
        <w:t xml:space="preserve"> </w:t>
      </w:r>
      <w:proofErr w:type="spellStart"/>
      <w:r>
        <w:t>isha</w:t>
      </w:r>
      <w:proofErr w:type="spellEnd"/>
      <w:r>
        <w:t xml:space="preserve"> </w:t>
      </w:r>
      <w:proofErr w:type="spellStart"/>
      <w:r>
        <w:t>te</w:t>
      </w:r>
      <w:proofErr w:type="spellEnd"/>
      <w:r>
        <w:t xml:space="preserve"> e </w:t>
      </w:r>
      <w:proofErr w:type="spellStart"/>
      <w:r>
        <w:t>kërkuar</w:t>
      </w:r>
      <w:proofErr w:type="spellEnd"/>
      <w:r>
        <w:t xml:space="preserve"> </w:t>
      </w:r>
      <w:proofErr w:type="spellStart"/>
      <w:r>
        <w:t>që</w:t>
      </w:r>
      <w:proofErr w:type="spellEnd"/>
      <w:r>
        <w:t xml:space="preserve"> </w:t>
      </w:r>
      <w:proofErr w:type="spellStart"/>
      <w:r>
        <w:t>pyetje</w:t>
      </w:r>
      <w:proofErr w:type="spellEnd"/>
      <w:r>
        <w:t xml:space="preserve"> </w:t>
      </w:r>
      <w:proofErr w:type="spellStart"/>
      <w:r>
        <w:t>si</w:t>
      </w:r>
      <w:proofErr w:type="spellEnd"/>
      <w:r>
        <w:t xml:space="preserve"> </w:t>
      </w:r>
      <w:proofErr w:type="spellStart"/>
      <w:r>
        <w:t>të</w:t>
      </w:r>
      <w:proofErr w:type="spellEnd"/>
      <w:r>
        <w:t xml:space="preserve"> ma </w:t>
      </w:r>
      <w:proofErr w:type="spellStart"/>
      <w:r>
        <w:t>bëte</w:t>
      </w:r>
      <w:proofErr w:type="spellEnd"/>
      <w:r>
        <w:t xml:space="preserve"> </w:t>
      </w:r>
      <w:proofErr w:type="spellStart"/>
      <w:r>
        <w:t>një</w:t>
      </w:r>
      <w:proofErr w:type="spellEnd"/>
      <w:r>
        <w:t xml:space="preserve">, po </w:t>
      </w:r>
      <w:proofErr w:type="spellStart"/>
      <w:r>
        <w:t>faleminderit</w:t>
      </w:r>
      <w:proofErr w:type="spellEnd"/>
      <w:r>
        <w:t xml:space="preserve"> </w:t>
      </w:r>
      <w:proofErr w:type="spellStart"/>
      <w:r>
        <w:t>që</w:t>
      </w:r>
      <w:proofErr w:type="spellEnd"/>
      <w:r>
        <w:t xml:space="preserve"> ma </w:t>
      </w:r>
      <w:proofErr w:type="spellStart"/>
      <w:r>
        <w:t>bëne</w:t>
      </w:r>
      <w:proofErr w:type="spellEnd"/>
      <w:r>
        <w:t xml:space="preserve"> </w:t>
      </w:r>
      <w:proofErr w:type="spellStart"/>
      <w:r>
        <w:t>ti</w:t>
      </w:r>
      <w:proofErr w:type="spellEnd"/>
      <w:r>
        <w:t xml:space="preserve">. </w:t>
      </w:r>
      <w:proofErr w:type="spellStart"/>
      <w:r>
        <w:t>Në</w:t>
      </w:r>
      <w:proofErr w:type="spellEnd"/>
      <w:r>
        <w:t xml:space="preserve"> </w:t>
      </w:r>
      <w:proofErr w:type="spellStart"/>
      <w:r>
        <w:t>fillim</w:t>
      </w:r>
      <w:proofErr w:type="spellEnd"/>
      <w:r>
        <w:t xml:space="preserve"> </w:t>
      </w:r>
      <w:proofErr w:type="spellStart"/>
      <w:r>
        <w:t>unë</w:t>
      </w:r>
      <w:proofErr w:type="spellEnd"/>
      <w:r>
        <w:t xml:space="preserve"> </w:t>
      </w:r>
      <w:proofErr w:type="spellStart"/>
      <w:r>
        <w:t>kam</w:t>
      </w:r>
      <w:proofErr w:type="spellEnd"/>
      <w:r>
        <w:t xml:space="preserve"> </w:t>
      </w:r>
      <w:proofErr w:type="spellStart"/>
      <w:r>
        <w:t>marrë</w:t>
      </w:r>
      <w:proofErr w:type="spellEnd"/>
      <w:r>
        <w:t xml:space="preserve"> </w:t>
      </w:r>
      <w:proofErr w:type="spellStart"/>
      <w:r>
        <w:t>Bashkimin</w:t>
      </w:r>
      <w:proofErr w:type="spellEnd"/>
      <w:r>
        <w:t xml:space="preserve"> </w:t>
      </w:r>
      <w:proofErr w:type="spellStart"/>
      <w:r>
        <w:t>Europian</w:t>
      </w:r>
      <w:proofErr w:type="spellEnd"/>
      <w:r>
        <w:t xml:space="preserve">. </w:t>
      </w:r>
      <w:proofErr w:type="spellStart"/>
      <w:r>
        <w:t>Këtu</w:t>
      </w:r>
      <w:proofErr w:type="spellEnd"/>
      <w:r>
        <w:t xml:space="preserve"> do </w:t>
      </w:r>
      <w:proofErr w:type="spellStart"/>
      <w:r>
        <w:t>na</w:t>
      </w:r>
      <w:proofErr w:type="spellEnd"/>
      <w:r>
        <w:t xml:space="preserve"> </w:t>
      </w:r>
      <w:proofErr w:type="spellStart"/>
      <w:r>
        <w:t>më</w:t>
      </w:r>
      <w:proofErr w:type="spellEnd"/>
      <w:r>
        <w:t xml:space="preserve"> </w:t>
      </w:r>
      <w:proofErr w:type="spellStart"/>
      <w:r>
        <w:t>aderua</w:t>
      </w:r>
      <w:proofErr w:type="spellEnd"/>
      <w:r>
        <w:t xml:space="preserve">. </w:t>
      </w:r>
      <w:proofErr w:type="spellStart"/>
      <w:r>
        <w:t>Unë</w:t>
      </w:r>
      <w:proofErr w:type="spellEnd"/>
      <w:r>
        <w:t xml:space="preserve"> </w:t>
      </w:r>
      <w:proofErr w:type="spellStart"/>
      <w:r>
        <w:t>për</w:t>
      </w:r>
      <w:proofErr w:type="spellEnd"/>
      <w:r>
        <w:t xml:space="preserve"> </w:t>
      </w:r>
      <w:proofErr w:type="spellStart"/>
      <w:r>
        <w:t>shembull</w:t>
      </w:r>
      <w:proofErr w:type="spellEnd"/>
      <w:r>
        <w:t xml:space="preserve"> jam ë </w:t>
      </w:r>
      <w:proofErr w:type="spellStart"/>
      <w:r>
        <w:t>te</w:t>
      </w:r>
      <w:proofErr w:type="spellEnd"/>
      <w:r>
        <w:t xml:space="preserve"> </w:t>
      </w:r>
      <w:proofErr w:type="spellStart"/>
      <w:r>
        <w:t>pjesa</w:t>
      </w:r>
      <w:proofErr w:type="spellEnd"/>
      <w:r>
        <w:t xml:space="preserve"> e </w:t>
      </w:r>
      <w:proofErr w:type="spellStart"/>
      <w:r>
        <w:t>komunuelësit</w:t>
      </w:r>
      <w:proofErr w:type="spellEnd"/>
      <w:r>
        <w:t xml:space="preserve">, po </w:t>
      </w:r>
      <w:proofErr w:type="spellStart"/>
      <w:r>
        <w:t>në</w:t>
      </w:r>
      <w:proofErr w:type="spellEnd"/>
      <w:r>
        <w:t xml:space="preserve"> </w:t>
      </w:r>
      <w:proofErr w:type="spellStart"/>
      <w:r>
        <w:t>Bashkimin</w:t>
      </w:r>
      <w:proofErr w:type="spellEnd"/>
      <w:r>
        <w:t xml:space="preserve"> </w:t>
      </w:r>
      <w:proofErr w:type="spellStart"/>
      <w:r>
        <w:t>Europian</w:t>
      </w:r>
      <w:proofErr w:type="spellEnd"/>
      <w:r>
        <w:t xml:space="preserve"> </w:t>
      </w:r>
      <w:proofErr w:type="spellStart"/>
      <w:r>
        <w:t>jena</w:t>
      </w:r>
      <w:proofErr w:type="spellEnd"/>
      <w:r>
        <w:t xml:space="preserve"> </w:t>
      </w:r>
      <w:proofErr w:type="spellStart"/>
      <w:r>
        <w:t>pothuajse</w:t>
      </w:r>
      <w:proofErr w:type="spellEnd"/>
      <w:r>
        <w:t xml:space="preserve"> do </w:t>
      </w:r>
      <w:proofErr w:type="spellStart"/>
      <w:r>
        <w:t>t'i</w:t>
      </w:r>
      <w:proofErr w:type="spellEnd"/>
      <w:r>
        <w:t xml:space="preserve"> </w:t>
      </w:r>
      <w:proofErr w:type="spellStart"/>
      <w:r>
        <w:t>plotësojmë</w:t>
      </w:r>
      <w:proofErr w:type="spellEnd"/>
      <w:r>
        <w:t xml:space="preserve"> </w:t>
      </w:r>
      <w:proofErr w:type="spellStart"/>
      <w:r>
        <w:t>disa</w:t>
      </w:r>
      <w:proofErr w:type="spellEnd"/>
      <w:r>
        <w:t xml:space="preserve"> </w:t>
      </w:r>
      <w:proofErr w:type="spellStart"/>
      <w:r>
        <w:t>parametra</w:t>
      </w:r>
      <w:proofErr w:type="spellEnd"/>
      <w:r>
        <w:t xml:space="preserve">. </w:t>
      </w:r>
      <w:proofErr w:type="spellStart"/>
      <w:r>
        <w:t>Unë</w:t>
      </w:r>
      <w:proofErr w:type="spellEnd"/>
      <w:r>
        <w:t xml:space="preserve"> </w:t>
      </w:r>
      <w:proofErr w:type="spellStart"/>
      <w:r>
        <w:t>kam</w:t>
      </w:r>
      <w:proofErr w:type="spellEnd"/>
      <w:r>
        <w:t xml:space="preserve"> me </w:t>
      </w:r>
      <w:proofErr w:type="spellStart"/>
      <w:r>
        <w:t>mbalon</w:t>
      </w:r>
      <w:proofErr w:type="spellEnd"/>
      <w:r>
        <w:t xml:space="preserve"> </w:t>
      </w:r>
      <w:proofErr w:type="spellStart"/>
      <w:r>
        <w:t>dëshirën</w:t>
      </w:r>
      <w:proofErr w:type="spellEnd"/>
      <w:r>
        <w:t xml:space="preserve"> time </w:t>
      </w:r>
      <w:proofErr w:type="spellStart"/>
      <w:r>
        <w:t>unë</w:t>
      </w:r>
      <w:proofErr w:type="spellEnd"/>
      <w:r>
        <w:t xml:space="preserve"> </w:t>
      </w:r>
      <w:proofErr w:type="spellStart"/>
      <w:r>
        <w:t>mbaj</w:t>
      </w:r>
      <w:proofErr w:type="spellEnd"/>
      <w:r>
        <w:t xml:space="preserve"> </w:t>
      </w:r>
      <w:proofErr w:type="spellStart"/>
      <w:r>
        <w:t>bashki</w:t>
      </w:r>
      <w:proofErr w:type="spellEnd"/>
      <w:r>
        <w:t xml:space="preserve"> </w:t>
      </w:r>
      <w:proofErr w:type="spellStart"/>
      <w:r>
        <w:t>dhe</w:t>
      </w:r>
      <w:proofErr w:type="spellEnd"/>
      <w:r>
        <w:t xml:space="preserve"> 100 </w:t>
      </w:r>
      <w:proofErr w:type="spellStart"/>
      <w:r>
        <w:t>banorë</w:t>
      </w:r>
      <w:proofErr w:type="spellEnd"/>
      <w:r>
        <w:t xml:space="preserve"> me </w:t>
      </w:r>
      <w:proofErr w:type="spellStart"/>
      <w:r>
        <w:t>kryetar</w:t>
      </w:r>
      <w:proofErr w:type="spellEnd"/>
      <w:r>
        <w:t xml:space="preserve"> pa </w:t>
      </w:r>
      <w:proofErr w:type="spellStart"/>
      <w:r>
        <w:t>honorifik</w:t>
      </w:r>
      <w:proofErr w:type="spellEnd"/>
      <w:r>
        <w:t xml:space="preserve"> me </w:t>
      </w:r>
      <w:proofErr w:type="spellStart"/>
      <w:r>
        <w:t>kusht</w:t>
      </w:r>
      <w:proofErr w:type="spellEnd"/>
      <w:r>
        <w:t xml:space="preserve"> </w:t>
      </w:r>
      <w:proofErr w:type="spellStart"/>
      <w:r>
        <w:t>shputme</w:t>
      </w:r>
      <w:proofErr w:type="spellEnd"/>
      <w:r>
        <w:t xml:space="preserve"> apo </w:t>
      </w:r>
      <w:proofErr w:type="spellStart"/>
      <w:r>
        <w:t>edhe</w:t>
      </w:r>
      <w:proofErr w:type="spellEnd"/>
      <w:r>
        <w:t xml:space="preserve"> pa </w:t>
      </w:r>
      <w:proofErr w:type="spellStart"/>
      <w:r>
        <w:t>pagesë</w:t>
      </w:r>
      <w:proofErr w:type="spellEnd"/>
      <w:r>
        <w:t xml:space="preserve"> </w:t>
      </w:r>
      <w:proofErr w:type="spellStart"/>
      <w:r>
        <w:t>në</w:t>
      </w:r>
      <w:proofErr w:type="spellEnd"/>
      <w:r>
        <w:t xml:space="preserve"> </w:t>
      </w:r>
      <w:proofErr w:type="spellStart"/>
      <w:r>
        <w:t>mënyrë</w:t>
      </w:r>
      <w:proofErr w:type="spellEnd"/>
      <w:r>
        <w:t xml:space="preserve"> </w:t>
      </w:r>
      <w:proofErr w:type="spellStart"/>
      <w:r>
        <w:t>vullnetare</w:t>
      </w:r>
      <w:proofErr w:type="spellEnd"/>
      <w:r>
        <w:t xml:space="preserve">, e </w:t>
      </w:r>
      <w:proofErr w:type="spellStart"/>
      <w:r>
        <w:t>cila</w:t>
      </w:r>
      <w:proofErr w:type="spellEnd"/>
      <w:r>
        <w:t xml:space="preserve"> e </w:t>
      </w:r>
      <w:proofErr w:type="spellStart"/>
      <w:r>
        <w:t>cila</w:t>
      </w:r>
      <w:proofErr w:type="spellEnd"/>
      <w:r>
        <w:t xml:space="preserve"> ka </w:t>
      </w:r>
      <w:proofErr w:type="spellStart"/>
      <w:r>
        <w:t>dhënë</w:t>
      </w:r>
      <w:proofErr w:type="spellEnd"/>
      <w:r>
        <w:t xml:space="preserve"> </w:t>
      </w:r>
      <w:proofErr w:type="spellStart"/>
      <w:r>
        <w:t>rezultat</w:t>
      </w:r>
      <w:proofErr w:type="spellEnd"/>
      <w:r>
        <w:t xml:space="preserve"> </w:t>
      </w:r>
      <w:proofErr w:type="spellStart"/>
      <w:r>
        <w:t>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shtetet</w:t>
      </w:r>
      <w:proofErr w:type="spellEnd"/>
      <w:r>
        <w:t xml:space="preserve"> e </w:t>
      </w:r>
      <w:proofErr w:type="spellStart"/>
      <w:r>
        <w:t>Bashkimit</w:t>
      </w:r>
      <w:proofErr w:type="spellEnd"/>
      <w:r>
        <w:t xml:space="preserve"> </w:t>
      </w:r>
      <w:proofErr w:type="spellStart"/>
      <w:r>
        <w:t>Europian</w:t>
      </w:r>
      <w:proofErr w:type="spellEnd"/>
      <w:r>
        <w:t xml:space="preserve">. </w:t>
      </w:r>
      <w:proofErr w:type="spellStart"/>
      <w:r>
        <w:t>Unë</w:t>
      </w:r>
      <w:proofErr w:type="spellEnd"/>
      <w:r>
        <w:t xml:space="preserve"> jam </w:t>
      </w:r>
      <w:proofErr w:type="spellStart"/>
      <w:r>
        <w:t>shumë</w:t>
      </w:r>
      <w:proofErr w:type="spellEnd"/>
      <w:r>
        <w:t xml:space="preserve"> </w:t>
      </w:r>
      <w:proofErr w:type="spellStart"/>
      <w:r>
        <w:t>i</w:t>
      </w:r>
      <w:proofErr w:type="spellEnd"/>
      <w:r>
        <w:t xml:space="preserve"> </w:t>
      </w:r>
      <w:proofErr w:type="spellStart"/>
      <w:r>
        <w:t>saktë</w:t>
      </w:r>
      <w:proofErr w:type="spellEnd"/>
      <w:r>
        <w:t xml:space="preserve"> </w:t>
      </w:r>
      <w:proofErr w:type="spellStart"/>
      <w:r>
        <w:t>në</w:t>
      </w:r>
      <w:proofErr w:type="spellEnd"/>
      <w:r>
        <w:t xml:space="preserve"> </w:t>
      </w:r>
      <w:proofErr w:type="spellStart"/>
      <w:r>
        <w:t>këtë</w:t>
      </w:r>
      <w:proofErr w:type="spellEnd"/>
      <w:r>
        <w:t xml:space="preserve"> </w:t>
      </w:r>
      <w:proofErr w:type="spellStart"/>
      <w:r>
        <w:t>dhe</w:t>
      </w:r>
      <w:proofErr w:type="spellEnd"/>
      <w:r>
        <w:t xml:space="preserve"> </w:t>
      </w:r>
      <w:proofErr w:type="spellStart"/>
      <w:r>
        <w:t>i</w:t>
      </w:r>
      <w:proofErr w:type="spellEnd"/>
      <w:r>
        <w:t xml:space="preserve"> </w:t>
      </w:r>
      <w:proofErr w:type="spellStart"/>
      <w:r>
        <w:t>kam</w:t>
      </w:r>
      <w:proofErr w:type="spellEnd"/>
      <w:r>
        <w:t xml:space="preserve"> </w:t>
      </w:r>
      <w:proofErr w:type="spellStart"/>
      <w:r>
        <w:t>statistikat</w:t>
      </w:r>
      <w:proofErr w:type="spellEnd"/>
      <w:r>
        <w:t xml:space="preserve">. Mas </w:t>
      </w:r>
      <w:proofErr w:type="spellStart"/>
      <w:r>
        <w:t>një</w:t>
      </w:r>
      <w:proofErr w:type="spellEnd"/>
      <w:r>
        <w:t xml:space="preserve"> </w:t>
      </w:r>
      <w:proofErr w:type="spellStart"/>
      <w:r>
        <w:t>gjest</w:t>
      </w:r>
      <w:proofErr w:type="spellEnd"/>
      <w:r>
        <w:t xml:space="preserve"> </w:t>
      </w:r>
      <w:proofErr w:type="spellStart"/>
      <w:r>
        <w:t>t'i</w:t>
      </w:r>
      <w:proofErr w:type="spellEnd"/>
      <w:r>
        <w:t xml:space="preserve"> </w:t>
      </w:r>
      <w:proofErr w:type="spellStart"/>
      <w:r>
        <w:t>vë</w:t>
      </w:r>
      <w:proofErr w:type="spellEnd"/>
      <w:r>
        <w:t xml:space="preserve"> </w:t>
      </w:r>
      <w:proofErr w:type="spellStart"/>
      <w:r>
        <w:t>në</w:t>
      </w:r>
      <w:proofErr w:type="spellEnd"/>
      <w:r>
        <w:t xml:space="preserve"> </w:t>
      </w:r>
      <w:proofErr w:type="spellStart"/>
      <w:r>
        <w:t>dispozicion</w:t>
      </w:r>
      <w:proofErr w:type="spellEnd"/>
      <w:r>
        <w:t xml:space="preserve">. </w:t>
      </w:r>
      <w:proofErr w:type="spellStart"/>
      <w:r>
        <w:t>Pra</w:t>
      </w:r>
      <w:proofErr w:type="spellEnd"/>
      <w:r>
        <w:t xml:space="preserve">, </w:t>
      </w:r>
      <w:proofErr w:type="spellStart"/>
      <w:r>
        <w:t>këto</w:t>
      </w:r>
      <w:proofErr w:type="spellEnd"/>
      <w:r>
        <w:t xml:space="preserve"> </w:t>
      </w:r>
      <w:proofErr w:type="spellStart"/>
      <w:r>
        <w:t>bashki</w:t>
      </w:r>
      <w:proofErr w:type="spellEnd"/>
      <w:r>
        <w:t xml:space="preserve"> </w:t>
      </w:r>
      <w:proofErr w:type="spellStart"/>
      <w:r>
        <w:t>që</w:t>
      </w:r>
      <w:proofErr w:type="spellEnd"/>
      <w:r>
        <w:t xml:space="preserve"> </w:t>
      </w:r>
      <w:proofErr w:type="spellStart"/>
      <w:r>
        <w:t>unë</w:t>
      </w:r>
      <w:proofErr w:type="spellEnd"/>
      <w:r>
        <w:t xml:space="preserve"> </w:t>
      </w:r>
      <w:proofErr w:type="spellStart"/>
      <w:r>
        <w:t>mendoj</w:t>
      </w:r>
      <w:proofErr w:type="spellEnd"/>
      <w:r>
        <w:t xml:space="preserve"> po </w:t>
      </w:r>
      <w:proofErr w:type="spellStart"/>
      <w:r>
        <w:t>buxheti</w:t>
      </w:r>
      <w:proofErr w:type="spellEnd"/>
      <w:r>
        <w:t xml:space="preserve"> </w:t>
      </w:r>
      <w:proofErr w:type="spellStart"/>
      <w:r>
        <w:t>i</w:t>
      </w:r>
      <w:proofErr w:type="spellEnd"/>
      <w:r>
        <w:t xml:space="preserve"> </w:t>
      </w:r>
      <w:proofErr w:type="spellStart"/>
      <w:r>
        <w:t>shtetit</w:t>
      </w:r>
      <w:proofErr w:type="spellEnd"/>
      <w:r>
        <w:t xml:space="preserve"> </w:t>
      </w:r>
      <w:proofErr w:type="spellStart"/>
      <w:r>
        <w:t>shqiptar</w:t>
      </w:r>
      <w:proofErr w:type="spellEnd"/>
      <w:r>
        <w:t xml:space="preserve"> </w:t>
      </w:r>
      <w:proofErr w:type="spellStart"/>
      <w:r>
        <w:t>nuk</w:t>
      </w:r>
      <w:proofErr w:type="spellEnd"/>
      <w:r>
        <w:t xml:space="preserve"> ja </w:t>
      </w:r>
      <w:proofErr w:type="spellStart"/>
      <w:r>
        <w:t>favorizon</w:t>
      </w:r>
      <w:proofErr w:type="spellEnd"/>
      <w:r>
        <w:t xml:space="preserve">. </w:t>
      </w:r>
      <w:proofErr w:type="spellStart"/>
      <w:r>
        <w:t>Unë</w:t>
      </w:r>
      <w:proofErr w:type="spellEnd"/>
      <w:r>
        <w:t xml:space="preserve"> </w:t>
      </w:r>
      <w:proofErr w:type="spellStart"/>
      <w:r>
        <w:t>nuk</w:t>
      </w:r>
      <w:proofErr w:type="spellEnd"/>
      <w:r>
        <w:t xml:space="preserve"> </w:t>
      </w:r>
      <w:proofErr w:type="spellStart"/>
      <w:r>
        <w:t>mund</w:t>
      </w:r>
      <w:proofErr w:type="spellEnd"/>
      <w:r>
        <w:t xml:space="preserve"> </w:t>
      </w:r>
      <w:proofErr w:type="spellStart"/>
      <w:r>
        <w:t>të</w:t>
      </w:r>
      <w:proofErr w:type="spellEnd"/>
      <w:r>
        <w:t xml:space="preserve"> them sot </w:t>
      </w:r>
      <w:proofErr w:type="spellStart"/>
      <w:r>
        <w:t>si</w:t>
      </w:r>
      <w:proofErr w:type="spellEnd"/>
      <w:r>
        <w:t xml:space="preserve"> </w:t>
      </w:r>
      <w:proofErr w:type="spellStart"/>
      <w:r>
        <w:t>ndaje</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Arsit</w:t>
      </w:r>
      <w:proofErr w:type="spellEnd"/>
      <w:r>
        <w:t xml:space="preserve"> se e </w:t>
      </w:r>
      <w:proofErr w:type="spellStart"/>
      <w:r>
        <w:t>ke</w:t>
      </w:r>
      <w:proofErr w:type="spellEnd"/>
      <w:r>
        <w:t xml:space="preserve"> </w:t>
      </w:r>
      <w:proofErr w:type="spellStart"/>
      <w:r>
        <w:t>pasur</w:t>
      </w:r>
      <w:proofErr w:type="spellEnd"/>
      <w:r>
        <w:t xml:space="preserve"> </w:t>
      </w:r>
      <w:proofErr w:type="spellStart"/>
      <w:r>
        <w:t>ti</w:t>
      </w:r>
      <w:proofErr w:type="spellEnd"/>
      <w:r>
        <w:t xml:space="preserve"> </w:t>
      </w:r>
      <w:proofErr w:type="spellStart"/>
      <w:r>
        <w:t>në</w:t>
      </w:r>
      <w:proofErr w:type="spellEnd"/>
      <w:r>
        <w:t xml:space="preserve"> </w:t>
      </w:r>
      <w:proofErr w:type="spellStart"/>
      <w:r>
        <w:t>pesë</w:t>
      </w:r>
      <w:proofErr w:type="spellEnd"/>
      <w:r>
        <w:t xml:space="preserve"> </w:t>
      </w:r>
      <w:proofErr w:type="spellStart"/>
      <w:r>
        <w:t>njësi</w:t>
      </w:r>
      <w:proofErr w:type="spellEnd"/>
      <w:r>
        <w:t xml:space="preserve">. Nuk </w:t>
      </w:r>
      <w:proofErr w:type="spellStart"/>
      <w:r>
        <w:t>mund</w:t>
      </w:r>
      <w:proofErr w:type="spellEnd"/>
      <w:r>
        <w:t xml:space="preserve"> </w:t>
      </w:r>
      <w:proofErr w:type="spellStart"/>
      <w:r>
        <w:t>të</w:t>
      </w:r>
      <w:proofErr w:type="spellEnd"/>
      <w:r>
        <w:t xml:space="preserve"> </w:t>
      </w:r>
      <w:proofErr w:type="spellStart"/>
      <w:r>
        <w:t>tha</w:t>
      </w:r>
      <w:proofErr w:type="spellEnd"/>
      <w:r>
        <w:t xml:space="preserve"> </w:t>
      </w:r>
      <w:proofErr w:type="spellStart"/>
      <w:r>
        <w:t>nuk</w:t>
      </w:r>
      <w:proofErr w:type="spellEnd"/>
      <w:r>
        <w:t xml:space="preserve"> ta them sot, po </w:t>
      </w:r>
      <w:proofErr w:type="spellStart"/>
      <w:r>
        <w:t>unë</w:t>
      </w:r>
      <w:proofErr w:type="spellEnd"/>
      <w:r>
        <w:t xml:space="preserve"> them me </w:t>
      </w:r>
      <w:proofErr w:type="spellStart"/>
      <w:r>
        <w:t>bindje</w:t>
      </w:r>
      <w:proofErr w:type="spellEnd"/>
      <w:r>
        <w:t xml:space="preserve"> </w:t>
      </w:r>
      <w:proofErr w:type="spellStart"/>
      <w:r>
        <w:t>të</w:t>
      </w:r>
      <w:proofErr w:type="spellEnd"/>
      <w:r>
        <w:t xml:space="preserve"> </w:t>
      </w:r>
      <w:proofErr w:type="spellStart"/>
      <w:r>
        <w:t>plotë</w:t>
      </w:r>
      <w:proofErr w:type="spellEnd"/>
      <w:r>
        <w:t xml:space="preserve"> se </w:t>
      </w:r>
      <w:proofErr w:type="spellStart"/>
      <w:r>
        <w:t>bashki</w:t>
      </w:r>
      <w:proofErr w:type="spellEnd"/>
      <w:r>
        <w:t xml:space="preserve"> se </w:t>
      </w:r>
      <w:proofErr w:type="spellStart"/>
      <w:r>
        <w:t>qarku</w:t>
      </w:r>
      <w:proofErr w:type="spellEnd"/>
      <w:r>
        <w:t xml:space="preserve"> </w:t>
      </w:r>
      <w:proofErr w:type="spellStart"/>
      <w:r>
        <w:t>i</w:t>
      </w:r>
      <w:proofErr w:type="spellEnd"/>
      <w:r>
        <w:t xml:space="preserve"> </w:t>
      </w:r>
      <w:proofErr w:type="spellStart"/>
      <w:r>
        <w:t>Shkodrës</w:t>
      </w:r>
      <w:proofErr w:type="spellEnd"/>
      <w:r>
        <w:t xml:space="preserve"> </w:t>
      </w:r>
      <w:proofErr w:type="spellStart"/>
      <w:r>
        <w:t>mund</w:t>
      </w:r>
      <w:proofErr w:type="spellEnd"/>
      <w:r>
        <w:t xml:space="preserve"> </w:t>
      </w:r>
      <w:proofErr w:type="spellStart"/>
      <w:r>
        <w:t>të</w:t>
      </w:r>
      <w:proofErr w:type="spellEnd"/>
      <w:r>
        <w:t xml:space="preserve"> </w:t>
      </w:r>
      <w:proofErr w:type="spellStart"/>
      <w:r>
        <w:t>ketë</w:t>
      </w:r>
      <w:proofErr w:type="spellEnd"/>
      <w:r>
        <w:t xml:space="preserve"> </w:t>
      </w:r>
      <w:proofErr w:type="spellStart"/>
      <w:r>
        <w:lastRenderedPageBreak/>
        <w:t>kapacitete</w:t>
      </w:r>
      <w:proofErr w:type="spellEnd"/>
      <w:r>
        <w:t xml:space="preserve"> </w:t>
      </w:r>
      <w:proofErr w:type="spellStart"/>
      <w:r>
        <w:t>për</w:t>
      </w:r>
      <w:proofErr w:type="spellEnd"/>
      <w:r>
        <w:t xml:space="preserve"> </w:t>
      </w:r>
      <w:proofErr w:type="spellStart"/>
      <w:r>
        <w:t>shtatë</w:t>
      </w:r>
      <w:proofErr w:type="spellEnd"/>
      <w:r>
        <w:t xml:space="preserve"> </w:t>
      </w:r>
      <w:proofErr w:type="spellStart"/>
      <w:r>
        <w:t>bashki</w:t>
      </w:r>
      <w:proofErr w:type="spellEnd"/>
      <w:r>
        <w:t xml:space="preserve">, </w:t>
      </w:r>
      <w:proofErr w:type="spellStart"/>
      <w:r>
        <w:t>tetë</w:t>
      </w:r>
      <w:proofErr w:type="spellEnd"/>
      <w:r>
        <w:t xml:space="preserve"> </w:t>
      </w:r>
      <w:proofErr w:type="spellStart"/>
      <w:r>
        <w:t>bashki</w:t>
      </w:r>
      <w:proofErr w:type="spellEnd"/>
      <w:r>
        <w:t xml:space="preserve"> </w:t>
      </w:r>
      <w:proofErr w:type="spellStart"/>
      <w:r>
        <w:t>dhe</w:t>
      </w:r>
      <w:proofErr w:type="spellEnd"/>
      <w:r>
        <w:t xml:space="preserve"> </w:t>
      </w:r>
      <w:proofErr w:type="spellStart"/>
      <w:r>
        <w:t>nëntë</w:t>
      </w:r>
      <w:proofErr w:type="spellEnd"/>
      <w:r>
        <w:t xml:space="preserve"> </w:t>
      </w:r>
      <w:proofErr w:type="spellStart"/>
      <w:r>
        <w:t>bashki</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edhe</w:t>
      </w:r>
      <w:proofErr w:type="spellEnd"/>
      <w:r>
        <w:t xml:space="preserve"> Bashkia e </w:t>
      </w:r>
      <w:proofErr w:type="spellStart"/>
      <w:r>
        <w:t>Fushë</w:t>
      </w:r>
      <w:proofErr w:type="spellEnd"/>
      <w:r>
        <w:t xml:space="preserve"> </w:t>
      </w:r>
      <w:proofErr w:type="spellStart"/>
      <w:r>
        <w:t>Arsit</w:t>
      </w:r>
      <w:proofErr w:type="spellEnd"/>
      <w:r>
        <w:t xml:space="preserve"> </w:t>
      </w:r>
      <w:proofErr w:type="spellStart"/>
      <w:r>
        <w:t>në</w:t>
      </w:r>
      <w:proofErr w:type="spellEnd"/>
      <w:r>
        <w:t xml:space="preserve"> </w:t>
      </w:r>
      <w:proofErr w:type="spellStart"/>
      <w:r>
        <w:t>qoftë</w:t>
      </w:r>
      <w:proofErr w:type="spellEnd"/>
      <w:r>
        <w:t xml:space="preserve"> se do </w:t>
      </w:r>
      <w:proofErr w:type="spellStart"/>
      <w:r>
        <w:t>vijë</w:t>
      </w:r>
      <w:proofErr w:type="spellEnd"/>
      <w:r>
        <w:t xml:space="preserve"> </w:t>
      </w:r>
      <w:proofErr w:type="spellStart"/>
      <w:r>
        <w:t>një</w:t>
      </w:r>
      <w:proofErr w:type="spellEnd"/>
      <w:r>
        <w:t xml:space="preserve"> ë me </w:t>
      </w:r>
      <w:proofErr w:type="spellStart"/>
      <w:r>
        <w:t>këto</w:t>
      </w:r>
      <w:proofErr w:type="spellEnd"/>
      <w:r>
        <w:t xml:space="preserve"> </w:t>
      </w:r>
      <w:proofErr w:type="spellStart"/>
      <w:r>
        <w:t>resurse</w:t>
      </w:r>
      <w:proofErr w:type="spellEnd"/>
      <w:r>
        <w:t xml:space="preserve"> </w:t>
      </w:r>
      <w:proofErr w:type="spellStart"/>
      <w:r>
        <w:t>që</w:t>
      </w:r>
      <w:proofErr w:type="spellEnd"/>
      <w:r>
        <w:t xml:space="preserve"> ka do </w:t>
      </w:r>
      <w:proofErr w:type="spellStart"/>
      <w:r>
        <w:t>të</w:t>
      </w:r>
      <w:proofErr w:type="spellEnd"/>
      <w:r>
        <w:t xml:space="preserve"> </w:t>
      </w:r>
      <w:proofErr w:type="spellStart"/>
      <w:r>
        <w:t>jetë</w:t>
      </w:r>
      <w:proofErr w:type="spellEnd"/>
      <w:r>
        <w:t xml:space="preserve"> </w:t>
      </w:r>
      <w:proofErr w:type="spellStart"/>
      <w:r>
        <w:t>nesër</w:t>
      </w:r>
      <w:proofErr w:type="spellEnd"/>
      <w:r>
        <w:t xml:space="preserve"> </w:t>
      </w:r>
      <w:proofErr w:type="spellStart"/>
      <w:r>
        <w:t>pasnesër</w:t>
      </w:r>
      <w:proofErr w:type="spellEnd"/>
      <w:r>
        <w:t xml:space="preserve"> </w:t>
      </w:r>
      <w:proofErr w:type="spellStart"/>
      <w:r>
        <w:t>unë</w:t>
      </w:r>
      <w:proofErr w:type="spellEnd"/>
      <w:r>
        <w:t xml:space="preserve"> me </w:t>
      </w:r>
      <w:proofErr w:type="gramStart"/>
      <w:r>
        <w:t>pas</w:t>
      </w:r>
      <w:proofErr w:type="gramEnd"/>
      <w:r>
        <w:t xml:space="preserve"> referendum </w:t>
      </w:r>
      <w:proofErr w:type="spellStart"/>
      <w:r>
        <w:t>kërkoj</w:t>
      </w:r>
      <w:proofErr w:type="spellEnd"/>
      <w:r>
        <w:t xml:space="preserve"> </w:t>
      </w:r>
      <w:proofErr w:type="spellStart"/>
      <w:r>
        <w:t>edhe</w:t>
      </w:r>
      <w:proofErr w:type="spellEnd"/>
      <w:r>
        <w:t xml:space="preserve"> me </w:t>
      </w:r>
      <w:proofErr w:type="spellStart"/>
      <w:r>
        <w:t>dalë</w:t>
      </w:r>
      <w:proofErr w:type="spellEnd"/>
      <w:r>
        <w:t xml:space="preserve"> </w:t>
      </w:r>
      <w:proofErr w:type="spellStart"/>
      <w:r>
        <w:t>provincën</w:t>
      </w:r>
      <w:proofErr w:type="spellEnd"/>
      <w:r>
        <w:t xml:space="preserve"> </w:t>
      </w:r>
      <w:proofErr w:type="spellStart"/>
      <w:r>
        <w:t>vetë</w:t>
      </w:r>
      <w:proofErr w:type="spellEnd"/>
      <w:r>
        <w:t xml:space="preserve"> </w:t>
      </w:r>
      <w:proofErr w:type="spellStart"/>
      <w:r>
        <w:t>mbrena</w:t>
      </w:r>
      <w:proofErr w:type="spellEnd"/>
      <w:r>
        <w:t xml:space="preserve"> </w:t>
      </w:r>
      <w:proofErr w:type="spellStart"/>
      <w:r>
        <w:t>përmbrena</w:t>
      </w:r>
      <w:proofErr w:type="spellEnd"/>
      <w:r>
        <w:t xml:space="preserve"> </w:t>
      </w:r>
      <w:proofErr w:type="spellStart"/>
      <w:r>
        <w:t>shtetit</w:t>
      </w:r>
      <w:proofErr w:type="spellEnd"/>
      <w:r>
        <w:t xml:space="preserve"> </w:t>
      </w:r>
      <w:proofErr w:type="spellStart"/>
      <w:r>
        <w:t>shqiptar</w:t>
      </w:r>
      <w:proofErr w:type="spellEnd"/>
      <w:r>
        <w:t xml:space="preserve">. </w:t>
      </w:r>
      <w:proofErr w:type="spellStart"/>
      <w:r>
        <w:t>Absolutisht</w:t>
      </w:r>
      <w:proofErr w:type="spellEnd"/>
      <w:r>
        <w:t xml:space="preserve">. </w:t>
      </w:r>
      <w:proofErr w:type="spellStart"/>
      <w:r>
        <w:t>Kjo</w:t>
      </w:r>
      <w:proofErr w:type="spellEnd"/>
      <w:r>
        <w:t xml:space="preserve"> </w:t>
      </w:r>
      <w:proofErr w:type="spellStart"/>
      <w:r>
        <w:t>është</w:t>
      </w:r>
      <w:proofErr w:type="spellEnd"/>
      <w:r>
        <w:t xml:space="preserve"> e </w:t>
      </w:r>
      <w:proofErr w:type="spellStart"/>
      <w:r>
        <w:t>drejta</w:t>
      </w:r>
      <w:proofErr w:type="spellEnd"/>
      <w:r>
        <w:t xml:space="preserve"> e.</w:t>
      </w:r>
    </w:p>
    <w:p w14:paraId="202E3867" w14:textId="77777777" w:rsidR="00A4732B" w:rsidRDefault="00A4732B" w:rsidP="00A4732B">
      <w:pPr>
        <w:rPr>
          <w:b/>
          <w:bCs/>
        </w:rPr>
      </w:pPr>
      <w:r>
        <w:rPr>
          <w:b/>
          <w:bCs/>
        </w:rPr>
        <w:t>Aulona Bylykbashi:</w:t>
      </w:r>
    </w:p>
    <w:p w14:paraId="601B8472" w14:textId="77777777" w:rsidR="0010666C" w:rsidRDefault="0010666C" w:rsidP="0010666C">
      <w:r>
        <w:t xml:space="preserve">A </w:t>
      </w:r>
      <w:proofErr w:type="spellStart"/>
      <w:r>
        <w:t>është</w:t>
      </w:r>
      <w:proofErr w:type="spellEnd"/>
      <w:r>
        <w:t xml:space="preserve"> </w:t>
      </w:r>
      <w:proofErr w:type="spellStart"/>
      <w:r>
        <w:t>më</w:t>
      </w:r>
      <w:proofErr w:type="spellEnd"/>
      <w:r>
        <w:t xml:space="preserve"> </w:t>
      </w:r>
      <w:proofErr w:type="spellStart"/>
      <w:r>
        <w:t>mirë</w:t>
      </w:r>
      <w:proofErr w:type="spellEnd"/>
      <w:r>
        <w:t xml:space="preserve"> pas </w:t>
      </w:r>
      <w:proofErr w:type="spellStart"/>
      <w:r>
        <w:t>reformës</w:t>
      </w:r>
      <w:proofErr w:type="spellEnd"/>
      <w:r>
        <w:t xml:space="preserve"> 2019?</w:t>
      </w:r>
    </w:p>
    <w:p w14:paraId="5A4BE9C4" w14:textId="77777777" w:rsidR="00A4732B" w:rsidRDefault="00A4732B" w:rsidP="00A4732B">
      <w:r>
        <w:rPr>
          <w:b/>
        </w:rPr>
        <w:t>Hil Curri:</w:t>
      </w:r>
    </w:p>
    <w:p w14:paraId="2898E51F" w14:textId="77777777" w:rsidR="0010666C" w:rsidRDefault="0010666C" w:rsidP="0010666C">
      <w:r>
        <w:t xml:space="preserve">Nuk </w:t>
      </w:r>
      <w:proofErr w:type="spellStart"/>
      <w:r>
        <w:t>ke</w:t>
      </w:r>
      <w:proofErr w:type="spellEnd"/>
      <w:r>
        <w:t xml:space="preserve"> </w:t>
      </w:r>
      <w:proofErr w:type="spellStart"/>
      <w:r>
        <w:t>nuk</w:t>
      </w:r>
      <w:proofErr w:type="spellEnd"/>
      <w:r>
        <w:t xml:space="preserve"> ma </w:t>
      </w:r>
      <w:proofErr w:type="spellStart"/>
      <w:r>
        <w:t>nuk</w:t>
      </w:r>
      <w:proofErr w:type="spellEnd"/>
      <w:r>
        <w:t xml:space="preserve"> ma ka </w:t>
      </w:r>
      <w:proofErr w:type="spellStart"/>
      <w:r>
        <w:t>bërë</w:t>
      </w:r>
      <w:proofErr w:type="spellEnd"/>
      <w:r>
        <w:t xml:space="preserve"> </w:t>
      </w:r>
      <w:proofErr w:type="spellStart"/>
      <w:r>
        <w:t>këtë</w:t>
      </w:r>
      <w:proofErr w:type="spellEnd"/>
      <w:r>
        <w:t xml:space="preserve"> </w:t>
      </w:r>
      <w:proofErr w:type="spellStart"/>
      <w:r>
        <w:t>pyetje</w:t>
      </w:r>
      <w:proofErr w:type="spellEnd"/>
      <w:r>
        <w:t xml:space="preserve"> </w:t>
      </w:r>
      <w:proofErr w:type="spellStart"/>
      <w:r>
        <w:t>për</w:t>
      </w:r>
      <w:proofErr w:type="spellEnd"/>
      <w:r>
        <w:t xml:space="preserve"> </w:t>
      </w:r>
      <w:proofErr w:type="spellStart"/>
      <w:r>
        <w:t>për</w:t>
      </w:r>
      <w:proofErr w:type="spellEnd"/>
      <w:r>
        <w:t xml:space="preserve"> 2015-ën, po </w:t>
      </w:r>
      <w:proofErr w:type="spellStart"/>
      <w:r>
        <w:t>kjo</w:t>
      </w:r>
      <w:proofErr w:type="spellEnd"/>
      <w:r>
        <w:t xml:space="preserve"> </w:t>
      </w:r>
      <w:proofErr w:type="spellStart"/>
      <w:r>
        <w:t>reforma</w:t>
      </w:r>
      <w:proofErr w:type="spellEnd"/>
      <w:r>
        <w:t xml:space="preserve"> 2015 </w:t>
      </w:r>
      <w:proofErr w:type="spellStart"/>
      <w:r>
        <w:t>nuk</w:t>
      </w:r>
      <w:proofErr w:type="spellEnd"/>
      <w:r>
        <w:t xml:space="preserve"> </w:t>
      </w:r>
      <w:proofErr w:type="spellStart"/>
      <w:r>
        <w:t>ngjan</w:t>
      </w:r>
      <w:proofErr w:type="spellEnd"/>
      <w:r>
        <w:t xml:space="preserve"> me </w:t>
      </w:r>
      <w:proofErr w:type="spellStart"/>
      <w:r>
        <w:t>këto</w:t>
      </w:r>
      <w:proofErr w:type="spellEnd"/>
      <w:r>
        <w:t xml:space="preserve"> </w:t>
      </w:r>
      <w:proofErr w:type="spellStart"/>
      <w:r>
        <w:t>të</w:t>
      </w:r>
      <w:proofErr w:type="spellEnd"/>
      <w:r>
        <w:t xml:space="preserve"> </w:t>
      </w:r>
      <w:proofErr w:type="spellStart"/>
      <w:r>
        <w:t>Bashkimit</w:t>
      </w:r>
      <w:proofErr w:type="spellEnd"/>
      <w:r>
        <w:t xml:space="preserve"> </w:t>
      </w:r>
      <w:proofErr w:type="spellStart"/>
      <w:r>
        <w:t>Europian</w:t>
      </w:r>
      <w:proofErr w:type="spellEnd"/>
      <w:r>
        <w:t xml:space="preserve">. Nuk </w:t>
      </w:r>
      <w:proofErr w:type="spellStart"/>
      <w:r>
        <w:t>të</w:t>
      </w:r>
      <w:proofErr w:type="spellEnd"/>
      <w:r>
        <w:t xml:space="preserve"> </w:t>
      </w:r>
      <w:proofErr w:type="spellStart"/>
      <w:r>
        <w:t>krep</w:t>
      </w:r>
      <w:proofErr w:type="spellEnd"/>
      <w:r>
        <w:t xml:space="preserve"> se </w:t>
      </w:r>
      <w:proofErr w:type="spellStart"/>
      <w:r>
        <w:t>kthehena</w:t>
      </w:r>
      <w:proofErr w:type="spellEnd"/>
      <w:r>
        <w:t xml:space="preserve"> </w:t>
      </w:r>
      <w:proofErr w:type="spellStart"/>
      <w:r>
        <w:t>në</w:t>
      </w:r>
      <w:proofErr w:type="spellEnd"/>
      <w:r>
        <w:t xml:space="preserve"> </w:t>
      </w:r>
      <w:proofErr w:type="spellStart"/>
      <w:r>
        <w:t>kohë</w:t>
      </w:r>
      <w:proofErr w:type="spellEnd"/>
      <w:r>
        <w:t xml:space="preserve">, </w:t>
      </w:r>
      <w:proofErr w:type="spellStart"/>
      <w:r>
        <w:t>sepse</w:t>
      </w:r>
      <w:proofErr w:type="spellEnd"/>
      <w:r>
        <w:t xml:space="preserve"> po </w:t>
      </w:r>
      <w:proofErr w:type="spellStart"/>
      <w:r>
        <w:t>kthehymë</w:t>
      </w:r>
      <w:proofErr w:type="spellEnd"/>
      <w:r>
        <w:t xml:space="preserve"> </w:t>
      </w:r>
      <w:proofErr w:type="spellStart"/>
      <w:r>
        <w:t>kohë</w:t>
      </w:r>
      <w:proofErr w:type="spellEnd"/>
      <w:r>
        <w:t xml:space="preserve"> e 2015 </w:t>
      </w:r>
      <w:proofErr w:type="spellStart"/>
      <w:r>
        <w:t>nuk</w:t>
      </w:r>
      <w:proofErr w:type="spellEnd"/>
      <w:r>
        <w:t xml:space="preserve"> </w:t>
      </w:r>
      <w:proofErr w:type="spellStart"/>
      <w:r>
        <w:t>ngjan</w:t>
      </w:r>
      <w:proofErr w:type="spellEnd"/>
      <w:r>
        <w:t xml:space="preserve"> </w:t>
      </w:r>
      <w:proofErr w:type="spellStart"/>
      <w:r>
        <w:t>masi</w:t>
      </w:r>
      <w:proofErr w:type="spellEnd"/>
      <w:r>
        <w:t xml:space="preserve"> </w:t>
      </w:r>
      <w:proofErr w:type="spellStart"/>
      <w:r>
        <w:t>të</w:t>
      </w:r>
      <w:proofErr w:type="spellEnd"/>
      <w:r>
        <w:t xml:space="preserve"> </w:t>
      </w:r>
      <w:proofErr w:type="spellStart"/>
      <w:r>
        <w:t>dhënë</w:t>
      </w:r>
      <w:proofErr w:type="spellEnd"/>
      <w:r>
        <w:t xml:space="preserve"> </w:t>
      </w:r>
      <w:proofErr w:type="spellStart"/>
      <w:r>
        <w:t>të</w:t>
      </w:r>
      <w:proofErr w:type="spellEnd"/>
      <w:r>
        <w:t xml:space="preserve"> </w:t>
      </w:r>
      <w:proofErr w:type="spellStart"/>
      <w:r>
        <w:t>Bashkimit</w:t>
      </w:r>
      <w:proofErr w:type="spellEnd"/>
      <w:r>
        <w:t xml:space="preserve"> </w:t>
      </w:r>
      <w:proofErr w:type="spellStart"/>
      <w:r>
        <w:t>Europian</w:t>
      </w:r>
      <w:proofErr w:type="spellEnd"/>
      <w:r>
        <w:t>.</w:t>
      </w:r>
    </w:p>
    <w:p w14:paraId="707C6E56" w14:textId="77777777" w:rsidR="0010666C" w:rsidRDefault="0010666C" w:rsidP="0010666C">
      <w:proofErr w:type="spellStart"/>
      <w:r>
        <w:t>Unë</w:t>
      </w:r>
      <w:proofErr w:type="spellEnd"/>
      <w:r>
        <w:t xml:space="preserve"> </w:t>
      </w:r>
      <w:proofErr w:type="spellStart"/>
      <w:r>
        <w:t>nuk</w:t>
      </w:r>
      <w:proofErr w:type="spellEnd"/>
      <w:r>
        <w:t xml:space="preserve"> e di. </w:t>
      </w:r>
      <w:proofErr w:type="spellStart"/>
      <w:r>
        <w:t>Unë</w:t>
      </w:r>
      <w:proofErr w:type="spellEnd"/>
      <w:r>
        <w:t xml:space="preserve"> </w:t>
      </w:r>
      <w:proofErr w:type="spellStart"/>
      <w:r>
        <w:t>i</w:t>
      </w:r>
      <w:proofErr w:type="spellEnd"/>
      <w:r>
        <w:t xml:space="preserve"> </w:t>
      </w:r>
      <w:proofErr w:type="spellStart"/>
      <w:r>
        <w:t>unë</w:t>
      </w:r>
      <w:proofErr w:type="spellEnd"/>
      <w:r>
        <w:t xml:space="preserve"> </w:t>
      </w:r>
      <w:proofErr w:type="spellStart"/>
      <w:r>
        <w:t>i</w:t>
      </w:r>
      <w:proofErr w:type="spellEnd"/>
      <w:r>
        <w:t xml:space="preserve"> </w:t>
      </w:r>
      <w:proofErr w:type="spellStart"/>
      <w:r>
        <w:t>përglogaris</w:t>
      </w:r>
      <w:proofErr w:type="spellEnd"/>
      <w:r>
        <w:t xml:space="preserve"> me pika </w:t>
      </w:r>
      <w:proofErr w:type="spellStart"/>
      <w:r>
        <w:t>të</w:t>
      </w:r>
      <w:proofErr w:type="spellEnd"/>
      <w:r>
        <w:t xml:space="preserve"> </w:t>
      </w:r>
      <w:proofErr w:type="spellStart"/>
      <w:r>
        <w:t>forta</w:t>
      </w:r>
      <w:proofErr w:type="spellEnd"/>
      <w:r>
        <w:t xml:space="preserve"> me pika </w:t>
      </w:r>
      <w:proofErr w:type="spellStart"/>
      <w:r>
        <w:t>të</w:t>
      </w:r>
      <w:proofErr w:type="spellEnd"/>
      <w:r>
        <w:t xml:space="preserve"> </w:t>
      </w:r>
      <w:proofErr w:type="spellStart"/>
      <w:r>
        <w:t>dubta</w:t>
      </w:r>
      <w:proofErr w:type="spellEnd"/>
      <w:r>
        <w:t xml:space="preserve">. </w:t>
      </w:r>
      <w:proofErr w:type="spellStart"/>
      <w:r>
        <w:t>Çfarë</w:t>
      </w:r>
      <w:proofErr w:type="spellEnd"/>
      <w:r>
        <w:t xml:space="preserve"> </w:t>
      </w:r>
      <w:proofErr w:type="spellStart"/>
      <w:r>
        <w:t>çfarë</w:t>
      </w:r>
      <w:proofErr w:type="spellEnd"/>
      <w:r>
        <w:t xml:space="preserve"> pika </w:t>
      </w:r>
      <w:proofErr w:type="spellStart"/>
      <w:r>
        <w:t>të</w:t>
      </w:r>
      <w:proofErr w:type="spellEnd"/>
      <w:r>
        <w:t xml:space="preserve"> </w:t>
      </w:r>
      <w:proofErr w:type="spellStart"/>
      <w:r>
        <w:t>forta</w:t>
      </w:r>
      <w:proofErr w:type="spellEnd"/>
      <w:r>
        <w:t xml:space="preserve"> ka </w:t>
      </w:r>
      <w:proofErr w:type="spellStart"/>
      <w:r>
        <w:t>pasur</w:t>
      </w:r>
      <w:proofErr w:type="spellEnd"/>
      <w:r>
        <w:t xml:space="preserve"> se ë </w:t>
      </w:r>
      <w:proofErr w:type="spellStart"/>
      <w:r>
        <w:t>reforma</w:t>
      </w:r>
      <w:proofErr w:type="spellEnd"/>
      <w:r>
        <w:t xml:space="preserve"> 2015 </w:t>
      </w:r>
      <w:proofErr w:type="spellStart"/>
      <w:r>
        <w:t>dhe</w:t>
      </w:r>
      <w:proofErr w:type="spellEnd"/>
      <w:r>
        <w:t xml:space="preserve"> </w:t>
      </w:r>
      <w:proofErr w:type="spellStart"/>
      <w:r>
        <w:t>çfarë</w:t>
      </w:r>
      <w:proofErr w:type="spellEnd"/>
      <w:r>
        <w:t xml:space="preserve"> pika </w:t>
      </w:r>
      <w:proofErr w:type="spellStart"/>
      <w:r>
        <w:t>të</w:t>
      </w:r>
      <w:proofErr w:type="spellEnd"/>
      <w:r>
        <w:t xml:space="preserve"> </w:t>
      </w:r>
      <w:proofErr w:type="spellStart"/>
      <w:r>
        <w:t>dubta</w:t>
      </w:r>
      <w:proofErr w:type="spellEnd"/>
      <w:r>
        <w:t xml:space="preserve">. Po </w:t>
      </w:r>
      <w:proofErr w:type="spellStart"/>
      <w:r>
        <w:t>tashi</w:t>
      </w:r>
      <w:proofErr w:type="spellEnd"/>
      <w:r>
        <w:t xml:space="preserve"> </w:t>
      </w:r>
      <w:proofErr w:type="spellStart"/>
      <w:r>
        <w:t>te</w:t>
      </w:r>
      <w:proofErr w:type="spellEnd"/>
      <w:r>
        <w:t xml:space="preserve"> </w:t>
      </w:r>
      <w:proofErr w:type="spellStart"/>
      <w:r>
        <w:t>te</w:t>
      </w:r>
      <w:proofErr w:type="spellEnd"/>
      <w:r>
        <w:t xml:space="preserve"> </w:t>
      </w:r>
      <w:proofErr w:type="spellStart"/>
      <w:r>
        <w:t>pjesa</w:t>
      </w:r>
      <w:proofErr w:type="spellEnd"/>
      <w:r>
        <w:t xml:space="preserve"> </w:t>
      </w:r>
      <w:proofErr w:type="spellStart"/>
      <w:r>
        <w:t>te</w:t>
      </w:r>
      <w:proofErr w:type="spellEnd"/>
      <w:r>
        <w:t xml:space="preserve"> </w:t>
      </w:r>
      <w:proofErr w:type="spellStart"/>
      <w:r>
        <w:t>pjesa</w:t>
      </w:r>
      <w:proofErr w:type="spellEnd"/>
      <w:r>
        <w:t xml:space="preserve"> e </w:t>
      </w:r>
      <w:proofErr w:type="spellStart"/>
      <w:r>
        <w:t>largimit</w:t>
      </w:r>
      <w:proofErr w:type="spellEnd"/>
      <w:r>
        <w:t xml:space="preserve"> </w:t>
      </w:r>
      <w:proofErr w:type="spellStart"/>
      <w:r>
        <w:t>të</w:t>
      </w:r>
      <w:proofErr w:type="spellEnd"/>
      <w:r>
        <w:t xml:space="preserve"> </w:t>
      </w:r>
      <w:proofErr w:type="spellStart"/>
      <w:r>
        <w:t>qytetarëve</w:t>
      </w:r>
      <w:proofErr w:type="spellEnd"/>
      <w:r>
        <w:t xml:space="preserve"> </w:t>
      </w:r>
      <w:proofErr w:type="spellStart"/>
      <w:r>
        <w:t>kjo</w:t>
      </w:r>
      <w:proofErr w:type="spellEnd"/>
      <w:r>
        <w:t xml:space="preserve"> ka gen </w:t>
      </w:r>
      <w:proofErr w:type="spellStart"/>
      <w:r>
        <w:t>probleme</w:t>
      </w:r>
      <w:proofErr w:type="spellEnd"/>
      <w:r>
        <w:t xml:space="preserve">. </w:t>
      </w:r>
      <w:proofErr w:type="spellStart"/>
      <w:r>
        <w:t>Tha</w:t>
      </w:r>
      <w:proofErr w:type="spellEnd"/>
      <w:r>
        <w:t xml:space="preserve"> </w:t>
      </w:r>
      <w:proofErr w:type="spellStart"/>
      <w:r>
        <w:t>dhe</w:t>
      </w:r>
      <w:proofErr w:type="spellEnd"/>
      <w:r>
        <w:t xml:space="preserve"> </w:t>
      </w:r>
      <w:proofErr w:type="spellStart"/>
      <w:r>
        <w:t>deputeti</w:t>
      </w:r>
      <w:proofErr w:type="spellEnd"/>
      <w:r>
        <w:t xml:space="preserve">. </w:t>
      </w:r>
      <w:proofErr w:type="spellStart"/>
      <w:r>
        <w:t>Kështu</w:t>
      </w:r>
      <w:proofErr w:type="spellEnd"/>
      <w:r>
        <w:t xml:space="preserve"> se </w:t>
      </w:r>
      <w:proofErr w:type="spellStart"/>
      <w:r>
        <w:t>s'kena</w:t>
      </w:r>
      <w:proofErr w:type="spellEnd"/>
      <w:r>
        <w:t xml:space="preserve"> </w:t>
      </w:r>
      <w:proofErr w:type="spellStart"/>
      <w:r>
        <w:t>pse</w:t>
      </w:r>
      <w:proofErr w:type="spellEnd"/>
      <w:r>
        <w:t xml:space="preserve"> e </w:t>
      </w:r>
      <w:proofErr w:type="spellStart"/>
      <w:r>
        <w:t>diskutojmë</w:t>
      </w:r>
      <w:proofErr w:type="spellEnd"/>
      <w:r>
        <w:t xml:space="preserve">, po </w:t>
      </w:r>
      <w:proofErr w:type="spellStart"/>
      <w:r>
        <w:t>të</w:t>
      </w:r>
      <w:proofErr w:type="spellEnd"/>
      <w:r>
        <w:t xml:space="preserve"> </w:t>
      </w:r>
      <w:proofErr w:type="spellStart"/>
      <w:r>
        <w:t>paktën</w:t>
      </w:r>
      <w:proofErr w:type="spellEnd"/>
      <w:r>
        <w:t xml:space="preserve"> </w:t>
      </w:r>
      <w:proofErr w:type="spellStart"/>
      <w:r>
        <w:t>të</w:t>
      </w:r>
      <w:proofErr w:type="spellEnd"/>
      <w:r>
        <w:t xml:space="preserve"> </w:t>
      </w:r>
      <w:proofErr w:type="spellStart"/>
      <w:r>
        <w:t>mbajmë</w:t>
      </w:r>
      <w:proofErr w:type="spellEnd"/>
      <w:r>
        <w:t xml:space="preserve"> </w:t>
      </w:r>
      <w:proofErr w:type="spellStart"/>
      <w:r>
        <w:t>këtë</w:t>
      </w:r>
      <w:proofErr w:type="spellEnd"/>
      <w:r>
        <w:t xml:space="preserve"> </w:t>
      </w:r>
      <w:proofErr w:type="spellStart"/>
      <w:r>
        <w:t>qytetarë</w:t>
      </w:r>
      <w:proofErr w:type="spellEnd"/>
      <w:r>
        <w:t xml:space="preserve"> </w:t>
      </w:r>
      <w:proofErr w:type="spellStart"/>
      <w:r>
        <w:t>si</w:t>
      </w:r>
      <w:proofErr w:type="spellEnd"/>
      <w:r>
        <w:t xml:space="preserve"> </w:t>
      </w:r>
      <w:proofErr w:type="spellStart"/>
      <w:r>
        <w:t>kena</w:t>
      </w:r>
      <w:proofErr w:type="spellEnd"/>
      <w:r>
        <w:t>.</w:t>
      </w:r>
    </w:p>
    <w:p w14:paraId="57BE772E" w14:textId="77777777" w:rsidR="00940577" w:rsidRDefault="00940577" w:rsidP="00940577">
      <w:proofErr w:type="spellStart"/>
      <w:r>
        <w:rPr>
          <w:b/>
        </w:rPr>
        <w:t>Arbjan</w:t>
      </w:r>
      <w:proofErr w:type="spellEnd"/>
      <w:r>
        <w:rPr>
          <w:b/>
        </w:rPr>
        <w:t xml:space="preserve"> </w:t>
      </w:r>
      <w:proofErr w:type="spellStart"/>
      <w:r>
        <w:rPr>
          <w:b/>
        </w:rPr>
        <w:t>Mazniku</w:t>
      </w:r>
      <w:proofErr w:type="spellEnd"/>
      <w:r>
        <w:rPr>
          <w:b/>
        </w:rPr>
        <w:t>:</w:t>
      </w:r>
    </w:p>
    <w:p w14:paraId="09F4F533" w14:textId="77777777" w:rsidR="0010666C" w:rsidRDefault="0010666C" w:rsidP="0010666C">
      <w:proofErr w:type="spellStart"/>
      <w:r>
        <w:t>Kishit</w:t>
      </w:r>
      <w:proofErr w:type="spellEnd"/>
      <w:r>
        <w:t xml:space="preserve"> </w:t>
      </w:r>
      <w:proofErr w:type="spellStart"/>
      <w:r>
        <w:t>ju</w:t>
      </w:r>
      <w:proofErr w:type="spellEnd"/>
      <w:r>
        <w:t xml:space="preserve"> </w:t>
      </w:r>
      <w:proofErr w:type="spellStart"/>
      <w:r>
        <w:t>për</w:t>
      </w:r>
      <w:proofErr w:type="spellEnd"/>
      <w:r>
        <w:t xml:space="preserve"> </w:t>
      </w:r>
      <w:proofErr w:type="spellStart"/>
      <w:r>
        <w:t>një</w:t>
      </w:r>
      <w:proofErr w:type="spellEnd"/>
      <w:r>
        <w:t xml:space="preserve"> </w:t>
      </w:r>
      <w:proofErr w:type="spellStart"/>
      <w:r>
        <w:t>pyetje</w:t>
      </w:r>
      <w:proofErr w:type="spellEnd"/>
      <w:r>
        <w:t xml:space="preserve"> apo po?</w:t>
      </w:r>
    </w:p>
    <w:p w14:paraId="216E89CB" w14:textId="2E5B10C6" w:rsidR="00940577" w:rsidRPr="00940577" w:rsidRDefault="00940577" w:rsidP="0010666C">
      <w:pPr>
        <w:rPr>
          <w:b/>
          <w:bCs/>
        </w:rPr>
      </w:pPr>
      <w:r>
        <w:rPr>
          <w:b/>
          <w:bCs/>
        </w:rPr>
        <w:t>Kristian Shkreli:</w:t>
      </w:r>
    </w:p>
    <w:p w14:paraId="6C34C758" w14:textId="062DADBB" w:rsidR="0010666C" w:rsidRDefault="0010666C" w:rsidP="0010666C">
      <w:r>
        <w:t xml:space="preserve">Po. </w:t>
      </w:r>
      <w:proofErr w:type="spellStart"/>
      <w:r>
        <w:t>Përshëndetje</w:t>
      </w:r>
      <w:proofErr w:type="spellEnd"/>
      <w:r>
        <w:t xml:space="preserve"> </w:t>
      </w:r>
      <w:proofErr w:type="spellStart"/>
      <w:r>
        <w:t>zonja</w:t>
      </w:r>
      <w:proofErr w:type="spellEnd"/>
      <w:r>
        <w:t xml:space="preserve"> </w:t>
      </w:r>
      <w:proofErr w:type="spellStart"/>
      <w:r>
        <w:t>deputete</w:t>
      </w:r>
      <w:proofErr w:type="spellEnd"/>
      <w:r>
        <w:t xml:space="preserve">. </w:t>
      </w:r>
      <w:proofErr w:type="spellStart"/>
      <w:r>
        <w:t>Atëherë</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landfildit</w:t>
      </w:r>
      <w:proofErr w:type="spellEnd"/>
      <w:r>
        <w:t xml:space="preserve"> </w:t>
      </w:r>
      <w:proofErr w:type="spellStart"/>
      <w:r>
        <w:t>të</w:t>
      </w:r>
      <w:proofErr w:type="spellEnd"/>
      <w:r>
        <w:t xml:space="preserve"> </w:t>
      </w:r>
      <w:proofErr w:type="spellStart"/>
      <w:r>
        <w:t>Bushatit</w:t>
      </w:r>
      <w:proofErr w:type="spellEnd"/>
      <w:r>
        <w:t xml:space="preserve">, </w:t>
      </w:r>
      <w:proofErr w:type="spellStart"/>
      <w:r>
        <w:t>qeveria</w:t>
      </w:r>
      <w:proofErr w:type="spellEnd"/>
      <w:r>
        <w:t xml:space="preserve"> </w:t>
      </w:r>
      <w:proofErr w:type="spellStart"/>
      <w:r>
        <w:t>nuk</w:t>
      </w:r>
      <w:proofErr w:type="spellEnd"/>
      <w:r>
        <w:t xml:space="preserve"> ka </w:t>
      </w:r>
      <w:proofErr w:type="spellStart"/>
      <w:r>
        <w:t>asnjë</w:t>
      </w:r>
      <w:proofErr w:type="spellEnd"/>
      <w:r>
        <w:t xml:space="preserve"> </w:t>
      </w:r>
      <w:proofErr w:type="spellStart"/>
      <w:r>
        <w:t>subvencionim</w:t>
      </w:r>
      <w:proofErr w:type="spellEnd"/>
      <w:r>
        <w:t xml:space="preserve"> </w:t>
      </w:r>
      <w:proofErr w:type="spellStart"/>
      <w:r>
        <w:t>për</w:t>
      </w:r>
      <w:proofErr w:type="spellEnd"/>
      <w:r>
        <w:t xml:space="preserve"> </w:t>
      </w:r>
      <w:proofErr w:type="spellStart"/>
      <w:r>
        <w:t>landfildin</w:t>
      </w:r>
      <w:proofErr w:type="spellEnd"/>
      <w:r>
        <w:t xml:space="preserve"> </w:t>
      </w:r>
      <w:proofErr w:type="spellStart"/>
      <w:r>
        <w:t>sepse</w:t>
      </w:r>
      <w:proofErr w:type="spellEnd"/>
      <w:r>
        <w:t xml:space="preserve"> </w:t>
      </w:r>
      <w:proofErr w:type="spellStart"/>
      <w:r>
        <w:t>është</w:t>
      </w:r>
      <w:proofErr w:type="spellEnd"/>
      <w:r>
        <w:t xml:space="preserve"> me </w:t>
      </w:r>
      <w:proofErr w:type="spellStart"/>
      <w:r>
        <w:t>vetëmenaxhim</w:t>
      </w:r>
      <w:proofErr w:type="spellEnd"/>
      <w:r>
        <w:t xml:space="preserve">. </w:t>
      </w:r>
      <w:proofErr w:type="spellStart"/>
      <w:r>
        <w:t>Pra</w:t>
      </w:r>
      <w:proofErr w:type="spellEnd"/>
      <w:r>
        <w:t xml:space="preserve"> </w:t>
      </w:r>
      <w:proofErr w:type="spellStart"/>
      <w:r>
        <w:t>firma</w:t>
      </w:r>
      <w:proofErr w:type="spellEnd"/>
      <w:r>
        <w:t xml:space="preserve"> e </w:t>
      </w:r>
      <w:proofErr w:type="spellStart"/>
      <w:r>
        <w:t>cila</w:t>
      </w:r>
      <w:proofErr w:type="spellEnd"/>
      <w:r>
        <w:t xml:space="preserve"> </w:t>
      </w:r>
      <w:proofErr w:type="spellStart"/>
      <w:r>
        <w:t>menaxhon</w:t>
      </w:r>
      <w:proofErr w:type="spellEnd"/>
      <w:r>
        <w:t xml:space="preserve"> </w:t>
      </w:r>
      <w:proofErr w:type="spellStart"/>
      <w:r>
        <w:t>mban</w:t>
      </w:r>
      <w:proofErr w:type="spellEnd"/>
      <w:r>
        <w:t xml:space="preserve"> </w:t>
      </w:r>
      <w:proofErr w:type="spellStart"/>
      <w:r>
        <w:t>dhe</w:t>
      </w:r>
      <w:proofErr w:type="spellEnd"/>
      <w:r>
        <w:t xml:space="preserve"> </w:t>
      </w:r>
      <w:proofErr w:type="spellStart"/>
      <w:r>
        <w:t>mirëmbajtjen</w:t>
      </w:r>
      <w:proofErr w:type="spellEnd"/>
      <w:r>
        <w:t xml:space="preserve"> e </w:t>
      </w:r>
      <w:proofErr w:type="spellStart"/>
      <w:r>
        <w:t>landfildit</w:t>
      </w:r>
      <w:proofErr w:type="spellEnd"/>
      <w:r>
        <w:t xml:space="preserve">. </w:t>
      </w:r>
      <w:proofErr w:type="spellStart"/>
      <w:r>
        <w:t>Të</w:t>
      </w:r>
      <w:proofErr w:type="spellEnd"/>
      <w:r>
        <w:t xml:space="preserve"> </w:t>
      </w:r>
      <w:proofErr w:type="spellStart"/>
      <w:r>
        <w:t>paktën</w:t>
      </w:r>
      <w:proofErr w:type="spellEnd"/>
      <w:r>
        <w:t xml:space="preserve"> </w:t>
      </w:r>
      <w:proofErr w:type="spellStart"/>
      <w:r>
        <w:t>tash</w:t>
      </w:r>
      <w:proofErr w:type="spellEnd"/>
      <w:r>
        <w:t xml:space="preserve"> </w:t>
      </w:r>
      <w:proofErr w:type="spellStart"/>
      <w:r>
        <w:t>të</w:t>
      </w:r>
      <w:proofErr w:type="spellEnd"/>
      <w:r>
        <w:t xml:space="preserve"> </w:t>
      </w:r>
      <w:proofErr w:type="spellStart"/>
      <w:r>
        <w:t>paktën</w:t>
      </w:r>
      <w:proofErr w:type="spellEnd"/>
      <w:r>
        <w:t xml:space="preserve"> </w:t>
      </w:r>
      <w:proofErr w:type="spellStart"/>
      <w:r>
        <w:t>tash</w:t>
      </w:r>
      <w:proofErr w:type="spellEnd"/>
      <w:r>
        <w:t xml:space="preserve"> me </w:t>
      </w:r>
      <w:proofErr w:type="spellStart"/>
      <w:r>
        <w:t>buxhet</w:t>
      </w:r>
      <w:proofErr w:type="spellEnd"/>
      <w:r>
        <w:t xml:space="preserve"> me ka </w:t>
      </w:r>
      <w:proofErr w:type="spellStart"/>
      <w:r>
        <w:t>buxhetin</w:t>
      </w:r>
      <w:proofErr w:type="spellEnd"/>
      <w:r>
        <w:t xml:space="preserve"> e vet me </w:t>
      </w:r>
      <w:proofErr w:type="spellStart"/>
      <w:r>
        <w:t>të</w:t>
      </w:r>
      <w:proofErr w:type="spellEnd"/>
      <w:r>
        <w:t xml:space="preserve"> </w:t>
      </w:r>
      <w:proofErr w:type="spellStart"/>
      <w:r>
        <w:t>ardhurat</w:t>
      </w:r>
      <w:proofErr w:type="spellEnd"/>
      <w:r>
        <w:t xml:space="preserve"> e </w:t>
      </w:r>
      <w:proofErr w:type="spellStart"/>
      <w:r>
        <w:t>veta</w:t>
      </w:r>
      <w:proofErr w:type="spellEnd"/>
      <w:r>
        <w:t xml:space="preserve"> </w:t>
      </w:r>
      <w:proofErr w:type="spellStart"/>
      <w:r>
        <w:t>landfil</w:t>
      </w:r>
      <w:proofErr w:type="spellEnd"/>
      <w:r>
        <w:t xml:space="preserve">. Po 80% </w:t>
      </w:r>
      <w:proofErr w:type="spellStart"/>
      <w:r>
        <w:t>është</w:t>
      </w:r>
      <w:proofErr w:type="spellEnd"/>
      <w:r>
        <w:t xml:space="preserve"> </w:t>
      </w:r>
      <w:proofErr w:type="spellStart"/>
      <w:r>
        <w:t>kompani</w:t>
      </w:r>
      <w:proofErr w:type="spellEnd"/>
      <w:r>
        <w:t xml:space="preserve"> private </w:t>
      </w:r>
      <w:proofErr w:type="spellStart"/>
      <w:r>
        <w:t>dhe</w:t>
      </w:r>
      <w:proofErr w:type="spellEnd"/>
      <w:r>
        <w:t xml:space="preserve"> 20% ka </w:t>
      </w:r>
      <w:proofErr w:type="spellStart"/>
      <w:r>
        <w:t>aksione</w:t>
      </w:r>
      <w:proofErr w:type="spellEnd"/>
      <w:r>
        <w:t xml:space="preserve"> </w:t>
      </w:r>
      <w:proofErr w:type="spellStart"/>
      <w:r>
        <w:t>bashkia</w:t>
      </w:r>
      <w:proofErr w:type="spellEnd"/>
      <w:r>
        <w:t xml:space="preserve"> e </w:t>
      </w:r>
      <w:proofErr w:type="spellStart"/>
      <w:r>
        <w:t>Vaudejsit</w:t>
      </w:r>
      <w:proofErr w:type="spellEnd"/>
      <w:r>
        <w:t xml:space="preserve">. Po </w:t>
      </w:r>
      <w:proofErr w:type="spellStart"/>
      <w:r>
        <w:t>atje</w:t>
      </w:r>
      <w:proofErr w:type="spellEnd"/>
      <w:r>
        <w:t xml:space="preserve"> po </w:t>
      </w:r>
      <w:proofErr w:type="spellStart"/>
      <w:r>
        <w:t>atje</w:t>
      </w:r>
      <w:proofErr w:type="spellEnd"/>
      <w:r>
        <w:t xml:space="preserve"> po </w:t>
      </w:r>
      <w:proofErr w:type="spellStart"/>
      <w:r>
        <w:t>atje</w:t>
      </w:r>
      <w:proofErr w:type="spellEnd"/>
      <w:r>
        <w:t xml:space="preserve">. E </w:t>
      </w:r>
      <w:proofErr w:type="spellStart"/>
      <w:r>
        <w:t>pyetje</w:t>
      </w:r>
      <w:proofErr w:type="spellEnd"/>
      <w:r>
        <w:t xml:space="preserve"> </w:t>
      </w:r>
      <w:proofErr w:type="spellStart"/>
      <w:r>
        <w:t>tjetër</w:t>
      </w:r>
      <w:proofErr w:type="spellEnd"/>
      <w:r>
        <w:t xml:space="preserve">? A </w:t>
      </w:r>
      <w:proofErr w:type="spellStart"/>
      <w:r>
        <w:t>veç</w:t>
      </w:r>
      <w:proofErr w:type="spellEnd"/>
      <w:r>
        <w:t xml:space="preserve"> </w:t>
      </w:r>
      <w:proofErr w:type="spellStart"/>
      <w:r>
        <w:t>kaq</w:t>
      </w:r>
      <w:proofErr w:type="spellEnd"/>
      <w:r>
        <w:t xml:space="preserve">? </w:t>
      </w:r>
      <w:proofErr w:type="spellStart"/>
      <w:r>
        <w:t>Okej</w:t>
      </w:r>
      <w:proofErr w:type="spellEnd"/>
      <w:r>
        <w:t xml:space="preserve">. </w:t>
      </w:r>
      <w:proofErr w:type="spellStart"/>
      <w:r>
        <w:t>Faleminderit</w:t>
      </w:r>
      <w:proofErr w:type="spellEnd"/>
      <w:r>
        <w:t>.</w:t>
      </w:r>
    </w:p>
    <w:p w14:paraId="66FCA69D" w14:textId="77777777" w:rsidR="00940577" w:rsidRDefault="00940577" w:rsidP="00940577">
      <w:proofErr w:type="spellStart"/>
      <w:r>
        <w:rPr>
          <w:b/>
        </w:rPr>
        <w:t>Luçiano</w:t>
      </w:r>
      <w:proofErr w:type="spellEnd"/>
      <w:r>
        <w:rPr>
          <w:b/>
        </w:rPr>
        <w:t xml:space="preserve"> </w:t>
      </w:r>
      <w:proofErr w:type="spellStart"/>
      <w:r>
        <w:rPr>
          <w:b/>
        </w:rPr>
        <w:t>Boçi</w:t>
      </w:r>
      <w:proofErr w:type="spellEnd"/>
      <w:r>
        <w:rPr>
          <w:b/>
        </w:rPr>
        <w:t>:</w:t>
      </w:r>
    </w:p>
    <w:p w14:paraId="27537166" w14:textId="77777777" w:rsidR="001059DD" w:rsidRDefault="0010666C" w:rsidP="0010666C">
      <w:r>
        <w:t xml:space="preserve">Po </w:t>
      </w:r>
      <w:proofErr w:type="spellStart"/>
      <w:r>
        <w:t>faleminderit</w:t>
      </w:r>
      <w:proofErr w:type="spellEnd"/>
      <w:r>
        <w:t xml:space="preserve">. Ë </w:t>
      </w:r>
      <w:proofErr w:type="spellStart"/>
      <w:r>
        <w:t>tani</w:t>
      </w:r>
      <w:proofErr w:type="spellEnd"/>
      <w:r>
        <w:t xml:space="preserve"> duke </w:t>
      </w:r>
      <w:proofErr w:type="spellStart"/>
      <w:r>
        <w:t>pasur</w:t>
      </w:r>
      <w:proofErr w:type="spellEnd"/>
      <w:r>
        <w:t xml:space="preserve"> </w:t>
      </w:r>
      <w:proofErr w:type="spellStart"/>
      <w:r>
        <w:t>dëgjesat</w:t>
      </w:r>
      <w:proofErr w:type="spellEnd"/>
      <w:r>
        <w:t xml:space="preserve"> </w:t>
      </w:r>
      <w:proofErr w:type="spellStart"/>
      <w:r>
        <w:t>më</w:t>
      </w:r>
      <w:proofErr w:type="spellEnd"/>
      <w:r>
        <w:t xml:space="preserve"> </w:t>
      </w:r>
      <w:proofErr w:type="spellStart"/>
      <w:r>
        <w:t>pëlqen</w:t>
      </w:r>
      <w:proofErr w:type="spellEnd"/>
      <w:r>
        <w:t xml:space="preserve"> </w:t>
      </w:r>
      <w:proofErr w:type="spellStart"/>
      <w:r>
        <w:t>që</w:t>
      </w:r>
      <w:proofErr w:type="spellEnd"/>
      <w:r>
        <w:t xml:space="preserve"> </w:t>
      </w:r>
      <w:proofErr w:type="spellStart"/>
      <w:r>
        <w:t>edhe</w:t>
      </w:r>
      <w:proofErr w:type="spellEnd"/>
      <w:r>
        <w:t xml:space="preserve"> </w:t>
      </w:r>
      <w:proofErr w:type="spellStart"/>
      <w:r>
        <w:t>përsëja</w:t>
      </w:r>
      <w:proofErr w:type="spellEnd"/>
      <w:r>
        <w:t xml:space="preserve"> po </w:t>
      </w:r>
      <w:proofErr w:type="spellStart"/>
      <w:r>
        <w:t>vjen</w:t>
      </w:r>
      <w:proofErr w:type="spellEnd"/>
      <w:r>
        <w:t xml:space="preserve"> </w:t>
      </w:r>
      <w:proofErr w:type="spellStart"/>
      <w:r>
        <w:t>kjo</w:t>
      </w:r>
      <w:proofErr w:type="spellEnd"/>
      <w:r>
        <w:t xml:space="preserve"> </w:t>
      </w:r>
      <w:proofErr w:type="spellStart"/>
      <w:r>
        <w:t>qasja</w:t>
      </w:r>
      <w:proofErr w:type="spellEnd"/>
      <w:r>
        <w:t xml:space="preserve"> e PD-</w:t>
      </w:r>
      <w:proofErr w:type="spellStart"/>
      <w:r>
        <w:t>së</w:t>
      </w:r>
      <w:proofErr w:type="spellEnd"/>
      <w:r>
        <w:t xml:space="preserve"> </w:t>
      </w:r>
      <w:proofErr w:type="spellStart"/>
      <w:r>
        <w:t>që</w:t>
      </w:r>
      <w:proofErr w:type="spellEnd"/>
      <w:r>
        <w:t xml:space="preserve"> </w:t>
      </w:r>
      <w:proofErr w:type="spellStart"/>
      <w:r>
        <w:t>territori</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hartë</w:t>
      </w:r>
      <w:proofErr w:type="spellEnd"/>
      <w:r>
        <w:t xml:space="preserve">, po </w:t>
      </w:r>
      <w:proofErr w:type="spellStart"/>
      <w:r>
        <w:t>territori</w:t>
      </w:r>
      <w:proofErr w:type="spellEnd"/>
      <w:r>
        <w:t xml:space="preserve"> </w:t>
      </w:r>
      <w:proofErr w:type="spellStart"/>
      <w:r>
        <w:t>është</w:t>
      </w:r>
      <w:proofErr w:type="spellEnd"/>
      <w:r>
        <w:t xml:space="preserve"> </w:t>
      </w:r>
      <w:proofErr w:type="spellStart"/>
      <w:r>
        <w:t>shërbim</w:t>
      </w:r>
      <w:proofErr w:type="spellEnd"/>
      <w:r>
        <w:t xml:space="preserve">, </w:t>
      </w:r>
      <w:proofErr w:type="spellStart"/>
      <w:r>
        <w:t>është</w:t>
      </w:r>
      <w:proofErr w:type="spellEnd"/>
      <w:r>
        <w:t xml:space="preserve"> </w:t>
      </w:r>
      <w:proofErr w:type="spellStart"/>
      <w:r>
        <w:t>distancë</w:t>
      </w:r>
      <w:proofErr w:type="spellEnd"/>
      <w:r>
        <w:t xml:space="preserve"> e </w:t>
      </w:r>
      <w:proofErr w:type="spellStart"/>
      <w:r>
        <w:t>shtetit</w:t>
      </w:r>
      <w:proofErr w:type="spellEnd"/>
      <w:r>
        <w:t xml:space="preserve"> me </w:t>
      </w:r>
      <w:proofErr w:type="spellStart"/>
      <w:r>
        <w:t>qytetarin</w:t>
      </w:r>
      <w:proofErr w:type="spellEnd"/>
      <w:r>
        <w:t xml:space="preserve">. </w:t>
      </w:r>
      <w:proofErr w:type="spellStart"/>
      <w:r>
        <w:t>Përderisa</w:t>
      </w:r>
      <w:proofErr w:type="spellEnd"/>
      <w:r>
        <w:t xml:space="preserve"> </w:t>
      </w:r>
      <w:proofErr w:type="spellStart"/>
      <w:r>
        <w:t>bëhen</w:t>
      </w:r>
      <w:proofErr w:type="spellEnd"/>
      <w:r>
        <w:t xml:space="preserve"> </w:t>
      </w:r>
      <w:proofErr w:type="spellStart"/>
      <w:r>
        <w:t>pyetje</w:t>
      </w:r>
      <w:proofErr w:type="spellEnd"/>
      <w:r>
        <w:t xml:space="preserve"> </w:t>
      </w:r>
      <w:proofErr w:type="spellStart"/>
      <w:r>
        <w:t>në</w:t>
      </w:r>
      <w:proofErr w:type="spellEnd"/>
      <w:r>
        <w:t xml:space="preserve"> </w:t>
      </w:r>
      <w:proofErr w:type="spellStart"/>
      <w:r>
        <w:t>raport</w:t>
      </w:r>
      <w:proofErr w:type="spellEnd"/>
      <w:r>
        <w:t xml:space="preserve"> me </w:t>
      </w:r>
      <w:proofErr w:type="spellStart"/>
      <w:r>
        <w:t>Fushë</w:t>
      </w:r>
      <w:proofErr w:type="spellEnd"/>
      <w:r>
        <w:t xml:space="preserve"> Arzin </w:t>
      </w:r>
      <w:proofErr w:type="spellStart"/>
      <w:r>
        <w:t>që</w:t>
      </w:r>
      <w:proofErr w:type="spellEnd"/>
      <w:r>
        <w:t xml:space="preserve"> </w:t>
      </w:r>
      <w:proofErr w:type="spellStart"/>
      <w:r>
        <w:t>është</w:t>
      </w:r>
      <w:proofErr w:type="spellEnd"/>
      <w:r>
        <w:t xml:space="preserve"> </w:t>
      </w:r>
      <w:proofErr w:type="spellStart"/>
      <w:r>
        <w:t>bashkia</w:t>
      </w:r>
      <w:proofErr w:type="spellEnd"/>
      <w:r>
        <w:t xml:space="preserve"> </w:t>
      </w:r>
      <w:proofErr w:type="spellStart"/>
      <w:r>
        <w:t>më</w:t>
      </w:r>
      <w:proofErr w:type="spellEnd"/>
      <w:r>
        <w:t xml:space="preserve"> e </w:t>
      </w:r>
      <w:proofErr w:type="spellStart"/>
      <w:r>
        <w:t>vogël</w:t>
      </w:r>
      <w:proofErr w:type="spellEnd"/>
      <w:r>
        <w:t xml:space="preserve"> e </w:t>
      </w:r>
      <w:proofErr w:type="spellStart"/>
      <w:r>
        <w:t>Shqipërisë</w:t>
      </w:r>
      <w:proofErr w:type="spellEnd"/>
      <w:r>
        <w:t xml:space="preserve"> </w:t>
      </w:r>
      <w:proofErr w:type="spellStart"/>
      <w:r>
        <w:t>që</w:t>
      </w:r>
      <w:proofErr w:type="spellEnd"/>
      <w:r>
        <w:t xml:space="preserve"> </w:t>
      </w:r>
      <w:proofErr w:type="spellStart"/>
      <w:r>
        <w:t>meqënëse</w:t>
      </w:r>
      <w:proofErr w:type="spellEnd"/>
      <w:r>
        <w:t xml:space="preserve"> </w:t>
      </w:r>
      <w:proofErr w:type="spellStart"/>
      <w:r>
        <w:t>nuk</w:t>
      </w:r>
      <w:proofErr w:type="spellEnd"/>
      <w:r>
        <w:t xml:space="preserve"> </w:t>
      </w:r>
      <w:proofErr w:type="spellStart"/>
      <w:r>
        <w:t>ofrohet</w:t>
      </w:r>
      <w:proofErr w:type="spellEnd"/>
      <w:r>
        <w:t xml:space="preserve"> </w:t>
      </w:r>
      <w:proofErr w:type="spellStart"/>
      <w:r>
        <w:t>shërbimi</w:t>
      </w:r>
      <w:proofErr w:type="spellEnd"/>
      <w:r>
        <w:t xml:space="preserve"> </w:t>
      </w:r>
      <w:proofErr w:type="spellStart"/>
      <w:r>
        <w:t>dhe</w:t>
      </w:r>
      <w:proofErr w:type="spellEnd"/>
      <w:r>
        <w:t xml:space="preserve"> ka </w:t>
      </w:r>
      <w:proofErr w:type="spellStart"/>
      <w:r>
        <w:t>distancë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prej</w:t>
      </w:r>
      <w:proofErr w:type="spellEnd"/>
      <w:r>
        <w:t xml:space="preserve"> </w:t>
      </w:r>
      <w:proofErr w:type="spellStart"/>
      <w:r>
        <w:t>dy</w:t>
      </w:r>
      <w:proofErr w:type="spellEnd"/>
      <w:r>
        <w:t xml:space="preserve"> </w:t>
      </w:r>
      <w:proofErr w:type="spellStart"/>
      <w:r>
        <w:t>orësh</w:t>
      </w:r>
      <w:proofErr w:type="spellEnd"/>
      <w:r>
        <w:t xml:space="preserve"> </w:t>
      </w:r>
      <w:proofErr w:type="spellStart"/>
      <w:r>
        <w:t>nga</w:t>
      </w:r>
      <w:proofErr w:type="spellEnd"/>
      <w:r>
        <w:t xml:space="preserve"> </w:t>
      </w:r>
      <w:proofErr w:type="spellStart"/>
      <w:r>
        <w:t>fshatrat</w:t>
      </w:r>
      <w:proofErr w:type="spellEnd"/>
      <w:r>
        <w:t xml:space="preserve">, a </w:t>
      </w:r>
      <w:proofErr w:type="spellStart"/>
      <w:r>
        <w:t>mund</w:t>
      </w:r>
      <w:proofErr w:type="spellEnd"/>
      <w:r>
        <w:t xml:space="preserve"> </w:t>
      </w:r>
      <w:proofErr w:type="spellStart"/>
      <w:r>
        <w:t>të</w:t>
      </w:r>
      <w:proofErr w:type="spellEnd"/>
      <w:r>
        <w:t xml:space="preserve"> </w:t>
      </w:r>
      <w:proofErr w:type="spellStart"/>
      <w:r>
        <w:t>ndahet</w:t>
      </w:r>
      <w:proofErr w:type="spellEnd"/>
      <w:r>
        <w:t xml:space="preserve"> </w:t>
      </w:r>
      <w:proofErr w:type="spellStart"/>
      <w:r>
        <w:t>dhe</w:t>
      </w:r>
      <w:proofErr w:type="spellEnd"/>
      <w:r>
        <w:t xml:space="preserve"> </w:t>
      </w:r>
      <w:proofErr w:type="spellStart"/>
      <w:r>
        <w:t>është</w:t>
      </w:r>
      <w:proofErr w:type="spellEnd"/>
      <w:r>
        <w:t xml:space="preserve"> </w:t>
      </w:r>
      <w:proofErr w:type="spellStart"/>
      <w:r>
        <w:t>qasje</w:t>
      </w:r>
      <w:proofErr w:type="spellEnd"/>
      <w:r>
        <w:t xml:space="preserve"> e </w:t>
      </w:r>
      <w:proofErr w:type="spellStart"/>
      <w:r>
        <w:t>mirë</w:t>
      </w:r>
      <w:proofErr w:type="spellEnd"/>
      <w:r>
        <w:t xml:space="preserve">. </w:t>
      </w:r>
      <w:proofErr w:type="spellStart"/>
      <w:r>
        <w:t>Dhe</w:t>
      </w:r>
      <w:proofErr w:type="spellEnd"/>
      <w:r>
        <w:t xml:space="preserve"> </w:t>
      </w:r>
      <w:proofErr w:type="spellStart"/>
      <w:r>
        <w:t>unë</w:t>
      </w:r>
      <w:proofErr w:type="spellEnd"/>
      <w:r>
        <w:t xml:space="preserve"> </w:t>
      </w:r>
      <w:proofErr w:type="spellStart"/>
      <w:r>
        <w:t>territorin</w:t>
      </w:r>
      <w:proofErr w:type="spellEnd"/>
      <w:r>
        <w:t xml:space="preserve"> </w:t>
      </w:r>
      <w:proofErr w:type="spellStart"/>
      <w:r>
        <w:t>kështu</w:t>
      </w:r>
      <w:proofErr w:type="spellEnd"/>
      <w:r>
        <w:t xml:space="preserve"> e </w:t>
      </w:r>
      <w:proofErr w:type="spellStart"/>
      <w:r>
        <w:t>konceptoj</w:t>
      </w:r>
      <w:proofErr w:type="spellEnd"/>
      <w:r>
        <w:t xml:space="preserve">, jo via </w:t>
      </w:r>
      <w:proofErr w:type="spellStart"/>
      <w:r>
        <w:t>hartash</w:t>
      </w:r>
      <w:proofErr w:type="spellEnd"/>
      <w:r>
        <w:t xml:space="preserve">, por </w:t>
      </w:r>
      <w:proofErr w:type="spellStart"/>
      <w:r>
        <w:t>distancë</w:t>
      </w:r>
      <w:proofErr w:type="spellEnd"/>
      <w:r>
        <w:t xml:space="preserve"> me </w:t>
      </w:r>
      <w:proofErr w:type="spellStart"/>
      <w:r>
        <w:t>qytetarin</w:t>
      </w:r>
      <w:proofErr w:type="spellEnd"/>
      <w:r>
        <w:t xml:space="preserve">. </w:t>
      </w:r>
      <w:proofErr w:type="spellStart"/>
      <w:r>
        <w:t>Dhe</w:t>
      </w:r>
      <w:proofErr w:type="spellEnd"/>
      <w:r>
        <w:t xml:space="preserve"> po </w:t>
      </w:r>
      <w:proofErr w:type="spellStart"/>
      <w:r>
        <w:t>të</w:t>
      </w:r>
      <w:proofErr w:type="spellEnd"/>
      <w:r>
        <w:t xml:space="preserve"> </w:t>
      </w:r>
      <w:proofErr w:type="spellStart"/>
      <w:r>
        <w:t>nisemi</w:t>
      </w:r>
      <w:proofErr w:type="spellEnd"/>
      <w:r>
        <w:t xml:space="preserve"> </w:t>
      </w:r>
      <w:proofErr w:type="spellStart"/>
      <w:r>
        <w:t>nga</w:t>
      </w:r>
      <w:proofErr w:type="spellEnd"/>
      <w:r>
        <w:t xml:space="preserve"> </w:t>
      </w:r>
      <w:proofErr w:type="spellStart"/>
      <w:r>
        <w:t>kjo</w:t>
      </w:r>
      <w:proofErr w:type="spellEnd"/>
      <w:r>
        <w:t xml:space="preserve"> </w:t>
      </w:r>
      <w:proofErr w:type="spellStart"/>
      <w:r>
        <w:t>logjikë</w:t>
      </w:r>
      <w:proofErr w:type="spellEnd"/>
      <w:r>
        <w:t xml:space="preserve"> </w:t>
      </w:r>
      <w:proofErr w:type="spellStart"/>
      <w:r>
        <w:t>pastaj</w:t>
      </w:r>
      <w:proofErr w:type="spellEnd"/>
      <w:r>
        <w:t xml:space="preserve"> ne </w:t>
      </w:r>
      <w:proofErr w:type="spellStart"/>
      <w:r>
        <w:t>dalim</w:t>
      </w:r>
      <w:proofErr w:type="spellEnd"/>
      <w:r>
        <w:t xml:space="preserve"> </w:t>
      </w:r>
      <w:proofErr w:type="spellStart"/>
      <w:r>
        <w:t>tek</w:t>
      </w:r>
      <w:proofErr w:type="spellEnd"/>
      <w:r>
        <w:t xml:space="preserve"> ai </w:t>
      </w:r>
      <w:proofErr w:type="spellStart"/>
      <w:r>
        <w:t>numër</w:t>
      </w:r>
      <w:proofErr w:type="spellEnd"/>
      <w:r>
        <w:t xml:space="preserve"> optimal </w:t>
      </w:r>
      <w:proofErr w:type="spellStart"/>
      <w:r>
        <w:t>që</w:t>
      </w:r>
      <w:proofErr w:type="spellEnd"/>
      <w:r>
        <w:t xml:space="preserve"> </w:t>
      </w:r>
      <w:proofErr w:type="spellStart"/>
      <w:r>
        <w:t>është</w:t>
      </w:r>
      <w:proofErr w:type="spellEnd"/>
      <w:r>
        <w:t xml:space="preserve"> </w:t>
      </w:r>
      <w:proofErr w:type="spellStart"/>
      <w:r>
        <w:t>kërkuar</w:t>
      </w:r>
      <w:proofErr w:type="spellEnd"/>
      <w:r>
        <w:t xml:space="preserve"> </w:t>
      </w:r>
      <w:proofErr w:type="spellStart"/>
      <w:r>
        <w:t>në</w:t>
      </w:r>
      <w:proofErr w:type="spellEnd"/>
      <w:r>
        <w:t xml:space="preserve"> </w:t>
      </w:r>
      <w:proofErr w:type="spellStart"/>
      <w:r>
        <w:t>fakt</w:t>
      </w:r>
      <w:proofErr w:type="spellEnd"/>
      <w:r>
        <w:t xml:space="preserve"> </w:t>
      </w:r>
      <w:proofErr w:type="spellStart"/>
      <w:r>
        <w:t>nga</w:t>
      </w:r>
      <w:proofErr w:type="spellEnd"/>
      <w:r>
        <w:t xml:space="preserve"> </w:t>
      </w:r>
      <w:proofErr w:type="spellStart"/>
      <w:r>
        <w:t>qytetarët</w:t>
      </w:r>
      <w:proofErr w:type="spellEnd"/>
      <w:r>
        <w:t xml:space="preserve">. </w:t>
      </w:r>
      <w:proofErr w:type="spellStart"/>
      <w:r>
        <w:t>Për</w:t>
      </w:r>
      <w:proofErr w:type="spellEnd"/>
      <w:r>
        <w:t xml:space="preserve"> </w:t>
      </w:r>
      <w:proofErr w:type="spellStart"/>
      <w:r>
        <w:t>hir</w:t>
      </w:r>
      <w:proofErr w:type="spellEnd"/>
      <w:r>
        <w:t xml:space="preserve"> </w:t>
      </w:r>
      <w:proofErr w:type="spellStart"/>
      <w:r>
        <w:t>të</w:t>
      </w:r>
      <w:proofErr w:type="spellEnd"/>
      <w:r>
        <w:t xml:space="preserve"> </w:t>
      </w:r>
      <w:proofErr w:type="spellStart"/>
      <w:r>
        <w:t>territorit</w:t>
      </w:r>
      <w:proofErr w:type="spellEnd"/>
      <w:r>
        <w:t xml:space="preserve"> </w:t>
      </w:r>
      <w:proofErr w:type="spellStart"/>
      <w:r>
        <w:t>funksional</w:t>
      </w:r>
      <w:proofErr w:type="spellEnd"/>
      <w:r>
        <w:t xml:space="preserve">, jo </w:t>
      </w:r>
      <w:proofErr w:type="spellStart"/>
      <w:r>
        <w:t>të</w:t>
      </w:r>
      <w:proofErr w:type="spellEnd"/>
      <w:r>
        <w:t xml:space="preserve"> </w:t>
      </w:r>
      <w:proofErr w:type="spellStart"/>
      <w:r>
        <w:t>hartës</w:t>
      </w:r>
      <w:proofErr w:type="spellEnd"/>
      <w:r>
        <w:t xml:space="preserve">. Se </w:t>
      </w:r>
      <w:proofErr w:type="spellStart"/>
      <w:r>
        <w:t>kur</w:t>
      </w:r>
      <w:proofErr w:type="spellEnd"/>
      <w:r>
        <w:t xml:space="preserve"> </w:t>
      </w:r>
      <w:proofErr w:type="spellStart"/>
      <w:r>
        <w:t>bëjmë</w:t>
      </w:r>
      <w:proofErr w:type="spellEnd"/>
      <w:r>
        <w:t xml:space="preserve"> ne </w:t>
      </w:r>
      <w:proofErr w:type="spellStart"/>
      <w:r>
        <w:t>debatin</w:t>
      </w:r>
      <w:proofErr w:type="spellEnd"/>
      <w:r>
        <w:t xml:space="preserve"> </w:t>
      </w:r>
      <w:proofErr w:type="spellStart"/>
      <w:r>
        <w:t>për</w:t>
      </w:r>
      <w:proofErr w:type="spellEnd"/>
      <w:r>
        <w:t xml:space="preserve"> </w:t>
      </w:r>
      <w:proofErr w:type="spellStart"/>
      <w:r>
        <w:t>territorin</w:t>
      </w:r>
      <w:proofErr w:type="spellEnd"/>
      <w:r>
        <w:t xml:space="preserve">, </w:t>
      </w:r>
      <w:proofErr w:type="spellStart"/>
      <w:r>
        <w:t>të</w:t>
      </w:r>
      <w:proofErr w:type="spellEnd"/>
      <w:r>
        <w:t xml:space="preserve"> </w:t>
      </w:r>
      <w:proofErr w:type="spellStart"/>
      <w:r>
        <w:t>tjerët</w:t>
      </w:r>
      <w:proofErr w:type="spellEnd"/>
      <w:r>
        <w:t xml:space="preserve"> </w:t>
      </w:r>
      <w:proofErr w:type="spellStart"/>
      <w:r>
        <w:t>mendojnë</w:t>
      </w:r>
      <w:proofErr w:type="spellEnd"/>
      <w:r>
        <w:t xml:space="preserve"> </w:t>
      </w:r>
      <w:proofErr w:type="spellStart"/>
      <w:r>
        <w:t>që</w:t>
      </w:r>
      <w:proofErr w:type="spellEnd"/>
      <w:r>
        <w:t xml:space="preserve"> ne e </w:t>
      </w:r>
      <w:proofErr w:type="spellStart"/>
      <w:r>
        <w:t>bëjmë</w:t>
      </w:r>
      <w:proofErr w:type="spellEnd"/>
      <w:r>
        <w:t xml:space="preserve"> </w:t>
      </w:r>
      <w:proofErr w:type="spellStart"/>
      <w:r>
        <w:t>për</w:t>
      </w:r>
      <w:proofErr w:type="spellEnd"/>
      <w:r>
        <w:t xml:space="preserve"> </w:t>
      </w:r>
      <w:proofErr w:type="spellStart"/>
      <w:r>
        <w:t>hartën</w:t>
      </w:r>
      <w:proofErr w:type="spellEnd"/>
      <w:r>
        <w:t xml:space="preserve">. Jo, se </w:t>
      </w:r>
      <w:proofErr w:type="spellStart"/>
      <w:r>
        <w:t>bëjmë</w:t>
      </w:r>
      <w:proofErr w:type="spellEnd"/>
      <w:r>
        <w:t xml:space="preserve"> </w:t>
      </w:r>
      <w:proofErr w:type="spellStart"/>
      <w:r>
        <w:t>për</w:t>
      </w:r>
      <w:proofErr w:type="spellEnd"/>
      <w:r>
        <w:t xml:space="preserve"> </w:t>
      </w:r>
      <w:proofErr w:type="spellStart"/>
      <w:r>
        <w:t>hartën</w:t>
      </w:r>
      <w:proofErr w:type="spellEnd"/>
      <w:r>
        <w:t xml:space="preserve">, </w:t>
      </w:r>
      <w:proofErr w:type="spellStart"/>
      <w:r>
        <w:t>për</w:t>
      </w:r>
      <w:proofErr w:type="spellEnd"/>
      <w:r>
        <w:t xml:space="preserve"> </w:t>
      </w:r>
      <w:proofErr w:type="spellStart"/>
      <w:r>
        <w:t>funksionalitetin</w:t>
      </w:r>
      <w:proofErr w:type="spellEnd"/>
      <w:r>
        <w:t xml:space="preserve"> e </w:t>
      </w:r>
      <w:proofErr w:type="spellStart"/>
      <w:r>
        <w:t>territorit</w:t>
      </w:r>
      <w:proofErr w:type="spellEnd"/>
      <w:r>
        <w:t xml:space="preserve">. </w:t>
      </w:r>
      <w:proofErr w:type="spellStart"/>
      <w:r>
        <w:t>Dhe</w:t>
      </w:r>
      <w:proofErr w:type="spellEnd"/>
      <w:r>
        <w:t xml:space="preserve"> </w:t>
      </w:r>
      <w:proofErr w:type="spellStart"/>
      <w:r>
        <w:t>në</w:t>
      </w:r>
      <w:proofErr w:type="spellEnd"/>
      <w:r>
        <w:t xml:space="preserve"> </w:t>
      </w:r>
      <w:proofErr w:type="spellStart"/>
      <w:r>
        <w:t>fakt</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gjë</w:t>
      </w:r>
      <w:proofErr w:type="spellEnd"/>
      <w:r>
        <w:t xml:space="preserve"> e </w:t>
      </w:r>
      <w:proofErr w:type="spellStart"/>
      <w:r>
        <w:t>mirë</w:t>
      </w:r>
      <w:proofErr w:type="spellEnd"/>
      <w:r>
        <w:t xml:space="preserve"> </w:t>
      </w:r>
      <w:proofErr w:type="spellStart"/>
      <w:r>
        <w:t>dhe</w:t>
      </w:r>
      <w:proofErr w:type="spellEnd"/>
      <w:r>
        <w:t xml:space="preserve"> </w:t>
      </w:r>
      <w:proofErr w:type="spellStart"/>
      <w:r>
        <w:t>më</w:t>
      </w:r>
      <w:proofErr w:type="spellEnd"/>
      <w:r>
        <w:t xml:space="preserve"> </w:t>
      </w:r>
      <w:proofErr w:type="spellStart"/>
      <w:r>
        <w:t>pëlqeu</w:t>
      </w:r>
      <w:proofErr w:type="spellEnd"/>
      <w:r>
        <w:t xml:space="preserve"> </w:t>
      </w:r>
      <w:proofErr w:type="spellStart"/>
      <w:r>
        <w:t>dhe</w:t>
      </w:r>
      <w:proofErr w:type="spellEnd"/>
      <w:r>
        <w:t xml:space="preserve"> </w:t>
      </w:r>
      <w:proofErr w:type="spellStart"/>
      <w:r>
        <w:t>përgjigjja</w:t>
      </w:r>
      <w:proofErr w:type="spellEnd"/>
      <w:r>
        <w:t xml:space="preserve"> e </w:t>
      </w:r>
      <w:proofErr w:type="spellStart"/>
      <w:r>
        <w:t>zotit</w:t>
      </w:r>
      <w:proofErr w:type="spellEnd"/>
      <w:r>
        <w:t xml:space="preserve"> Curri. Kam </w:t>
      </w:r>
      <w:proofErr w:type="spellStart"/>
      <w:r>
        <w:t>dhe</w:t>
      </w:r>
      <w:proofErr w:type="spellEnd"/>
      <w:r>
        <w:t xml:space="preserve"> </w:t>
      </w:r>
      <w:proofErr w:type="spellStart"/>
      <w:r>
        <w:t>unë</w:t>
      </w:r>
      <w:proofErr w:type="spellEnd"/>
      <w:r>
        <w:t xml:space="preserve"> </w:t>
      </w:r>
      <w:proofErr w:type="spellStart"/>
      <w:r>
        <w:t>pyetje</w:t>
      </w:r>
      <w:proofErr w:type="spellEnd"/>
      <w:r>
        <w:t xml:space="preserve">, do </w:t>
      </w:r>
      <w:proofErr w:type="spellStart"/>
      <w:r>
        <w:t>mundohem</w:t>
      </w:r>
      <w:proofErr w:type="spellEnd"/>
      <w:r>
        <w:t xml:space="preserve"> </w:t>
      </w:r>
      <w:proofErr w:type="spellStart"/>
      <w:r>
        <w:t>të</w:t>
      </w:r>
      <w:proofErr w:type="spellEnd"/>
      <w:r>
        <w:t xml:space="preserve"> </w:t>
      </w:r>
      <w:proofErr w:type="spellStart"/>
      <w:r>
        <w:t>jem</w:t>
      </w:r>
      <w:proofErr w:type="spellEnd"/>
      <w:r>
        <w:t xml:space="preserve"> </w:t>
      </w:r>
      <w:proofErr w:type="spellStart"/>
      <w:r>
        <w:t>konciz</w:t>
      </w:r>
      <w:proofErr w:type="spellEnd"/>
      <w:r>
        <w:t xml:space="preserve"> </w:t>
      </w:r>
      <w:proofErr w:type="spellStart"/>
      <w:r>
        <w:t>sepse</w:t>
      </w:r>
      <w:proofErr w:type="spellEnd"/>
      <w:r>
        <w:t xml:space="preserve"> u </w:t>
      </w:r>
      <w:proofErr w:type="spellStart"/>
      <w:r>
        <w:t>zgjat</w:t>
      </w:r>
      <w:proofErr w:type="spellEnd"/>
      <w:r>
        <w:t xml:space="preserve"> </w:t>
      </w:r>
      <w:proofErr w:type="spellStart"/>
      <w:r>
        <w:t>shumë</w:t>
      </w:r>
      <w:proofErr w:type="spellEnd"/>
      <w:r>
        <w:t xml:space="preserve"> </w:t>
      </w:r>
      <w:proofErr w:type="spellStart"/>
      <w:r>
        <w:t>në</w:t>
      </w:r>
      <w:proofErr w:type="spellEnd"/>
      <w:r>
        <w:t xml:space="preserve"> </w:t>
      </w:r>
      <w:proofErr w:type="spellStart"/>
      <w:r>
        <w:t>fakt</w:t>
      </w:r>
      <w:proofErr w:type="spellEnd"/>
      <w:r>
        <w:t xml:space="preserve">. </w:t>
      </w:r>
      <w:proofErr w:type="spellStart"/>
      <w:r>
        <w:t>Së</w:t>
      </w:r>
      <w:proofErr w:type="spellEnd"/>
      <w:r>
        <w:t xml:space="preserve"> </w:t>
      </w:r>
      <w:proofErr w:type="spellStart"/>
      <w:r>
        <w:t>pari</w:t>
      </w:r>
      <w:proofErr w:type="spellEnd"/>
      <w:r>
        <w:t xml:space="preserve"> e </w:t>
      </w:r>
      <w:proofErr w:type="spellStart"/>
      <w:r>
        <w:t>kam</w:t>
      </w:r>
      <w:proofErr w:type="spellEnd"/>
      <w:r>
        <w:t xml:space="preserve"> </w:t>
      </w:r>
      <w:proofErr w:type="spellStart"/>
      <w:r>
        <w:t>një</w:t>
      </w:r>
      <w:proofErr w:type="spellEnd"/>
      <w:r>
        <w:t xml:space="preserve"> </w:t>
      </w:r>
      <w:proofErr w:type="spellStart"/>
      <w:r>
        <w:t>për</w:t>
      </w:r>
      <w:proofErr w:type="spellEnd"/>
      <w:r>
        <w:t xml:space="preserve"> </w:t>
      </w:r>
      <w:proofErr w:type="spellStart"/>
      <w:r>
        <w:t>zotin</w:t>
      </w:r>
      <w:proofErr w:type="spellEnd"/>
      <w:r>
        <w:t xml:space="preserve"> </w:t>
      </w:r>
      <w:proofErr w:type="spellStart"/>
      <w:r>
        <w:t>Shkrelin</w:t>
      </w:r>
      <w:proofErr w:type="spellEnd"/>
      <w:r>
        <w:t xml:space="preserve">. </w:t>
      </w:r>
      <w:proofErr w:type="spellStart"/>
      <w:r>
        <w:t>Në</w:t>
      </w:r>
      <w:proofErr w:type="spellEnd"/>
      <w:r>
        <w:t xml:space="preserve"> </w:t>
      </w:r>
      <w:proofErr w:type="spellStart"/>
      <w:r>
        <w:t>raport</w:t>
      </w:r>
      <w:proofErr w:type="spellEnd"/>
      <w:r>
        <w:t xml:space="preserve"> </w:t>
      </w:r>
      <w:proofErr w:type="spellStart"/>
      <w:r>
        <w:t>përsëri</w:t>
      </w:r>
      <w:proofErr w:type="spellEnd"/>
      <w:r>
        <w:t xml:space="preserve"> </w:t>
      </w:r>
      <w:proofErr w:type="spellStart"/>
      <w:r>
        <w:t>për</w:t>
      </w:r>
      <w:proofErr w:type="spellEnd"/>
      <w:r>
        <w:t xml:space="preserve"> </w:t>
      </w:r>
      <w:proofErr w:type="spellStart"/>
      <w:r>
        <w:t>landfildin</w:t>
      </w:r>
      <w:proofErr w:type="spellEnd"/>
      <w:r>
        <w:t xml:space="preserve">, </w:t>
      </w:r>
      <w:proofErr w:type="spellStart"/>
      <w:r>
        <w:t>meqënëse</w:t>
      </w:r>
      <w:proofErr w:type="spellEnd"/>
      <w:r>
        <w:t xml:space="preserve"> </w:t>
      </w:r>
      <w:proofErr w:type="spellStart"/>
      <w:r>
        <w:t>patëm</w:t>
      </w:r>
      <w:proofErr w:type="spellEnd"/>
      <w:r>
        <w:t xml:space="preserve"> </w:t>
      </w:r>
      <w:proofErr w:type="spellStart"/>
      <w:r>
        <w:t>ndonjë</w:t>
      </w:r>
      <w:proofErr w:type="spellEnd"/>
      <w:r>
        <w:t xml:space="preserve"> </w:t>
      </w:r>
      <w:proofErr w:type="spellStart"/>
      <w:r>
        <w:t>ngjarje</w:t>
      </w:r>
      <w:proofErr w:type="spellEnd"/>
      <w:r>
        <w:t xml:space="preserve"> ë </w:t>
      </w:r>
      <w:proofErr w:type="spellStart"/>
      <w:r>
        <w:t>pak</w:t>
      </w:r>
      <w:proofErr w:type="spellEnd"/>
      <w:r>
        <w:t xml:space="preserve"> a </w:t>
      </w:r>
      <w:proofErr w:type="spellStart"/>
      <w:r>
        <w:t>shumë</w:t>
      </w:r>
      <w:proofErr w:type="spellEnd"/>
      <w:r>
        <w:t xml:space="preserve"> </w:t>
      </w:r>
      <w:proofErr w:type="spellStart"/>
      <w:r>
        <w:t>dramatike</w:t>
      </w:r>
      <w:proofErr w:type="spellEnd"/>
      <w:r>
        <w:t xml:space="preserve"> me </w:t>
      </w:r>
      <w:proofErr w:type="spellStart"/>
      <w:r>
        <w:t>vënien</w:t>
      </w:r>
      <w:proofErr w:type="spellEnd"/>
      <w:r>
        <w:t xml:space="preserve"> </w:t>
      </w:r>
      <w:proofErr w:type="spellStart"/>
      <w:r>
        <w:t>në</w:t>
      </w:r>
      <w:proofErr w:type="spellEnd"/>
      <w:r>
        <w:t xml:space="preserve"> </w:t>
      </w:r>
      <w:proofErr w:type="spellStart"/>
      <w:r>
        <w:t>rënien</w:t>
      </w:r>
      <w:proofErr w:type="spellEnd"/>
      <w:r>
        <w:t xml:space="preserve"> e </w:t>
      </w:r>
      <w:proofErr w:type="spellStart"/>
      <w:r>
        <w:lastRenderedPageBreak/>
        <w:t>zjarrit</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përcaktuar</w:t>
      </w:r>
      <w:proofErr w:type="spellEnd"/>
      <w:r>
        <w:t xml:space="preserve"> </w:t>
      </w:r>
      <w:proofErr w:type="spellStart"/>
      <w:r>
        <w:t>qartazi</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keqmenaxhimit</w:t>
      </w:r>
      <w:proofErr w:type="spellEnd"/>
      <w:r>
        <w:t xml:space="preserve"> </w:t>
      </w:r>
      <w:proofErr w:type="spellStart"/>
      <w:r>
        <w:t>kushteve</w:t>
      </w:r>
      <w:proofErr w:type="spellEnd"/>
      <w:r>
        <w:t xml:space="preserve"> </w:t>
      </w:r>
      <w:proofErr w:type="spellStart"/>
      <w:r>
        <w:t>atmosferike</w:t>
      </w:r>
      <w:proofErr w:type="spellEnd"/>
      <w:r>
        <w:t xml:space="preserve">, jo se </w:t>
      </w:r>
      <w:proofErr w:type="spellStart"/>
      <w:r>
        <w:t>ishte</w:t>
      </w:r>
      <w:proofErr w:type="spellEnd"/>
      <w:r>
        <w:t xml:space="preserve"> </w:t>
      </w:r>
      <w:proofErr w:type="spellStart"/>
      <w:r>
        <w:t>dhe</w:t>
      </w:r>
      <w:proofErr w:type="spellEnd"/>
      <w:r>
        <w:t xml:space="preserve"> </w:t>
      </w:r>
      <w:proofErr w:type="spellStart"/>
      <w:r>
        <w:t>koha</w:t>
      </w:r>
      <w:proofErr w:type="spellEnd"/>
      <w:r>
        <w:t xml:space="preserve"> jo e </w:t>
      </w:r>
      <w:proofErr w:type="spellStart"/>
      <w:r>
        <w:t>përshtatshme</w:t>
      </w:r>
      <w:proofErr w:type="spellEnd"/>
      <w:r>
        <w:t xml:space="preserve"> </w:t>
      </w:r>
      <w:proofErr w:type="spellStart"/>
      <w:r>
        <w:t>për</w:t>
      </w:r>
      <w:proofErr w:type="spellEnd"/>
      <w:r>
        <w:t xml:space="preserve"> </w:t>
      </w:r>
      <w:proofErr w:type="spellStart"/>
      <w:r>
        <w:t>zjarrë</w:t>
      </w:r>
      <w:proofErr w:type="spellEnd"/>
      <w:r>
        <w:t xml:space="preserve">. Ë </w:t>
      </w:r>
      <w:proofErr w:type="spellStart"/>
      <w:r>
        <w:t>dëgjova</w:t>
      </w:r>
      <w:proofErr w:type="spellEnd"/>
      <w:r>
        <w:t xml:space="preserve"> </w:t>
      </w:r>
      <w:proofErr w:type="spellStart"/>
      <w:r>
        <w:t>dhe</w:t>
      </w:r>
      <w:proofErr w:type="spellEnd"/>
      <w:r>
        <w:t xml:space="preserve"> </w:t>
      </w:r>
      <w:proofErr w:type="spellStart"/>
      <w:r>
        <w:t>pjesën</w:t>
      </w:r>
      <w:proofErr w:type="spellEnd"/>
      <w:r>
        <w:t xml:space="preserve"> e </w:t>
      </w:r>
      <w:proofErr w:type="spellStart"/>
      <w:r>
        <w:t>përqindjes</w:t>
      </w:r>
      <w:proofErr w:type="spellEnd"/>
      <w:r>
        <w:t xml:space="preserve"> </w:t>
      </w:r>
      <w:proofErr w:type="spellStart"/>
      <w:r>
        <w:t>së</w:t>
      </w:r>
      <w:proofErr w:type="spellEnd"/>
      <w:r>
        <w:t xml:space="preserve"> </w:t>
      </w:r>
      <w:proofErr w:type="spellStart"/>
      <w:r>
        <w:t>aksioneve</w:t>
      </w:r>
      <w:proofErr w:type="spellEnd"/>
      <w:r>
        <w:t xml:space="preserve"> </w:t>
      </w:r>
      <w:proofErr w:type="spellStart"/>
      <w:r>
        <w:t>që</w:t>
      </w:r>
      <w:proofErr w:type="spellEnd"/>
      <w:r>
        <w:t xml:space="preserve"> </w:t>
      </w:r>
      <w:proofErr w:type="spellStart"/>
      <w:r>
        <w:t>keni</w:t>
      </w:r>
      <w:proofErr w:type="spellEnd"/>
      <w:r>
        <w:t xml:space="preserve"> </w:t>
      </w:r>
      <w:proofErr w:type="spellStart"/>
      <w:r>
        <w:t>ju</w:t>
      </w:r>
      <w:proofErr w:type="spellEnd"/>
      <w:r>
        <w:t xml:space="preserve"> </w:t>
      </w:r>
      <w:proofErr w:type="spellStart"/>
      <w:r>
        <w:t>në</w:t>
      </w:r>
      <w:proofErr w:type="spellEnd"/>
      <w:r>
        <w:t xml:space="preserve"> </w:t>
      </w:r>
      <w:proofErr w:type="spellStart"/>
      <w:r>
        <w:t>menaxhim</w:t>
      </w:r>
      <w:proofErr w:type="spellEnd"/>
      <w:r>
        <w:t xml:space="preserve"> apo </w:t>
      </w:r>
      <w:proofErr w:type="spellStart"/>
      <w:r>
        <w:t>në</w:t>
      </w:r>
      <w:proofErr w:type="spellEnd"/>
      <w:r>
        <w:t xml:space="preserve"> </w:t>
      </w:r>
      <w:proofErr w:type="spellStart"/>
      <w:r>
        <w:t>pronësi</w:t>
      </w:r>
      <w:proofErr w:type="spellEnd"/>
      <w:r>
        <w:t xml:space="preserve">, se </w:t>
      </w:r>
      <w:proofErr w:type="spellStart"/>
      <w:r>
        <w:t>duhet</w:t>
      </w:r>
      <w:proofErr w:type="spellEnd"/>
      <w:r>
        <w:t xml:space="preserve"> </w:t>
      </w:r>
      <w:proofErr w:type="spellStart"/>
      <w:r>
        <w:t>ndarë</w:t>
      </w:r>
      <w:proofErr w:type="spellEnd"/>
      <w:r>
        <w:t xml:space="preserve">, se </w:t>
      </w:r>
      <w:proofErr w:type="spellStart"/>
      <w:r>
        <w:t>në</w:t>
      </w:r>
      <w:proofErr w:type="spellEnd"/>
      <w:r>
        <w:t xml:space="preserve"> </w:t>
      </w:r>
      <w:proofErr w:type="spellStart"/>
      <w:r>
        <w:t>të</w:t>
      </w:r>
      <w:proofErr w:type="spellEnd"/>
      <w:r>
        <w:t xml:space="preserve"> </w:t>
      </w:r>
      <w:proofErr w:type="spellStart"/>
      <w:r>
        <w:t>dhënat</w:t>
      </w:r>
      <w:proofErr w:type="spellEnd"/>
      <w:r>
        <w:t xml:space="preserve"> del </w:t>
      </w:r>
      <w:proofErr w:type="spellStart"/>
      <w:r>
        <w:t>që</w:t>
      </w:r>
      <w:proofErr w:type="spellEnd"/>
      <w:r>
        <w:t xml:space="preserve"> </w:t>
      </w:r>
      <w:proofErr w:type="spellStart"/>
      <w:r>
        <w:t>ndërkomunale</w:t>
      </w:r>
      <w:proofErr w:type="spellEnd"/>
      <w:r>
        <w:t xml:space="preserve"> ka 100% </w:t>
      </w:r>
      <w:proofErr w:type="spellStart"/>
      <w:r>
        <w:t>të</w:t>
      </w:r>
      <w:proofErr w:type="spellEnd"/>
      <w:r>
        <w:t xml:space="preserve"> </w:t>
      </w:r>
      <w:proofErr w:type="spellStart"/>
      <w:r>
        <w:t>aksioneve</w:t>
      </w:r>
      <w:proofErr w:type="spellEnd"/>
      <w:r>
        <w:t xml:space="preserve"> </w:t>
      </w:r>
      <w:proofErr w:type="spellStart"/>
      <w:r>
        <w:t>të</w:t>
      </w:r>
      <w:proofErr w:type="spellEnd"/>
      <w:r>
        <w:t xml:space="preserve"> </w:t>
      </w:r>
      <w:proofErr w:type="spellStart"/>
      <w:r>
        <w:t>landfildit</w:t>
      </w:r>
      <w:proofErr w:type="spellEnd"/>
      <w:r>
        <w:t xml:space="preserve"> </w:t>
      </w:r>
      <w:proofErr w:type="spellStart"/>
      <w:r>
        <w:t>të</w:t>
      </w:r>
      <w:proofErr w:type="spellEnd"/>
      <w:r>
        <w:t xml:space="preserve"> </w:t>
      </w:r>
      <w:proofErr w:type="spellStart"/>
      <w:r>
        <w:t>Bushatit</w:t>
      </w:r>
      <w:proofErr w:type="spellEnd"/>
      <w:r>
        <w:t xml:space="preserve"> </w:t>
      </w:r>
      <w:proofErr w:type="spellStart"/>
      <w:r>
        <w:t>dhe</w:t>
      </w:r>
      <w:proofErr w:type="spellEnd"/>
      <w:r>
        <w:t xml:space="preserve"> jo del </w:t>
      </w:r>
      <w:proofErr w:type="spellStart"/>
      <w:r>
        <w:t>në</w:t>
      </w:r>
      <w:proofErr w:type="spellEnd"/>
      <w:r>
        <w:t xml:space="preserve"> </w:t>
      </w:r>
      <w:proofErr w:type="spellStart"/>
      <w:r>
        <w:t>të</w:t>
      </w:r>
      <w:proofErr w:type="spellEnd"/>
      <w:r>
        <w:t xml:space="preserve"> </w:t>
      </w:r>
      <w:proofErr w:type="spellStart"/>
      <w:r>
        <w:t>dhënat</w:t>
      </w:r>
      <w:proofErr w:type="spellEnd"/>
      <w:r>
        <w:t xml:space="preserve"> </w:t>
      </w:r>
      <w:proofErr w:type="spellStart"/>
      <w:r>
        <w:t>zyrtare</w:t>
      </w:r>
      <w:proofErr w:type="spellEnd"/>
      <w:r>
        <w:t xml:space="preserve">, </w:t>
      </w:r>
      <w:proofErr w:type="spellStart"/>
      <w:r>
        <w:t>sepse</w:t>
      </w:r>
      <w:proofErr w:type="spellEnd"/>
      <w:r>
        <w:t xml:space="preserve"> e </w:t>
      </w:r>
      <w:proofErr w:type="spellStart"/>
      <w:r>
        <w:t>kërkova</w:t>
      </w:r>
      <w:proofErr w:type="spellEnd"/>
      <w:r>
        <w:t xml:space="preserve"> </w:t>
      </w:r>
      <w:proofErr w:type="spellStart"/>
      <w:r>
        <w:t>në</w:t>
      </w:r>
      <w:proofErr w:type="spellEnd"/>
      <w:r>
        <w:t xml:space="preserve"> </w:t>
      </w:r>
      <w:proofErr w:type="spellStart"/>
      <w:r>
        <w:t>të</w:t>
      </w:r>
      <w:proofErr w:type="spellEnd"/>
      <w:r>
        <w:t xml:space="preserve"> </w:t>
      </w:r>
      <w:proofErr w:type="spellStart"/>
      <w:r>
        <w:t>dhënat</w:t>
      </w:r>
      <w:proofErr w:type="spellEnd"/>
      <w:r>
        <w:t xml:space="preserve"> </w:t>
      </w:r>
      <w:proofErr w:type="spellStart"/>
      <w:r>
        <w:t>zyrtare</w:t>
      </w:r>
      <w:proofErr w:type="spellEnd"/>
      <w:r>
        <w:t xml:space="preserve"> </w:t>
      </w:r>
      <w:proofErr w:type="spellStart"/>
      <w:r>
        <w:t>dhe</w:t>
      </w:r>
      <w:proofErr w:type="spellEnd"/>
      <w:r>
        <w:t xml:space="preserve"> </w:t>
      </w:r>
      <w:proofErr w:type="spellStart"/>
      <w:r>
        <w:t>për</w:t>
      </w:r>
      <w:proofErr w:type="spellEnd"/>
      <w:r>
        <w:t xml:space="preserve"> </w:t>
      </w:r>
      <w:proofErr w:type="spellStart"/>
      <w:r>
        <w:t>saksim</w:t>
      </w:r>
      <w:proofErr w:type="spellEnd"/>
      <w:r>
        <w:t xml:space="preserve"> </w:t>
      </w:r>
      <w:proofErr w:type="spellStart"/>
      <w:r>
        <w:t>të</w:t>
      </w:r>
      <w:proofErr w:type="spellEnd"/>
      <w:r>
        <w:t xml:space="preserve"> </w:t>
      </w:r>
      <w:proofErr w:type="spellStart"/>
      <w:r>
        <w:t>historikut</w:t>
      </w:r>
      <w:proofErr w:type="spellEnd"/>
      <w:r>
        <w:t xml:space="preserve"> u </w:t>
      </w:r>
      <w:proofErr w:type="spellStart"/>
      <w:r>
        <w:t>bë</w:t>
      </w:r>
      <w:proofErr w:type="spellEnd"/>
      <w:r>
        <w:t xml:space="preserve"> </w:t>
      </w:r>
      <w:proofErr w:type="spellStart"/>
      <w:r>
        <w:t>një</w:t>
      </w:r>
      <w:proofErr w:type="spellEnd"/>
      <w:r>
        <w:t xml:space="preserve"> </w:t>
      </w:r>
      <w:proofErr w:type="spellStart"/>
      <w:r>
        <w:t>pyetje</w:t>
      </w:r>
      <w:proofErr w:type="spellEnd"/>
      <w:r>
        <w:t xml:space="preserve"> </w:t>
      </w:r>
      <w:proofErr w:type="spellStart"/>
      <w:r>
        <w:t>këtu</w:t>
      </w:r>
      <w:proofErr w:type="spellEnd"/>
      <w:r>
        <w:t xml:space="preserve"> </w:t>
      </w:r>
      <w:proofErr w:type="spellStart"/>
      <w:r>
        <w:t>dhe</w:t>
      </w:r>
      <w:proofErr w:type="spellEnd"/>
      <w:r>
        <w:t xml:space="preserve"> u </w:t>
      </w:r>
      <w:proofErr w:type="spellStart"/>
      <w:r>
        <w:t>kërkua</w:t>
      </w:r>
      <w:proofErr w:type="spellEnd"/>
      <w:r>
        <w:t xml:space="preserve"> </w:t>
      </w:r>
      <w:proofErr w:type="spellStart"/>
      <w:r>
        <w:t>që</w:t>
      </w:r>
      <w:proofErr w:type="spellEnd"/>
      <w:r>
        <w:t xml:space="preserve"> </w:t>
      </w:r>
      <w:proofErr w:type="spellStart"/>
      <w:r>
        <w:t>kush</w:t>
      </w:r>
      <w:proofErr w:type="spellEnd"/>
      <w:r>
        <w:t xml:space="preserve"> e </w:t>
      </w:r>
      <w:proofErr w:type="spellStart"/>
      <w:r>
        <w:t>financoi</w:t>
      </w:r>
      <w:proofErr w:type="spellEnd"/>
      <w:r>
        <w:t xml:space="preserve">? E </w:t>
      </w:r>
      <w:proofErr w:type="spellStart"/>
      <w:r>
        <w:t>financoi</w:t>
      </w:r>
      <w:proofErr w:type="spellEnd"/>
      <w:r>
        <w:t xml:space="preserve"> </w:t>
      </w:r>
      <w:proofErr w:type="spellStart"/>
      <w:r>
        <w:t>qeveria</w:t>
      </w:r>
      <w:proofErr w:type="spellEnd"/>
      <w:r>
        <w:t xml:space="preserve"> </w:t>
      </w:r>
      <w:proofErr w:type="spellStart"/>
      <w:r>
        <w:t>shqiptare</w:t>
      </w:r>
      <w:proofErr w:type="spellEnd"/>
      <w:r>
        <w:t xml:space="preserve"> </w:t>
      </w:r>
      <w:proofErr w:type="spellStart"/>
      <w:r>
        <w:t>në</w:t>
      </w:r>
      <w:proofErr w:type="spellEnd"/>
      <w:r>
        <w:t xml:space="preserve"> </w:t>
      </w:r>
      <w:proofErr w:type="spellStart"/>
      <w:r>
        <w:t>bashkëpunim</w:t>
      </w:r>
      <w:proofErr w:type="spellEnd"/>
      <w:r>
        <w:t xml:space="preserve"> me KFV-</w:t>
      </w:r>
      <w:proofErr w:type="spellStart"/>
      <w:r>
        <w:t>në</w:t>
      </w:r>
      <w:proofErr w:type="spellEnd"/>
      <w:r>
        <w:t xml:space="preserve">, jo </w:t>
      </w:r>
      <w:proofErr w:type="spellStart"/>
      <w:r>
        <w:t>Zvicra</w:t>
      </w:r>
      <w:proofErr w:type="spellEnd"/>
      <w:r>
        <w:t xml:space="preserve">, </w:t>
      </w:r>
      <w:proofErr w:type="spellStart"/>
      <w:r>
        <w:t>zoti</w:t>
      </w:r>
      <w:proofErr w:type="spellEnd"/>
      <w:r>
        <w:t xml:space="preserve"> Shkreli, </w:t>
      </w:r>
      <w:proofErr w:type="spellStart"/>
      <w:r>
        <w:t>dhe</w:t>
      </w:r>
      <w:proofErr w:type="spellEnd"/>
      <w:r>
        <w:t xml:space="preserve"> ka </w:t>
      </w:r>
      <w:proofErr w:type="spellStart"/>
      <w:r>
        <w:t>kushtuar</w:t>
      </w:r>
      <w:proofErr w:type="spellEnd"/>
      <w:r>
        <w:t xml:space="preserve"> 4.7 </w:t>
      </w:r>
      <w:proofErr w:type="spellStart"/>
      <w:r>
        <w:t>milion</w:t>
      </w:r>
      <w:proofErr w:type="spellEnd"/>
      <w:r>
        <w:t xml:space="preserve"> euro </w:t>
      </w:r>
      <w:proofErr w:type="spellStart"/>
      <w:r>
        <w:t>në</w:t>
      </w:r>
      <w:proofErr w:type="spellEnd"/>
      <w:r>
        <w:t xml:space="preserve"> </w:t>
      </w:r>
      <w:proofErr w:type="spellStart"/>
      <w:r>
        <w:t>ato</w:t>
      </w:r>
      <w:proofErr w:type="spellEnd"/>
      <w:r>
        <w:t xml:space="preserve"> </w:t>
      </w:r>
      <w:proofErr w:type="spellStart"/>
      <w:r>
        <w:t>pjesët</w:t>
      </w:r>
      <w:proofErr w:type="spellEnd"/>
      <w:r>
        <w:t xml:space="preserve"> e </w:t>
      </w:r>
      <w:proofErr w:type="spellStart"/>
      <w:r>
        <w:t>financimit</w:t>
      </w:r>
      <w:proofErr w:type="spellEnd"/>
      <w:r>
        <w:t xml:space="preserve">, se u </w:t>
      </w:r>
      <w:proofErr w:type="spellStart"/>
      <w:r>
        <w:t>bë</w:t>
      </w:r>
      <w:proofErr w:type="spellEnd"/>
      <w:r>
        <w:t xml:space="preserve"> </w:t>
      </w:r>
      <w:proofErr w:type="spellStart"/>
      <w:r>
        <w:t>faza</w:t>
      </w:r>
      <w:proofErr w:type="spellEnd"/>
      <w:r>
        <w:t xml:space="preserve"> e </w:t>
      </w:r>
      <w:proofErr w:type="spellStart"/>
      <w:r>
        <w:t>parë</w:t>
      </w:r>
      <w:proofErr w:type="spellEnd"/>
      <w:r>
        <w:t xml:space="preserve">, u </w:t>
      </w:r>
      <w:proofErr w:type="spellStart"/>
      <w:r>
        <w:t>bë</w:t>
      </w:r>
      <w:proofErr w:type="spellEnd"/>
      <w:r>
        <w:t xml:space="preserve"> </w:t>
      </w:r>
      <w:proofErr w:type="spellStart"/>
      <w:r>
        <w:t>faza</w:t>
      </w:r>
      <w:proofErr w:type="spellEnd"/>
      <w:r>
        <w:t xml:space="preserve"> e </w:t>
      </w:r>
      <w:proofErr w:type="spellStart"/>
      <w:r>
        <w:t>dytë</w:t>
      </w:r>
      <w:proofErr w:type="spellEnd"/>
      <w:r>
        <w:t xml:space="preserve">, apo jo? </w:t>
      </w:r>
      <w:proofErr w:type="spellStart"/>
      <w:r>
        <w:t>Dhe</w:t>
      </w:r>
      <w:proofErr w:type="spellEnd"/>
      <w:r>
        <w:t xml:space="preserve"> u </w:t>
      </w:r>
      <w:proofErr w:type="spellStart"/>
      <w:r>
        <w:t>vendos</w:t>
      </w:r>
      <w:proofErr w:type="spellEnd"/>
      <w:r>
        <w:t xml:space="preserve"> </w:t>
      </w:r>
      <w:proofErr w:type="spellStart"/>
      <w:r>
        <w:t>në</w:t>
      </w:r>
      <w:proofErr w:type="spellEnd"/>
      <w:r>
        <w:t xml:space="preserve"> </w:t>
      </w:r>
      <w:proofErr w:type="spellStart"/>
      <w:r>
        <w:t>punë</w:t>
      </w:r>
      <w:proofErr w:type="spellEnd"/>
      <w:r>
        <w:t xml:space="preserve"> </w:t>
      </w:r>
      <w:proofErr w:type="spellStart"/>
      <w:r>
        <w:t>në</w:t>
      </w:r>
      <w:proofErr w:type="spellEnd"/>
      <w:r>
        <w:t xml:space="preserve"> </w:t>
      </w:r>
      <w:proofErr w:type="spellStart"/>
      <w:r>
        <w:t>vitin</w:t>
      </w:r>
      <w:proofErr w:type="spellEnd"/>
      <w:r>
        <w:t xml:space="preserve"> 2012 </w:t>
      </w:r>
      <w:proofErr w:type="spellStart"/>
      <w:r>
        <w:t>për</w:t>
      </w:r>
      <w:proofErr w:type="spellEnd"/>
      <w:r>
        <w:t xml:space="preserve"> </w:t>
      </w:r>
      <w:proofErr w:type="spellStart"/>
      <w:r>
        <w:t>një</w:t>
      </w:r>
      <w:proofErr w:type="spellEnd"/>
      <w:r>
        <w:t xml:space="preserve"> </w:t>
      </w:r>
      <w:proofErr w:type="spellStart"/>
      <w:r>
        <w:t>afat</w:t>
      </w:r>
      <w:proofErr w:type="spellEnd"/>
      <w:r>
        <w:t xml:space="preserve"> 20-vjeçar. </w:t>
      </w:r>
      <w:proofErr w:type="spellStart"/>
      <w:r>
        <w:t>Unë</w:t>
      </w:r>
      <w:proofErr w:type="spellEnd"/>
      <w:r>
        <w:t xml:space="preserve"> jam </w:t>
      </w:r>
      <w:proofErr w:type="spellStart"/>
      <w:r>
        <w:t>dakord</w:t>
      </w:r>
      <w:proofErr w:type="spellEnd"/>
      <w:r>
        <w:t xml:space="preserve"> me ty </w:t>
      </w:r>
      <w:proofErr w:type="spellStart"/>
      <w:r>
        <w:t>që</w:t>
      </w:r>
      <w:proofErr w:type="spellEnd"/>
      <w:r>
        <w:t xml:space="preserve"> </w:t>
      </w:r>
      <w:proofErr w:type="spellStart"/>
      <w:r>
        <w:t>nuk</w:t>
      </w:r>
      <w:proofErr w:type="spellEnd"/>
      <w:r>
        <w:t xml:space="preserve"> je </w:t>
      </w:r>
      <w:proofErr w:type="spellStart"/>
      <w:r>
        <w:t>dakord</w:t>
      </w:r>
      <w:proofErr w:type="spellEnd"/>
      <w:r>
        <w:t xml:space="preserve"> </w:t>
      </w:r>
      <w:proofErr w:type="spellStart"/>
      <w:r>
        <w:t>për</w:t>
      </w:r>
      <w:proofErr w:type="spellEnd"/>
      <w:r>
        <w:t xml:space="preserve"> </w:t>
      </w:r>
      <w:proofErr w:type="spellStart"/>
      <w:r>
        <w:t>shtyrjen</w:t>
      </w:r>
      <w:proofErr w:type="spellEnd"/>
      <w:r>
        <w:t xml:space="preserve"> e </w:t>
      </w:r>
      <w:proofErr w:type="spellStart"/>
      <w:r>
        <w:t>kontratës</w:t>
      </w:r>
      <w:proofErr w:type="spellEnd"/>
      <w:r>
        <w:t xml:space="preserve"> 25-vjeçare, </w:t>
      </w:r>
      <w:proofErr w:type="spellStart"/>
      <w:r>
        <w:t>sepse</w:t>
      </w:r>
      <w:proofErr w:type="spellEnd"/>
      <w:r>
        <w:t xml:space="preserve"> </w:t>
      </w:r>
      <w:proofErr w:type="spellStart"/>
      <w:r>
        <w:t>landfildi</w:t>
      </w:r>
      <w:proofErr w:type="spellEnd"/>
      <w:r>
        <w:t xml:space="preserve"> </w:t>
      </w:r>
      <w:proofErr w:type="spellStart"/>
      <w:r>
        <w:t>aq</w:t>
      </w:r>
      <w:proofErr w:type="spellEnd"/>
      <w:r>
        <w:t xml:space="preserve"> </w:t>
      </w:r>
      <w:proofErr w:type="spellStart"/>
      <w:r>
        <w:t>mund</w:t>
      </w:r>
      <w:proofErr w:type="spellEnd"/>
      <w:r>
        <w:t xml:space="preserve"> </w:t>
      </w:r>
      <w:proofErr w:type="spellStart"/>
      <w:r>
        <w:t>të</w:t>
      </w:r>
      <w:proofErr w:type="spellEnd"/>
      <w:r>
        <w:t xml:space="preserve"> </w:t>
      </w:r>
      <w:proofErr w:type="spellStart"/>
      <w:r>
        <w:t>jetojë</w:t>
      </w:r>
      <w:proofErr w:type="spellEnd"/>
      <w:r>
        <w:t xml:space="preserve"> 20 </w:t>
      </w:r>
      <w:proofErr w:type="spellStart"/>
      <w:r>
        <w:t>vite</w:t>
      </w:r>
      <w:proofErr w:type="spellEnd"/>
      <w:r>
        <w:t xml:space="preserve">, </w:t>
      </w:r>
      <w:proofErr w:type="spellStart"/>
      <w:r>
        <w:t>pastaj</w:t>
      </w:r>
      <w:proofErr w:type="spellEnd"/>
      <w:r>
        <w:t xml:space="preserve"> </w:t>
      </w:r>
      <w:proofErr w:type="spellStart"/>
      <w:r>
        <w:t>kthehet</w:t>
      </w:r>
      <w:proofErr w:type="spellEnd"/>
      <w:r>
        <w:t xml:space="preserve"> </w:t>
      </w:r>
      <w:proofErr w:type="spellStart"/>
      <w:r>
        <w:t>në</w:t>
      </w:r>
      <w:proofErr w:type="spellEnd"/>
      <w:r>
        <w:t xml:space="preserve"> </w:t>
      </w:r>
      <w:proofErr w:type="spellStart"/>
      <w:r>
        <w:t>bumerang</w:t>
      </w:r>
      <w:proofErr w:type="spellEnd"/>
      <w:r>
        <w:t xml:space="preserve"> </w:t>
      </w:r>
      <w:proofErr w:type="spellStart"/>
      <w:r>
        <w:t>dhe</w:t>
      </w:r>
      <w:proofErr w:type="spellEnd"/>
      <w:r>
        <w:t xml:space="preserve"> </w:t>
      </w:r>
      <w:proofErr w:type="spellStart"/>
      <w:r>
        <w:t>landfildi</w:t>
      </w:r>
      <w:proofErr w:type="spellEnd"/>
      <w:r>
        <w:t xml:space="preserve"> </w:t>
      </w:r>
      <w:proofErr w:type="spellStart"/>
      <w:r>
        <w:t>i</w:t>
      </w:r>
      <w:proofErr w:type="spellEnd"/>
      <w:r>
        <w:t xml:space="preserve"> </w:t>
      </w:r>
      <w:proofErr w:type="spellStart"/>
      <w:r>
        <w:t>Bushatit</w:t>
      </w:r>
      <w:proofErr w:type="spellEnd"/>
      <w:r>
        <w:t xml:space="preserve"> </w:t>
      </w:r>
      <w:proofErr w:type="spellStart"/>
      <w:r>
        <w:t>është</w:t>
      </w:r>
      <w:proofErr w:type="spellEnd"/>
      <w:r>
        <w:t xml:space="preserve"> </w:t>
      </w:r>
      <w:proofErr w:type="spellStart"/>
      <w:r>
        <w:t>afër</w:t>
      </w:r>
      <w:proofErr w:type="spellEnd"/>
      <w:r>
        <w:t xml:space="preserve"> </w:t>
      </w:r>
      <w:proofErr w:type="spellStart"/>
      <w:r>
        <w:t>arritjes</w:t>
      </w:r>
      <w:proofErr w:type="spellEnd"/>
      <w:r>
        <w:t xml:space="preserve"> </w:t>
      </w:r>
      <w:proofErr w:type="spellStart"/>
      <w:r>
        <w:t>së</w:t>
      </w:r>
      <w:proofErr w:type="spellEnd"/>
      <w:r>
        <w:t xml:space="preserve"> </w:t>
      </w:r>
      <w:proofErr w:type="spellStart"/>
      <w:r>
        <w:t>masës</w:t>
      </w:r>
      <w:proofErr w:type="spellEnd"/>
      <w:r>
        <w:t xml:space="preserve"> </w:t>
      </w:r>
      <w:proofErr w:type="spellStart"/>
      <w:r>
        <w:t>kohore</w:t>
      </w:r>
      <w:proofErr w:type="spellEnd"/>
      <w:r>
        <w:t xml:space="preserve"> </w:t>
      </w:r>
      <w:proofErr w:type="spellStart"/>
      <w:r>
        <w:t>të</w:t>
      </w:r>
      <w:proofErr w:type="spellEnd"/>
      <w:r>
        <w:t xml:space="preserve"> 20-vjeçare. </w:t>
      </w:r>
      <w:proofErr w:type="spellStart"/>
      <w:r>
        <w:t>Dhe</w:t>
      </w:r>
      <w:proofErr w:type="spellEnd"/>
      <w:r>
        <w:t xml:space="preserve"> </w:t>
      </w:r>
      <w:proofErr w:type="spellStart"/>
      <w:r>
        <w:t>dhënia</w:t>
      </w:r>
      <w:proofErr w:type="spellEnd"/>
      <w:r>
        <w:t xml:space="preserve"> e </w:t>
      </w:r>
      <w:proofErr w:type="spellStart"/>
      <w:r>
        <w:t>një</w:t>
      </w:r>
      <w:proofErr w:type="spellEnd"/>
      <w:r>
        <w:t xml:space="preserve"> </w:t>
      </w:r>
      <w:proofErr w:type="spellStart"/>
      <w:r>
        <w:t>kontrate</w:t>
      </w:r>
      <w:proofErr w:type="spellEnd"/>
      <w:r>
        <w:t xml:space="preserve"> </w:t>
      </w:r>
      <w:proofErr w:type="spellStart"/>
      <w:r>
        <w:t>të</w:t>
      </w:r>
      <w:proofErr w:type="spellEnd"/>
      <w:r>
        <w:t xml:space="preserve"> re 25-vjeçare, se </w:t>
      </w:r>
      <w:proofErr w:type="spellStart"/>
      <w:r>
        <w:t>dua</w:t>
      </w:r>
      <w:proofErr w:type="spellEnd"/>
      <w:r>
        <w:t xml:space="preserve"> </w:t>
      </w:r>
      <w:proofErr w:type="spellStart"/>
      <w:r>
        <w:t>të</w:t>
      </w:r>
      <w:proofErr w:type="spellEnd"/>
      <w:r>
        <w:t xml:space="preserve"> </w:t>
      </w:r>
      <w:proofErr w:type="spellStart"/>
      <w:r>
        <w:t>pyes</w:t>
      </w:r>
      <w:proofErr w:type="spellEnd"/>
      <w:r>
        <w:t xml:space="preserve"> </w:t>
      </w:r>
      <w:proofErr w:type="spellStart"/>
      <w:r>
        <w:t>për</w:t>
      </w:r>
      <w:proofErr w:type="spellEnd"/>
      <w:r>
        <w:t xml:space="preserve"> </w:t>
      </w:r>
      <w:proofErr w:type="spellStart"/>
      <w:r>
        <w:t>kontratën</w:t>
      </w:r>
      <w:proofErr w:type="spellEnd"/>
      <w:r>
        <w:t xml:space="preserve">, </w:t>
      </w:r>
      <w:proofErr w:type="spellStart"/>
      <w:r>
        <w:t>është</w:t>
      </w:r>
      <w:proofErr w:type="spellEnd"/>
      <w:r>
        <w:t xml:space="preserve"> </w:t>
      </w:r>
      <w:proofErr w:type="spellStart"/>
      <w:r>
        <w:t>bërë</w:t>
      </w:r>
      <w:proofErr w:type="spellEnd"/>
      <w:r>
        <w:t xml:space="preserve"> </w:t>
      </w:r>
      <w:proofErr w:type="spellStart"/>
      <w:r>
        <w:t>dhe</w:t>
      </w:r>
      <w:proofErr w:type="spellEnd"/>
      <w:r>
        <w:t xml:space="preserve"> </w:t>
      </w:r>
      <w:proofErr w:type="spellStart"/>
      <w:r>
        <w:t>qenë</w:t>
      </w:r>
      <w:proofErr w:type="spellEnd"/>
      <w:r>
        <w:t xml:space="preserve"> ka </w:t>
      </w:r>
      <w:proofErr w:type="spellStart"/>
      <w:r>
        <w:t>bërë</w:t>
      </w:r>
      <w:proofErr w:type="spellEnd"/>
      <w:r>
        <w:t xml:space="preserve"> </w:t>
      </w:r>
      <w:proofErr w:type="spellStart"/>
      <w:r>
        <w:t>në</w:t>
      </w:r>
      <w:proofErr w:type="spellEnd"/>
      <w:r>
        <w:t xml:space="preserve"> </w:t>
      </w:r>
      <w:proofErr w:type="spellStart"/>
      <w:r>
        <w:t>kundërshtim</w:t>
      </w:r>
      <w:proofErr w:type="spellEnd"/>
      <w:r>
        <w:t xml:space="preserve"> </w:t>
      </w:r>
      <w:proofErr w:type="spellStart"/>
      <w:r>
        <w:t>edhe</w:t>
      </w:r>
      <w:proofErr w:type="spellEnd"/>
      <w:r>
        <w:t xml:space="preserve"> me </w:t>
      </w:r>
      <w:proofErr w:type="spellStart"/>
      <w:r>
        <w:t>ju</w:t>
      </w:r>
      <w:proofErr w:type="spellEnd"/>
      <w:r>
        <w:t xml:space="preserve"> </w:t>
      </w:r>
      <w:proofErr w:type="spellStart"/>
      <w:r>
        <w:t>që</w:t>
      </w:r>
      <w:proofErr w:type="spellEnd"/>
      <w:r>
        <w:t xml:space="preserve"> </w:t>
      </w:r>
      <w:proofErr w:type="spellStart"/>
      <w:r>
        <w:t>dispononi</w:t>
      </w:r>
      <w:proofErr w:type="spellEnd"/>
      <w:r>
        <w:t xml:space="preserve"> </w:t>
      </w:r>
      <w:proofErr w:type="spellStart"/>
      <w:r>
        <w:t>territorin</w:t>
      </w:r>
      <w:proofErr w:type="spellEnd"/>
      <w:r>
        <w:t xml:space="preserve"> </w:t>
      </w:r>
      <w:proofErr w:type="spellStart"/>
      <w:r>
        <w:t>aq</w:t>
      </w:r>
      <w:proofErr w:type="spellEnd"/>
      <w:r>
        <w:t xml:space="preserve"> </w:t>
      </w:r>
      <w:proofErr w:type="spellStart"/>
      <w:r>
        <w:t>më</w:t>
      </w:r>
      <w:proofErr w:type="spellEnd"/>
      <w:r>
        <w:t xml:space="preserve"> </w:t>
      </w:r>
      <w:proofErr w:type="spellStart"/>
      <w:r>
        <w:t>tepër</w:t>
      </w:r>
      <w:proofErr w:type="spellEnd"/>
      <w:r>
        <w:t xml:space="preserve"> </w:t>
      </w:r>
      <w:proofErr w:type="spellStart"/>
      <w:r>
        <w:t>që</w:t>
      </w:r>
      <w:proofErr w:type="spellEnd"/>
      <w:r>
        <w:t xml:space="preserve"> ajo </w:t>
      </w:r>
      <w:proofErr w:type="spellStart"/>
      <w:r>
        <w:t>është</w:t>
      </w:r>
      <w:proofErr w:type="spellEnd"/>
      <w:r>
        <w:t xml:space="preserve"> </w:t>
      </w:r>
      <w:proofErr w:type="spellStart"/>
      <w:r>
        <w:t>një</w:t>
      </w:r>
      <w:proofErr w:type="spellEnd"/>
      <w:r>
        <w:t xml:space="preserve"> </w:t>
      </w:r>
      <w:proofErr w:type="spellStart"/>
      <w:r>
        <w:t>kontratë</w:t>
      </w:r>
      <w:proofErr w:type="spellEnd"/>
      <w:r>
        <w:t xml:space="preserve"> e </w:t>
      </w:r>
      <w:proofErr w:type="spellStart"/>
      <w:r>
        <w:t>cila</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shoqëruar</w:t>
      </w:r>
      <w:proofErr w:type="spellEnd"/>
      <w:r>
        <w:t xml:space="preserve"> me </w:t>
      </w:r>
      <w:proofErr w:type="spellStart"/>
      <w:r>
        <w:t>investim</w:t>
      </w:r>
      <w:proofErr w:type="spellEnd"/>
      <w:r>
        <w:t xml:space="preserve">. </w:t>
      </w:r>
      <w:proofErr w:type="spellStart"/>
      <w:r>
        <w:t>Pra</w:t>
      </w:r>
      <w:proofErr w:type="spellEnd"/>
      <w:r>
        <w:t xml:space="preserve"> </w:t>
      </w:r>
      <w:proofErr w:type="spellStart"/>
      <w:r>
        <w:t>thjesht</w:t>
      </w:r>
      <w:proofErr w:type="spellEnd"/>
      <w:r>
        <w:t xml:space="preserve"> </w:t>
      </w:r>
      <w:proofErr w:type="spellStart"/>
      <w:r>
        <w:t>është</w:t>
      </w:r>
      <w:proofErr w:type="spellEnd"/>
      <w:r>
        <w:t xml:space="preserve"> </w:t>
      </w:r>
      <w:proofErr w:type="spellStart"/>
      <w:r>
        <w:t>zgjeruar</w:t>
      </w:r>
      <w:proofErr w:type="spellEnd"/>
      <w:r>
        <w:t xml:space="preserve"> </w:t>
      </w:r>
      <w:proofErr w:type="spellStart"/>
      <w:r>
        <w:t>dhe</w:t>
      </w:r>
      <w:proofErr w:type="spellEnd"/>
      <w:r>
        <w:t xml:space="preserve"> </w:t>
      </w:r>
      <w:proofErr w:type="spellStart"/>
      <w:r>
        <w:t>është</w:t>
      </w:r>
      <w:proofErr w:type="spellEnd"/>
      <w:r>
        <w:t xml:space="preserve"> </w:t>
      </w:r>
      <w:proofErr w:type="spellStart"/>
      <w:r>
        <w:t>bërë</w:t>
      </w:r>
      <w:proofErr w:type="spellEnd"/>
      <w:r>
        <w:t xml:space="preserve"> vend </w:t>
      </w:r>
      <w:proofErr w:type="spellStart"/>
      <w:r>
        <w:t>grumbullimi</w:t>
      </w:r>
      <w:proofErr w:type="spellEnd"/>
      <w:r>
        <w:t xml:space="preserve"> </w:t>
      </w:r>
      <w:proofErr w:type="spellStart"/>
      <w:r>
        <w:t>i</w:t>
      </w:r>
      <w:proofErr w:type="spellEnd"/>
      <w:r>
        <w:t xml:space="preserve"> </w:t>
      </w:r>
      <w:proofErr w:type="spellStart"/>
      <w:r>
        <w:t>prerash</w:t>
      </w:r>
      <w:proofErr w:type="spellEnd"/>
      <w:r>
        <w:t xml:space="preserve">, jo </w:t>
      </w:r>
      <w:proofErr w:type="spellStart"/>
      <w:r>
        <w:t>menaxhim</w:t>
      </w:r>
      <w:proofErr w:type="spellEnd"/>
      <w:r>
        <w:t xml:space="preserve">, se </w:t>
      </w:r>
      <w:proofErr w:type="spellStart"/>
      <w:r>
        <w:t>duhet</w:t>
      </w:r>
      <w:proofErr w:type="spellEnd"/>
      <w:r>
        <w:t xml:space="preserve"> </w:t>
      </w:r>
      <w:proofErr w:type="spellStart"/>
      <w:r>
        <w:t>t'i</w:t>
      </w:r>
      <w:proofErr w:type="spellEnd"/>
      <w:r>
        <w:t xml:space="preserve"> </w:t>
      </w:r>
      <w:proofErr w:type="spellStart"/>
      <w:r>
        <w:t>kemi</w:t>
      </w:r>
      <w:proofErr w:type="spellEnd"/>
      <w:r>
        <w:t xml:space="preserve"> </w:t>
      </w:r>
      <w:proofErr w:type="spellStart"/>
      <w:r>
        <w:t>të</w:t>
      </w:r>
      <w:proofErr w:type="spellEnd"/>
      <w:r>
        <w:t xml:space="preserve"> </w:t>
      </w:r>
      <w:proofErr w:type="spellStart"/>
      <w:r>
        <w:t>qarta</w:t>
      </w:r>
      <w:proofErr w:type="spellEnd"/>
      <w:r>
        <w:t xml:space="preserve"> </w:t>
      </w:r>
      <w:proofErr w:type="spellStart"/>
      <w:r>
        <w:t>termat</w:t>
      </w:r>
      <w:proofErr w:type="spellEnd"/>
      <w:r>
        <w:t xml:space="preserve">, jo </w:t>
      </w:r>
      <w:proofErr w:type="spellStart"/>
      <w:r>
        <w:t>menaxhim</w:t>
      </w:r>
      <w:proofErr w:type="spellEnd"/>
      <w:r>
        <w:t xml:space="preserve">, se </w:t>
      </w:r>
      <w:proofErr w:type="spellStart"/>
      <w:r>
        <w:t>menaxhimi</w:t>
      </w:r>
      <w:proofErr w:type="spellEnd"/>
      <w:r>
        <w:t xml:space="preserve"> </w:t>
      </w:r>
      <w:proofErr w:type="spellStart"/>
      <w:r>
        <w:t>është</w:t>
      </w:r>
      <w:proofErr w:type="spellEnd"/>
      <w:r>
        <w:t xml:space="preserve"> </w:t>
      </w:r>
      <w:proofErr w:type="spellStart"/>
      <w:r>
        <w:t>edhe</w:t>
      </w:r>
      <w:proofErr w:type="spellEnd"/>
      <w:r>
        <w:t xml:space="preserve"> </w:t>
      </w:r>
      <w:proofErr w:type="spellStart"/>
      <w:r>
        <w:t>seleksionim</w:t>
      </w:r>
      <w:proofErr w:type="spellEnd"/>
      <w:r>
        <w:t xml:space="preserve"> </w:t>
      </w:r>
      <w:proofErr w:type="spellStart"/>
      <w:r>
        <w:t>edhe</w:t>
      </w:r>
      <w:proofErr w:type="spellEnd"/>
      <w:r>
        <w:t xml:space="preserve"> </w:t>
      </w:r>
      <w:proofErr w:type="spellStart"/>
      <w:r>
        <w:t>riciklim</w:t>
      </w:r>
      <w:proofErr w:type="spellEnd"/>
      <w:r>
        <w:t xml:space="preserve">. </w:t>
      </w:r>
      <w:proofErr w:type="spellStart"/>
      <w:r>
        <w:t>S'po</w:t>
      </w:r>
      <w:proofErr w:type="spellEnd"/>
      <w:r>
        <w:t xml:space="preserve"> them </w:t>
      </w:r>
      <w:proofErr w:type="spellStart"/>
      <w:r>
        <w:t>ndarje</w:t>
      </w:r>
      <w:proofErr w:type="spellEnd"/>
      <w:r>
        <w:t xml:space="preserve"> </w:t>
      </w:r>
      <w:proofErr w:type="spellStart"/>
      <w:r>
        <w:t>në</w:t>
      </w:r>
      <w:proofErr w:type="spellEnd"/>
      <w:r>
        <w:t xml:space="preserve"> </w:t>
      </w:r>
      <w:proofErr w:type="spellStart"/>
      <w:r>
        <w:t>burim</w:t>
      </w:r>
      <w:proofErr w:type="spellEnd"/>
      <w:r>
        <w:t xml:space="preserve">, se </w:t>
      </w:r>
      <w:proofErr w:type="spellStart"/>
      <w:r>
        <w:t>ndarja</w:t>
      </w:r>
      <w:proofErr w:type="spellEnd"/>
      <w:r>
        <w:t xml:space="preserve"> </w:t>
      </w:r>
      <w:proofErr w:type="spellStart"/>
      <w:r>
        <w:t>në</w:t>
      </w:r>
      <w:proofErr w:type="spellEnd"/>
      <w:r>
        <w:t xml:space="preserve"> </w:t>
      </w:r>
      <w:proofErr w:type="spellStart"/>
      <w:r>
        <w:t>burim</w:t>
      </w:r>
      <w:proofErr w:type="spellEnd"/>
      <w:r>
        <w:t xml:space="preserve"> </w:t>
      </w:r>
      <w:proofErr w:type="spellStart"/>
      <w:r>
        <w:t>është</w:t>
      </w:r>
      <w:proofErr w:type="spellEnd"/>
      <w:r>
        <w:t xml:space="preserve"> </w:t>
      </w:r>
      <w:proofErr w:type="spellStart"/>
      <w:r>
        <w:t>diçka</w:t>
      </w:r>
      <w:proofErr w:type="spellEnd"/>
      <w:r>
        <w:t xml:space="preserve"> e </w:t>
      </w:r>
      <w:proofErr w:type="spellStart"/>
      <w:r>
        <w:t>paarritshme</w:t>
      </w:r>
      <w:proofErr w:type="spellEnd"/>
      <w:r>
        <w:t xml:space="preserve"> jo </w:t>
      </w:r>
      <w:proofErr w:type="spellStart"/>
      <w:r>
        <w:t>vetëm</w:t>
      </w:r>
      <w:proofErr w:type="spellEnd"/>
      <w:r>
        <w:t xml:space="preserve"> </w:t>
      </w:r>
      <w:proofErr w:type="spellStart"/>
      <w:r>
        <w:t>për</w:t>
      </w:r>
      <w:proofErr w:type="spellEnd"/>
      <w:r>
        <w:t xml:space="preserve"> </w:t>
      </w:r>
      <w:proofErr w:type="spellStart"/>
      <w:r>
        <w:t>landfildin</w:t>
      </w:r>
      <w:proofErr w:type="spellEnd"/>
      <w:r>
        <w:t xml:space="preserve"> e </w:t>
      </w:r>
      <w:proofErr w:type="spellStart"/>
      <w:r>
        <w:t>Bushatit</w:t>
      </w:r>
      <w:proofErr w:type="spellEnd"/>
      <w:r>
        <w:t xml:space="preserve">, jo </w:t>
      </w:r>
      <w:proofErr w:type="spellStart"/>
      <w:r>
        <w:t>vetëm</w:t>
      </w:r>
      <w:proofErr w:type="spellEnd"/>
      <w:r>
        <w:t xml:space="preserve"> </w:t>
      </w:r>
      <w:proofErr w:type="spellStart"/>
      <w:r>
        <w:t>për</w:t>
      </w:r>
      <w:proofErr w:type="spellEnd"/>
      <w:r>
        <w:t xml:space="preserve"> </w:t>
      </w:r>
      <w:proofErr w:type="spellStart"/>
      <w:r>
        <w:t>qarkun</w:t>
      </w:r>
      <w:proofErr w:type="spellEnd"/>
      <w:r>
        <w:t xml:space="preserve"> e </w:t>
      </w:r>
      <w:proofErr w:type="spellStart"/>
      <w:r>
        <w:t>Shkodrës</w:t>
      </w:r>
      <w:proofErr w:type="spellEnd"/>
      <w:r>
        <w:t xml:space="preserve"> </w:t>
      </w:r>
      <w:proofErr w:type="spellStart"/>
      <w:r>
        <w:t>së</w:t>
      </w:r>
      <w:proofErr w:type="spellEnd"/>
      <w:r>
        <w:t xml:space="preserve"> </w:t>
      </w:r>
      <w:proofErr w:type="spellStart"/>
      <w:r>
        <w:t>Lezhës</w:t>
      </w:r>
      <w:proofErr w:type="spellEnd"/>
      <w:r>
        <w:t xml:space="preserve">, po kudo </w:t>
      </w:r>
      <w:proofErr w:type="spellStart"/>
      <w:r>
        <w:t>në</w:t>
      </w:r>
      <w:proofErr w:type="spellEnd"/>
      <w:r>
        <w:t xml:space="preserve"> </w:t>
      </w:r>
      <w:proofErr w:type="spellStart"/>
      <w:r>
        <w:t>Shqipëri</w:t>
      </w:r>
      <w:proofErr w:type="spellEnd"/>
      <w:r>
        <w:t xml:space="preserve"> </w:t>
      </w:r>
      <w:proofErr w:type="spellStart"/>
      <w:r>
        <w:t>është</w:t>
      </w:r>
      <w:proofErr w:type="spellEnd"/>
      <w:r>
        <w:t xml:space="preserve"> problem </w:t>
      </w:r>
      <w:proofErr w:type="spellStart"/>
      <w:r>
        <w:t>shumë</w:t>
      </w:r>
      <w:proofErr w:type="spellEnd"/>
      <w:r>
        <w:t xml:space="preserve"> </w:t>
      </w:r>
      <w:proofErr w:type="spellStart"/>
      <w:r>
        <w:t>i</w:t>
      </w:r>
      <w:proofErr w:type="spellEnd"/>
      <w:r>
        <w:t xml:space="preserve"> </w:t>
      </w:r>
      <w:proofErr w:type="spellStart"/>
      <w:r>
        <w:t>madh</w:t>
      </w:r>
      <w:proofErr w:type="spellEnd"/>
      <w:r>
        <w:t xml:space="preserve">. E </w:t>
      </w:r>
      <w:proofErr w:type="spellStart"/>
      <w:r>
        <w:t>kam</w:t>
      </w:r>
      <w:proofErr w:type="spellEnd"/>
      <w:r>
        <w:t xml:space="preserve"> </w:t>
      </w:r>
      <w:proofErr w:type="spellStart"/>
      <w:r>
        <w:t>te</w:t>
      </w:r>
      <w:proofErr w:type="spellEnd"/>
      <w:r>
        <w:t xml:space="preserve"> </w:t>
      </w:r>
      <w:proofErr w:type="spellStart"/>
      <w:r>
        <w:t>kompetenca</w:t>
      </w:r>
      <w:proofErr w:type="spellEnd"/>
      <w:r>
        <w:t xml:space="preserve"> </w:t>
      </w:r>
      <w:proofErr w:type="spellStart"/>
      <w:r>
        <w:t>që</w:t>
      </w:r>
      <w:proofErr w:type="spellEnd"/>
      <w:r>
        <w:t xml:space="preserve"> e </w:t>
      </w:r>
      <w:proofErr w:type="spellStart"/>
      <w:r>
        <w:t>kërkove</w:t>
      </w:r>
      <w:proofErr w:type="spellEnd"/>
      <w:r>
        <w:t xml:space="preserve">. Ë </w:t>
      </w:r>
      <w:proofErr w:type="spellStart"/>
      <w:r>
        <w:t>ligji</w:t>
      </w:r>
      <w:proofErr w:type="spellEnd"/>
      <w:r>
        <w:t xml:space="preserve"> </w:t>
      </w:r>
      <w:proofErr w:type="spellStart"/>
      <w:r>
        <w:t>i</w:t>
      </w:r>
      <w:proofErr w:type="spellEnd"/>
      <w:r>
        <w:t xml:space="preserve"> </w:t>
      </w:r>
      <w:proofErr w:type="spellStart"/>
      <w:r>
        <w:t>mbetjeve</w:t>
      </w:r>
      <w:proofErr w:type="spellEnd"/>
      <w:r>
        <w:t xml:space="preserve"> </w:t>
      </w:r>
      <w:proofErr w:type="spellStart"/>
      <w:r>
        <w:t>që</w:t>
      </w:r>
      <w:proofErr w:type="spellEnd"/>
      <w:r>
        <w:t xml:space="preserve"> u </w:t>
      </w:r>
      <w:proofErr w:type="spellStart"/>
      <w:r>
        <w:t>miratua</w:t>
      </w:r>
      <w:proofErr w:type="spellEnd"/>
      <w:r>
        <w:t xml:space="preserve"> </w:t>
      </w:r>
      <w:proofErr w:type="spellStart"/>
      <w:r>
        <w:t>në</w:t>
      </w:r>
      <w:proofErr w:type="spellEnd"/>
      <w:r>
        <w:t xml:space="preserve"> </w:t>
      </w:r>
      <w:proofErr w:type="spellStart"/>
      <w:r>
        <w:t>Kuvend</w:t>
      </w:r>
      <w:proofErr w:type="spellEnd"/>
      <w:r>
        <w:t xml:space="preserve"> para </w:t>
      </w:r>
      <w:proofErr w:type="spellStart"/>
      <w:r>
        <w:t>katër</w:t>
      </w:r>
      <w:proofErr w:type="spellEnd"/>
      <w:r>
        <w:t xml:space="preserve"> </w:t>
      </w:r>
      <w:proofErr w:type="spellStart"/>
      <w:r>
        <w:t>pesë</w:t>
      </w:r>
      <w:proofErr w:type="spellEnd"/>
      <w:r>
        <w:t xml:space="preserve"> </w:t>
      </w:r>
      <w:proofErr w:type="spellStart"/>
      <w:r>
        <w:t>muajsh</w:t>
      </w:r>
      <w:proofErr w:type="spellEnd"/>
      <w:r>
        <w:t xml:space="preserve">, </w:t>
      </w:r>
      <w:proofErr w:type="spellStart"/>
      <w:r>
        <w:t>mos</w:t>
      </w:r>
      <w:proofErr w:type="spellEnd"/>
      <w:r>
        <w:t xml:space="preserve"> </w:t>
      </w:r>
      <w:proofErr w:type="spellStart"/>
      <w:r>
        <w:t>gaboj</w:t>
      </w:r>
      <w:proofErr w:type="spellEnd"/>
      <w:r>
        <w:t xml:space="preserve">, </w:t>
      </w:r>
      <w:proofErr w:type="spellStart"/>
      <w:r>
        <w:t>ishin</w:t>
      </w:r>
      <w:proofErr w:type="spellEnd"/>
      <w:r>
        <w:t xml:space="preserve"> </w:t>
      </w:r>
      <w:proofErr w:type="spellStart"/>
      <w:r>
        <w:t>ndër</w:t>
      </w:r>
      <w:proofErr w:type="spellEnd"/>
      <w:r>
        <w:t xml:space="preserve"> </w:t>
      </w:r>
      <w:proofErr w:type="spellStart"/>
      <w:r>
        <w:t>ligjet</w:t>
      </w:r>
      <w:proofErr w:type="spellEnd"/>
      <w:r>
        <w:t xml:space="preserve"> e para </w:t>
      </w:r>
      <w:proofErr w:type="spellStart"/>
      <w:r>
        <w:t>sektorial</w:t>
      </w:r>
      <w:proofErr w:type="spellEnd"/>
      <w:r>
        <w:t xml:space="preserve"> </w:t>
      </w:r>
      <w:proofErr w:type="spellStart"/>
      <w:r>
        <w:t>që</w:t>
      </w:r>
      <w:proofErr w:type="spellEnd"/>
      <w:r>
        <w:t xml:space="preserve"> </w:t>
      </w:r>
      <w:proofErr w:type="spellStart"/>
      <w:r>
        <w:t>goditi</w:t>
      </w:r>
      <w:proofErr w:type="spellEnd"/>
      <w:r>
        <w:t xml:space="preserve"> </w:t>
      </w:r>
      <w:proofErr w:type="spellStart"/>
      <w:r>
        <w:t>kompetencën</w:t>
      </w:r>
      <w:proofErr w:type="spellEnd"/>
      <w:r>
        <w:t xml:space="preserve"> e </w:t>
      </w:r>
      <w:proofErr w:type="spellStart"/>
      <w:r>
        <w:t>menaxhimit</w:t>
      </w:r>
      <w:proofErr w:type="spellEnd"/>
      <w:r>
        <w:t xml:space="preserve"> </w:t>
      </w:r>
      <w:proofErr w:type="spellStart"/>
      <w:r>
        <w:t>të</w:t>
      </w:r>
      <w:proofErr w:type="spellEnd"/>
      <w:r>
        <w:t xml:space="preserve"> </w:t>
      </w:r>
      <w:proofErr w:type="spellStart"/>
      <w:r>
        <w:t>mbetjeve</w:t>
      </w:r>
      <w:proofErr w:type="spellEnd"/>
      <w:r>
        <w:t xml:space="preserve"> </w:t>
      </w:r>
      <w:proofErr w:type="spellStart"/>
      <w:r>
        <w:t>për</w:t>
      </w:r>
      <w:proofErr w:type="spellEnd"/>
      <w:r>
        <w:t xml:space="preserve"> </w:t>
      </w:r>
      <w:proofErr w:type="spellStart"/>
      <w:r>
        <w:t>pushtetin</w:t>
      </w:r>
      <w:proofErr w:type="spellEnd"/>
      <w:r>
        <w:t xml:space="preserve"> vendor </w:t>
      </w:r>
      <w:proofErr w:type="spellStart"/>
      <w:r>
        <w:t>dhe</w:t>
      </w:r>
      <w:proofErr w:type="spellEnd"/>
      <w:r>
        <w:t xml:space="preserve"> </w:t>
      </w:r>
      <w:proofErr w:type="spellStart"/>
      <w:r>
        <w:t>sidomos</w:t>
      </w:r>
      <w:proofErr w:type="spellEnd"/>
      <w:r>
        <w:t xml:space="preserve"> </w:t>
      </w:r>
      <w:proofErr w:type="spellStart"/>
      <w:r>
        <w:t>ato</w:t>
      </w:r>
      <w:proofErr w:type="spellEnd"/>
      <w:r>
        <w:t xml:space="preserve"> </w:t>
      </w:r>
      <w:proofErr w:type="spellStart"/>
      <w:r>
        <w:t>pushtete</w:t>
      </w:r>
      <w:proofErr w:type="spellEnd"/>
      <w:r>
        <w:t xml:space="preserve"> </w:t>
      </w:r>
      <w:proofErr w:type="spellStart"/>
      <w:r>
        <w:t>vendore</w:t>
      </w:r>
      <w:proofErr w:type="spellEnd"/>
      <w:r>
        <w:t xml:space="preserve"> </w:t>
      </w:r>
      <w:proofErr w:type="spellStart"/>
      <w:r>
        <w:t>që</w:t>
      </w:r>
      <w:proofErr w:type="spellEnd"/>
      <w:r>
        <w:t xml:space="preserve"> </w:t>
      </w:r>
      <w:proofErr w:type="spellStart"/>
      <w:r>
        <w:t>kanë</w:t>
      </w:r>
      <w:proofErr w:type="spellEnd"/>
      <w:r>
        <w:t xml:space="preserve"> </w:t>
      </w:r>
      <w:proofErr w:type="spellStart"/>
      <w:r>
        <w:t>në</w:t>
      </w:r>
      <w:proofErr w:type="spellEnd"/>
      <w:r>
        <w:t xml:space="preserve"> </w:t>
      </w:r>
      <w:proofErr w:type="spellStart"/>
      <w:r>
        <w:t>zotërimin</w:t>
      </w:r>
      <w:proofErr w:type="spellEnd"/>
      <w:r>
        <w:t xml:space="preserve"> e </w:t>
      </w:r>
      <w:proofErr w:type="spellStart"/>
      <w:r>
        <w:t>tyre</w:t>
      </w:r>
      <w:proofErr w:type="spellEnd"/>
      <w:r>
        <w:t xml:space="preserve"> </w:t>
      </w:r>
      <w:proofErr w:type="spellStart"/>
      <w:r>
        <w:t>pikërisht</w:t>
      </w:r>
      <w:proofErr w:type="spellEnd"/>
      <w:r>
        <w:t xml:space="preserve"> </w:t>
      </w:r>
      <w:proofErr w:type="spellStart"/>
      <w:r>
        <w:t>menaxhimin</w:t>
      </w:r>
      <w:proofErr w:type="spellEnd"/>
      <w:r>
        <w:t xml:space="preserve"> e </w:t>
      </w:r>
      <w:proofErr w:type="spellStart"/>
      <w:r>
        <w:t>mbetjeve</w:t>
      </w:r>
      <w:proofErr w:type="spellEnd"/>
      <w:r>
        <w:t xml:space="preserve">. Si u </w:t>
      </w:r>
      <w:proofErr w:type="spellStart"/>
      <w:r>
        <w:t>reflektua</w:t>
      </w:r>
      <w:proofErr w:type="spellEnd"/>
      <w:r>
        <w:t xml:space="preserve">? </w:t>
      </w:r>
      <w:proofErr w:type="spellStart"/>
      <w:r>
        <w:t>Domethënë</w:t>
      </w:r>
      <w:proofErr w:type="spellEnd"/>
      <w:r>
        <w:t xml:space="preserve">, </w:t>
      </w:r>
      <w:proofErr w:type="spellStart"/>
      <w:r>
        <w:t>cili</w:t>
      </w:r>
      <w:proofErr w:type="spellEnd"/>
      <w:r>
        <w:t xml:space="preserve"> </w:t>
      </w:r>
      <w:proofErr w:type="spellStart"/>
      <w:r>
        <w:t>është</w:t>
      </w:r>
      <w:proofErr w:type="spellEnd"/>
      <w:r>
        <w:t xml:space="preserve"> </w:t>
      </w:r>
      <w:proofErr w:type="spellStart"/>
      <w:r>
        <w:t>autoriteti</w:t>
      </w:r>
      <w:proofErr w:type="spellEnd"/>
      <w:r>
        <w:t xml:space="preserve"> </w:t>
      </w:r>
      <w:proofErr w:type="spellStart"/>
      <w:r>
        <w:t>juaj</w:t>
      </w:r>
      <w:proofErr w:type="spellEnd"/>
      <w:r>
        <w:t xml:space="preserve"> </w:t>
      </w:r>
      <w:proofErr w:type="spellStart"/>
      <w:r>
        <w:t>në</w:t>
      </w:r>
      <w:proofErr w:type="spellEnd"/>
      <w:r>
        <w:t xml:space="preserve"> </w:t>
      </w:r>
      <w:proofErr w:type="spellStart"/>
      <w:r>
        <w:t>vendimmarrje</w:t>
      </w:r>
      <w:proofErr w:type="spellEnd"/>
      <w:r>
        <w:t xml:space="preserve">? </w:t>
      </w:r>
      <w:proofErr w:type="spellStart"/>
      <w:r>
        <w:t>Sepse</w:t>
      </w:r>
      <w:proofErr w:type="spellEnd"/>
      <w:r>
        <w:t xml:space="preserve"> </w:t>
      </w:r>
      <w:proofErr w:type="spellStart"/>
      <w:r>
        <w:t>çuditërisht</w:t>
      </w:r>
      <w:proofErr w:type="spellEnd"/>
      <w:r>
        <w:t xml:space="preserve"> u </w:t>
      </w:r>
      <w:proofErr w:type="spellStart"/>
      <w:r>
        <w:t>detyruat</w:t>
      </w:r>
      <w:proofErr w:type="spellEnd"/>
      <w:r>
        <w:t xml:space="preserve"> </w:t>
      </w:r>
      <w:proofErr w:type="spellStart"/>
      <w:r>
        <w:t>që</w:t>
      </w:r>
      <w:proofErr w:type="spellEnd"/>
      <w:r>
        <w:t xml:space="preserve"> </w:t>
      </w:r>
      <w:proofErr w:type="spellStart"/>
      <w:r>
        <w:t>në</w:t>
      </w:r>
      <w:proofErr w:type="spellEnd"/>
      <w:r>
        <w:t xml:space="preserve"> </w:t>
      </w:r>
      <w:proofErr w:type="spellStart"/>
      <w:r>
        <w:t>landfild</w:t>
      </w:r>
      <w:proofErr w:type="spellEnd"/>
      <w:r>
        <w:t xml:space="preserve"> </w:t>
      </w:r>
      <w:proofErr w:type="spellStart"/>
      <w:r>
        <w:t>të</w:t>
      </w:r>
      <w:proofErr w:type="spellEnd"/>
      <w:r>
        <w:t xml:space="preserve"> </w:t>
      </w:r>
      <w:proofErr w:type="spellStart"/>
      <w:r>
        <w:t>prisni</w:t>
      </w:r>
      <w:proofErr w:type="spellEnd"/>
      <w:r>
        <w:t xml:space="preserve"> </w:t>
      </w:r>
      <w:proofErr w:type="spellStart"/>
      <w:r>
        <w:t>dhe</w:t>
      </w:r>
      <w:proofErr w:type="spellEnd"/>
      <w:r>
        <w:t xml:space="preserve"> </w:t>
      </w:r>
      <w:proofErr w:type="spellStart"/>
      <w:r>
        <w:t>mbetjet</w:t>
      </w:r>
      <w:proofErr w:type="spellEnd"/>
      <w:r>
        <w:t xml:space="preserve"> e </w:t>
      </w:r>
      <w:proofErr w:type="spellStart"/>
      <w:r>
        <w:t>qarqeve</w:t>
      </w:r>
      <w:proofErr w:type="spellEnd"/>
      <w:r>
        <w:t xml:space="preserve"> </w:t>
      </w:r>
      <w:proofErr w:type="spellStart"/>
      <w:r>
        <w:t>tjera</w:t>
      </w:r>
      <w:proofErr w:type="spellEnd"/>
      <w:r>
        <w:t xml:space="preserve">, </w:t>
      </w:r>
      <w:proofErr w:type="spellStart"/>
      <w:r>
        <w:t>të</w:t>
      </w:r>
      <w:proofErr w:type="spellEnd"/>
      <w:r>
        <w:t xml:space="preserve"> </w:t>
      </w:r>
      <w:proofErr w:type="spellStart"/>
      <w:r>
        <w:t>cilat</w:t>
      </w:r>
      <w:proofErr w:type="spellEnd"/>
      <w:r>
        <w:t xml:space="preserve"> u mor </w:t>
      </w:r>
      <w:proofErr w:type="spellStart"/>
      <w:r>
        <w:t>një</w:t>
      </w:r>
      <w:proofErr w:type="spellEnd"/>
      <w:r>
        <w:t xml:space="preserve"> </w:t>
      </w:r>
      <w:proofErr w:type="spellStart"/>
      <w:r>
        <w:t>vendim</w:t>
      </w:r>
      <w:proofErr w:type="spellEnd"/>
      <w:r>
        <w:t xml:space="preserve">, u </w:t>
      </w:r>
      <w:proofErr w:type="spellStart"/>
      <w:r>
        <w:t>bë</w:t>
      </w:r>
      <w:proofErr w:type="spellEnd"/>
      <w:r>
        <w:t xml:space="preserve"> </w:t>
      </w:r>
      <w:proofErr w:type="spellStart"/>
      <w:r>
        <w:t>përkohësisht</w:t>
      </w:r>
      <w:proofErr w:type="spellEnd"/>
      <w:r>
        <w:t xml:space="preserve">, </w:t>
      </w:r>
      <w:proofErr w:type="spellStart"/>
      <w:r>
        <w:t>nuk</w:t>
      </w:r>
      <w:proofErr w:type="spellEnd"/>
      <w:r>
        <w:t xml:space="preserve"> u </w:t>
      </w:r>
      <w:proofErr w:type="spellStart"/>
      <w:r>
        <w:t>bë</w:t>
      </w:r>
      <w:proofErr w:type="spellEnd"/>
      <w:r>
        <w:t xml:space="preserve"> </w:t>
      </w:r>
      <w:proofErr w:type="spellStart"/>
      <w:r>
        <w:t>plotësisht</w:t>
      </w:r>
      <w:proofErr w:type="spellEnd"/>
      <w:r>
        <w:t xml:space="preserve">. Jo, e </w:t>
      </w:r>
      <w:proofErr w:type="spellStart"/>
      <w:r>
        <w:t>vërteta</w:t>
      </w:r>
      <w:proofErr w:type="spellEnd"/>
      <w:r>
        <w:t xml:space="preserve"> </w:t>
      </w:r>
      <w:proofErr w:type="spellStart"/>
      <w:r>
        <w:t>është</w:t>
      </w:r>
      <w:proofErr w:type="spellEnd"/>
      <w:r>
        <w:t xml:space="preserve"> e </w:t>
      </w:r>
      <w:proofErr w:type="spellStart"/>
      <w:r>
        <w:t>pjesshme</w:t>
      </w:r>
      <w:proofErr w:type="spellEnd"/>
      <w:r>
        <w:t xml:space="preserve">. Pati </w:t>
      </w:r>
      <w:proofErr w:type="spellStart"/>
      <w:r>
        <w:t>dhe</w:t>
      </w:r>
      <w:proofErr w:type="spellEnd"/>
      <w:r>
        <w:t xml:space="preserve"> </w:t>
      </w:r>
      <w:proofErr w:type="spellStart"/>
      <w:r>
        <w:t>prurje</w:t>
      </w:r>
      <w:proofErr w:type="spellEnd"/>
      <w:r>
        <w:t xml:space="preserve">. </w:t>
      </w:r>
      <w:proofErr w:type="spellStart"/>
      <w:r>
        <w:t>Dakord</w:t>
      </w:r>
      <w:proofErr w:type="spellEnd"/>
      <w:r>
        <w:t xml:space="preserve">? </w:t>
      </w:r>
      <w:proofErr w:type="spellStart"/>
      <w:r>
        <w:t>Pra</w:t>
      </w:r>
      <w:proofErr w:type="spellEnd"/>
      <w:r>
        <w:t xml:space="preserve">, </w:t>
      </w:r>
      <w:proofErr w:type="spellStart"/>
      <w:r>
        <w:t>dakord</w:t>
      </w:r>
      <w:proofErr w:type="spellEnd"/>
      <w:r>
        <w:t xml:space="preserve">. Pati </w:t>
      </w:r>
      <w:proofErr w:type="spellStart"/>
      <w:r>
        <w:t>një</w:t>
      </w:r>
      <w:proofErr w:type="spellEnd"/>
      <w:r>
        <w:t xml:space="preserve"> </w:t>
      </w:r>
      <w:proofErr w:type="spellStart"/>
      <w:r>
        <w:t>vendim</w:t>
      </w:r>
      <w:proofErr w:type="spellEnd"/>
      <w:r>
        <w:t xml:space="preserve">. </w:t>
      </w:r>
      <w:proofErr w:type="spellStart"/>
      <w:r>
        <w:t>Unë</w:t>
      </w:r>
      <w:proofErr w:type="spellEnd"/>
      <w:r>
        <w:t xml:space="preserve"> </w:t>
      </w:r>
      <w:proofErr w:type="spellStart"/>
      <w:r>
        <w:t>kam</w:t>
      </w:r>
      <w:proofErr w:type="spellEnd"/>
      <w:r>
        <w:t xml:space="preserve"> </w:t>
      </w:r>
      <w:proofErr w:type="spellStart"/>
      <w:r>
        <w:t>dëgjuar</w:t>
      </w:r>
      <w:proofErr w:type="spellEnd"/>
      <w:r>
        <w:t xml:space="preserve"> </w:t>
      </w:r>
      <w:proofErr w:type="spellStart"/>
      <w:r>
        <w:t>vendimi</w:t>
      </w:r>
      <w:proofErr w:type="spellEnd"/>
      <w:r>
        <w:t xml:space="preserve"> se </w:t>
      </w:r>
      <w:proofErr w:type="spellStart"/>
      <w:r>
        <w:t>s'ka</w:t>
      </w:r>
      <w:proofErr w:type="spellEnd"/>
      <w:r>
        <w:t xml:space="preserve"> </w:t>
      </w:r>
      <w:proofErr w:type="spellStart"/>
      <w:r>
        <w:t>marrë</w:t>
      </w:r>
      <w:proofErr w:type="spellEnd"/>
      <w:r>
        <w:t xml:space="preserve"> </w:t>
      </w:r>
      <w:proofErr w:type="spellStart"/>
      <w:r>
        <w:t>të</w:t>
      </w:r>
      <w:proofErr w:type="spellEnd"/>
      <w:r>
        <w:t xml:space="preserve"> </w:t>
      </w:r>
      <w:proofErr w:type="spellStart"/>
      <w:r>
        <w:t>shoh</w:t>
      </w:r>
      <w:proofErr w:type="spellEnd"/>
      <w:r>
        <w:t xml:space="preserve"> </w:t>
      </w:r>
      <w:proofErr w:type="spellStart"/>
      <w:r>
        <w:t>makinat</w:t>
      </w:r>
      <w:proofErr w:type="spellEnd"/>
      <w:r>
        <w:t xml:space="preserve"> se </w:t>
      </w:r>
      <w:proofErr w:type="spellStart"/>
      <w:r>
        <w:t>s'kanë</w:t>
      </w:r>
      <w:proofErr w:type="spellEnd"/>
      <w:r>
        <w:t xml:space="preserve"> </w:t>
      </w:r>
      <w:proofErr w:type="spellStart"/>
      <w:r>
        <w:t>edhe</w:t>
      </w:r>
      <w:proofErr w:type="spellEnd"/>
      <w:r>
        <w:t xml:space="preserve"> </w:t>
      </w:r>
      <w:proofErr w:type="spellStart"/>
      <w:r>
        <w:t>targa</w:t>
      </w:r>
      <w:proofErr w:type="spellEnd"/>
      <w:r>
        <w:t xml:space="preserve"> </w:t>
      </w:r>
      <w:proofErr w:type="spellStart"/>
      <w:r>
        <w:t>qytetesh</w:t>
      </w:r>
      <w:proofErr w:type="spellEnd"/>
      <w:r>
        <w:t xml:space="preserve">. Tani </w:t>
      </w:r>
      <w:proofErr w:type="spellStart"/>
      <w:r>
        <w:t>janë</w:t>
      </w:r>
      <w:proofErr w:type="spellEnd"/>
      <w:r>
        <w:t xml:space="preserve"> </w:t>
      </w:r>
      <w:proofErr w:type="spellStart"/>
      <w:r>
        <w:t>kështu</w:t>
      </w:r>
      <w:proofErr w:type="spellEnd"/>
      <w:r>
        <w:t xml:space="preserve"> me </w:t>
      </w:r>
      <w:proofErr w:type="spellStart"/>
      <w:r>
        <w:t>kodime</w:t>
      </w:r>
      <w:proofErr w:type="spellEnd"/>
      <w:r>
        <w:t xml:space="preserve"> </w:t>
      </w:r>
      <w:proofErr w:type="spellStart"/>
      <w:r>
        <w:t>të</w:t>
      </w:r>
      <w:proofErr w:type="spellEnd"/>
      <w:r>
        <w:t xml:space="preserve"> </w:t>
      </w:r>
      <w:proofErr w:type="spellStart"/>
      <w:r>
        <w:t>tjera</w:t>
      </w:r>
      <w:proofErr w:type="spellEnd"/>
      <w:r>
        <w:t xml:space="preserve"> </w:t>
      </w:r>
      <w:proofErr w:type="spellStart"/>
      <w:r>
        <w:t>dhe</w:t>
      </w:r>
      <w:proofErr w:type="spellEnd"/>
      <w:r>
        <w:t xml:space="preserve"> po </w:t>
      </w:r>
      <w:proofErr w:type="spellStart"/>
      <w:r>
        <w:t>ju</w:t>
      </w:r>
      <w:proofErr w:type="spellEnd"/>
      <w:r>
        <w:t xml:space="preserve"> 20% </w:t>
      </w:r>
      <w:proofErr w:type="spellStart"/>
      <w:r>
        <w:t>keni</w:t>
      </w:r>
      <w:proofErr w:type="spellEnd"/>
      <w:r>
        <w:t xml:space="preserve">, </w:t>
      </w:r>
      <w:proofErr w:type="spellStart"/>
      <w:r>
        <w:t>mos</w:t>
      </w:r>
      <w:proofErr w:type="spellEnd"/>
      <w:r>
        <w:t xml:space="preserve"> e ka ajo </w:t>
      </w:r>
      <w:proofErr w:type="spellStart"/>
      <w:r>
        <w:t>kompania</w:t>
      </w:r>
      <w:proofErr w:type="spellEnd"/>
      <w:r>
        <w:t xml:space="preserve"> </w:t>
      </w:r>
      <w:proofErr w:type="spellStart"/>
      <w:r>
        <w:t>që</w:t>
      </w:r>
      <w:proofErr w:type="spellEnd"/>
      <w:r>
        <w:t xml:space="preserve"> ka 80%? Po. </w:t>
      </w:r>
      <w:proofErr w:type="spellStart"/>
      <w:r>
        <w:t>Edhe</w:t>
      </w:r>
      <w:proofErr w:type="spellEnd"/>
      <w:r>
        <w:t xml:space="preserve"> </w:t>
      </w:r>
      <w:proofErr w:type="spellStart"/>
      <w:r>
        <w:t>njëherë</w:t>
      </w:r>
      <w:proofErr w:type="spellEnd"/>
      <w:r>
        <w:t xml:space="preserve">, </w:t>
      </w:r>
      <w:proofErr w:type="spellStart"/>
      <w:r>
        <w:t>vendimi</w:t>
      </w:r>
      <w:proofErr w:type="spellEnd"/>
      <w:r>
        <w:t xml:space="preserve"> </w:t>
      </w:r>
      <w:proofErr w:type="spellStart"/>
      <w:r>
        <w:t>zoti</w:t>
      </w:r>
      <w:proofErr w:type="spellEnd"/>
      <w:r>
        <w:t xml:space="preserve"> Shkreli </w:t>
      </w:r>
      <w:proofErr w:type="spellStart"/>
      <w:r>
        <w:t>është</w:t>
      </w:r>
      <w:proofErr w:type="spellEnd"/>
      <w:r>
        <w:t xml:space="preserve"> </w:t>
      </w:r>
      <w:proofErr w:type="spellStart"/>
      <w:r>
        <w:t>marrë</w:t>
      </w:r>
      <w:proofErr w:type="spellEnd"/>
      <w:r>
        <w:t xml:space="preserve"> </w:t>
      </w:r>
      <w:proofErr w:type="spellStart"/>
      <w:r>
        <w:t>pavarësisht</w:t>
      </w:r>
      <w:proofErr w:type="spellEnd"/>
      <w:r>
        <w:t xml:space="preserve"> </w:t>
      </w:r>
      <w:proofErr w:type="spellStart"/>
      <w:r>
        <w:t>jush</w:t>
      </w:r>
      <w:proofErr w:type="spellEnd"/>
      <w:r>
        <w:t xml:space="preserve"> </w:t>
      </w:r>
      <w:proofErr w:type="spellStart"/>
      <w:r>
        <w:t>edhe</w:t>
      </w:r>
      <w:proofErr w:type="spellEnd"/>
      <w:r>
        <w:t xml:space="preserve"> nesh. </w:t>
      </w:r>
      <w:proofErr w:type="spellStart"/>
      <w:r>
        <w:t>Unë</w:t>
      </w:r>
      <w:proofErr w:type="spellEnd"/>
      <w:r>
        <w:t xml:space="preserve"> e </w:t>
      </w:r>
      <w:proofErr w:type="spellStart"/>
      <w:r>
        <w:t>kam</w:t>
      </w:r>
      <w:proofErr w:type="spellEnd"/>
      <w:r>
        <w:t xml:space="preserve"> </w:t>
      </w:r>
      <w:proofErr w:type="spellStart"/>
      <w:r>
        <w:t>të</w:t>
      </w:r>
      <w:proofErr w:type="spellEnd"/>
      <w:r>
        <w:t xml:space="preserve"> </w:t>
      </w:r>
      <w:proofErr w:type="spellStart"/>
      <w:r>
        <w:t>relatuar</w:t>
      </w:r>
      <w:proofErr w:type="spellEnd"/>
      <w:r>
        <w:t xml:space="preserve"> </w:t>
      </w:r>
      <w:proofErr w:type="spellStart"/>
      <w:r>
        <w:t>në</w:t>
      </w:r>
      <w:proofErr w:type="spellEnd"/>
      <w:r>
        <w:t xml:space="preserve"> </w:t>
      </w:r>
      <w:proofErr w:type="spellStart"/>
      <w:r>
        <w:t>Kuvendin</w:t>
      </w:r>
      <w:proofErr w:type="spellEnd"/>
      <w:r>
        <w:t xml:space="preserve"> e </w:t>
      </w:r>
      <w:proofErr w:type="spellStart"/>
      <w:r>
        <w:t>Shqipërisë</w:t>
      </w:r>
      <w:proofErr w:type="spellEnd"/>
      <w:r>
        <w:t xml:space="preserve"> </w:t>
      </w:r>
      <w:proofErr w:type="spellStart"/>
      <w:r>
        <w:t>dhe</w:t>
      </w:r>
      <w:proofErr w:type="spellEnd"/>
      <w:r>
        <w:t xml:space="preserve"> </w:t>
      </w:r>
      <w:proofErr w:type="spellStart"/>
      <w:r>
        <w:t>qarku</w:t>
      </w:r>
      <w:proofErr w:type="spellEnd"/>
      <w:r>
        <w:t xml:space="preserve"> </w:t>
      </w:r>
      <w:proofErr w:type="spellStart"/>
      <w:r>
        <w:t>nga</w:t>
      </w:r>
      <w:proofErr w:type="spellEnd"/>
      <w:r>
        <w:t xml:space="preserve"> </w:t>
      </w:r>
      <w:proofErr w:type="spellStart"/>
      <w:r>
        <w:t>ministri</w:t>
      </w:r>
      <w:proofErr w:type="spellEnd"/>
      <w:r>
        <w:t xml:space="preserve"> </w:t>
      </w:r>
      <w:proofErr w:type="spellStart"/>
      <w:r>
        <w:t>i</w:t>
      </w:r>
      <w:proofErr w:type="spellEnd"/>
      <w:r>
        <w:t xml:space="preserve"> </w:t>
      </w:r>
      <w:proofErr w:type="spellStart"/>
      <w:r>
        <w:t>linjës</w:t>
      </w:r>
      <w:proofErr w:type="spellEnd"/>
      <w:r>
        <w:t xml:space="preserve"> </w:t>
      </w:r>
      <w:proofErr w:type="spellStart"/>
      <w:r>
        <w:t>që</w:t>
      </w:r>
      <w:proofErr w:type="spellEnd"/>
      <w:r>
        <w:t xml:space="preserve"> </w:t>
      </w:r>
      <w:proofErr w:type="spellStart"/>
      <w:r>
        <w:t>qarku</w:t>
      </w:r>
      <w:proofErr w:type="spellEnd"/>
      <w:r>
        <w:t xml:space="preserve"> </w:t>
      </w:r>
      <w:proofErr w:type="spellStart"/>
      <w:r>
        <w:t>i</w:t>
      </w:r>
      <w:proofErr w:type="spellEnd"/>
      <w:r>
        <w:t xml:space="preserve"> </w:t>
      </w:r>
      <w:proofErr w:type="spellStart"/>
      <w:r>
        <w:t>Elbasanit</w:t>
      </w:r>
      <w:proofErr w:type="spellEnd"/>
      <w:r>
        <w:t xml:space="preserve"> </w:t>
      </w:r>
      <w:proofErr w:type="spellStart"/>
      <w:r>
        <w:t>dhe</w:t>
      </w:r>
      <w:proofErr w:type="spellEnd"/>
      <w:r>
        <w:t xml:space="preserve"> </w:t>
      </w:r>
      <w:proofErr w:type="spellStart"/>
      <w:r>
        <w:t>i</w:t>
      </w:r>
      <w:proofErr w:type="spellEnd"/>
      <w:r>
        <w:t xml:space="preserve"> </w:t>
      </w:r>
      <w:proofErr w:type="spellStart"/>
      <w:r>
        <w:t>Fierit</w:t>
      </w:r>
      <w:proofErr w:type="spellEnd"/>
      <w:r>
        <w:t xml:space="preserve"> do </w:t>
      </w:r>
      <w:proofErr w:type="spellStart"/>
      <w:r>
        <w:t>të</w:t>
      </w:r>
      <w:proofErr w:type="spellEnd"/>
      <w:r>
        <w:t xml:space="preserve"> </w:t>
      </w:r>
      <w:proofErr w:type="spellStart"/>
      <w:r>
        <w:t>depozitonin</w:t>
      </w:r>
      <w:proofErr w:type="spellEnd"/>
      <w:r>
        <w:t xml:space="preserve"> </w:t>
      </w:r>
      <w:proofErr w:type="spellStart"/>
      <w:r>
        <w:t>mbetjet</w:t>
      </w:r>
      <w:proofErr w:type="spellEnd"/>
      <w:r>
        <w:t xml:space="preserve"> </w:t>
      </w:r>
      <w:proofErr w:type="spellStart"/>
      <w:r>
        <w:t>në</w:t>
      </w:r>
      <w:proofErr w:type="spellEnd"/>
      <w:r>
        <w:t xml:space="preserve"> </w:t>
      </w:r>
      <w:proofErr w:type="spellStart"/>
      <w:r>
        <w:t>Bushat</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mosfunksionimit</w:t>
      </w:r>
      <w:proofErr w:type="spellEnd"/>
      <w:r>
        <w:t xml:space="preserve"> </w:t>
      </w:r>
      <w:proofErr w:type="spellStart"/>
      <w:r>
        <w:t>të</w:t>
      </w:r>
      <w:proofErr w:type="spellEnd"/>
      <w:r>
        <w:t xml:space="preserve"> </w:t>
      </w:r>
      <w:proofErr w:type="spellStart"/>
      <w:r>
        <w:t>inxhinieratorit</w:t>
      </w:r>
      <w:proofErr w:type="spellEnd"/>
      <w:r>
        <w:t xml:space="preserve"> </w:t>
      </w:r>
      <w:proofErr w:type="spellStart"/>
      <w:r>
        <w:t>të</w:t>
      </w:r>
      <w:proofErr w:type="spellEnd"/>
      <w:r>
        <w:t xml:space="preserve"> </w:t>
      </w:r>
      <w:proofErr w:type="spellStart"/>
      <w:r>
        <w:t>Elbasanit</w:t>
      </w:r>
      <w:proofErr w:type="spellEnd"/>
      <w:r>
        <w:t xml:space="preserve"> </w:t>
      </w:r>
      <w:proofErr w:type="spellStart"/>
      <w:r>
        <w:t>dhe</w:t>
      </w:r>
      <w:proofErr w:type="spellEnd"/>
      <w:r>
        <w:t xml:space="preserve"> </w:t>
      </w:r>
      <w:proofErr w:type="spellStart"/>
      <w:r>
        <w:t>të</w:t>
      </w:r>
      <w:proofErr w:type="spellEnd"/>
      <w:r>
        <w:t xml:space="preserve"> </w:t>
      </w:r>
      <w:proofErr w:type="spellStart"/>
      <w:r>
        <w:t>Fierit</w:t>
      </w:r>
      <w:proofErr w:type="spellEnd"/>
      <w:r>
        <w:t xml:space="preserve">. </w:t>
      </w:r>
      <w:proofErr w:type="spellStart"/>
      <w:r>
        <w:t>Kjo</w:t>
      </w:r>
      <w:proofErr w:type="spellEnd"/>
      <w:r>
        <w:t xml:space="preserve"> </w:t>
      </w:r>
      <w:proofErr w:type="spellStart"/>
      <w:r>
        <w:t>është</w:t>
      </w:r>
      <w:proofErr w:type="spellEnd"/>
      <w:r>
        <w:t xml:space="preserve"> e </w:t>
      </w:r>
      <w:proofErr w:type="spellStart"/>
      <w:r>
        <w:t>vërteta</w:t>
      </w:r>
      <w:proofErr w:type="spellEnd"/>
      <w:r>
        <w:t xml:space="preserve"> </w:t>
      </w:r>
      <w:proofErr w:type="spellStart"/>
      <w:r>
        <w:t>dhe</w:t>
      </w:r>
      <w:proofErr w:type="spellEnd"/>
      <w:r>
        <w:t xml:space="preserve"> </w:t>
      </w:r>
      <w:proofErr w:type="spellStart"/>
      <w:r>
        <w:t>këtë</w:t>
      </w:r>
      <w:proofErr w:type="spellEnd"/>
      <w:r>
        <w:t xml:space="preserve"> </w:t>
      </w:r>
      <w:proofErr w:type="spellStart"/>
      <w:r>
        <w:t>ju</w:t>
      </w:r>
      <w:proofErr w:type="spellEnd"/>
      <w:r>
        <w:t xml:space="preserve"> e </w:t>
      </w:r>
      <w:proofErr w:type="spellStart"/>
      <w:r>
        <w:t>konsideroni</w:t>
      </w:r>
      <w:proofErr w:type="spellEnd"/>
      <w:r>
        <w:t xml:space="preserve"> </w:t>
      </w:r>
      <w:proofErr w:type="spellStart"/>
      <w:r>
        <w:t>ndërhyrje</w:t>
      </w:r>
      <w:proofErr w:type="spellEnd"/>
      <w:r>
        <w:t xml:space="preserve"> </w:t>
      </w:r>
      <w:proofErr w:type="spellStart"/>
      <w:r>
        <w:t>në</w:t>
      </w:r>
      <w:proofErr w:type="spellEnd"/>
      <w:r>
        <w:t xml:space="preserve"> </w:t>
      </w:r>
      <w:proofErr w:type="spellStart"/>
      <w:r>
        <w:t>kompetencë</w:t>
      </w:r>
      <w:proofErr w:type="spellEnd"/>
      <w:r>
        <w:t xml:space="preserve"> </w:t>
      </w:r>
      <w:proofErr w:type="spellStart"/>
      <w:r>
        <w:t>dhe</w:t>
      </w:r>
      <w:proofErr w:type="spellEnd"/>
      <w:r>
        <w:t xml:space="preserve"> a e </w:t>
      </w:r>
      <w:proofErr w:type="spellStart"/>
      <w:r>
        <w:t>keni</w:t>
      </w:r>
      <w:proofErr w:type="spellEnd"/>
      <w:r>
        <w:t xml:space="preserve"> </w:t>
      </w:r>
      <w:proofErr w:type="spellStart"/>
      <w:r>
        <w:t>kundërshtuar</w:t>
      </w:r>
      <w:proofErr w:type="spellEnd"/>
      <w:r>
        <w:t xml:space="preserve">? Se </w:t>
      </w:r>
      <w:proofErr w:type="spellStart"/>
      <w:r>
        <w:t>është</w:t>
      </w:r>
      <w:proofErr w:type="spellEnd"/>
      <w:r>
        <w:t xml:space="preserve"> </w:t>
      </w:r>
      <w:proofErr w:type="spellStart"/>
      <w:r>
        <w:t>shumë</w:t>
      </w:r>
      <w:proofErr w:type="spellEnd"/>
      <w:r>
        <w:t xml:space="preserve"> e </w:t>
      </w:r>
      <w:proofErr w:type="spellStart"/>
      <w:r>
        <w:t>rëndësishme</w:t>
      </w:r>
      <w:proofErr w:type="spellEnd"/>
      <w:r>
        <w:t xml:space="preserve"> </w:t>
      </w:r>
      <w:proofErr w:type="spellStart"/>
      <w:r>
        <w:t>kjo</w:t>
      </w:r>
      <w:proofErr w:type="spellEnd"/>
      <w:r>
        <w:t xml:space="preserve">, </w:t>
      </w:r>
      <w:proofErr w:type="spellStart"/>
      <w:r>
        <w:t>zoti</w:t>
      </w:r>
      <w:proofErr w:type="spellEnd"/>
      <w:r>
        <w:t xml:space="preserve"> Shkreli, se </w:t>
      </w:r>
      <w:proofErr w:type="spellStart"/>
      <w:r>
        <w:t>mund</w:t>
      </w:r>
      <w:proofErr w:type="spellEnd"/>
      <w:r>
        <w:t xml:space="preserve"> ta </w:t>
      </w:r>
      <w:proofErr w:type="spellStart"/>
      <w:r>
        <w:t>themi</w:t>
      </w:r>
      <w:proofErr w:type="spellEnd"/>
      <w:r>
        <w:t xml:space="preserve"> </w:t>
      </w:r>
      <w:proofErr w:type="spellStart"/>
      <w:r>
        <w:t>këtu</w:t>
      </w:r>
      <w:proofErr w:type="spellEnd"/>
      <w:r>
        <w:t xml:space="preserve">, po </w:t>
      </w:r>
      <w:proofErr w:type="spellStart"/>
      <w:r>
        <w:t>keni</w:t>
      </w:r>
      <w:proofErr w:type="spellEnd"/>
      <w:r>
        <w:t xml:space="preserve"> </w:t>
      </w:r>
      <w:proofErr w:type="spellStart"/>
      <w:r>
        <w:t>bërë</w:t>
      </w:r>
      <w:proofErr w:type="spellEnd"/>
      <w:r>
        <w:t xml:space="preserve"> </w:t>
      </w:r>
      <w:proofErr w:type="spellStart"/>
      <w:r>
        <w:t>shkresa</w:t>
      </w:r>
      <w:proofErr w:type="spellEnd"/>
      <w:r>
        <w:t xml:space="preserve">, </w:t>
      </w:r>
      <w:proofErr w:type="spellStart"/>
      <w:r>
        <w:t>keni</w:t>
      </w:r>
      <w:proofErr w:type="spellEnd"/>
      <w:r>
        <w:t xml:space="preserve"> </w:t>
      </w:r>
      <w:proofErr w:type="spellStart"/>
      <w:r>
        <w:t>kërkuar</w:t>
      </w:r>
      <w:proofErr w:type="spellEnd"/>
      <w:r>
        <w:t xml:space="preserve"> </w:t>
      </w:r>
      <w:proofErr w:type="spellStart"/>
      <w:r>
        <w:t>që</w:t>
      </w:r>
      <w:proofErr w:type="spellEnd"/>
      <w:r>
        <w:t xml:space="preserve"> </w:t>
      </w:r>
      <w:proofErr w:type="spellStart"/>
      <w:r>
        <w:t>të</w:t>
      </w:r>
      <w:proofErr w:type="spellEnd"/>
      <w:r>
        <w:t xml:space="preserve"> </w:t>
      </w:r>
      <w:proofErr w:type="spellStart"/>
      <w:r>
        <w:t>respektohet</w:t>
      </w:r>
      <w:proofErr w:type="spellEnd"/>
      <w:r>
        <w:t xml:space="preserve"> </w:t>
      </w:r>
      <w:proofErr w:type="spellStart"/>
      <w:r>
        <w:t>pronësia</w:t>
      </w:r>
      <w:proofErr w:type="spellEnd"/>
      <w:r>
        <w:t xml:space="preserve"> </w:t>
      </w:r>
      <w:proofErr w:type="spellStart"/>
      <w:r>
        <w:t>mbi</w:t>
      </w:r>
      <w:proofErr w:type="spellEnd"/>
      <w:r>
        <w:t xml:space="preserve"> </w:t>
      </w:r>
      <w:proofErr w:type="spellStart"/>
      <w:r>
        <w:t>territorin</w:t>
      </w:r>
      <w:proofErr w:type="spellEnd"/>
      <w:r>
        <w:t xml:space="preserve">, </w:t>
      </w:r>
      <w:proofErr w:type="spellStart"/>
      <w:r>
        <w:t>pra</w:t>
      </w:r>
      <w:proofErr w:type="spellEnd"/>
      <w:r>
        <w:t xml:space="preserve"> </w:t>
      </w:r>
      <w:proofErr w:type="spellStart"/>
      <w:r>
        <w:t>të</w:t>
      </w:r>
      <w:proofErr w:type="spellEnd"/>
      <w:r>
        <w:t xml:space="preserve"> </w:t>
      </w:r>
      <w:proofErr w:type="spellStart"/>
      <w:r>
        <w:t>respektohet</w:t>
      </w:r>
      <w:proofErr w:type="spellEnd"/>
      <w:r>
        <w:t xml:space="preserve"> </w:t>
      </w:r>
      <w:proofErr w:type="spellStart"/>
      <w:r>
        <w:t>kompetenca</w:t>
      </w:r>
      <w:proofErr w:type="spellEnd"/>
      <w:r>
        <w:t xml:space="preserve"> </w:t>
      </w:r>
      <w:proofErr w:type="spellStart"/>
      <w:r>
        <w:t>juaj</w:t>
      </w:r>
      <w:proofErr w:type="spellEnd"/>
      <w:r>
        <w:t xml:space="preserve">. </w:t>
      </w:r>
      <w:proofErr w:type="spellStart"/>
      <w:r>
        <w:t>Këtë</w:t>
      </w:r>
      <w:proofErr w:type="spellEnd"/>
      <w:r>
        <w:t xml:space="preserve"> </w:t>
      </w:r>
      <w:proofErr w:type="spellStart"/>
      <w:r>
        <w:t>pyetje</w:t>
      </w:r>
      <w:proofErr w:type="spellEnd"/>
      <w:r>
        <w:t xml:space="preserve"> e </w:t>
      </w:r>
      <w:proofErr w:type="spellStart"/>
      <w:r>
        <w:t>kam</w:t>
      </w:r>
      <w:proofErr w:type="spellEnd"/>
      <w:r>
        <w:t xml:space="preserve"> </w:t>
      </w:r>
      <w:proofErr w:type="spellStart"/>
      <w:r>
        <w:t>për</w:t>
      </w:r>
      <w:proofErr w:type="spellEnd"/>
      <w:r>
        <w:t xml:space="preserve"> </w:t>
      </w:r>
      <w:proofErr w:type="spellStart"/>
      <w:r>
        <w:t>çështjen</w:t>
      </w:r>
      <w:proofErr w:type="spellEnd"/>
      <w:r>
        <w:t xml:space="preserve"> e </w:t>
      </w:r>
      <w:proofErr w:type="spellStart"/>
      <w:r>
        <w:t>landfildit</w:t>
      </w:r>
      <w:proofErr w:type="spellEnd"/>
      <w:r>
        <w:t xml:space="preserve"> </w:t>
      </w:r>
      <w:proofErr w:type="spellStart"/>
      <w:r>
        <w:t>të</w:t>
      </w:r>
      <w:proofErr w:type="spellEnd"/>
      <w:r>
        <w:t xml:space="preserve"> </w:t>
      </w:r>
      <w:proofErr w:type="spellStart"/>
      <w:r>
        <w:t>Bushatit</w:t>
      </w:r>
      <w:proofErr w:type="spellEnd"/>
      <w:r>
        <w:t xml:space="preserve">. Ai ka </w:t>
      </w:r>
      <w:proofErr w:type="spellStart"/>
      <w:r>
        <w:t>problemet</w:t>
      </w:r>
      <w:proofErr w:type="spellEnd"/>
      <w:r>
        <w:t xml:space="preserve"> e </w:t>
      </w:r>
      <w:proofErr w:type="spellStart"/>
      <w:r>
        <w:t>veta</w:t>
      </w:r>
      <w:proofErr w:type="spellEnd"/>
      <w:r>
        <w:t xml:space="preserve"> </w:t>
      </w:r>
      <w:proofErr w:type="spellStart"/>
      <w:r>
        <w:t>teknike</w:t>
      </w:r>
      <w:proofErr w:type="spellEnd"/>
      <w:r>
        <w:t xml:space="preserve">. Di </w:t>
      </w:r>
      <w:proofErr w:type="spellStart"/>
      <w:r>
        <w:t>shumë</w:t>
      </w:r>
      <w:proofErr w:type="spellEnd"/>
      <w:r>
        <w:t xml:space="preserve"> </w:t>
      </w:r>
      <w:proofErr w:type="spellStart"/>
      <w:r>
        <w:t>mirë</w:t>
      </w:r>
      <w:proofErr w:type="spellEnd"/>
      <w:r>
        <w:t xml:space="preserve">. Ja, </w:t>
      </w:r>
      <w:proofErr w:type="spellStart"/>
      <w:r>
        <w:t>prit</w:t>
      </w:r>
      <w:proofErr w:type="spellEnd"/>
      <w:r>
        <w:t xml:space="preserve"> se </w:t>
      </w:r>
      <w:proofErr w:type="spellStart"/>
      <w:r>
        <w:t>kam</w:t>
      </w:r>
      <w:proofErr w:type="spellEnd"/>
      <w:r>
        <w:t xml:space="preserve"> </w:t>
      </w:r>
      <w:proofErr w:type="spellStart"/>
      <w:r>
        <w:t>dhe</w:t>
      </w:r>
      <w:proofErr w:type="spellEnd"/>
      <w:r>
        <w:t xml:space="preserve"> </w:t>
      </w:r>
      <w:proofErr w:type="spellStart"/>
      <w:r>
        <w:t>dy-tre</w:t>
      </w:r>
      <w:proofErr w:type="spellEnd"/>
      <w:r>
        <w:t xml:space="preserve"> </w:t>
      </w:r>
      <w:proofErr w:type="spellStart"/>
      <w:r>
        <w:t>pyetje</w:t>
      </w:r>
      <w:proofErr w:type="spellEnd"/>
      <w:r>
        <w:t xml:space="preserve">, se </w:t>
      </w:r>
      <w:proofErr w:type="spellStart"/>
      <w:r>
        <w:t>kam</w:t>
      </w:r>
      <w:proofErr w:type="spellEnd"/>
      <w:r>
        <w:t xml:space="preserve"> </w:t>
      </w:r>
      <w:proofErr w:type="spellStart"/>
      <w:r>
        <w:t>dhe</w:t>
      </w:r>
      <w:proofErr w:type="spellEnd"/>
      <w:r>
        <w:t xml:space="preserve"> </w:t>
      </w:r>
      <w:proofErr w:type="spellStart"/>
      <w:r>
        <w:t>për</w:t>
      </w:r>
      <w:proofErr w:type="spellEnd"/>
      <w:r>
        <w:t xml:space="preserve"> </w:t>
      </w:r>
      <w:proofErr w:type="spellStart"/>
      <w:r>
        <w:t>të</w:t>
      </w:r>
      <w:proofErr w:type="spellEnd"/>
      <w:r>
        <w:t xml:space="preserve"> </w:t>
      </w:r>
      <w:proofErr w:type="spellStart"/>
      <w:r>
        <w:t>tjerët</w:t>
      </w:r>
      <w:proofErr w:type="spellEnd"/>
      <w:r>
        <w:t xml:space="preserve">. Nuk e </w:t>
      </w:r>
      <w:proofErr w:type="spellStart"/>
      <w:r>
        <w:t>kam</w:t>
      </w:r>
      <w:proofErr w:type="spellEnd"/>
      <w:r>
        <w:t xml:space="preserve"> </w:t>
      </w:r>
      <w:proofErr w:type="spellStart"/>
      <w:r>
        <w:t>si</w:t>
      </w:r>
      <w:proofErr w:type="spellEnd"/>
      <w:r>
        <w:t xml:space="preserve"> </w:t>
      </w:r>
      <w:proofErr w:type="spellStart"/>
      <w:r>
        <w:t>aulona</w:t>
      </w:r>
      <w:proofErr w:type="spellEnd"/>
      <w:r>
        <w:t xml:space="preserve"> </w:t>
      </w:r>
      <w:proofErr w:type="spellStart"/>
      <w:r>
        <w:t>që</w:t>
      </w:r>
      <w:proofErr w:type="spellEnd"/>
      <w:r>
        <w:t xml:space="preserve"> e </w:t>
      </w:r>
      <w:proofErr w:type="spellStart"/>
      <w:r>
        <w:t>kam</w:t>
      </w:r>
      <w:proofErr w:type="spellEnd"/>
      <w:r>
        <w:t xml:space="preserve"> </w:t>
      </w:r>
      <w:proofErr w:type="spellStart"/>
      <w:r>
        <w:t>qëllimisht</w:t>
      </w:r>
      <w:proofErr w:type="spellEnd"/>
      <w:r>
        <w:t xml:space="preserve"> </w:t>
      </w:r>
      <w:proofErr w:type="spellStart"/>
      <w:r>
        <w:t>për</w:t>
      </w:r>
      <w:proofErr w:type="spellEnd"/>
      <w:r>
        <w:t xml:space="preserve"> </w:t>
      </w:r>
      <w:proofErr w:type="spellStart"/>
      <w:r>
        <w:t>ju</w:t>
      </w:r>
      <w:proofErr w:type="spellEnd"/>
      <w:r>
        <w:t xml:space="preserve"> </w:t>
      </w:r>
      <w:proofErr w:type="spellStart"/>
      <w:r>
        <w:t>dhe</w:t>
      </w:r>
      <w:proofErr w:type="spellEnd"/>
      <w:r>
        <w:t xml:space="preserve"> e </w:t>
      </w:r>
      <w:proofErr w:type="spellStart"/>
      <w:r>
        <w:t>kam</w:t>
      </w:r>
      <w:proofErr w:type="spellEnd"/>
      <w:r>
        <w:t xml:space="preserve"> </w:t>
      </w:r>
      <w:proofErr w:type="spellStart"/>
      <w:r>
        <w:t>për</w:t>
      </w:r>
      <w:proofErr w:type="spellEnd"/>
      <w:r>
        <w:t xml:space="preserve"> </w:t>
      </w:r>
      <w:proofErr w:type="spellStart"/>
      <w:r>
        <w:t>të</w:t>
      </w:r>
      <w:proofErr w:type="spellEnd"/>
      <w:r>
        <w:t xml:space="preserve"> </w:t>
      </w:r>
      <w:proofErr w:type="spellStart"/>
      <w:r>
        <w:t>tre</w:t>
      </w:r>
      <w:proofErr w:type="spellEnd"/>
      <w:r>
        <w:t xml:space="preserve"> </w:t>
      </w:r>
      <w:proofErr w:type="spellStart"/>
      <w:r>
        <w:t>kryetarët</w:t>
      </w:r>
      <w:proofErr w:type="spellEnd"/>
      <w:r>
        <w:t xml:space="preserve"> e </w:t>
      </w:r>
      <w:proofErr w:type="spellStart"/>
      <w:r>
        <w:t>bashkive</w:t>
      </w:r>
      <w:proofErr w:type="spellEnd"/>
      <w:r>
        <w:t xml:space="preserve">. A </w:t>
      </w:r>
      <w:proofErr w:type="spellStart"/>
      <w:r>
        <w:t>mendoni</w:t>
      </w:r>
      <w:proofErr w:type="spellEnd"/>
      <w:r>
        <w:t xml:space="preserve"> se </w:t>
      </w:r>
      <w:proofErr w:type="spellStart"/>
      <w:r>
        <w:t>bashkitë</w:t>
      </w:r>
      <w:proofErr w:type="spellEnd"/>
      <w:r>
        <w:t xml:space="preserve"> e </w:t>
      </w:r>
      <w:proofErr w:type="spellStart"/>
      <w:r>
        <w:t>vogla</w:t>
      </w:r>
      <w:proofErr w:type="spellEnd"/>
      <w:r>
        <w:t xml:space="preserve"> </w:t>
      </w:r>
      <w:proofErr w:type="spellStart"/>
      <w:r>
        <w:t>janë</w:t>
      </w:r>
      <w:proofErr w:type="spellEnd"/>
      <w:r>
        <w:t xml:space="preserve"> </w:t>
      </w:r>
      <w:proofErr w:type="spellStart"/>
      <w:r>
        <w:t>të</w:t>
      </w:r>
      <w:proofErr w:type="spellEnd"/>
      <w:r>
        <w:t xml:space="preserve"> </w:t>
      </w:r>
      <w:proofErr w:type="spellStart"/>
      <w:r>
        <w:t>afta</w:t>
      </w:r>
      <w:proofErr w:type="spellEnd"/>
      <w:r>
        <w:t xml:space="preserve"> </w:t>
      </w:r>
      <w:proofErr w:type="spellStart"/>
      <w:r>
        <w:t>të</w:t>
      </w:r>
      <w:proofErr w:type="spellEnd"/>
      <w:r>
        <w:t xml:space="preserve"> </w:t>
      </w:r>
      <w:proofErr w:type="spellStart"/>
      <w:r>
        <w:t>ekzistojnë</w:t>
      </w:r>
      <w:proofErr w:type="spellEnd"/>
      <w:r>
        <w:t xml:space="preserve">, </w:t>
      </w:r>
      <w:proofErr w:type="spellStart"/>
      <w:r>
        <w:t>të</w:t>
      </w:r>
      <w:proofErr w:type="spellEnd"/>
      <w:r>
        <w:t xml:space="preserve"> </w:t>
      </w:r>
      <w:proofErr w:type="spellStart"/>
      <w:r>
        <w:t>ofrojnë</w:t>
      </w:r>
      <w:proofErr w:type="spellEnd"/>
      <w:r>
        <w:t xml:space="preserve"> </w:t>
      </w:r>
      <w:proofErr w:type="spellStart"/>
      <w:r>
        <w:t>shërbime</w:t>
      </w:r>
      <w:proofErr w:type="spellEnd"/>
      <w:r>
        <w:t xml:space="preserve"> </w:t>
      </w:r>
      <w:proofErr w:type="spellStart"/>
      <w:r>
        <w:t>dhe</w:t>
      </w:r>
      <w:proofErr w:type="spellEnd"/>
      <w:r>
        <w:t xml:space="preserve"> a </w:t>
      </w:r>
      <w:proofErr w:type="spellStart"/>
      <w:r>
        <w:t>duhet</w:t>
      </w:r>
      <w:proofErr w:type="spellEnd"/>
      <w:r>
        <w:t xml:space="preserve"> </w:t>
      </w:r>
      <w:proofErr w:type="spellStart"/>
      <w:r>
        <w:t>të</w:t>
      </w:r>
      <w:proofErr w:type="spellEnd"/>
      <w:r>
        <w:t xml:space="preserve"> </w:t>
      </w:r>
      <w:proofErr w:type="spellStart"/>
      <w:r>
        <w:t>ekzistojnë</w:t>
      </w:r>
      <w:proofErr w:type="spellEnd"/>
      <w:r>
        <w:t xml:space="preserve">? </w:t>
      </w:r>
      <w:proofErr w:type="spellStart"/>
      <w:r>
        <w:t>Pyetja</w:t>
      </w:r>
      <w:proofErr w:type="spellEnd"/>
      <w:r>
        <w:t xml:space="preserve"> </w:t>
      </w:r>
      <w:proofErr w:type="spellStart"/>
      <w:r>
        <w:t>tjetër</w:t>
      </w:r>
      <w:proofErr w:type="spellEnd"/>
      <w:r>
        <w:t xml:space="preserve">: Po, </w:t>
      </w:r>
      <w:proofErr w:type="spellStart"/>
      <w:r>
        <w:t>të</w:t>
      </w:r>
      <w:proofErr w:type="spellEnd"/>
      <w:r>
        <w:t xml:space="preserve"> </w:t>
      </w:r>
      <w:proofErr w:type="spellStart"/>
      <w:r>
        <w:t>dhënat</w:t>
      </w:r>
      <w:proofErr w:type="spellEnd"/>
      <w:r>
        <w:t xml:space="preserve"> </w:t>
      </w:r>
      <w:proofErr w:type="spellStart"/>
      <w:r>
        <w:t>mund</w:t>
      </w:r>
      <w:proofErr w:type="spellEnd"/>
      <w:r>
        <w:t xml:space="preserve"> </w:t>
      </w:r>
      <w:proofErr w:type="spellStart"/>
      <w:r>
        <w:t>të</w:t>
      </w:r>
      <w:proofErr w:type="spellEnd"/>
      <w:r>
        <w:t xml:space="preserve"> </w:t>
      </w:r>
      <w:proofErr w:type="spellStart"/>
      <w:r>
        <w:t>jenë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vërteta</w:t>
      </w:r>
      <w:proofErr w:type="spellEnd"/>
      <w:r>
        <w:t xml:space="preserve"> </w:t>
      </w:r>
      <w:proofErr w:type="spellStart"/>
      <w:r>
        <w:t>për</w:t>
      </w:r>
      <w:proofErr w:type="spellEnd"/>
      <w:r>
        <w:t xml:space="preserve"> </w:t>
      </w:r>
      <w:proofErr w:type="spellStart"/>
      <w:r>
        <w:t>bashkinë</w:t>
      </w:r>
      <w:proofErr w:type="spellEnd"/>
      <w:r>
        <w:t xml:space="preserve"> e </w:t>
      </w:r>
      <w:proofErr w:type="spellStart"/>
      <w:r>
        <w:t>Fushë</w:t>
      </w:r>
      <w:proofErr w:type="spellEnd"/>
      <w:r>
        <w:t xml:space="preserve"> </w:t>
      </w:r>
      <w:proofErr w:type="spellStart"/>
      <w:r>
        <w:t>Arrës</w:t>
      </w:r>
      <w:proofErr w:type="spellEnd"/>
      <w:r>
        <w:t xml:space="preserve"> </w:t>
      </w:r>
      <w:proofErr w:type="spellStart"/>
      <w:r>
        <w:t>që</w:t>
      </w:r>
      <w:proofErr w:type="spellEnd"/>
      <w:r>
        <w:t xml:space="preserve"> </w:t>
      </w:r>
      <w:proofErr w:type="spellStart"/>
      <w:r>
        <w:t>vetëm</w:t>
      </w:r>
      <w:proofErr w:type="spellEnd"/>
      <w:r>
        <w:t xml:space="preserve"> 7% </w:t>
      </w:r>
      <w:proofErr w:type="spellStart"/>
      <w:r>
        <w:t>përdoret</w:t>
      </w:r>
      <w:proofErr w:type="spellEnd"/>
      <w:r>
        <w:t xml:space="preserve"> </w:t>
      </w:r>
      <w:proofErr w:type="spellStart"/>
      <w:r>
        <w:t>për</w:t>
      </w:r>
      <w:proofErr w:type="spellEnd"/>
      <w:r>
        <w:t xml:space="preserve"> </w:t>
      </w:r>
      <w:proofErr w:type="spellStart"/>
      <w:r>
        <w:t>investim</w:t>
      </w:r>
      <w:proofErr w:type="spellEnd"/>
      <w:r>
        <w:t xml:space="preserve">, </w:t>
      </w:r>
      <w:proofErr w:type="spellStart"/>
      <w:r>
        <w:t>sepse</w:t>
      </w:r>
      <w:proofErr w:type="spellEnd"/>
      <w:r>
        <w:t xml:space="preserve"> </w:t>
      </w:r>
      <w:proofErr w:type="spellStart"/>
      <w:r>
        <w:t>shërbimet</w:t>
      </w:r>
      <w:proofErr w:type="spellEnd"/>
      <w:r>
        <w:t xml:space="preserve"> </w:t>
      </w:r>
      <w:proofErr w:type="spellStart"/>
      <w:r>
        <w:t>aty</w:t>
      </w:r>
      <w:proofErr w:type="spellEnd"/>
      <w:r>
        <w:t xml:space="preserve"> </w:t>
      </w:r>
      <w:proofErr w:type="spellStart"/>
      <w:r>
        <w:t>janë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shtrenjta</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lartësisë</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elementeve</w:t>
      </w:r>
      <w:proofErr w:type="spellEnd"/>
      <w:r>
        <w:t xml:space="preserve"> </w:t>
      </w:r>
      <w:proofErr w:type="spellStart"/>
      <w:r>
        <w:t>të</w:t>
      </w:r>
      <w:proofErr w:type="spellEnd"/>
      <w:r>
        <w:t xml:space="preserve"> </w:t>
      </w:r>
      <w:proofErr w:type="spellStart"/>
      <w:r>
        <w:t>tjera</w:t>
      </w:r>
      <w:proofErr w:type="spellEnd"/>
      <w:r>
        <w:t xml:space="preserve"> </w:t>
      </w:r>
      <w:proofErr w:type="spellStart"/>
      <w:r>
        <w:t>që</w:t>
      </w:r>
      <w:proofErr w:type="spellEnd"/>
      <w:r>
        <w:t xml:space="preserve"> </w:t>
      </w:r>
      <w:proofErr w:type="spellStart"/>
      <w:r>
        <w:t>shtojnë</w:t>
      </w:r>
      <w:proofErr w:type="spellEnd"/>
      <w:r>
        <w:t xml:space="preserve"> </w:t>
      </w:r>
      <w:proofErr w:type="spellStart"/>
      <w:r>
        <w:t>peshën</w:t>
      </w:r>
      <w:proofErr w:type="spellEnd"/>
      <w:r>
        <w:t xml:space="preserve"> e </w:t>
      </w:r>
      <w:proofErr w:type="spellStart"/>
      <w:r>
        <w:t>shpenzimeve</w:t>
      </w:r>
      <w:proofErr w:type="spellEnd"/>
      <w:r>
        <w:t xml:space="preserve"> </w:t>
      </w:r>
      <w:proofErr w:type="spellStart"/>
      <w:r>
        <w:t>për</w:t>
      </w:r>
      <w:proofErr w:type="spellEnd"/>
      <w:r>
        <w:t xml:space="preserve"> </w:t>
      </w:r>
      <w:proofErr w:type="spellStart"/>
      <w:r>
        <w:t>shërbimet</w:t>
      </w:r>
      <w:proofErr w:type="spellEnd"/>
      <w:r>
        <w:t xml:space="preserve">. Ju </w:t>
      </w:r>
      <w:proofErr w:type="spellStart"/>
      <w:r>
        <w:t>jeni</w:t>
      </w:r>
      <w:proofErr w:type="spellEnd"/>
      <w:r>
        <w:t xml:space="preserve"> </w:t>
      </w:r>
      <w:proofErr w:type="spellStart"/>
      <w:r>
        <w:t>dhe</w:t>
      </w:r>
      <w:proofErr w:type="spellEnd"/>
      <w:r>
        <w:t xml:space="preserve"> </w:t>
      </w:r>
      <w:proofErr w:type="spellStart"/>
      <w:r>
        <w:t>konsideroheni</w:t>
      </w:r>
      <w:proofErr w:type="spellEnd"/>
      <w:r>
        <w:t xml:space="preserve"> </w:t>
      </w:r>
      <w:proofErr w:type="spellStart"/>
      <w:r>
        <w:t>pak</w:t>
      </w:r>
      <w:proofErr w:type="spellEnd"/>
      <w:r>
        <w:t xml:space="preserve"> a </w:t>
      </w:r>
      <w:proofErr w:type="spellStart"/>
      <w:r>
        <w:t>shumë</w:t>
      </w:r>
      <w:proofErr w:type="spellEnd"/>
      <w:r>
        <w:t xml:space="preserve"> </w:t>
      </w:r>
      <w:proofErr w:type="spellStart"/>
      <w:r>
        <w:t>bashki</w:t>
      </w:r>
      <w:proofErr w:type="spellEnd"/>
      <w:r>
        <w:t xml:space="preserve"> </w:t>
      </w:r>
      <w:proofErr w:type="spellStart"/>
      <w:r>
        <w:t>të</w:t>
      </w:r>
      <w:proofErr w:type="spellEnd"/>
      <w:r>
        <w:t xml:space="preserve"> </w:t>
      </w:r>
      <w:proofErr w:type="spellStart"/>
      <w:r>
        <w:t>treja</w:t>
      </w:r>
      <w:proofErr w:type="spellEnd"/>
      <w:r>
        <w:t xml:space="preserve"> </w:t>
      </w:r>
      <w:proofErr w:type="spellStart"/>
      <w:r>
        <w:t>malore</w:t>
      </w:r>
      <w:proofErr w:type="spellEnd"/>
      <w:r>
        <w:t xml:space="preserve"> </w:t>
      </w:r>
      <w:proofErr w:type="spellStart"/>
      <w:r>
        <w:t>dhe</w:t>
      </w:r>
      <w:proofErr w:type="spellEnd"/>
      <w:r>
        <w:t xml:space="preserve"> </w:t>
      </w:r>
      <w:proofErr w:type="spellStart"/>
      <w:r>
        <w:t>meqënëse</w:t>
      </w:r>
      <w:proofErr w:type="spellEnd"/>
      <w:r>
        <w:t xml:space="preserve"> </w:t>
      </w:r>
      <w:proofErr w:type="spellStart"/>
      <w:r>
        <w:t>zoti</w:t>
      </w:r>
      <w:proofErr w:type="spellEnd"/>
      <w:r>
        <w:t xml:space="preserve"> Curri ka </w:t>
      </w:r>
      <w:proofErr w:type="spellStart"/>
      <w:r>
        <w:t>qejf</w:t>
      </w:r>
      <w:proofErr w:type="spellEnd"/>
      <w:r>
        <w:t xml:space="preserve"> </w:t>
      </w:r>
      <w:proofErr w:type="spellStart"/>
      <w:r>
        <w:t>krahasimin</w:t>
      </w:r>
      <w:proofErr w:type="spellEnd"/>
      <w:r>
        <w:t xml:space="preserve"> me </w:t>
      </w:r>
      <w:proofErr w:type="spellStart"/>
      <w:r>
        <w:t>Europën</w:t>
      </w:r>
      <w:proofErr w:type="spellEnd"/>
      <w:r>
        <w:t xml:space="preserve"> </w:t>
      </w:r>
      <w:proofErr w:type="spellStart"/>
      <w:r>
        <w:t>ku</w:t>
      </w:r>
      <w:proofErr w:type="spellEnd"/>
      <w:r>
        <w:t xml:space="preserve"> </w:t>
      </w:r>
      <w:proofErr w:type="spellStart"/>
      <w:r>
        <w:t>duam</w:t>
      </w:r>
      <w:proofErr w:type="spellEnd"/>
      <w:r>
        <w:t xml:space="preserve"> </w:t>
      </w:r>
      <w:proofErr w:type="spellStart"/>
      <w:r>
        <w:t>të</w:t>
      </w:r>
      <w:proofErr w:type="spellEnd"/>
      <w:r>
        <w:t xml:space="preserve"> </w:t>
      </w:r>
      <w:proofErr w:type="spellStart"/>
      <w:r>
        <w:t>shkojmë</w:t>
      </w:r>
      <w:proofErr w:type="spellEnd"/>
      <w:r>
        <w:t xml:space="preserve">, </w:t>
      </w:r>
      <w:proofErr w:type="spellStart"/>
      <w:r>
        <w:t>në</w:t>
      </w:r>
      <w:proofErr w:type="spellEnd"/>
      <w:r>
        <w:t xml:space="preserve"> </w:t>
      </w:r>
      <w:proofErr w:type="spellStart"/>
      <w:r>
        <w:t>Europë</w:t>
      </w:r>
      <w:proofErr w:type="spellEnd"/>
      <w:r>
        <w:t xml:space="preserve"> ka </w:t>
      </w:r>
      <w:proofErr w:type="spellStart"/>
      <w:r>
        <w:t>një</w:t>
      </w:r>
      <w:proofErr w:type="spellEnd"/>
      <w:r>
        <w:t xml:space="preserve"> </w:t>
      </w:r>
      <w:proofErr w:type="spellStart"/>
      <w:r>
        <w:t>formulë</w:t>
      </w:r>
      <w:proofErr w:type="spellEnd"/>
      <w:r>
        <w:t xml:space="preserve"> </w:t>
      </w:r>
      <w:proofErr w:type="spellStart"/>
      <w:r>
        <w:t>të</w:t>
      </w:r>
      <w:proofErr w:type="spellEnd"/>
      <w:r>
        <w:t xml:space="preserve"> </w:t>
      </w:r>
      <w:proofErr w:type="spellStart"/>
      <w:r>
        <w:t>financimit</w:t>
      </w:r>
      <w:proofErr w:type="spellEnd"/>
      <w:r>
        <w:t xml:space="preserve"> </w:t>
      </w:r>
      <w:proofErr w:type="spellStart"/>
      <w:r>
        <w:t>të</w:t>
      </w:r>
      <w:proofErr w:type="spellEnd"/>
      <w:r>
        <w:t xml:space="preserve"> </w:t>
      </w:r>
      <w:proofErr w:type="spellStart"/>
      <w:r>
        <w:t>veçantë</w:t>
      </w:r>
      <w:proofErr w:type="spellEnd"/>
      <w:r>
        <w:t xml:space="preserve"> </w:t>
      </w:r>
      <w:proofErr w:type="spellStart"/>
      <w:r>
        <w:t>për</w:t>
      </w:r>
      <w:proofErr w:type="spellEnd"/>
      <w:r>
        <w:t xml:space="preserve"> </w:t>
      </w:r>
      <w:proofErr w:type="spellStart"/>
      <w:r>
        <w:t>bashkitë</w:t>
      </w:r>
      <w:proofErr w:type="spellEnd"/>
      <w:r>
        <w:t xml:space="preserve"> </w:t>
      </w:r>
      <w:proofErr w:type="spellStart"/>
      <w:r>
        <w:t>malore</w:t>
      </w:r>
      <w:proofErr w:type="spellEnd"/>
      <w:r>
        <w:t xml:space="preserve"> </w:t>
      </w:r>
      <w:proofErr w:type="spellStart"/>
      <w:r>
        <w:t>për</w:t>
      </w:r>
      <w:proofErr w:type="spellEnd"/>
      <w:r>
        <w:t xml:space="preserve"> </w:t>
      </w:r>
      <w:proofErr w:type="spellStart"/>
      <w:r>
        <w:t>shkak</w:t>
      </w:r>
      <w:proofErr w:type="spellEnd"/>
      <w:r>
        <w:t xml:space="preserve"> </w:t>
      </w:r>
      <w:proofErr w:type="spellStart"/>
      <w:r>
        <w:t>dhe</w:t>
      </w:r>
      <w:proofErr w:type="spellEnd"/>
      <w:r>
        <w:t xml:space="preserve"> </w:t>
      </w:r>
      <w:proofErr w:type="spellStart"/>
      <w:r>
        <w:t>të</w:t>
      </w:r>
      <w:proofErr w:type="spellEnd"/>
      <w:r>
        <w:t xml:space="preserve"> </w:t>
      </w:r>
      <w:proofErr w:type="spellStart"/>
      <w:r>
        <w:t>kostove</w:t>
      </w:r>
      <w:proofErr w:type="spellEnd"/>
      <w:r>
        <w:t xml:space="preserve"> </w:t>
      </w:r>
      <w:proofErr w:type="spellStart"/>
      <w:r>
        <w:t>të</w:t>
      </w:r>
      <w:proofErr w:type="spellEnd"/>
      <w:r>
        <w:t xml:space="preserve"> </w:t>
      </w:r>
      <w:proofErr w:type="spellStart"/>
      <w:r>
        <w:t>shërbimeve</w:t>
      </w:r>
      <w:proofErr w:type="spellEnd"/>
      <w:r>
        <w:t xml:space="preserve">. </w:t>
      </w:r>
      <w:proofErr w:type="spellStart"/>
      <w:r>
        <w:t>Dhe</w:t>
      </w:r>
      <w:proofErr w:type="spellEnd"/>
      <w:r>
        <w:t xml:space="preserve"> </w:t>
      </w:r>
      <w:proofErr w:type="spellStart"/>
      <w:r>
        <w:t>kur</w:t>
      </w:r>
      <w:proofErr w:type="spellEnd"/>
      <w:r>
        <w:t xml:space="preserve"> </w:t>
      </w:r>
      <w:proofErr w:type="spellStart"/>
      <w:r>
        <w:t>bëhet</w:t>
      </w:r>
      <w:proofErr w:type="spellEnd"/>
      <w:r>
        <w:t xml:space="preserve"> </w:t>
      </w:r>
      <w:proofErr w:type="spellStart"/>
      <w:r>
        <w:t>ndarja</w:t>
      </w:r>
      <w:proofErr w:type="spellEnd"/>
      <w:r>
        <w:t xml:space="preserve"> e </w:t>
      </w:r>
      <w:proofErr w:type="spellStart"/>
      <w:r>
        <w:t>buxhetit</w:t>
      </w:r>
      <w:proofErr w:type="spellEnd"/>
      <w:r>
        <w:t xml:space="preserve"> </w:t>
      </w:r>
      <w:proofErr w:type="spellStart"/>
      <w:r>
        <w:t>të</w:t>
      </w:r>
      <w:proofErr w:type="spellEnd"/>
      <w:r>
        <w:t xml:space="preserve"> </w:t>
      </w:r>
      <w:proofErr w:type="spellStart"/>
      <w:r>
        <w:t>shtetit</w:t>
      </w:r>
      <w:proofErr w:type="spellEnd"/>
      <w:r>
        <w:t xml:space="preserve">, </w:t>
      </w:r>
      <w:proofErr w:type="spellStart"/>
      <w:r>
        <w:t>në</w:t>
      </w:r>
      <w:proofErr w:type="spellEnd"/>
      <w:r>
        <w:t xml:space="preserve"> </w:t>
      </w:r>
      <w:proofErr w:type="spellStart"/>
      <w:r>
        <w:t>vendet</w:t>
      </w:r>
      <w:proofErr w:type="spellEnd"/>
      <w:r>
        <w:t xml:space="preserve"> </w:t>
      </w:r>
      <w:proofErr w:type="spellStart"/>
      <w:r>
        <w:lastRenderedPageBreak/>
        <w:t>fqinjë</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përdoren</w:t>
      </w:r>
      <w:proofErr w:type="spellEnd"/>
      <w:r>
        <w:t xml:space="preserve"> </w:t>
      </w:r>
      <w:proofErr w:type="spellStart"/>
      <w:r>
        <w:t>edhe</w:t>
      </w:r>
      <w:proofErr w:type="spellEnd"/>
      <w:r>
        <w:t xml:space="preserve"> </w:t>
      </w:r>
      <w:proofErr w:type="spellStart"/>
      <w:r>
        <w:t>koeficientë</w:t>
      </w:r>
      <w:proofErr w:type="spellEnd"/>
      <w:r>
        <w:t xml:space="preserve"> </w:t>
      </w:r>
      <w:proofErr w:type="spellStart"/>
      <w:r>
        <w:t>të</w:t>
      </w:r>
      <w:proofErr w:type="spellEnd"/>
      <w:r>
        <w:t xml:space="preserve"> </w:t>
      </w:r>
      <w:proofErr w:type="spellStart"/>
      <w:r>
        <w:t>tjerë</w:t>
      </w:r>
      <w:proofErr w:type="spellEnd"/>
      <w:r>
        <w:t xml:space="preserve">. Sot </w:t>
      </w:r>
      <w:proofErr w:type="spellStart"/>
      <w:r>
        <w:t>buxheti</w:t>
      </w:r>
      <w:proofErr w:type="spellEnd"/>
      <w:r>
        <w:t xml:space="preserve"> </w:t>
      </w:r>
      <w:proofErr w:type="spellStart"/>
      <w:r>
        <w:t>i</w:t>
      </w:r>
      <w:proofErr w:type="spellEnd"/>
      <w:r>
        <w:t xml:space="preserve"> </w:t>
      </w:r>
      <w:proofErr w:type="spellStart"/>
      <w:r>
        <w:t>shtetit</w:t>
      </w:r>
      <w:proofErr w:type="spellEnd"/>
      <w:r>
        <w:t xml:space="preserve"> </w:t>
      </w:r>
      <w:proofErr w:type="spellStart"/>
      <w:r>
        <w:t>atë</w:t>
      </w:r>
      <w:proofErr w:type="spellEnd"/>
      <w:r>
        <w:t xml:space="preserve"> 1% 08 e </w:t>
      </w:r>
      <w:proofErr w:type="spellStart"/>
      <w:r>
        <w:t>jep</w:t>
      </w:r>
      <w:proofErr w:type="spellEnd"/>
      <w:r>
        <w:t xml:space="preserve"> </w:t>
      </w:r>
      <w:proofErr w:type="spellStart"/>
      <w:r>
        <w:t>në</w:t>
      </w:r>
      <w:proofErr w:type="spellEnd"/>
      <w:r>
        <w:t xml:space="preserve"> </w:t>
      </w:r>
      <w:proofErr w:type="spellStart"/>
      <w:r>
        <w:t>bazë</w:t>
      </w:r>
      <w:proofErr w:type="spellEnd"/>
      <w:r>
        <w:t xml:space="preserve"> </w:t>
      </w:r>
      <w:proofErr w:type="spellStart"/>
      <w:r>
        <w:t>të</w:t>
      </w:r>
      <w:proofErr w:type="spellEnd"/>
      <w:r>
        <w:t xml:space="preserve"> </w:t>
      </w:r>
      <w:proofErr w:type="spellStart"/>
      <w:r>
        <w:t>sipërfaqes</w:t>
      </w:r>
      <w:proofErr w:type="spellEnd"/>
      <w:r>
        <w:t xml:space="preserve">, apo jo? </w:t>
      </w:r>
      <w:proofErr w:type="spellStart"/>
      <w:r>
        <w:t>Edhe</w:t>
      </w:r>
      <w:proofErr w:type="spellEnd"/>
      <w:r>
        <w:t xml:space="preserve"> </w:t>
      </w:r>
      <w:proofErr w:type="spellStart"/>
      <w:r>
        <w:t>në</w:t>
      </w:r>
      <w:proofErr w:type="spellEnd"/>
      <w:r>
        <w:t xml:space="preserve"> </w:t>
      </w:r>
      <w:proofErr w:type="spellStart"/>
      <w:r>
        <w:t>bazë</w:t>
      </w:r>
      <w:proofErr w:type="spellEnd"/>
      <w:r>
        <w:t xml:space="preserve"> </w:t>
      </w:r>
      <w:proofErr w:type="spellStart"/>
      <w:r>
        <w:t>të</w:t>
      </w:r>
      <w:proofErr w:type="spellEnd"/>
      <w:r>
        <w:t xml:space="preserve"> </w:t>
      </w:r>
      <w:proofErr w:type="spellStart"/>
      <w:r>
        <w:t>popullsisë</w:t>
      </w:r>
      <w:proofErr w:type="spellEnd"/>
      <w:r>
        <w:t xml:space="preserve">. </w:t>
      </w:r>
      <w:proofErr w:type="spellStart"/>
      <w:r>
        <w:t>Kështu</w:t>
      </w:r>
      <w:proofErr w:type="spellEnd"/>
      <w:r>
        <w:t xml:space="preserve"> e </w:t>
      </w:r>
      <w:proofErr w:type="spellStart"/>
      <w:r>
        <w:t>merrni</w:t>
      </w:r>
      <w:proofErr w:type="spellEnd"/>
      <w:r>
        <w:t xml:space="preserve"> </w:t>
      </w:r>
      <w:proofErr w:type="spellStart"/>
      <w:r>
        <w:t>grantin</w:t>
      </w:r>
      <w:proofErr w:type="spellEnd"/>
      <w:r>
        <w:t xml:space="preserve"> </w:t>
      </w:r>
      <w:proofErr w:type="spellStart"/>
      <w:r>
        <w:t>ju</w:t>
      </w:r>
      <w:proofErr w:type="spellEnd"/>
      <w:r>
        <w:t xml:space="preserve">. A </w:t>
      </w:r>
      <w:proofErr w:type="spellStart"/>
      <w:r>
        <w:t>jeni</w:t>
      </w:r>
      <w:proofErr w:type="spellEnd"/>
      <w:r>
        <w:t xml:space="preserve"> </w:t>
      </w:r>
      <w:proofErr w:type="spellStart"/>
      <w:r>
        <w:t>dakord</w:t>
      </w:r>
      <w:proofErr w:type="spellEnd"/>
      <w:r>
        <w:t xml:space="preserve"> </w:t>
      </w:r>
      <w:proofErr w:type="spellStart"/>
      <w:r>
        <w:t>që</w:t>
      </w:r>
      <w:proofErr w:type="spellEnd"/>
      <w:r>
        <w:t xml:space="preserve"> </w:t>
      </w:r>
      <w:proofErr w:type="spellStart"/>
      <w:r>
        <w:t>të</w:t>
      </w:r>
      <w:proofErr w:type="spellEnd"/>
      <w:r>
        <w:t xml:space="preserve"> </w:t>
      </w:r>
      <w:proofErr w:type="spellStart"/>
      <w:r>
        <w:t>shtohen</w:t>
      </w:r>
      <w:proofErr w:type="spellEnd"/>
      <w:r>
        <w:t xml:space="preserve"> </w:t>
      </w:r>
      <w:proofErr w:type="spellStart"/>
      <w:r>
        <w:t>elementë</w:t>
      </w:r>
      <w:proofErr w:type="spellEnd"/>
      <w:r>
        <w:t xml:space="preserve"> </w:t>
      </w:r>
      <w:proofErr w:type="spellStart"/>
      <w:r>
        <w:t>të</w:t>
      </w:r>
      <w:proofErr w:type="spellEnd"/>
      <w:r>
        <w:t xml:space="preserve"> </w:t>
      </w:r>
      <w:proofErr w:type="spellStart"/>
      <w:r>
        <w:t>tjerë</w:t>
      </w:r>
      <w:proofErr w:type="spellEnd"/>
      <w:r>
        <w:t xml:space="preserve">? </w:t>
      </w:r>
      <w:proofErr w:type="spellStart"/>
      <w:r>
        <w:t>Lartësia</w:t>
      </w:r>
      <w:proofErr w:type="spellEnd"/>
      <w:r>
        <w:t xml:space="preserve">, </w:t>
      </w:r>
      <w:proofErr w:type="spellStart"/>
      <w:r>
        <w:t>relievi</w:t>
      </w:r>
      <w:proofErr w:type="spellEnd"/>
      <w:r>
        <w:t xml:space="preserve">, </w:t>
      </w:r>
      <w:proofErr w:type="spellStart"/>
      <w:r>
        <w:t>siç</w:t>
      </w:r>
      <w:proofErr w:type="spellEnd"/>
      <w:r>
        <w:t xml:space="preserve"> e ka </w:t>
      </w:r>
      <w:proofErr w:type="spellStart"/>
      <w:r>
        <w:t>Zvicra</w:t>
      </w:r>
      <w:proofErr w:type="spellEnd"/>
      <w:r>
        <w:t xml:space="preserve">, </w:t>
      </w:r>
      <w:proofErr w:type="spellStart"/>
      <w:r>
        <w:t>të</w:t>
      </w:r>
      <w:proofErr w:type="spellEnd"/>
      <w:r>
        <w:t xml:space="preserve"> </w:t>
      </w:r>
      <w:proofErr w:type="spellStart"/>
      <w:r>
        <w:t>shtohet</w:t>
      </w:r>
      <w:proofErr w:type="spellEnd"/>
      <w:r>
        <w:t xml:space="preserve"> </w:t>
      </w:r>
      <w:proofErr w:type="spellStart"/>
      <w:r>
        <w:t>varfëria</w:t>
      </w:r>
      <w:proofErr w:type="spellEnd"/>
      <w:r>
        <w:t xml:space="preserve">, </w:t>
      </w:r>
      <w:proofErr w:type="spellStart"/>
      <w:r>
        <w:t>sepse</w:t>
      </w:r>
      <w:proofErr w:type="spellEnd"/>
      <w:r>
        <w:t xml:space="preserve"> </w:t>
      </w:r>
      <w:proofErr w:type="spellStart"/>
      <w:r>
        <w:t>është</w:t>
      </w:r>
      <w:proofErr w:type="spellEnd"/>
      <w:r>
        <w:t xml:space="preserve"> masa e </w:t>
      </w:r>
      <w:proofErr w:type="spellStart"/>
      <w:r>
        <w:t>varfërisë</w:t>
      </w:r>
      <w:proofErr w:type="spellEnd"/>
      <w:r>
        <w:t xml:space="preserve">, </w:t>
      </w:r>
      <w:proofErr w:type="spellStart"/>
      <w:r>
        <w:t>ndikon</w:t>
      </w:r>
      <w:proofErr w:type="spellEnd"/>
      <w:r>
        <w:t xml:space="preserve">, </w:t>
      </w:r>
      <w:proofErr w:type="spellStart"/>
      <w:r>
        <w:t>të</w:t>
      </w:r>
      <w:proofErr w:type="spellEnd"/>
      <w:r>
        <w:t xml:space="preserve"> </w:t>
      </w:r>
      <w:proofErr w:type="spellStart"/>
      <w:r>
        <w:t>shtohet</w:t>
      </w:r>
      <w:proofErr w:type="spellEnd"/>
      <w:r>
        <w:t xml:space="preserve"> </w:t>
      </w:r>
      <w:proofErr w:type="spellStart"/>
      <w:r>
        <w:t>dhe</w:t>
      </w:r>
      <w:proofErr w:type="spellEnd"/>
      <w:r>
        <w:t xml:space="preserve"> </w:t>
      </w:r>
      <w:proofErr w:type="spellStart"/>
      <w:r>
        <w:t>koeficienti</w:t>
      </w:r>
      <w:proofErr w:type="spellEnd"/>
      <w:r>
        <w:t xml:space="preserve"> </w:t>
      </w:r>
      <w:proofErr w:type="spellStart"/>
      <w:r>
        <w:t>i</w:t>
      </w:r>
      <w:proofErr w:type="spellEnd"/>
      <w:r>
        <w:t xml:space="preserve"> </w:t>
      </w:r>
      <w:proofErr w:type="spellStart"/>
      <w:r>
        <w:t>lartësisë</w:t>
      </w:r>
      <w:proofErr w:type="spellEnd"/>
      <w:r>
        <w:t xml:space="preserve"> </w:t>
      </w:r>
      <w:proofErr w:type="spellStart"/>
      <w:r>
        <w:t>së</w:t>
      </w:r>
      <w:proofErr w:type="spellEnd"/>
      <w:r>
        <w:t xml:space="preserve"> </w:t>
      </w:r>
      <w:proofErr w:type="spellStart"/>
      <w:r>
        <w:t>banorit</w:t>
      </w:r>
      <w:proofErr w:type="spellEnd"/>
      <w:r>
        <w:t xml:space="preserve"> </w:t>
      </w:r>
      <w:proofErr w:type="spellStart"/>
      <w:r>
        <w:t>fundor</w:t>
      </w:r>
      <w:proofErr w:type="spellEnd"/>
      <w:r>
        <w:t xml:space="preserve"> </w:t>
      </w:r>
      <w:proofErr w:type="spellStart"/>
      <w:r>
        <w:t>nga</w:t>
      </w:r>
      <w:proofErr w:type="spellEnd"/>
      <w:r>
        <w:t xml:space="preserve"> </w:t>
      </w:r>
      <w:proofErr w:type="spellStart"/>
      <w:r>
        <w:t>qendra</w:t>
      </w:r>
      <w:proofErr w:type="spellEnd"/>
      <w:r>
        <w:t xml:space="preserve"> e </w:t>
      </w:r>
      <w:proofErr w:type="spellStart"/>
      <w:r>
        <w:t>bashkisë</w:t>
      </w:r>
      <w:proofErr w:type="spellEnd"/>
      <w:r>
        <w:t xml:space="preserve">, se </w:t>
      </w:r>
      <w:proofErr w:type="spellStart"/>
      <w:r>
        <w:t>kur</w:t>
      </w:r>
      <w:proofErr w:type="spellEnd"/>
      <w:r>
        <w:t xml:space="preserve"> e </w:t>
      </w:r>
      <w:proofErr w:type="spellStart"/>
      <w:r>
        <w:t>ke</w:t>
      </w:r>
      <w:proofErr w:type="spellEnd"/>
      <w:r>
        <w:t xml:space="preserve"> </w:t>
      </w:r>
      <w:proofErr w:type="spellStart"/>
      <w:r>
        <w:t>dy</w:t>
      </w:r>
      <w:proofErr w:type="spellEnd"/>
      <w:r>
        <w:t xml:space="preserve"> </w:t>
      </w:r>
      <w:proofErr w:type="spellStart"/>
      <w:r>
        <w:t>orë</w:t>
      </w:r>
      <w:proofErr w:type="spellEnd"/>
      <w:r>
        <w:t xml:space="preserve">, normal </w:t>
      </w:r>
      <w:proofErr w:type="spellStart"/>
      <w:r>
        <w:t>që</w:t>
      </w:r>
      <w:proofErr w:type="spellEnd"/>
      <w:r>
        <w:t xml:space="preserve"> </w:t>
      </w:r>
      <w:proofErr w:type="spellStart"/>
      <w:r>
        <w:t>të</w:t>
      </w:r>
      <w:proofErr w:type="spellEnd"/>
      <w:r>
        <w:t xml:space="preserve"> </w:t>
      </w:r>
      <w:proofErr w:type="spellStart"/>
      <w:r>
        <w:t>duhen</w:t>
      </w:r>
      <w:proofErr w:type="spellEnd"/>
      <w:r>
        <w:t xml:space="preserve"> para </w:t>
      </w:r>
      <w:proofErr w:type="spellStart"/>
      <w:r>
        <w:t>për</w:t>
      </w:r>
      <w:proofErr w:type="spellEnd"/>
      <w:r>
        <w:t xml:space="preserve"> </w:t>
      </w:r>
      <w:proofErr w:type="spellStart"/>
      <w:r>
        <w:t>t'i</w:t>
      </w:r>
      <w:proofErr w:type="spellEnd"/>
      <w:r>
        <w:t xml:space="preserve"> </w:t>
      </w:r>
      <w:proofErr w:type="spellStart"/>
      <w:r>
        <w:t>ofruar</w:t>
      </w:r>
      <w:proofErr w:type="spellEnd"/>
      <w:r>
        <w:t xml:space="preserve"> </w:t>
      </w:r>
      <w:proofErr w:type="spellStart"/>
      <w:r>
        <w:t>atij</w:t>
      </w:r>
      <w:proofErr w:type="spellEnd"/>
      <w:r>
        <w:t xml:space="preserve"> </w:t>
      </w:r>
      <w:proofErr w:type="spellStart"/>
      <w:r>
        <w:t>shërbim</w:t>
      </w:r>
      <w:proofErr w:type="spellEnd"/>
      <w:r>
        <w:t xml:space="preserve">. Nuk </w:t>
      </w:r>
      <w:proofErr w:type="spellStart"/>
      <w:r>
        <w:t>mundet</w:t>
      </w:r>
      <w:proofErr w:type="spellEnd"/>
      <w:r>
        <w:t xml:space="preserve"> </w:t>
      </w:r>
      <w:proofErr w:type="spellStart"/>
      <w:r>
        <w:t>që</w:t>
      </w:r>
      <w:proofErr w:type="spellEnd"/>
      <w:r>
        <w:t xml:space="preserve"> </w:t>
      </w:r>
      <w:proofErr w:type="spellStart"/>
      <w:r>
        <w:t>të</w:t>
      </w:r>
      <w:proofErr w:type="spellEnd"/>
      <w:r>
        <w:t xml:space="preserve"> </w:t>
      </w:r>
      <w:proofErr w:type="spellStart"/>
      <w:r>
        <w:t>jetë</w:t>
      </w:r>
      <w:proofErr w:type="spellEnd"/>
      <w:r>
        <w:t xml:space="preserve"> me </w:t>
      </w:r>
      <w:proofErr w:type="spellStart"/>
      <w:r>
        <w:t>kosto</w:t>
      </w:r>
      <w:proofErr w:type="spellEnd"/>
      <w:r>
        <w:t xml:space="preserve"> </w:t>
      </w:r>
      <w:proofErr w:type="spellStart"/>
      <w:r>
        <w:t>të</w:t>
      </w:r>
      <w:proofErr w:type="spellEnd"/>
      <w:r>
        <w:t xml:space="preserve"> </w:t>
      </w:r>
      <w:proofErr w:type="spellStart"/>
      <w:r>
        <w:t>barabartë</w:t>
      </w:r>
      <w:proofErr w:type="spellEnd"/>
      <w:r>
        <w:t xml:space="preserve"> ai </w:t>
      </w:r>
      <w:proofErr w:type="spellStart"/>
      <w:r>
        <w:t>që</w:t>
      </w:r>
      <w:proofErr w:type="spellEnd"/>
      <w:r>
        <w:t xml:space="preserve"> e ka </w:t>
      </w:r>
      <w:proofErr w:type="spellStart"/>
      <w:r>
        <w:t>te</w:t>
      </w:r>
      <w:proofErr w:type="spellEnd"/>
      <w:r>
        <w:t xml:space="preserve"> </w:t>
      </w:r>
      <w:proofErr w:type="spellStart"/>
      <w:r>
        <w:t>dera</w:t>
      </w:r>
      <w:proofErr w:type="spellEnd"/>
      <w:r>
        <w:t xml:space="preserve"> </w:t>
      </w:r>
      <w:proofErr w:type="spellStart"/>
      <w:r>
        <w:t>ose</w:t>
      </w:r>
      <w:proofErr w:type="spellEnd"/>
      <w:r>
        <w:t xml:space="preserve"> 30 </w:t>
      </w:r>
      <w:proofErr w:type="spellStart"/>
      <w:r>
        <w:t>minuta</w:t>
      </w:r>
      <w:proofErr w:type="spellEnd"/>
      <w:r>
        <w:t xml:space="preserve">, se </w:t>
      </w:r>
      <w:proofErr w:type="spellStart"/>
      <w:r>
        <w:t>është</w:t>
      </w:r>
      <w:proofErr w:type="spellEnd"/>
      <w:r>
        <w:t xml:space="preserve"> </w:t>
      </w:r>
      <w:proofErr w:type="spellStart"/>
      <w:r>
        <w:t>standardi</w:t>
      </w:r>
      <w:proofErr w:type="spellEnd"/>
      <w:r>
        <w:t xml:space="preserve"> </w:t>
      </w:r>
      <w:proofErr w:type="spellStart"/>
      <w:r>
        <w:t>europian</w:t>
      </w:r>
      <w:proofErr w:type="spellEnd"/>
      <w:r>
        <w:t xml:space="preserve"> </w:t>
      </w:r>
      <w:proofErr w:type="spellStart"/>
      <w:r>
        <w:t>që</w:t>
      </w:r>
      <w:proofErr w:type="spellEnd"/>
      <w:r>
        <w:t xml:space="preserve"> </w:t>
      </w:r>
      <w:proofErr w:type="spellStart"/>
      <w:r>
        <w:t>tha</w:t>
      </w:r>
      <w:proofErr w:type="spellEnd"/>
      <w:r>
        <w:t xml:space="preserve"> </w:t>
      </w:r>
      <w:proofErr w:type="spellStart"/>
      <w:r>
        <w:t>zoti</w:t>
      </w:r>
      <w:proofErr w:type="spellEnd"/>
      <w:r>
        <w:t xml:space="preserve"> Curri, </w:t>
      </w:r>
      <w:proofErr w:type="spellStart"/>
      <w:r>
        <w:t>dhe</w:t>
      </w:r>
      <w:proofErr w:type="spellEnd"/>
      <w:r>
        <w:t xml:space="preserve"> ai e ka </w:t>
      </w:r>
      <w:proofErr w:type="spellStart"/>
      <w:r>
        <w:t>dy</w:t>
      </w:r>
      <w:proofErr w:type="spellEnd"/>
      <w:r>
        <w:t xml:space="preserve"> </w:t>
      </w:r>
      <w:proofErr w:type="spellStart"/>
      <w:r>
        <w:t>orë</w:t>
      </w:r>
      <w:proofErr w:type="spellEnd"/>
      <w:r>
        <w:t xml:space="preserve">. A </w:t>
      </w:r>
      <w:proofErr w:type="spellStart"/>
      <w:r>
        <w:t>jeni</w:t>
      </w:r>
      <w:proofErr w:type="spellEnd"/>
      <w:r>
        <w:t xml:space="preserve"> </w:t>
      </w:r>
      <w:proofErr w:type="spellStart"/>
      <w:r>
        <w:t>dakord</w:t>
      </w:r>
      <w:proofErr w:type="spellEnd"/>
      <w:r>
        <w:t xml:space="preserve"> </w:t>
      </w:r>
      <w:proofErr w:type="spellStart"/>
      <w:r>
        <w:t>për</w:t>
      </w:r>
      <w:proofErr w:type="spellEnd"/>
      <w:r>
        <w:t xml:space="preserve"> </w:t>
      </w:r>
      <w:proofErr w:type="spellStart"/>
      <w:r>
        <w:t>këtë</w:t>
      </w:r>
      <w:proofErr w:type="spellEnd"/>
      <w:r>
        <w:t xml:space="preserve">? Se </w:t>
      </w:r>
      <w:proofErr w:type="spellStart"/>
      <w:r>
        <w:t>duhet</w:t>
      </w:r>
      <w:proofErr w:type="spellEnd"/>
      <w:r>
        <w:t xml:space="preserve"> </w:t>
      </w:r>
      <w:proofErr w:type="spellStart"/>
      <w:r>
        <w:t>që</w:t>
      </w:r>
      <w:proofErr w:type="spellEnd"/>
      <w:r>
        <w:t xml:space="preserve"> </w:t>
      </w:r>
      <w:proofErr w:type="spellStart"/>
      <w:r>
        <w:t>ju</w:t>
      </w:r>
      <w:proofErr w:type="spellEnd"/>
      <w:r>
        <w:t xml:space="preserve"> </w:t>
      </w:r>
      <w:proofErr w:type="spellStart"/>
      <w:r>
        <w:t>të</w:t>
      </w:r>
      <w:proofErr w:type="spellEnd"/>
      <w:r>
        <w:t xml:space="preserve"> </w:t>
      </w:r>
      <w:proofErr w:type="spellStart"/>
      <w:r>
        <w:t>jeni</w:t>
      </w:r>
      <w:proofErr w:type="spellEnd"/>
      <w:r>
        <w:t xml:space="preserve"> </w:t>
      </w:r>
      <w:proofErr w:type="spellStart"/>
      <w:r>
        <w:t>dakord</w:t>
      </w:r>
      <w:proofErr w:type="spellEnd"/>
      <w:r>
        <w:t xml:space="preserve"> </w:t>
      </w:r>
      <w:proofErr w:type="spellStart"/>
      <w:r>
        <w:t>dhe</w:t>
      </w:r>
      <w:proofErr w:type="spellEnd"/>
      <w:r>
        <w:t xml:space="preserve"> ne ta </w:t>
      </w:r>
      <w:proofErr w:type="spellStart"/>
      <w:r>
        <w:t>kërkojmë</w:t>
      </w:r>
      <w:proofErr w:type="spellEnd"/>
      <w:r>
        <w:t xml:space="preserve"> </w:t>
      </w:r>
      <w:proofErr w:type="spellStart"/>
      <w:r>
        <w:t>dhe</w:t>
      </w:r>
      <w:proofErr w:type="spellEnd"/>
      <w:r>
        <w:t xml:space="preserve"> do e </w:t>
      </w:r>
      <w:proofErr w:type="spellStart"/>
      <w:r>
        <w:t>vendosim</w:t>
      </w:r>
      <w:proofErr w:type="spellEnd"/>
      <w:r>
        <w:t xml:space="preserve"> </w:t>
      </w:r>
      <w:proofErr w:type="spellStart"/>
      <w:r>
        <w:t>kërkesat</w:t>
      </w:r>
      <w:proofErr w:type="spellEnd"/>
      <w:r>
        <w:t xml:space="preserve"> </w:t>
      </w:r>
      <w:proofErr w:type="spellStart"/>
      <w:r>
        <w:t>tona</w:t>
      </w:r>
      <w:proofErr w:type="spellEnd"/>
      <w:r>
        <w:t xml:space="preserve">. </w:t>
      </w:r>
      <w:proofErr w:type="spellStart"/>
      <w:r>
        <w:t>Prandaj</w:t>
      </w:r>
      <w:proofErr w:type="spellEnd"/>
      <w:r>
        <w:t xml:space="preserve"> po e </w:t>
      </w:r>
      <w:proofErr w:type="spellStart"/>
      <w:r>
        <w:t>parashtroj</w:t>
      </w:r>
      <w:proofErr w:type="spellEnd"/>
      <w:r>
        <w:t xml:space="preserve"> </w:t>
      </w:r>
      <w:proofErr w:type="spellStart"/>
      <w:r>
        <w:t>këtë</w:t>
      </w:r>
      <w:proofErr w:type="spellEnd"/>
      <w:r>
        <w:t xml:space="preserve"> </w:t>
      </w:r>
      <w:proofErr w:type="spellStart"/>
      <w:r>
        <w:t>gjë</w:t>
      </w:r>
      <w:proofErr w:type="spellEnd"/>
      <w:r>
        <w:t xml:space="preserve">. </w:t>
      </w:r>
      <w:proofErr w:type="spellStart"/>
      <w:r>
        <w:t>Dhe</w:t>
      </w:r>
      <w:proofErr w:type="spellEnd"/>
      <w:r>
        <w:t xml:space="preserve"> </w:t>
      </w:r>
      <w:proofErr w:type="spellStart"/>
      <w:r>
        <w:t>ndërkohë</w:t>
      </w:r>
      <w:proofErr w:type="spellEnd"/>
      <w:r>
        <w:t xml:space="preserve">, a </w:t>
      </w:r>
      <w:proofErr w:type="spellStart"/>
      <w:r>
        <w:t>jeni</w:t>
      </w:r>
      <w:proofErr w:type="spellEnd"/>
      <w:r>
        <w:t xml:space="preserve"> </w:t>
      </w:r>
      <w:proofErr w:type="spellStart"/>
      <w:r>
        <w:t>dakord</w:t>
      </w:r>
      <w:proofErr w:type="spellEnd"/>
      <w:r>
        <w:t xml:space="preserve"> </w:t>
      </w:r>
      <w:proofErr w:type="spellStart"/>
      <w:r>
        <w:t>që</w:t>
      </w:r>
      <w:proofErr w:type="spellEnd"/>
      <w:r>
        <w:t xml:space="preserve"> </w:t>
      </w:r>
      <w:proofErr w:type="spellStart"/>
      <w:r>
        <w:t>rrugët</w:t>
      </w:r>
      <w:proofErr w:type="spellEnd"/>
      <w:r>
        <w:t xml:space="preserve"> </w:t>
      </w:r>
      <w:proofErr w:type="spellStart"/>
      <w:r>
        <w:t>malore</w:t>
      </w:r>
      <w:proofErr w:type="spellEnd"/>
      <w:r>
        <w:t xml:space="preserve"> </w:t>
      </w:r>
      <w:proofErr w:type="spellStart"/>
      <w:r>
        <w:t>të</w:t>
      </w:r>
      <w:proofErr w:type="spellEnd"/>
      <w:r>
        <w:t xml:space="preserve"> </w:t>
      </w:r>
      <w:proofErr w:type="spellStart"/>
      <w:r>
        <w:t>kenë</w:t>
      </w:r>
      <w:proofErr w:type="spellEnd"/>
      <w:r>
        <w:t xml:space="preserve"> </w:t>
      </w:r>
      <w:proofErr w:type="spellStart"/>
      <w:r>
        <w:t>një</w:t>
      </w:r>
      <w:proofErr w:type="spellEnd"/>
      <w:r>
        <w:t xml:space="preserve"> fond </w:t>
      </w:r>
      <w:proofErr w:type="spellStart"/>
      <w:r>
        <w:t>të</w:t>
      </w:r>
      <w:proofErr w:type="spellEnd"/>
      <w:r>
        <w:t xml:space="preserve"> </w:t>
      </w:r>
      <w:proofErr w:type="spellStart"/>
      <w:r>
        <w:t>posaçëm</w:t>
      </w:r>
      <w:proofErr w:type="spellEnd"/>
      <w:r>
        <w:t xml:space="preserve"> </w:t>
      </w:r>
      <w:proofErr w:type="spellStart"/>
      <w:r>
        <w:t>në</w:t>
      </w:r>
      <w:proofErr w:type="spellEnd"/>
      <w:r>
        <w:t xml:space="preserve"> </w:t>
      </w:r>
      <w:proofErr w:type="spellStart"/>
      <w:r>
        <w:t>qeverinë</w:t>
      </w:r>
      <w:proofErr w:type="spellEnd"/>
      <w:r>
        <w:t xml:space="preserve"> </w:t>
      </w:r>
      <w:proofErr w:type="spellStart"/>
      <w:r>
        <w:t>shqiptare</w:t>
      </w:r>
      <w:proofErr w:type="spellEnd"/>
      <w:r>
        <w:t xml:space="preserve"> </w:t>
      </w:r>
      <w:proofErr w:type="spellStart"/>
      <w:r>
        <w:t>për</w:t>
      </w:r>
      <w:proofErr w:type="spellEnd"/>
      <w:r>
        <w:t xml:space="preserve"> </w:t>
      </w:r>
      <w:proofErr w:type="spellStart"/>
      <w:r>
        <w:t>t'u</w:t>
      </w:r>
      <w:proofErr w:type="spellEnd"/>
      <w:r>
        <w:t xml:space="preserve"> </w:t>
      </w:r>
      <w:proofErr w:type="spellStart"/>
      <w:r>
        <w:t>financuar</w:t>
      </w:r>
      <w:proofErr w:type="spellEnd"/>
      <w:r>
        <w:t xml:space="preserve">? Se </w:t>
      </w:r>
      <w:proofErr w:type="spellStart"/>
      <w:r>
        <w:t>në</w:t>
      </w:r>
      <w:proofErr w:type="spellEnd"/>
      <w:r>
        <w:t xml:space="preserve"> </w:t>
      </w:r>
      <w:proofErr w:type="spellStart"/>
      <w:r>
        <w:t>qoftë</w:t>
      </w:r>
      <w:proofErr w:type="spellEnd"/>
      <w:r>
        <w:t xml:space="preserve"> se </w:t>
      </w:r>
      <w:proofErr w:type="spellStart"/>
      <w:r>
        <w:t>bëhet</w:t>
      </w:r>
      <w:proofErr w:type="spellEnd"/>
      <w:r>
        <w:t xml:space="preserve"> </w:t>
      </w:r>
      <w:proofErr w:type="spellStart"/>
      <w:r>
        <w:t>fjalë</w:t>
      </w:r>
      <w:proofErr w:type="spellEnd"/>
      <w:r>
        <w:t xml:space="preserve"> sot </w:t>
      </w:r>
      <w:proofErr w:type="spellStart"/>
      <w:r>
        <w:t>për</w:t>
      </w:r>
      <w:proofErr w:type="spellEnd"/>
      <w:r>
        <w:t xml:space="preserve"> </w:t>
      </w:r>
      <w:proofErr w:type="spellStart"/>
      <w:r>
        <w:t>aksesueshmërinë</w:t>
      </w:r>
      <w:proofErr w:type="spellEnd"/>
      <w:r>
        <w:t xml:space="preserve"> </w:t>
      </w:r>
      <w:proofErr w:type="spellStart"/>
      <w:r>
        <w:t>dy</w:t>
      </w:r>
      <w:proofErr w:type="spellEnd"/>
      <w:r>
        <w:t xml:space="preserve"> </w:t>
      </w:r>
      <w:proofErr w:type="spellStart"/>
      <w:r>
        <w:t>orë</w:t>
      </w:r>
      <w:proofErr w:type="spellEnd"/>
      <w:r>
        <w:t xml:space="preserve"> apo </w:t>
      </w:r>
      <w:proofErr w:type="spellStart"/>
      <w:r>
        <w:t>tre</w:t>
      </w:r>
      <w:proofErr w:type="spellEnd"/>
      <w:r>
        <w:t xml:space="preserve"> </w:t>
      </w:r>
      <w:proofErr w:type="spellStart"/>
      <w:r>
        <w:t>orë</w:t>
      </w:r>
      <w:proofErr w:type="spellEnd"/>
      <w:r>
        <w:t xml:space="preserve">, </w:t>
      </w:r>
      <w:proofErr w:type="spellStart"/>
      <w:r>
        <w:t>një</w:t>
      </w:r>
      <w:proofErr w:type="spellEnd"/>
      <w:r>
        <w:t xml:space="preserve"> </w:t>
      </w:r>
      <w:proofErr w:type="spellStart"/>
      <w:r>
        <w:t>nga</w:t>
      </w:r>
      <w:proofErr w:type="spellEnd"/>
      <w:r>
        <w:t xml:space="preserve"> </w:t>
      </w:r>
      <w:proofErr w:type="spellStart"/>
      <w:r>
        <w:t>arsyet</w:t>
      </w:r>
      <w:proofErr w:type="spellEnd"/>
      <w:r>
        <w:t xml:space="preserve"> </w:t>
      </w:r>
      <w:proofErr w:type="spellStart"/>
      <w:r>
        <w:t>është</w:t>
      </w:r>
      <w:proofErr w:type="spellEnd"/>
      <w:r>
        <w:t xml:space="preserve"> </w:t>
      </w:r>
      <w:proofErr w:type="spellStart"/>
      <w:r>
        <w:t>mungesa</w:t>
      </w:r>
      <w:proofErr w:type="spellEnd"/>
      <w:r>
        <w:t xml:space="preserve"> e </w:t>
      </w:r>
      <w:proofErr w:type="spellStart"/>
      <w:r>
        <w:t>rrjetit</w:t>
      </w:r>
      <w:proofErr w:type="spellEnd"/>
      <w:r>
        <w:t xml:space="preserve"> </w:t>
      </w:r>
      <w:proofErr w:type="spellStart"/>
      <w:r>
        <w:t>rrugor</w:t>
      </w:r>
      <w:proofErr w:type="spellEnd"/>
      <w:r>
        <w:t xml:space="preserve">. Si do </w:t>
      </w:r>
      <w:proofErr w:type="spellStart"/>
      <w:r>
        <w:t>rregullohet</w:t>
      </w:r>
      <w:proofErr w:type="spellEnd"/>
      <w:r>
        <w:t xml:space="preserve"> </w:t>
      </w:r>
      <w:proofErr w:type="spellStart"/>
      <w:r>
        <w:t>kjo</w:t>
      </w:r>
      <w:proofErr w:type="spellEnd"/>
      <w:r>
        <w:t xml:space="preserve">? Se </w:t>
      </w:r>
      <w:proofErr w:type="spellStart"/>
      <w:r>
        <w:t>s'mund</w:t>
      </w:r>
      <w:proofErr w:type="spellEnd"/>
      <w:r>
        <w:t xml:space="preserve"> </w:t>
      </w:r>
      <w:proofErr w:type="spellStart"/>
      <w:r>
        <w:t>të</w:t>
      </w:r>
      <w:proofErr w:type="spellEnd"/>
      <w:r>
        <w:t xml:space="preserve"> </w:t>
      </w:r>
      <w:proofErr w:type="spellStart"/>
      <w:r>
        <w:t>vazhdojë</w:t>
      </w:r>
      <w:proofErr w:type="spellEnd"/>
      <w:r>
        <w:t xml:space="preserve"> me </w:t>
      </w:r>
      <w:proofErr w:type="spellStart"/>
      <w:r>
        <w:t>vite</w:t>
      </w:r>
      <w:proofErr w:type="spellEnd"/>
      <w:r>
        <w:t xml:space="preserve"> </w:t>
      </w:r>
      <w:proofErr w:type="spellStart"/>
      <w:r>
        <w:t>të</w:t>
      </w:r>
      <w:proofErr w:type="spellEnd"/>
      <w:r>
        <w:t xml:space="preserve"> </w:t>
      </w:r>
      <w:proofErr w:type="spellStart"/>
      <w:r>
        <w:t>tëra</w:t>
      </w:r>
      <w:proofErr w:type="spellEnd"/>
      <w:r>
        <w:t xml:space="preserve">. A </w:t>
      </w:r>
      <w:proofErr w:type="spellStart"/>
      <w:r>
        <w:t>jeni</w:t>
      </w:r>
      <w:proofErr w:type="spellEnd"/>
      <w:r>
        <w:t xml:space="preserve"> </w:t>
      </w:r>
      <w:proofErr w:type="spellStart"/>
      <w:r>
        <w:t>dakord</w:t>
      </w:r>
      <w:proofErr w:type="spellEnd"/>
      <w:r>
        <w:t xml:space="preserve"> </w:t>
      </w:r>
      <w:proofErr w:type="spellStart"/>
      <w:r>
        <w:t>për</w:t>
      </w:r>
      <w:proofErr w:type="spellEnd"/>
      <w:r>
        <w:t xml:space="preserve"> </w:t>
      </w:r>
      <w:proofErr w:type="spellStart"/>
      <w:r>
        <w:t>një</w:t>
      </w:r>
      <w:proofErr w:type="spellEnd"/>
      <w:r>
        <w:t xml:space="preserve"> fond </w:t>
      </w:r>
      <w:proofErr w:type="spellStart"/>
      <w:r>
        <w:t>të</w:t>
      </w:r>
      <w:proofErr w:type="spellEnd"/>
      <w:r>
        <w:t xml:space="preserve"> </w:t>
      </w:r>
      <w:proofErr w:type="spellStart"/>
      <w:r>
        <w:t>tillë</w:t>
      </w:r>
      <w:proofErr w:type="spellEnd"/>
      <w:r>
        <w:t xml:space="preserve">? </w:t>
      </w:r>
      <w:proofErr w:type="spellStart"/>
      <w:r>
        <w:t>Pyetja</w:t>
      </w:r>
      <w:proofErr w:type="spellEnd"/>
      <w:r>
        <w:t xml:space="preserve"> </w:t>
      </w:r>
      <w:proofErr w:type="spellStart"/>
      <w:r>
        <w:t>tjetër</w:t>
      </w:r>
      <w:proofErr w:type="spellEnd"/>
      <w:r>
        <w:t xml:space="preserve">: U </w:t>
      </w:r>
      <w:proofErr w:type="spellStart"/>
      <w:r>
        <w:t>fol</w:t>
      </w:r>
      <w:proofErr w:type="spellEnd"/>
      <w:r>
        <w:t xml:space="preserve"> </w:t>
      </w:r>
      <w:proofErr w:type="spellStart"/>
      <w:r>
        <w:t>për</w:t>
      </w:r>
      <w:proofErr w:type="spellEnd"/>
      <w:r>
        <w:t xml:space="preserve"> </w:t>
      </w:r>
      <w:proofErr w:type="spellStart"/>
      <w:r>
        <w:t>fondin</w:t>
      </w:r>
      <w:proofErr w:type="spellEnd"/>
      <w:r>
        <w:t xml:space="preserve"> e </w:t>
      </w:r>
      <w:proofErr w:type="spellStart"/>
      <w:r>
        <w:t>barazisë</w:t>
      </w:r>
      <w:proofErr w:type="spellEnd"/>
      <w:r>
        <w:t xml:space="preserve">. E </w:t>
      </w:r>
      <w:proofErr w:type="spellStart"/>
      <w:r>
        <w:t>aplikojnë</w:t>
      </w:r>
      <w:proofErr w:type="spellEnd"/>
      <w:r>
        <w:t xml:space="preserve"> </w:t>
      </w:r>
      <w:proofErr w:type="spellStart"/>
      <w:r>
        <w:t>vende</w:t>
      </w:r>
      <w:proofErr w:type="spellEnd"/>
      <w:r>
        <w:t xml:space="preserve"> </w:t>
      </w:r>
      <w:proofErr w:type="spellStart"/>
      <w:r>
        <w:t>shumë</w:t>
      </w:r>
      <w:proofErr w:type="spellEnd"/>
      <w:r>
        <w:t xml:space="preserve"> </w:t>
      </w:r>
      <w:proofErr w:type="spellStart"/>
      <w:r>
        <w:t>të</w:t>
      </w:r>
      <w:proofErr w:type="spellEnd"/>
      <w:r>
        <w:t xml:space="preserve"> </w:t>
      </w:r>
      <w:proofErr w:type="spellStart"/>
      <w:r>
        <w:t>fuqishme</w:t>
      </w:r>
      <w:proofErr w:type="spellEnd"/>
      <w:r>
        <w:t xml:space="preserve">, midis </w:t>
      </w:r>
      <w:proofErr w:type="spellStart"/>
      <w:r>
        <w:t>tyre</w:t>
      </w:r>
      <w:proofErr w:type="spellEnd"/>
      <w:r>
        <w:t xml:space="preserve"> </w:t>
      </w:r>
      <w:proofErr w:type="spellStart"/>
      <w:r>
        <w:t>dhe</w:t>
      </w:r>
      <w:proofErr w:type="spellEnd"/>
      <w:r>
        <w:t xml:space="preserve"> </w:t>
      </w:r>
      <w:proofErr w:type="spellStart"/>
      <w:r>
        <w:t>Zvicra</w:t>
      </w:r>
      <w:proofErr w:type="spellEnd"/>
      <w:r>
        <w:t xml:space="preserve">, </w:t>
      </w:r>
      <w:proofErr w:type="spellStart"/>
      <w:r>
        <w:t>që</w:t>
      </w:r>
      <w:proofErr w:type="spellEnd"/>
      <w:r>
        <w:t xml:space="preserve"> po e </w:t>
      </w:r>
      <w:proofErr w:type="spellStart"/>
      <w:r>
        <w:t>përmend</w:t>
      </w:r>
      <w:proofErr w:type="spellEnd"/>
      <w:r>
        <w:t xml:space="preserve"> </w:t>
      </w:r>
      <w:proofErr w:type="spellStart"/>
      <w:r>
        <w:t>shpesh</w:t>
      </w:r>
      <w:proofErr w:type="spellEnd"/>
      <w:r>
        <w:t xml:space="preserve">, </w:t>
      </w:r>
      <w:proofErr w:type="spellStart"/>
      <w:r>
        <w:t>dhe</w:t>
      </w:r>
      <w:proofErr w:type="spellEnd"/>
      <w:r>
        <w:t xml:space="preserve"> </w:t>
      </w:r>
      <w:proofErr w:type="spellStart"/>
      <w:r>
        <w:t>këto</w:t>
      </w:r>
      <w:proofErr w:type="spellEnd"/>
      <w:r>
        <w:t xml:space="preserve"> </w:t>
      </w:r>
      <w:proofErr w:type="spellStart"/>
      <w:r>
        <w:t>fonde</w:t>
      </w:r>
      <w:proofErr w:type="spellEnd"/>
      <w:r>
        <w:t xml:space="preserve"> </w:t>
      </w:r>
      <w:proofErr w:type="spellStart"/>
      <w:r>
        <w:t>presupozojnë</w:t>
      </w:r>
      <w:proofErr w:type="spellEnd"/>
      <w:r>
        <w:t xml:space="preserve"> </w:t>
      </w:r>
      <w:proofErr w:type="spellStart"/>
      <w:r>
        <w:t>që</w:t>
      </w:r>
      <w:proofErr w:type="spellEnd"/>
      <w:r>
        <w:t xml:space="preserve"> </w:t>
      </w:r>
      <w:proofErr w:type="spellStart"/>
      <w:r>
        <w:t>kontributet</w:t>
      </w:r>
      <w:proofErr w:type="spellEnd"/>
      <w:r>
        <w:t xml:space="preserve"> e </w:t>
      </w:r>
      <w:proofErr w:type="spellStart"/>
      <w:r>
        <w:t>bashkive</w:t>
      </w:r>
      <w:proofErr w:type="spellEnd"/>
      <w:r>
        <w:t xml:space="preserve"> </w:t>
      </w:r>
      <w:proofErr w:type="spellStart"/>
      <w:r>
        <w:t>të</w:t>
      </w:r>
      <w:proofErr w:type="spellEnd"/>
      <w:r>
        <w:t xml:space="preserve"> </w:t>
      </w:r>
      <w:proofErr w:type="spellStart"/>
      <w:r>
        <w:t>mëdha</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mbledhin</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nga</w:t>
      </w:r>
      <w:proofErr w:type="spellEnd"/>
      <w:r>
        <w:t xml:space="preserve"> </w:t>
      </w:r>
      <w:proofErr w:type="spellStart"/>
      <w:r>
        <w:t>taksat</w:t>
      </w:r>
      <w:proofErr w:type="spellEnd"/>
      <w:r>
        <w:t xml:space="preserve"> e </w:t>
      </w:r>
      <w:proofErr w:type="spellStart"/>
      <w:r>
        <w:t>tyre</w:t>
      </w:r>
      <w:proofErr w:type="spellEnd"/>
      <w:r>
        <w:t xml:space="preserve"> </w:t>
      </w:r>
      <w:proofErr w:type="spellStart"/>
      <w:r>
        <w:t>kontribuojnë</w:t>
      </w:r>
      <w:proofErr w:type="spellEnd"/>
      <w:r>
        <w:t xml:space="preserve"> </w:t>
      </w:r>
      <w:proofErr w:type="spellStart"/>
      <w:r>
        <w:t>në</w:t>
      </w:r>
      <w:proofErr w:type="spellEnd"/>
      <w:r>
        <w:t xml:space="preserve"> </w:t>
      </w:r>
      <w:proofErr w:type="spellStart"/>
      <w:r>
        <w:t>një</w:t>
      </w:r>
      <w:proofErr w:type="spellEnd"/>
      <w:r>
        <w:t xml:space="preserve"> fond </w:t>
      </w:r>
      <w:proofErr w:type="spellStart"/>
      <w:r>
        <w:t>të</w:t>
      </w:r>
      <w:proofErr w:type="spellEnd"/>
      <w:r>
        <w:t xml:space="preserve"> </w:t>
      </w:r>
      <w:proofErr w:type="spellStart"/>
      <w:r>
        <w:t>përbashkët</w:t>
      </w:r>
      <w:proofErr w:type="spellEnd"/>
      <w:r>
        <w:t xml:space="preserve">, </w:t>
      </w:r>
      <w:proofErr w:type="spellStart"/>
      <w:r>
        <w:t>kontribuojnë</w:t>
      </w:r>
      <w:proofErr w:type="spellEnd"/>
      <w:r>
        <w:t xml:space="preserve"> </w:t>
      </w:r>
      <w:proofErr w:type="spellStart"/>
      <w:r>
        <w:t>në</w:t>
      </w:r>
      <w:proofErr w:type="spellEnd"/>
      <w:r>
        <w:t xml:space="preserve"> </w:t>
      </w:r>
      <w:proofErr w:type="spellStart"/>
      <w:r>
        <w:t>një</w:t>
      </w:r>
      <w:proofErr w:type="spellEnd"/>
      <w:r>
        <w:t xml:space="preserve"> fond </w:t>
      </w:r>
      <w:proofErr w:type="spellStart"/>
      <w:r>
        <w:t>të</w:t>
      </w:r>
      <w:proofErr w:type="spellEnd"/>
      <w:r>
        <w:t xml:space="preserve"> </w:t>
      </w:r>
      <w:proofErr w:type="spellStart"/>
      <w:r>
        <w:t>përbashkët</w:t>
      </w:r>
      <w:proofErr w:type="spellEnd"/>
      <w:r>
        <w:t xml:space="preserve"> </w:t>
      </w:r>
      <w:proofErr w:type="spellStart"/>
      <w:r>
        <w:t>që</w:t>
      </w:r>
      <w:proofErr w:type="spellEnd"/>
      <w:r>
        <w:t xml:space="preserve"> </w:t>
      </w:r>
      <w:proofErr w:type="spellStart"/>
      <w:r>
        <w:t>ia</w:t>
      </w:r>
      <w:proofErr w:type="spellEnd"/>
      <w:r>
        <w:t xml:space="preserve"> </w:t>
      </w:r>
      <w:proofErr w:type="spellStart"/>
      <w:r>
        <w:t>tashohet</w:t>
      </w:r>
      <w:proofErr w:type="spellEnd"/>
      <w:r>
        <w:t xml:space="preserve"> </w:t>
      </w:r>
      <w:proofErr w:type="spellStart"/>
      <w:r>
        <w:t>pikërisht</w:t>
      </w:r>
      <w:proofErr w:type="spellEnd"/>
      <w:r>
        <w:t xml:space="preserve"> </w:t>
      </w:r>
      <w:proofErr w:type="spellStart"/>
      <w:r>
        <w:t>bashkive</w:t>
      </w:r>
      <w:proofErr w:type="spellEnd"/>
      <w:r>
        <w:t xml:space="preserve"> </w:t>
      </w:r>
      <w:proofErr w:type="spellStart"/>
      <w:r>
        <w:t>që</w:t>
      </w:r>
      <w:proofErr w:type="spellEnd"/>
      <w:r>
        <w:t xml:space="preserve"> </w:t>
      </w:r>
      <w:proofErr w:type="spellStart"/>
      <w:r>
        <w:t>kanë</w:t>
      </w:r>
      <w:proofErr w:type="spellEnd"/>
      <w:r>
        <w:t xml:space="preserve"> </w:t>
      </w:r>
      <w:proofErr w:type="spellStart"/>
      <w:r>
        <w:t>probleme</w:t>
      </w:r>
      <w:proofErr w:type="spellEnd"/>
      <w:r>
        <w:t xml:space="preserve"> </w:t>
      </w:r>
      <w:proofErr w:type="spellStart"/>
      <w:r>
        <w:t>të</w:t>
      </w:r>
      <w:proofErr w:type="spellEnd"/>
      <w:r>
        <w:t xml:space="preserve"> </w:t>
      </w:r>
      <w:proofErr w:type="spellStart"/>
      <w:r>
        <w:t>aksesueshmërisë</w:t>
      </w:r>
      <w:proofErr w:type="spellEnd"/>
      <w:r>
        <w:t xml:space="preserve">, </w:t>
      </w:r>
      <w:proofErr w:type="spellStart"/>
      <w:r>
        <w:t>të</w:t>
      </w:r>
      <w:proofErr w:type="spellEnd"/>
      <w:r>
        <w:t xml:space="preserve"> </w:t>
      </w:r>
      <w:proofErr w:type="spellStart"/>
      <w:r>
        <w:t>lartësisë</w:t>
      </w:r>
      <w:proofErr w:type="spellEnd"/>
      <w:r>
        <w:t xml:space="preserve">, </w:t>
      </w:r>
      <w:proofErr w:type="spellStart"/>
      <w:r>
        <w:t>të</w:t>
      </w:r>
      <w:proofErr w:type="spellEnd"/>
      <w:r>
        <w:t xml:space="preserve"> </w:t>
      </w:r>
      <w:proofErr w:type="spellStart"/>
      <w:r>
        <w:t>kostove</w:t>
      </w:r>
      <w:proofErr w:type="spellEnd"/>
      <w:r>
        <w:t xml:space="preserve"> </w:t>
      </w:r>
      <w:proofErr w:type="spellStart"/>
      <w:r>
        <w:t>të</w:t>
      </w:r>
      <w:proofErr w:type="spellEnd"/>
      <w:r>
        <w:t xml:space="preserve"> </w:t>
      </w:r>
      <w:proofErr w:type="spellStart"/>
      <w:r>
        <w:t>larta</w:t>
      </w:r>
      <w:proofErr w:type="spellEnd"/>
      <w:r>
        <w:t xml:space="preserve">, por </w:t>
      </w:r>
      <w:proofErr w:type="spellStart"/>
      <w:r>
        <w:t>që</w:t>
      </w:r>
      <w:proofErr w:type="spellEnd"/>
      <w:r>
        <w:t xml:space="preserve"> </w:t>
      </w:r>
      <w:proofErr w:type="spellStart"/>
      <w:r>
        <w:t>duhet</w:t>
      </w:r>
      <w:proofErr w:type="spellEnd"/>
      <w:r>
        <w:t xml:space="preserve"> </w:t>
      </w:r>
      <w:proofErr w:type="spellStart"/>
      <w:r>
        <w:t>patjetër</w:t>
      </w:r>
      <w:proofErr w:type="spellEnd"/>
      <w:r>
        <w:t xml:space="preserve"> </w:t>
      </w:r>
      <w:proofErr w:type="spellStart"/>
      <w:r>
        <w:t>që</w:t>
      </w:r>
      <w:proofErr w:type="spellEnd"/>
      <w:r>
        <w:t xml:space="preserve"> </w:t>
      </w:r>
      <w:proofErr w:type="spellStart"/>
      <w:r>
        <w:t>të</w:t>
      </w:r>
      <w:proofErr w:type="spellEnd"/>
      <w:r>
        <w:t xml:space="preserve"> </w:t>
      </w:r>
      <w:proofErr w:type="spellStart"/>
      <w:r>
        <w:t>ekzistojnë</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jeni</w:t>
      </w:r>
      <w:proofErr w:type="spellEnd"/>
      <w:r>
        <w:t xml:space="preserve"> </w:t>
      </w:r>
      <w:proofErr w:type="spellStart"/>
      <w:r>
        <w:t>dakord</w:t>
      </w:r>
      <w:proofErr w:type="spellEnd"/>
      <w:r>
        <w:t xml:space="preserve">, </w:t>
      </w:r>
      <w:proofErr w:type="spellStart"/>
      <w:r>
        <w:t>edhe</w:t>
      </w:r>
      <w:proofErr w:type="spellEnd"/>
      <w:r>
        <w:t xml:space="preserve"> </w:t>
      </w:r>
      <w:proofErr w:type="spellStart"/>
      <w:r>
        <w:t>kjo</w:t>
      </w:r>
      <w:proofErr w:type="spellEnd"/>
      <w:r>
        <w:t xml:space="preserve"> do </w:t>
      </w:r>
      <w:proofErr w:type="spellStart"/>
      <w:r>
        <w:t>jetë</w:t>
      </w:r>
      <w:proofErr w:type="spellEnd"/>
      <w:r>
        <w:t xml:space="preserve"> </w:t>
      </w:r>
      <w:proofErr w:type="spellStart"/>
      <w:r>
        <w:t>pjesë</w:t>
      </w:r>
      <w:proofErr w:type="spellEnd"/>
      <w:r>
        <w:t xml:space="preserve">, </w:t>
      </w:r>
      <w:proofErr w:type="spellStart"/>
      <w:r>
        <w:t>domethënë</w:t>
      </w:r>
      <w:proofErr w:type="spellEnd"/>
      <w:r>
        <w:t xml:space="preserve">, e </w:t>
      </w:r>
      <w:proofErr w:type="spellStart"/>
      <w:r>
        <w:t>kërkesës</w:t>
      </w:r>
      <w:proofErr w:type="spellEnd"/>
      <w:r>
        <w:t xml:space="preserve"> </w:t>
      </w:r>
      <w:proofErr w:type="spellStart"/>
      <w:r>
        <w:t>që</w:t>
      </w:r>
      <w:proofErr w:type="spellEnd"/>
      <w:r>
        <w:t xml:space="preserve"> </w:t>
      </w:r>
      <w:proofErr w:type="spellStart"/>
      <w:r>
        <w:t>komisioni</w:t>
      </w:r>
      <w:proofErr w:type="spellEnd"/>
      <w:r>
        <w:t xml:space="preserve"> </w:t>
      </w:r>
      <w:proofErr w:type="spellStart"/>
      <w:r>
        <w:t>ynë</w:t>
      </w:r>
      <w:proofErr w:type="spellEnd"/>
      <w:r>
        <w:t xml:space="preserve"> do </w:t>
      </w:r>
      <w:proofErr w:type="spellStart"/>
      <w:r>
        <w:t>i</w:t>
      </w:r>
      <w:proofErr w:type="spellEnd"/>
      <w:r>
        <w:t xml:space="preserve"> </w:t>
      </w:r>
      <w:proofErr w:type="spellStart"/>
      <w:r>
        <w:t>drejtohet</w:t>
      </w:r>
      <w:proofErr w:type="spellEnd"/>
      <w:r>
        <w:t xml:space="preserve"> </w:t>
      </w:r>
      <w:proofErr w:type="spellStart"/>
      <w:r>
        <w:t>vetë</w:t>
      </w:r>
      <w:proofErr w:type="spellEnd"/>
      <w:r>
        <w:t xml:space="preserve"> </w:t>
      </w:r>
      <w:proofErr w:type="spellStart"/>
      <w:r>
        <w:t>qeverisë</w:t>
      </w:r>
      <w:proofErr w:type="spellEnd"/>
      <w:r>
        <w:t xml:space="preserve"> </w:t>
      </w:r>
      <w:proofErr w:type="spellStart"/>
      <w:r>
        <w:t>shqiptare</w:t>
      </w:r>
      <w:proofErr w:type="spellEnd"/>
      <w:r>
        <w:t xml:space="preserve">. </w:t>
      </w:r>
      <w:proofErr w:type="spellStart"/>
      <w:r>
        <w:t>Dhe</w:t>
      </w:r>
      <w:proofErr w:type="spellEnd"/>
      <w:r>
        <w:t xml:space="preserve"> </w:t>
      </w:r>
      <w:proofErr w:type="spellStart"/>
      <w:r>
        <w:t>për</w:t>
      </w:r>
      <w:proofErr w:type="spellEnd"/>
      <w:r>
        <w:t xml:space="preserve"> </w:t>
      </w:r>
      <w:proofErr w:type="spellStart"/>
      <w:r>
        <w:t>ndarjen</w:t>
      </w:r>
      <w:proofErr w:type="spellEnd"/>
      <w:r>
        <w:t xml:space="preserve"> e </w:t>
      </w:r>
      <w:proofErr w:type="spellStart"/>
      <w:r>
        <w:t>bashkive</w:t>
      </w:r>
      <w:proofErr w:type="spellEnd"/>
      <w:r>
        <w:t xml:space="preserve"> ka </w:t>
      </w:r>
      <w:proofErr w:type="spellStart"/>
      <w:r>
        <w:t>një</w:t>
      </w:r>
      <w:proofErr w:type="spellEnd"/>
      <w:r>
        <w:t xml:space="preserve"> </w:t>
      </w:r>
      <w:proofErr w:type="spellStart"/>
      <w:r>
        <w:t>debat</w:t>
      </w:r>
      <w:proofErr w:type="spellEnd"/>
      <w:r>
        <w:t xml:space="preserve">. </w:t>
      </w:r>
      <w:proofErr w:type="spellStart"/>
      <w:r>
        <w:t>Këtu</w:t>
      </w:r>
      <w:proofErr w:type="spellEnd"/>
      <w:r>
        <w:t xml:space="preserve"> </w:t>
      </w:r>
      <w:proofErr w:type="spellStart"/>
      <w:r>
        <w:t>për</w:t>
      </w:r>
      <w:proofErr w:type="spellEnd"/>
      <w:r>
        <w:t xml:space="preserve"> </w:t>
      </w:r>
      <w:proofErr w:type="spellStart"/>
      <w:r>
        <w:t>zotin</w:t>
      </w:r>
      <w:proofErr w:type="spellEnd"/>
      <w:r>
        <w:t xml:space="preserve"> Shkreli </w:t>
      </w:r>
      <w:proofErr w:type="spellStart"/>
      <w:r>
        <w:t>bashkohen</w:t>
      </w:r>
      <w:proofErr w:type="spellEnd"/>
      <w:r>
        <w:t xml:space="preserve"> </w:t>
      </w:r>
      <w:proofErr w:type="spellStart"/>
      <w:r>
        <w:t>Vaudejsit</w:t>
      </w:r>
      <w:proofErr w:type="spellEnd"/>
      <w:r>
        <w:t xml:space="preserve">. Ka </w:t>
      </w:r>
      <w:proofErr w:type="spellStart"/>
      <w:r>
        <w:t>dhe</w:t>
      </w:r>
      <w:proofErr w:type="spellEnd"/>
      <w:r>
        <w:t xml:space="preserve"> </w:t>
      </w:r>
      <w:proofErr w:type="spellStart"/>
      <w:r>
        <w:t>një</w:t>
      </w:r>
      <w:proofErr w:type="spellEnd"/>
      <w:r>
        <w:t xml:space="preserve"> </w:t>
      </w:r>
      <w:proofErr w:type="spellStart"/>
      <w:r>
        <w:t>përfaqësim</w:t>
      </w:r>
      <w:proofErr w:type="spellEnd"/>
      <w:r>
        <w:t xml:space="preserve">, </w:t>
      </w:r>
      <w:proofErr w:type="spellStart"/>
      <w:r>
        <w:t>domethënë</w:t>
      </w:r>
      <w:proofErr w:type="spellEnd"/>
      <w:r>
        <w:t xml:space="preserve">, </w:t>
      </w:r>
      <w:proofErr w:type="spellStart"/>
      <w:r>
        <w:t>simbolik</w:t>
      </w:r>
      <w:proofErr w:type="spellEnd"/>
      <w:r>
        <w:t xml:space="preserve"> </w:t>
      </w:r>
      <w:proofErr w:type="spellStart"/>
      <w:r>
        <w:t>shpirtëror</w:t>
      </w:r>
      <w:proofErr w:type="spellEnd"/>
      <w:r>
        <w:t xml:space="preserve"> </w:t>
      </w:r>
      <w:proofErr w:type="spellStart"/>
      <w:r>
        <w:t>që</w:t>
      </w:r>
      <w:proofErr w:type="spellEnd"/>
      <w:r>
        <w:t xml:space="preserve"> </w:t>
      </w:r>
      <w:proofErr w:type="spellStart"/>
      <w:r>
        <w:t>lidhet</w:t>
      </w:r>
      <w:proofErr w:type="spellEnd"/>
      <w:r>
        <w:t xml:space="preserve"> me </w:t>
      </w:r>
      <w:proofErr w:type="spellStart"/>
      <w:r>
        <w:t>dioqezën</w:t>
      </w:r>
      <w:proofErr w:type="spellEnd"/>
      <w:r>
        <w:t xml:space="preserve"> e </w:t>
      </w:r>
      <w:proofErr w:type="spellStart"/>
      <w:r>
        <w:t>Sapës</w:t>
      </w:r>
      <w:proofErr w:type="spellEnd"/>
      <w:r>
        <w:t xml:space="preserve"> </w:t>
      </w:r>
      <w:proofErr w:type="spellStart"/>
      <w:r>
        <w:t>dhe</w:t>
      </w:r>
      <w:proofErr w:type="spellEnd"/>
      <w:r>
        <w:t xml:space="preserve"> ka </w:t>
      </w:r>
      <w:proofErr w:type="spellStart"/>
      <w:r>
        <w:t>konfigurim</w:t>
      </w:r>
      <w:proofErr w:type="spellEnd"/>
      <w:r>
        <w:t xml:space="preserve"> </w:t>
      </w:r>
      <w:proofErr w:type="spellStart"/>
      <w:r>
        <w:t>unik</w:t>
      </w:r>
      <w:proofErr w:type="spellEnd"/>
      <w:r>
        <w:t xml:space="preserve">, </w:t>
      </w:r>
      <w:proofErr w:type="spellStart"/>
      <w:r>
        <w:t>identitar</w:t>
      </w:r>
      <w:proofErr w:type="spellEnd"/>
      <w:r>
        <w:t xml:space="preserve"> </w:t>
      </w:r>
      <w:proofErr w:type="spellStart"/>
      <w:r>
        <w:t>të</w:t>
      </w:r>
      <w:proofErr w:type="spellEnd"/>
      <w:r>
        <w:t xml:space="preserve"> </w:t>
      </w:r>
      <w:proofErr w:type="spellStart"/>
      <w:r>
        <w:t>fortë</w:t>
      </w:r>
      <w:proofErr w:type="spellEnd"/>
      <w:r>
        <w:t xml:space="preserve">. </w:t>
      </w:r>
      <w:proofErr w:type="spellStart"/>
      <w:r>
        <w:t>Edhe</w:t>
      </w:r>
      <w:proofErr w:type="spellEnd"/>
      <w:r>
        <w:t xml:space="preserve"> </w:t>
      </w:r>
      <w:proofErr w:type="spellStart"/>
      <w:r>
        <w:t>Malësia</w:t>
      </w:r>
      <w:proofErr w:type="spellEnd"/>
      <w:r>
        <w:t xml:space="preserve"> e </w:t>
      </w:r>
      <w:proofErr w:type="spellStart"/>
      <w:r>
        <w:t>Madhe</w:t>
      </w:r>
      <w:proofErr w:type="spellEnd"/>
      <w:r>
        <w:t xml:space="preserve"> </w:t>
      </w:r>
      <w:proofErr w:type="spellStart"/>
      <w:r>
        <w:t>është</w:t>
      </w:r>
      <w:proofErr w:type="spellEnd"/>
      <w:r>
        <w:t xml:space="preserve"> </w:t>
      </w:r>
      <w:proofErr w:type="spellStart"/>
      <w:r>
        <w:t>identitare</w:t>
      </w:r>
      <w:proofErr w:type="spellEnd"/>
      <w:r>
        <w:t xml:space="preserve"> e </w:t>
      </w:r>
      <w:proofErr w:type="spellStart"/>
      <w:r>
        <w:t>fortë</w:t>
      </w:r>
      <w:proofErr w:type="spellEnd"/>
      <w:r>
        <w:t xml:space="preserve">, </w:t>
      </w:r>
      <w:proofErr w:type="spellStart"/>
      <w:r>
        <w:t>zoti</w:t>
      </w:r>
      <w:proofErr w:type="spellEnd"/>
      <w:r>
        <w:t xml:space="preserve"> </w:t>
      </w:r>
      <w:proofErr w:type="spellStart"/>
      <w:r>
        <w:t>Marinaj</w:t>
      </w:r>
      <w:proofErr w:type="spellEnd"/>
      <w:r>
        <w:t xml:space="preserve">, por ka </w:t>
      </w:r>
      <w:proofErr w:type="spellStart"/>
      <w:r>
        <w:t>një</w:t>
      </w:r>
      <w:proofErr w:type="spellEnd"/>
      <w:r>
        <w:t xml:space="preserve"> problem </w:t>
      </w:r>
      <w:proofErr w:type="spellStart"/>
      <w:r>
        <w:t>thelbësor</w:t>
      </w:r>
      <w:proofErr w:type="spellEnd"/>
      <w:r>
        <w:t xml:space="preserve">, </w:t>
      </w:r>
      <w:proofErr w:type="spellStart"/>
      <w:r>
        <w:t>sepse</w:t>
      </w:r>
      <w:proofErr w:type="spellEnd"/>
      <w:r>
        <w:t xml:space="preserve"> </w:t>
      </w:r>
      <w:proofErr w:type="spellStart"/>
      <w:r>
        <w:t>shpërndarja</w:t>
      </w:r>
      <w:proofErr w:type="spellEnd"/>
      <w:r>
        <w:t xml:space="preserve"> e </w:t>
      </w:r>
      <w:proofErr w:type="spellStart"/>
      <w:r>
        <w:t>popullsisë</w:t>
      </w:r>
      <w:proofErr w:type="spellEnd"/>
      <w:r>
        <w:t xml:space="preserve"> </w:t>
      </w:r>
      <w:proofErr w:type="spellStart"/>
      <w:r>
        <w:t>është</w:t>
      </w:r>
      <w:proofErr w:type="spellEnd"/>
      <w:r>
        <w:t xml:space="preserve"> </w:t>
      </w:r>
      <w:proofErr w:type="spellStart"/>
      <w:r>
        <w:t>shumë</w:t>
      </w:r>
      <w:proofErr w:type="spellEnd"/>
      <w:r>
        <w:t xml:space="preserve"> </w:t>
      </w:r>
      <w:proofErr w:type="spellStart"/>
      <w:r>
        <w:t>sporadike</w:t>
      </w:r>
      <w:proofErr w:type="spellEnd"/>
      <w:r>
        <w:t xml:space="preserve"> </w:t>
      </w:r>
      <w:proofErr w:type="spellStart"/>
      <w:r>
        <w:t>dhe</w:t>
      </w:r>
      <w:proofErr w:type="spellEnd"/>
      <w:r>
        <w:t xml:space="preserve"> </w:t>
      </w:r>
      <w:proofErr w:type="spellStart"/>
      <w:r>
        <w:t>lartësitë</w:t>
      </w:r>
      <w:proofErr w:type="spellEnd"/>
      <w:r>
        <w:t xml:space="preserve"> e </w:t>
      </w:r>
      <w:proofErr w:type="spellStart"/>
      <w:r>
        <w:t>qytetarit</w:t>
      </w:r>
      <w:proofErr w:type="spellEnd"/>
      <w:r>
        <w:t xml:space="preserve"> </w:t>
      </w:r>
      <w:proofErr w:type="spellStart"/>
      <w:r>
        <w:t>nga</w:t>
      </w:r>
      <w:proofErr w:type="spellEnd"/>
      <w:r>
        <w:t xml:space="preserve"> </w:t>
      </w:r>
      <w:proofErr w:type="spellStart"/>
      <w:r>
        <w:t>qendra</w:t>
      </w:r>
      <w:proofErr w:type="spellEnd"/>
      <w:r>
        <w:t xml:space="preserve"> </w:t>
      </w:r>
      <w:proofErr w:type="spellStart"/>
      <w:r>
        <w:t>tek</w:t>
      </w:r>
      <w:proofErr w:type="spellEnd"/>
      <w:r>
        <w:t xml:space="preserve"> </w:t>
      </w:r>
      <w:proofErr w:type="spellStart"/>
      <w:r>
        <w:t>ju</w:t>
      </w:r>
      <w:proofErr w:type="spellEnd"/>
      <w:r>
        <w:t xml:space="preserve"> </w:t>
      </w:r>
      <w:proofErr w:type="spellStart"/>
      <w:r>
        <w:t>janë</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mëdha</w:t>
      </w:r>
      <w:proofErr w:type="spellEnd"/>
      <w:r>
        <w:t xml:space="preserve">, </w:t>
      </w:r>
      <w:proofErr w:type="spellStart"/>
      <w:r>
        <w:t>shumë</w:t>
      </w:r>
      <w:proofErr w:type="spellEnd"/>
      <w:r>
        <w:t xml:space="preserve"> </w:t>
      </w:r>
      <w:proofErr w:type="spellStart"/>
      <w:r>
        <w:t>të</w:t>
      </w:r>
      <w:proofErr w:type="spellEnd"/>
      <w:r>
        <w:t xml:space="preserve"> </w:t>
      </w:r>
      <w:proofErr w:type="spellStart"/>
      <w:r>
        <w:t>mëdha</w:t>
      </w:r>
      <w:proofErr w:type="spellEnd"/>
      <w:r>
        <w:t xml:space="preserve">. </w:t>
      </w:r>
      <w:proofErr w:type="spellStart"/>
      <w:r>
        <w:t>Domethënë</w:t>
      </w:r>
      <w:proofErr w:type="spellEnd"/>
      <w:r>
        <w:t xml:space="preserve">, </w:t>
      </w:r>
      <w:proofErr w:type="spellStart"/>
      <w:r>
        <w:t>nuk</w:t>
      </w:r>
      <w:proofErr w:type="spellEnd"/>
      <w:r>
        <w:t xml:space="preserve"> do </w:t>
      </w:r>
      <w:proofErr w:type="spellStart"/>
      <w:r>
        <w:t>ishte</w:t>
      </w:r>
      <w:proofErr w:type="spellEnd"/>
      <w:r>
        <w:t xml:space="preserve"> e </w:t>
      </w:r>
      <w:proofErr w:type="spellStart"/>
      <w:r>
        <w:t>mundur</w:t>
      </w:r>
      <w:proofErr w:type="spellEnd"/>
      <w:r>
        <w:t xml:space="preserve"> </w:t>
      </w:r>
      <w:proofErr w:type="spellStart"/>
      <w:r>
        <w:t>që</w:t>
      </w:r>
      <w:proofErr w:type="spellEnd"/>
      <w:r>
        <w:t xml:space="preserve"> </w:t>
      </w:r>
      <w:proofErr w:type="spellStart"/>
      <w:r>
        <w:t>të</w:t>
      </w:r>
      <w:proofErr w:type="spellEnd"/>
      <w:r>
        <w:t xml:space="preserve"> </w:t>
      </w:r>
      <w:proofErr w:type="spellStart"/>
      <w:r>
        <w:t>gjendesh</w:t>
      </w:r>
      <w:proofErr w:type="spellEnd"/>
      <w:r>
        <w:t xml:space="preserve"> </w:t>
      </w:r>
      <w:proofErr w:type="spellStart"/>
      <w:r>
        <w:t>një</w:t>
      </w:r>
      <w:proofErr w:type="spellEnd"/>
      <w:r>
        <w:t xml:space="preserve"> </w:t>
      </w:r>
      <w:proofErr w:type="spellStart"/>
      <w:r>
        <w:t>zgjidhje</w:t>
      </w:r>
      <w:proofErr w:type="spellEnd"/>
      <w:r>
        <w:t xml:space="preserve">, </w:t>
      </w:r>
      <w:proofErr w:type="spellStart"/>
      <w:r>
        <w:t>sepse</w:t>
      </w:r>
      <w:proofErr w:type="spellEnd"/>
      <w:r>
        <w:t xml:space="preserve"> </w:t>
      </w:r>
      <w:proofErr w:type="spellStart"/>
      <w:r>
        <w:t>unë</w:t>
      </w:r>
      <w:proofErr w:type="spellEnd"/>
      <w:r>
        <w:t xml:space="preserve"> jam </w:t>
      </w:r>
      <w:proofErr w:type="spellStart"/>
      <w:r>
        <w:t>dakord</w:t>
      </w:r>
      <w:proofErr w:type="spellEnd"/>
      <w:r>
        <w:t xml:space="preserve"> </w:t>
      </w:r>
      <w:proofErr w:type="spellStart"/>
      <w:r>
        <w:t>për</w:t>
      </w:r>
      <w:proofErr w:type="spellEnd"/>
      <w:r>
        <w:t xml:space="preserve"> </w:t>
      </w:r>
      <w:proofErr w:type="spellStart"/>
      <w:r>
        <w:t>identitete</w:t>
      </w:r>
      <w:proofErr w:type="spellEnd"/>
      <w:r>
        <w:t xml:space="preserve">. </w:t>
      </w:r>
      <w:proofErr w:type="spellStart"/>
      <w:r>
        <w:t>Të</w:t>
      </w:r>
      <w:proofErr w:type="spellEnd"/>
      <w:r>
        <w:t xml:space="preserve"> e </w:t>
      </w:r>
      <w:proofErr w:type="spellStart"/>
      <w:r>
        <w:t>mbroj</w:t>
      </w:r>
      <w:proofErr w:type="spellEnd"/>
      <w:r>
        <w:t xml:space="preserve"> </w:t>
      </w:r>
      <w:proofErr w:type="spellStart"/>
      <w:r>
        <w:t>atë</w:t>
      </w:r>
      <w:proofErr w:type="spellEnd"/>
      <w:r>
        <w:t xml:space="preserve"> </w:t>
      </w:r>
      <w:proofErr w:type="spellStart"/>
      <w:r>
        <w:t>identitetin</w:t>
      </w:r>
      <w:proofErr w:type="spellEnd"/>
      <w:r>
        <w:t xml:space="preserve"> </w:t>
      </w:r>
      <w:proofErr w:type="spellStart"/>
      <w:r>
        <w:t>shpirtëror</w:t>
      </w:r>
      <w:proofErr w:type="spellEnd"/>
      <w:r>
        <w:t xml:space="preserve">, </w:t>
      </w:r>
      <w:proofErr w:type="spellStart"/>
      <w:r>
        <w:t>kulturor</w:t>
      </w:r>
      <w:proofErr w:type="spellEnd"/>
      <w:r>
        <w:t xml:space="preserve"> </w:t>
      </w:r>
      <w:proofErr w:type="spellStart"/>
      <w:r>
        <w:t>edhe</w:t>
      </w:r>
      <w:proofErr w:type="spellEnd"/>
      <w:r>
        <w:t xml:space="preserve"> </w:t>
      </w:r>
      <w:proofErr w:type="spellStart"/>
      <w:r>
        <w:t>ekonomik</w:t>
      </w:r>
      <w:proofErr w:type="spellEnd"/>
      <w:r>
        <w:t xml:space="preserve">, por </w:t>
      </w:r>
      <w:proofErr w:type="spellStart"/>
      <w:r>
        <w:t>që</w:t>
      </w:r>
      <w:proofErr w:type="spellEnd"/>
      <w:r>
        <w:t xml:space="preserve"> </w:t>
      </w:r>
      <w:proofErr w:type="spellStart"/>
      <w:r>
        <w:t>të</w:t>
      </w:r>
      <w:proofErr w:type="spellEnd"/>
      <w:r>
        <w:t xml:space="preserve"> </w:t>
      </w:r>
      <w:proofErr w:type="spellStart"/>
      <w:r>
        <w:t>afrohet</w:t>
      </w:r>
      <w:proofErr w:type="spellEnd"/>
      <w:r>
        <w:t xml:space="preserve"> </w:t>
      </w:r>
      <w:proofErr w:type="spellStart"/>
      <w:r>
        <w:t>qytetari</w:t>
      </w:r>
      <w:proofErr w:type="spellEnd"/>
      <w:r>
        <w:t xml:space="preserve">, </w:t>
      </w:r>
      <w:proofErr w:type="spellStart"/>
      <w:r>
        <w:t>siç</w:t>
      </w:r>
      <w:proofErr w:type="spellEnd"/>
      <w:r>
        <w:t xml:space="preserve"> e </w:t>
      </w:r>
      <w:proofErr w:type="spellStart"/>
      <w:r>
        <w:t>parashtroi</w:t>
      </w:r>
      <w:proofErr w:type="spellEnd"/>
      <w:r>
        <w:t xml:space="preserve"> </w:t>
      </w:r>
      <w:proofErr w:type="spellStart"/>
      <w:r>
        <w:t>zonja</w:t>
      </w:r>
      <w:proofErr w:type="spellEnd"/>
      <w:r>
        <w:t xml:space="preserve"> </w:t>
      </w:r>
      <w:proofErr w:type="spellStart"/>
      <w:r>
        <w:t>Mbylluk</w:t>
      </w:r>
      <w:proofErr w:type="spellEnd"/>
      <w:r>
        <w:t xml:space="preserve"> Bashi, se ja </w:t>
      </w:r>
      <w:proofErr w:type="spellStart"/>
      <w:r>
        <w:t>drejtoi</w:t>
      </w:r>
      <w:proofErr w:type="spellEnd"/>
      <w:r>
        <w:t xml:space="preserve"> </w:t>
      </w:r>
      <w:proofErr w:type="spellStart"/>
      <w:r>
        <w:t>vetëm</w:t>
      </w:r>
      <w:proofErr w:type="spellEnd"/>
      <w:r>
        <w:t xml:space="preserve"> </w:t>
      </w:r>
      <w:proofErr w:type="spellStart"/>
      <w:r>
        <w:t>zoti</w:t>
      </w:r>
      <w:proofErr w:type="spellEnd"/>
      <w:r>
        <w:t xml:space="preserve"> Curri, </w:t>
      </w:r>
      <w:proofErr w:type="spellStart"/>
      <w:r>
        <w:t>nuk</w:t>
      </w:r>
      <w:proofErr w:type="spellEnd"/>
      <w:r>
        <w:t xml:space="preserve"> do </w:t>
      </w:r>
      <w:proofErr w:type="spellStart"/>
      <w:r>
        <w:t>ishte</w:t>
      </w:r>
      <w:proofErr w:type="spellEnd"/>
      <w:r>
        <w:t xml:space="preserve"> </w:t>
      </w:r>
      <w:proofErr w:type="spellStart"/>
      <w:r>
        <w:t>më</w:t>
      </w:r>
      <w:proofErr w:type="spellEnd"/>
      <w:r>
        <w:t xml:space="preserve"> </w:t>
      </w:r>
      <w:proofErr w:type="spellStart"/>
      <w:r>
        <w:t>mirë</w:t>
      </w:r>
      <w:proofErr w:type="spellEnd"/>
      <w:r>
        <w:t xml:space="preserve"> </w:t>
      </w:r>
      <w:proofErr w:type="spellStart"/>
      <w:r>
        <w:t>që</w:t>
      </w:r>
      <w:proofErr w:type="spellEnd"/>
      <w:r>
        <w:t xml:space="preserve"> </w:t>
      </w:r>
      <w:proofErr w:type="spellStart"/>
      <w:r>
        <w:t>të</w:t>
      </w:r>
      <w:proofErr w:type="spellEnd"/>
      <w:r>
        <w:t xml:space="preserve"> </w:t>
      </w:r>
      <w:proofErr w:type="spellStart"/>
      <w:r>
        <w:t>krijohesh</w:t>
      </w:r>
      <w:proofErr w:type="spellEnd"/>
      <w:r>
        <w:t xml:space="preserve"> </w:t>
      </w:r>
      <w:proofErr w:type="spellStart"/>
      <w:r>
        <w:t>edhe</w:t>
      </w:r>
      <w:proofErr w:type="spellEnd"/>
      <w:r>
        <w:t xml:space="preserve"> </w:t>
      </w:r>
      <w:proofErr w:type="spellStart"/>
      <w:r>
        <w:t>bashki</w:t>
      </w:r>
      <w:proofErr w:type="spellEnd"/>
      <w:r>
        <w:t xml:space="preserve"> </w:t>
      </w:r>
      <w:proofErr w:type="spellStart"/>
      <w:r>
        <w:t>tjetër</w:t>
      </w:r>
      <w:proofErr w:type="spellEnd"/>
      <w:r>
        <w:t xml:space="preserve"> </w:t>
      </w:r>
      <w:proofErr w:type="spellStart"/>
      <w:r>
        <w:t>brenda</w:t>
      </w:r>
      <w:proofErr w:type="spellEnd"/>
      <w:r>
        <w:t xml:space="preserv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se </w:t>
      </w:r>
      <w:proofErr w:type="spellStart"/>
      <w:r>
        <w:t>s'kemi</w:t>
      </w:r>
      <w:proofErr w:type="spellEnd"/>
      <w:r>
        <w:t xml:space="preserve"> </w:t>
      </w:r>
      <w:proofErr w:type="spellStart"/>
      <w:r>
        <w:t>Shkodër</w:t>
      </w:r>
      <w:proofErr w:type="spellEnd"/>
      <w:r>
        <w:t xml:space="preserve"> </w:t>
      </w:r>
      <w:proofErr w:type="spellStart"/>
      <w:r>
        <w:t>këtu</w:t>
      </w:r>
      <w:proofErr w:type="spellEnd"/>
      <w:r>
        <w:t xml:space="preserve">, se ka </w:t>
      </w:r>
      <w:proofErr w:type="spellStart"/>
      <w:r>
        <w:t>kërkesë</w:t>
      </w:r>
      <w:proofErr w:type="spellEnd"/>
      <w:r>
        <w:t xml:space="preserve"> </w:t>
      </w:r>
      <w:proofErr w:type="spellStart"/>
      <w:r>
        <w:t>nga</w:t>
      </w:r>
      <w:proofErr w:type="spellEnd"/>
      <w:r>
        <w:t xml:space="preserve"> </w:t>
      </w:r>
      <w:proofErr w:type="spellStart"/>
      <w:r>
        <w:t>Velipoja</w:t>
      </w:r>
      <w:proofErr w:type="spellEnd"/>
      <w:r>
        <w:t xml:space="preserve">, </w:t>
      </w:r>
      <w:proofErr w:type="spellStart"/>
      <w:r>
        <w:t>nga</w:t>
      </w:r>
      <w:proofErr w:type="spellEnd"/>
      <w:r>
        <w:t xml:space="preserve"> </w:t>
      </w:r>
      <w:proofErr w:type="spellStart"/>
      <w:r>
        <w:t>Dugagjini</w:t>
      </w:r>
      <w:proofErr w:type="spellEnd"/>
      <w:r>
        <w:t xml:space="preserve"> apo </w:t>
      </w:r>
      <w:proofErr w:type="spellStart"/>
      <w:r>
        <w:t>territor</w:t>
      </w:r>
      <w:proofErr w:type="spellEnd"/>
      <w:r>
        <w:t xml:space="preserve"> </w:t>
      </w:r>
      <w:proofErr w:type="spellStart"/>
      <w:r>
        <w:t>tjetër</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jetë</w:t>
      </w:r>
      <w:proofErr w:type="spellEnd"/>
      <w:r>
        <w:t xml:space="preserve"> </w:t>
      </w:r>
      <w:proofErr w:type="spellStart"/>
      <w:r>
        <w:t>bashki</w:t>
      </w:r>
      <w:proofErr w:type="spellEnd"/>
      <w:r>
        <w:t xml:space="preserve">. </w:t>
      </w:r>
      <w:proofErr w:type="spellStart"/>
      <w:r>
        <w:t>Pra</w:t>
      </w:r>
      <w:proofErr w:type="spellEnd"/>
      <w:r>
        <w:t xml:space="preserve">, </w:t>
      </w:r>
      <w:proofErr w:type="spellStart"/>
      <w:r>
        <w:t>për</w:t>
      </w:r>
      <w:proofErr w:type="spellEnd"/>
      <w:r>
        <w:t xml:space="preserve"> </w:t>
      </w:r>
      <w:proofErr w:type="spellStart"/>
      <w:r>
        <w:t>hir</w:t>
      </w:r>
      <w:proofErr w:type="spellEnd"/>
      <w:r>
        <w:t xml:space="preserve"> </w:t>
      </w:r>
      <w:proofErr w:type="spellStart"/>
      <w:r>
        <w:t>të</w:t>
      </w:r>
      <w:proofErr w:type="spellEnd"/>
      <w:r>
        <w:t xml:space="preserve"> </w:t>
      </w:r>
      <w:proofErr w:type="spellStart"/>
      <w:r>
        <w:t>tij</w:t>
      </w:r>
      <w:proofErr w:type="spellEnd"/>
      <w:r>
        <w:t xml:space="preserve"> </w:t>
      </w:r>
      <w:proofErr w:type="spellStart"/>
      <w:r>
        <w:t>të</w:t>
      </w:r>
      <w:proofErr w:type="spellEnd"/>
      <w:r>
        <w:t xml:space="preserve"> </w:t>
      </w:r>
      <w:proofErr w:type="spellStart"/>
      <w:r>
        <w:t>shërbimi</w:t>
      </w:r>
      <w:proofErr w:type="spellEnd"/>
      <w:r>
        <w:t xml:space="preserve">, se </w:t>
      </w:r>
      <w:proofErr w:type="spellStart"/>
      <w:r>
        <w:t>kjo</w:t>
      </w:r>
      <w:proofErr w:type="spellEnd"/>
      <w:r>
        <w:t xml:space="preserve"> </w:t>
      </w:r>
      <w:proofErr w:type="spellStart"/>
      <w:r>
        <w:t>lidhet</w:t>
      </w:r>
      <w:proofErr w:type="spellEnd"/>
      <w:r>
        <w:t xml:space="preserve"> me </w:t>
      </w:r>
      <w:proofErr w:type="spellStart"/>
      <w:r>
        <w:t>pyetjen</w:t>
      </w:r>
      <w:proofErr w:type="spellEnd"/>
      <w:r>
        <w:t xml:space="preserve"> </w:t>
      </w:r>
      <w:proofErr w:type="spellStart"/>
      <w:r>
        <w:t>që</w:t>
      </w:r>
      <w:proofErr w:type="spellEnd"/>
      <w:r>
        <w:t xml:space="preserve"> </w:t>
      </w:r>
      <w:proofErr w:type="spellStart"/>
      <w:r>
        <w:t>në</w:t>
      </w:r>
      <w:proofErr w:type="spellEnd"/>
      <w:r>
        <w:t xml:space="preserve"> </w:t>
      </w:r>
      <w:proofErr w:type="spellStart"/>
      <w:r>
        <w:t>fakt</w:t>
      </w:r>
      <w:proofErr w:type="spellEnd"/>
      <w:r>
        <w:t xml:space="preserve"> </w:t>
      </w:r>
      <w:proofErr w:type="spellStart"/>
      <w:r>
        <w:t>doja</w:t>
      </w:r>
      <w:proofErr w:type="spellEnd"/>
      <w:r>
        <w:t xml:space="preserve"> ta </w:t>
      </w:r>
      <w:proofErr w:type="spellStart"/>
      <w:r>
        <w:t>bëja</w:t>
      </w:r>
      <w:proofErr w:type="spellEnd"/>
      <w:r>
        <w:t xml:space="preserve">: </w:t>
      </w:r>
      <w:proofErr w:type="spellStart"/>
      <w:r>
        <w:t>sa</w:t>
      </w:r>
      <w:proofErr w:type="spellEnd"/>
      <w:r>
        <w:t xml:space="preserve"> zona </w:t>
      </w:r>
      <w:proofErr w:type="spellStart"/>
      <w:r>
        <w:t>nuk</w:t>
      </w:r>
      <w:proofErr w:type="spellEnd"/>
      <w:r>
        <w:t xml:space="preserve"> </w:t>
      </w:r>
      <w:proofErr w:type="spellStart"/>
      <w:r>
        <w:t>i</w:t>
      </w:r>
      <w:proofErr w:type="spellEnd"/>
      <w:r>
        <w:t xml:space="preserve"> </w:t>
      </w:r>
      <w:proofErr w:type="spellStart"/>
      <w:r>
        <w:t>aksesoni</w:t>
      </w:r>
      <w:proofErr w:type="spellEnd"/>
      <w:r>
        <w:t xml:space="preserve"> dot me </w:t>
      </w:r>
      <w:proofErr w:type="spellStart"/>
      <w:r>
        <w:t>shërbime</w:t>
      </w:r>
      <w:proofErr w:type="spellEnd"/>
      <w:r>
        <w:t xml:space="preserve">? Se </w:t>
      </w:r>
      <w:proofErr w:type="spellStart"/>
      <w:r>
        <w:t>pasojat</w:t>
      </w:r>
      <w:proofErr w:type="spellEnd"/>
      <w:r>
        <w:t xml:space="preserve"> </w:t>
      </w:r>
      <w:proofErr w:type="spellStart"/>
      <w:r>
        <w:t>i</w:t>
      </w:r>
      <w:proofErr w:type="spellEnd"/>
      <w:r>
        <w:t xml:space="preserve"> </w:t>
      </w:r>
      <w:proofErr w:type="spellStart"/>
      <w:r>
        <w:t>dimë</w:t>
      </w:r>
      <w:proofErr w:type="spellEnd"/>
      <w:r>
        <w:t xml:space="preserve">. </w:t>
      </w:r>
      <w:proofErr w:type="spellStart"/>
      <w:r>
        <w:t>Shpopullimi</w:t>
      </w:r>
      <w:proofErr w:type="spellEnd"/>
      <w:r>
        <w:t xml:space="preserve"> </w:t>
      </w:r>
      <w:proofErr w:type="spellStart"/>
      <w:r>
        <w:t>është</w:t>
      </w:r>
      <w:proofErr w:type="spellEnd"/>
      <w:r>
        <w:t xml:space="preserve"> </w:t>
      </w:r>
      <w:proofErr w:type="spellStart"/>
      <w:r>
        <w:t>shumë</w:t>
      </w:r>
      <w:proofErr w:type="spellEnd"/>
      <w:r>
        <w:t xml:space="preserve"> </w:t>
      </w:r>
      <w:proofErr w:type="spellStart"/>
      <w:r>
        <w:t>i</w:t>
      </w:r>
      <w:proofErr w:type="spellEnd"/>
      <w:r>
        <w:t xml:space="preserve"> </w:t>
      </w:r>
      <w:proofErr w:type="spellStart"/>
      <w:r>
        <w:t>madh</w:t>
      </w:r>
      <w:proofErr w:type="spellEnd"/>
      <w:r>
        <w:t xml:space="preserve">. Shkodra </w:t>
      </w:r>
      <w:proofErr w:type="spellStart"/>
      <w:r>
        <w:t>është</w:t>
      </w:r>
      <w:proofErr w:type="spellEnd"/>
      <w:r>
        <w:t xml:space="preserve"> </w:t>
      </w:r>
      <w:proofErr w:type="spellStart"/>
      <w:r>
        <w:t>ndër</w:t>
      </w:r>
      <w:proofErr w:type="spellEnd"/>
      <w:r>
        <w:t xml:space="preserve"> </w:t>
      </w:r>
      <w:proofErr w:type="spellStart"/>
      <w:r>
        <w:t>qarqet</w:t>
      </w:r>
      <w:proofErr w:type="spellEnd"/>
      <w:r>
        <w:t xml:space="preserve"> </w:t>
      </w:r>
      <w:proofErr w:type="spellStart"/>
      <w:r>
        <w:t>që</w:t>
      </w:r>
      <w:proofErr w:type="spellEnd"/>
      <w:r>
        <w:t xml:space="preserve"> ka </w:t>
      </w:r>
      <w:proofErr w:type="spellStart"/>
      <w:r>
        <w:t>shpopullimin</w:t>
      </w:r>
      <w:proofErr w:type="spellEnd"/>
      <w:r>
        <w:t xml:space="preserve"> </w:t>
      </w:r>
      <w:proofErr w:type="spellStart"/>
      <w:r>
        <w:t>më</w:t>
      </w:r>
      <w:proofErr w:type="spellEnd"/>
      <w:r>
        <w:t xml:space="preserve"> </w:t>
      </w:r>
      <w:proofErr w:type="spellStart"/>
      <w:r>
        <w:t>të</w:t>
      </w:r>
      <w:proofErr w:type="spellEnd"/>
      <w:r>
        <w:t xml:space="preserve"> </w:t>
      </w:r>
      <w:proofErr w:type="spellStart"/>
      <w:r>
        <w:t>madh</w:t>
      </w:r>
      <w:proofErr w:type="spellEnd"/>
      <w:r>
        <w:t xml:space="preserve">. Bashkia 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besoj</w:t>
      </w:r>
      <w:proofErr w:type="spellEnd"/>
      <w:r>
        <w:t xml:space="preserve"> e ka </w:t>
      </w:r>
      <w:proofErr w:type="spellStart"/>
      <w:r>
        <w:t>një</w:t>
      </w:r>
      <w:proofErr w:type="spellEnd"/>
      <w:r>
        <w:t xml:space="preserve"> problem </w:t>
      </w:r>
      <w:proofErr w:type="spellStart"/>
      <w:r>
        <w:t>të</w:t>
      </w:r>
      <w:proofErr w:type="spellEnd"/>
      <w:r>
        <w:t xml:space="preserve"> </w:t>
      </w:r>
      <w:proofErr w:type="spellStart"/>
      <w:r>
        <w:t>tillë</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shoqëruar</w:t>
      </w:r>
      <w:proofErr w:type="spellEnd"/>
      <w:r>
        <w:t xml:space="preserve"> me </w:t>
      </w:r>
      <w:proofErr w:type="spellStart"/>
      <w:r>
        <w:t>mbyllje</w:t>
      </w:r>
      <w:proofErr w:type="spellEnd"/>
      <w:r>
        <w:t xml:space="preserve"> </w:t>
      </w:r>
      <w:proofErr w:type="spellStart"/>
      <w:r>
        <w:t>shkollash</w:t>
      </w:r>
      <w:proofErr w:type="spellEnd"/>
      <w:r>
        <w:t xml:space="preserve">, </w:t>
      </w:r>
      <w:proofErr w:type="spellStart"/>
      <w:r>
        <w:t>mbyllje</w:t>
      </w:r>
      <w:proofErr w:type="spellEnd"/>
      <w:r>
        <w:t xml:space="preserve"> </w:t>
      </w:r>
      <w:proofErr w:type="spellStart"/>
      <w:r>
        <w:t>shërbimesh</w:t>
      </w:r>
      <w:proofErr w:type="spellEnd"/>
      <w:r>
        <w:t xml:space="preserve"> </w:t>
      </w:r>
      <w:proofErr w:type="spellStart"/>
      <w:r>
        <w:t>të</w:t>
      </w:r>
      <w:proofErr w:type="spellEnd"/>
      <w:r>
        <w:t xml:space="preserve"> </w:t>
      </w:r>
      <w:proofErr w:type="spellStart"/>
      <w:r>
        <w:t>tjera</w:t>
      </w:r>
      <w:proofErr w:type="spellEnd"/>
      <w:r>
        <w:t xml:space="preserve">, </w:t>
      </w:r>
      <w:proofErr w:type="spellStart"/>
      <w:r>
        <w:t>qendrave</w:t>
      </w:r>
      <w:proofErr w:type="spellEnd"/>
      <w:r>
        <w:t xml:space="preserve"> </w:t>
      </w:r>
      <w:proofErr w:type="spellStart"/>
      <w:r>
        <w:t>shëndetësore</w:t>
      </w:r>
      <w:proofErr w:type="spellEnd"/>
      <w:r>
        <w:t xml:space="preserve"> </w:t>
      </w:r>
      <w:proofErr w:type="spellStart"/>
      <w:r>
        <w:t>që</w:t>
      </w:r>
      <w:proofErr w:type="spellEnd"/>
      <w:r>
        <w:t xml:space="preserve"> </w:t>
      </w:r>
      <w:proofErr w:type="spellStart"/>
      <w:r>
        <w:t>nuk</w:t>
      </w:r>
      <w:proofErr w:type="spellEnd"/>
      <w:r>
        <w:t xml:space="preserve"> </w:t>
      </w:r>
      <w:proofErr w:type="spellStart"/>
      <w:r>
        <w:t>funksionojnë</w:t>
      </w:r>
      <w:proofErr w:type="spellEnd"/>
      <w:r>
        <w:t xml:space="preserve">. </w:t>
      </w:r>
      <w:proofErr w:type="spellStart"/>
      <w:r>
        <w:t>Unë</w:t>
      </w:r>
      <w:proofErr w:type="spellEnd"/>
      <w:r>
        <w:t xml:space="preserve"> </w:t>
      </w:r>
      <w:proofErr w:type="spellStart"/>
      <w:r>
        <w:t>kam</w:t>
      </w:r>
      <w:proofErr w:type="spellEnd"/>
      <w:r>
        <w:t xml:space="preserve"> </w:t>
      </w:r>
      <w:proofErr w:type="spellStart"/>
      <w:r>
        <w:t>qenë</w:t>
      </w:r>
      <w:proofErr w:type="spellEnd"/>
      <w:r>
        <w:t xml:space="preserve"> </w:t>
      </w:r>
      <w:proofErr w:type="spellStart"/>
      <w:r>
        <w:t>prezent</w:t>
      </w:r>
      <w:proofErr w:type="spellEnd"/>
      <w:r>
        <w:t xml:space="preserve"> </w:t>
      </w:r>
      <w:proofErr w:type="spellStart"/>
      <w:r>
        <w:t>në</w:t>
      </w:r>
      <w:proofErr w:type="spellEnd"/>
      <w:r>
        <w:t xml:space="preserve"> </w:t>
      </w:r>
      <w:proofErr w:type="spellStart"/>
      <w:r>
        <w:t>një</w:t>
      </w:r>
      <w:proofErr w:type="spellEnd"/>
      <w:r>
        <w:t xml:space="preserve"> </w:t>
      </w:r>
      <w:proofErr w:type="spellStart"/>
      <w:r>
        <w:t>pjesë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të</w:t>
      </w:r>
      <w:proofErr w:type="spellEnd"/>
      <w:r>
        <w:t xml:space="preserve"> </w:t>
      </w:r>
      <w:proofErr w:type="spellStart"/>
      <w:r>
        <w:t>territorit</w:t>
      </w:r>
      <w:proofErr w:type="spellEnd"/>
      <w:r>
        <w:t xml:space="preserve"> </w:t>
      </w:r>
      <w:proofErr w:type="spellStart"/>
      <w:r>
        <w:t>dhe</w:t>
      </w:r>
      <w:proofErr w:type="spellEnd"/>
      <w:r>
        <w:t xml:space="preserve"> </w:t>
      </w:r>
      <w:proofErr w:type="spellStart"/>
      <w:r>
        <w:t>i</w:t>
      </w:r>
      <w:proofErr w:type="spellEnd"/>
      <w:r>
        <w:t xml:space="preserve"> di, </w:t>
      </w:r>
      <w:proofErr w:type="spellStart"/>
      <w:r>
        <w:t>i</w:t>
      </w:r>
      <w:proofErr w:type="spellEnd"/>
      <w:r>
        <w:t xml:space="preserve"> </w:t>
      </w:r>
      <w:proofErr w:type="spellStart"/>
      <w:r>
        <w:t>kam</w:t>
      </w:r>
      <w:proofErr w:type="spellEnd"/>
      <w:r>
        <w:t xml:space="preserve"> </w:t>
      </w:r>
      <w:proofErr w:type="spellStart"/>
      <w:r>
        <w:t>prekur</w:t>
      </w:r>
      <w:proofErr w:type="spellEnd"/>
      <w:r>
        <w:t xml:space="preserve"> </w:t>
      </w:r>
      <w:proofErr w:type="spellStart"/>
      <w:r>
        <w:t>atje</w:t>
      </w:r>
      <w:proofErr w:type="spellEnd"/>
      <w:r>
        <w:t xml:space="preserve">, por </w:t>
      </w:r>
      <w:proofErr w:type="spellStart"/>
      <w:r>
        <w:t>kjo</w:t>
      </w:r>
      <w:proofErr w:type="spellEnd"/>
      <w:r>
        <w:t xml:space="preserve"> do </w:t>
      </w:r>
      <w:proofErr w:type="spellStart"/>
      <w:r>
        <w:t>na</w:t>
      </w:r>
      <w:proofErr w:type="spellEnd"/>
      <w:r>
        <w:t xml:space="preserve"> </w:t>
      </w:r>
      <w:proofErr w:type="spellStart"/>
      <w:r>
        <w:t>bëjë</w:t>
      </w:r>
      <w:proofErr w:type="spellEnd"/>
      <w:r>
        <w:t xml:space="preserve"> ne </w:t>
      </w:r>
      <w:proofErr w:type="spellStart"/>
      <w:r>
        <w:t>që</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i</w:t>
      </w:r>
      <w:proofErr w:type="spellEnd"/>
      <w:r>
        <w:t xml:space="preserve"> </w:t>
      </w:r>
      <w:proofErr w:type="spellStart"/>
      <w:r>
        <w:t>shkrijmë</w:t>
      </w:r>
      <w:proofErr w:type="spellEnd"/>
      <w:r>
        <w:t xml:space="preserve"> </w:t>
      </w:r>
      <w:proofErr w:type="spellStart"/>
      <w:r>
        <w:t>këto</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zgjidhje</w:t>
      </w:r>
      <w:proofErr w:type="spellEnd"/>
      <w:r>
        <w:t xml:space="preserve">, </w:t>
      </w:r>
      <w:proofErr w:type="spellStart"/>
      <w:r>
        <w:t>t'i</w:t>
      </w:r>
      <w:proofErr w:type="spellEnd"/>
      <w:r>
        <w:t xml:space="preserve"> </w:t>
      </w:r>
      <w:proofErr w:type="spellStart"/>
      <w:r>
        <w:t>shkrijmë</w:t>
      </w:r>
      <w:proofErr w:type="spellEnd"/>
      <w:r>
        <w:t xml:space="preserve"> </w:t>
      </w:r>
      <w:proofErr w:type="spellStart"/>
      <w:r>
        <w:t>këto</w:t>
      </w:r>
      <w:proofErr w:type="spellEnd"/>
      <w:r>
        <w:t xml:space="preserve"> </w:t>
      </w:r>
      <w:proofErr w:type="spellStart"/>
      <w:r>
        <w:t>bashki</w:t>
      </w:r>
      <w:proofErr w:type="spellEnd"/>
      <w:r>
        <w:t xml:space="preserve"> </w:t>
      </w:r>
      <w:proofErr w:type="spellStart"/>
      <w:r>
        <w:t>në</w:t>
      </w:r>
      <w:proofErr w:type="spellEnd"/>
      <w:r>
        <w:t xml:space="preserve"> </w:t>
      </w:r>
      <w:proofErr w:type="spellStart"/>
      <w:r>
        <w:t>një</w:t>
      </w:r>
      <w:proofErr w:type="spellEnd"/>
      <w:r>
        <w:t xml:space="preserve"> </w:t>
      </w:r>
      <w:proofErr w:type="spellStart"/>
      <w:r>
        <w:t>më</w:t>
      </w:r>
      <w:proofErr w:type="spellEnd"/>
      <w:r>
        <w:t xml:space="preserve"> </w:t>
      </w:r>
      <w:proofErr w:type="spellStart"/>
      <w:r>
        <w:t>të</w:t>
      </w:r>
      <w:proofErr w:type="spellEnd"/>
      <w:r>
        <w:t xml:space="preserve"> </w:t>
      </w:r>
      <w:proofErr w:type="spellStart"/>
      <w:r>
        <w:t>madhe</w:t>
      </w:r>
      <w:proofErr w:type="spellEnd"/>
      <w:r>
        <w:t xml:space="preserve">, duke e </w:t>
      </w:r>
      <w:proofErr w:type="spellStart"/>
      <w:r>
        <w:t>larguar</w:t>
      </w:r>
      <w:proofErr w:type="spellEnd"/>
      <w:r>
        <w:t xml:space="preserve"> </w:t>
      </w:r>
      <w:proofErr w:type="spellStart"/>
      <w:r>
        <w:t>akoma</w:t>
      </w:r>
      <w:proofErr w:type="spellEnd"/>
      <w:r>
        <w:t xml:space="preserve"> </w:t>
      </w:r>
      <w:proofErr w:type="spellStart"/>
      <w:r>
        <w:t>më</w:t>
      </w:r>
      <w:proofErr w:type="spellEnd"/>
      <w:r>
        <w:t xml:space="preserve"> </w:t>
      </w:r>
      <w:proofErr w:type="spellStart"/>
      <w:r>
        <w:t>shumë</w:t>
      </w:r>
      <w:proofErr w:type="spellEnd"/>
      <w:r>
        <w:t xml:space="preserve"> </w:t>
      </w:r>
      <w:proofErr w:type="spellStart"/>
      <w:r>
        <w:t>qytetarin</w:t>
      </w:r>
      <w:proofErr w:type="spellEnd"/>
      <w:r>
        <w:t xml:space="preserve">, duke </w:t>
      </w:r>
      <w:proofErr w:type="spellStart"/>
      <w:r>
        <w:t>marrë</w:t>
      </w:r>
      <w:proofErr w:type="spellEnd"/>
      <w:r>
        <w:t xml:space="preserve"> </w:t>
      </w:r>
      <w:proofErr w:type="spellStart"/>
      <w:r>
        <w:t>atë</w:t>
      </w:r>
      <w:proofErr w:type="spellEnd"/>
      <w:r>
        <w:t xml:space="preserve"> </w:t>
      </w:r>
      <w:proofErr w:type="spellStart"/>
      <w:r>
        <w:t>pasojën</w:t>
      </w:r>
      <w:proofErr w:type="spellEnd"/>
      <w:r>
        <w:t xml:space="preserve"> e </w:t>
      </w:r>
      <w:proofErr w:type="spellStart"/>
      <w:r>
        <w:t>frikshme</w:t>
      </w:r>
      <w:proofErr w:type="spellEnd"/>
      <w:r>
        <w:t xml:space="preserve"> </w:t>
      </w:r>
      <w:proofErr w:type="spellStart"/>
      <w:r>
        <w:t>që</w:t>
      </w:r>
      <w:proofErr w:type="spellEnd"/>
      <w:r>
        <w:t xml:space="preserve"> </w:t>
      </w:r>
      <w:proofErr w:type="spellStart"/>
      <w:r>
        <w:t>dhe</w:t>
      </w:r>
      <w:proofErr w:type="spellEnd"/>
      <w:r>
        <w:t xml:space="preserve"> </w:t>
      </w:r>
      <w:proofErr w:type="spellStart"/>
      <w:r>
        <w:t>ato</w:t>
      </w:r>
      <w:proofErr w:type="spellEnd"/>
      <w:r>
        <w:t xml:space="preserve"> </w:t>
      </w:r>
      <w:proofErr w:type="spellStart"/>
      <w:r>
        <w:t>që</w:t>
      </w:r>
      <w:proofErr w:type="spellEnd"/>
      <w:r>
        <w:t xml:space="preserve"> </w:t>
      </w:r>
      <w:proofErr w:type="spellStart"/>
      <w:r>
        <w:t>kanë</w:t>
      </w:r>
      <w:proofErr w:type="spellEnd"/>
      <w:r>
        <w:t xml:space="preserve"> </w:t>
      </w:r>
      <w:proofErr w:type="spellStart"/>
      <w:r>
        <w:t>mbetur</w:t>
      </w:r>
      <w:proofErr w:type="spellEnd"/>
      <w:r>
        <w:t xml:space="preserve"> </w:t>
      </w:r>
      <w:proofErr w:type="spellStart"/>
      <w:r>
        <w:t>në</w:t>
      </w:r>
      <w:proofErr w:type="spellEnd"/>
      <w:r>
        <w:t xml:space="preserve"> </w:t>
      </w:r>
      <w:proofErr w:type="spellStart"/>
      <w:r>
        <w:t>ato</w:t>
      </w:r>
      <w:proofErr w:type="spellEnd"/>
      <w:r>
        <w:t xml:space="preserve"> </w:t>
      </w:r>
      <w:proofErr w:type="spellStart"/>
      <w:r>
        <w:t>dy</w:t>
      </w:r>
      <w:proofErr w:type="spellEnd"/>
      <w:r>
        <w:t xml:space="preserve"> </w:t>
      </w:r>
      <w:proofErr w:type="spellStart"/>
      <w:r>
        <w:t>fshatrat</w:t>
      </w:r>
      <w:proofErr w:type="spellEnd"/>
      <w:r>
        <w:t xml:space="preserve"> </w:t>
      </w:r>
      <w:proofErr w:type="spellStart"/>
      <w:r>
        <w:t>turistikë</w:t>
      </w:r>
      <w:proofErr w:type="spellEnd"/>
      <w:r>
        <w:t xml:space="preserve"> </w:t>
      </w:r>
      <w:proofErr w:type="spellStart"/>
      <w:r>
        <w:t>që</w:t>
      </w:r>
      <w:proofErr w:type="spellEnd"/>
      <w:r>
        <w:t xml:space="preserve"> </w:t>
      </w:r>
      <w:proofErr w:type="spellStart"/>
      <w:r>
        <w:t>tha</w:t>
      </w:r>
      <w:proofErr w:type="spellEnd"/>
      <w:r>
        <w:t xml:space="preserve"> </w:t>
      </w:r>
      <w:proofErr w:type="spellStart"/>
      <w:r>
        <w:t>zoti</w:t>
      </w:r>
      <w:proofErr w:type="spellEnd"/>
      <w:r>
        <w:t xml:space="preserve"> Curri, </w:t>
      </w:r>
      <w:proofErr w:type="spellStart"/>
      <w:r>
        <w:t>që</w:t>
      </w:r>
      <w:proofErr w:type="spellEnd"/>
      <w:r>
        <w:t xml:space="preserve"> </w:t>
      </w:r>
      <w:proofErr w:type="spellStart"/>
      <w:r>
        <w:t>s'kanë</w:t>
      </w:r>
      <w:proofErr w:type="spellEnd"/>
      <w:r>
        <w:t xml:space="preserve"> as </w:t>
      </w:r>
      <w:proofErr w:type="spellStart"/>
      <w:r>
        <w:t>rrugë</w:t>
      </w:r>
      <w:proofErr w:type="spellEnd"/>
      <w:r>
        <w:t xml:space="preserve">, </w:t>
      </w:r>
      <w:proofErr w:type="spellStart"/>
      <w:r>
        <w:t>dhe</w:t>
      </w:r>
      <w:proofErr w:type="spellEnd"/>
      <w:r>
        <w:t xml:space="preserve"> </w:t>
      </w:r>
      <w:proofErr w:type="spellStart"/>
      <w:r>
        <w:t>ato</w:t>
      </w:r>
      <w:proofErr w:type="spellEnd"/>
      <w:r>
        <w:t xml:space="preserve"> </w:t>
      </w:r>
      <w:proofErr w:type="spellStart"/>
      <w:r>
        <w:t>tikin</w:t>
      </w:r>
      <w:proofErr w:type="spellEnd"/>
      <w:r>
        <w:t xml:space="preserve">, </w:t>
      </w:r>
      <w:proofErr w:type="spellStart"/>
      <w:r>
        <w:t>domethënë</w:t>
      </w:r>
      <w:proofErr w:type="spellEnd"/>
      <w:r>
        <w:t xml:space="preserve">, </w:t>
      </w:r>
      <w:proofErr w:type="spellStart"/>
      <w:r>
        <w:t>të</w:t>
      </w:r>
      <w:proofErr w:type="spellEnd"/>
      <w:r>
        <w:t xml:space="preserve"> </w:t>
      </w:r>
      <w:proofErr w:type="spellStart"/>
      <w:r>
        <w:t>shpopullohet</w:t>
      </w:r>
      <w:proofErr w:type="spellEnd"/>
      <w:r>
        <w:t xml:space="preserve">. A </w:t>
      </w:r>
      <w:proofErr w:type="spellStart"/>
      <w:r>
        <w:t>jeni</w:t>
      </w:r>
      <w:proofErr w:type="spellEnd"/>
      <w:r>
        <w:t xml:space="preserve"> </w:t>
      </w:r>
      <w:proofErr w:type="spellStart"/>
      <w:r>
        <w:t>dakord</w:t>
      </w:r>
      <w:proofErr w:type="spellEnd"/>
      <w:r>
        <w:t xml:space="preserve"> me </w:t>
      </w:r>
      <w:proofErr w:type="spellStart"/>
      <w:r>
        <w:t>këtë</w:t>
      </w:r>
      <w:proofErr w:type="spellEnd"/>
      <w:r>
        <w:t xml:space="preserve"> </w:t>
      </w:r>
      <w:proofErr w:type="spellStart"/>
      <w:r>
        <w:t>gjë</w:t>
      </w:r>
      <w:proofErr w:type="spellEnd"/>
      <w:r>
        <w:t xml:space="preserve">? A </w:t>
      </w:r>
      <w:proofErr w:type="spellStart"/>
      <w:r>
        <w:t>të</w:t>
      </w:r>
      <w:proofErr w:type="spellEnd"/>
      <w:r>
        <w:t xml:space="preserve"> </w:t>
      </w:r>
      <w:proofErr w:type="spellStart"/>
      <w:r>
        <w:t>gjejmë</w:t>
      </w:r>
      <w:proofErr w:type="spellEnd"/>
      <w:r>
        <w:t xml:space="preserve"> </w:t>
      </w:r>
      <w:proofErr w:type="spellStart"/>
      <w:r>
        <w:t>një</w:t>
      </w:r>
      <w:proofErr w:type="spellEnd"/>
      <w:r>
        <w:t xml:space="preserve"> </w:t>
      </w:r>
      <w:proofErr w:type="spellStart"/>
      <w:r>
        <w:t>zgjidhje</w:t>
      </w:r>
      <w:proofErr w:type="spellEnd"/>
      <w:r>
        <w:t xml:space="preserve">? </w:t>
      </w:r>
      <w:proofErr w:type="spellStart"/>
      <w:r>
        <w:t>Pra</w:t>
      </w:r>
      <w:proofErr w:type="spellEnd"/>
      <w:r>
        <w:t xml:space="preserve">, </w:t>
      </w:r>
      <w:proofErr w:type="spellStart"/>
      <w:r>
        <w:t>në</w:t>
      </w:r>
      <w:proofErr w:type="spellEnd"/>
      <w:r>
        <w:t xml:space="preserve"> </w:t>
      </w:r>
      <w:proofErr w:type="spellStart"/>
      <w:r>
        <w:t>mënyrë</w:t>
      </w:r>
      <w:proofErr w:type="spellEnd"/>
      <w:r>
        <w:t xml:space="preserve"> </w:t>
      </w:r>
      <w:proofErr w:type="spellStart"/>
      <w:r>
        <w:t>të</w:t>
      </w:r>
      <w:proofErr w:type="spellEnd"/>
      <w:r>
        <w:t xml:space="preserve"> </w:t>
      </w:r>
      <w:proofErr w:type="spellStart"/>
      <w:r>
        <w:t>posaçme</w:t>
      </w:r>
      <w:proofErr w:type="spellEnd"/>
      <w:r>
        <w:t xml:space="preserve">, </w:t>
      </w:r>
      <w:proofErr w:type="spellStart"/>
      <w:r>
        <w:t>ju</w:t>
      </w:r>
      <w:proofErr w:type="spellEnd"/>
      <w:r>
        <w:t xml:space="preserve"> </w:t>
      </w:r>
      <w:proofErr w:type="spellStart"/>
      <w:r>
        <w:t>duhet</w:t>
      </w:r>
      <w:proofErr w:type="spellEnd"/>
      <w:r>
        <w:t xml:space="preserve"> </w:t>
      </w:r>
      <w:proofErr w:type="spellStart"/>
      <w:r>
        <w:t>të</w:t>
      </w:r>
      <w:proofErr w:type="spellEnd"/>
      <w:r>
        <w:t xml:space="preserve"> </w:t>
      </w:r>
      <w:proofErr w:type="spellStart"/>
      <w:r>
        <w:t>ngrini</w:t>
      </w:r>
      <w:proofErr w:type="spellEnd"/>
      <w:r>
        <w:t xml:space="preserve"> </w:t>
      </w:r>
      <w:proofErr w:type="spellStart"/>
      <w:r>
        <w:t>zërin</w:t>
      </w:r>
      <w:proofErr w:type="spellEnd"/>
      <w:r>
        <w:t xml:space="preserve"> </w:t>
      </w:r>
      <w:proofErr w:type="spellStart"/>
      <w:r>
        <w:t>njëkohësisht</w:t>
      </w:r>
      <w:proofErr w:type="spellEnd"/>
      <w:r>
        <w:t xml:space="preserve"> </w:t>
      </w:r>
      <w:proofErr w:type="spellStart"/>
      <w:r>
        <w:t>bashkë</w:t>
      </w:r>
      <w:proofErr w:type="spellEnd"/>
      <w:r>
        <w:t xml:space="preserve"> me ne, se </w:t>
      </w:r>
      <w:proofErr w:type="spellStart"/>
      <w:r>
        <w:t>këtë</w:t>
      </w:r>
      <w:proofErr w:type="spellEnd"/>
      <w:r>
        <w:t xml:space="preserve"> po </w:t>
      </w:r>
      <w:proofErr w:type="spellStart"/>
      <w:r>
        <w:t>kërkojmë</w:t>
      </w:r>
      <w:proofErr w:type="spellEnd"/>
      <w:r>
        <w:t xml:space="preserve">, </w:t>
      </w:r>
      <w:proofErr w:type="spellStart"/>
      <w:r>
        <w:t>që</w:t>
      </w:r>
      <w:proofErr w:type="spellEnd"/>
      <w:r>
        <w:t xml:space="preserve"> </w:t>
      </w:r>
      <w:proofErr w:type="spellStart"/>
      <w:r>
        <w:t>duhet</w:t>
      </w:r>
      <w:proofErr w:type="spellEnd"/>
      <w:r>
        <w:t xml:space="preserve"> </w:t>
      </w:r>
      <w:proofErr w:type="spellStart"/>
      <w:r>
        <w:t>të</w:t>
      </w:r>
      <w:proofErr w:type="spellEnd"/>
      <w:r>
        <w:t xml:space="preserve"> </w:t>
      </w:r>
      <w:proofErr w:type="spellStart"/>
      <w:r>
        <w:t>keni</w:t>
      </w:r>
      <w:proofErr w:type="spellEnd"/>
      <w:r>
        <w:t xml:space="preserve"> </w:t>
      </w:r>
      <w:proofErr w:type="spellStart"/>
      <w:r>
        <w:t>trajtim</w:t>
      </w:r>
      <w:proofErr w:type="spellEnd"/>
      <w:r>
        <w:t xml:space="preserve"> </w:t>
      </w:r>
      <w:proofErr w:type="spellStart"/>
      <w:r>
        <w:t>specifik</w:t>
      </w:r>
      <w:proofErr w:type="spellEnd"/>
      <w:r>
        <w:t xml:space="preserve"> </w:t>
      </w:r>
      <w:proofErr w:type="spellStart"/>
      <w:r>
        <w:t>për</w:t>
      </w:r>
      <w:proofErr w:type="spellEnd"/>
      <w:r>
        <w:t xml:space="preserve"> </w:t>
      </w:r>
      <w:proofErr w:type="spellStart"/>
      <w:r>
        <w:t>vështirësitë</w:t>
      </w:r>
      <w:proofErr w:type="spellEnd"/>
      <w:r>
        <w:t xml:space="preserve">. </w:t>
      </w:r>
      <w:proofErr w:type="spellStart"/>
      <w:r>
        <w:t>Ndërkohë</w:t>
      </w:r>
      <w:proofErr w:type="spellEnd"/>
      <w:r>
        <w:t xml:space="preserve">, </w:t>
      </w:r>
      <w:proofErr w:type="spellStart"/>
      <w:r>
        <w:t>për</w:t>
      </w:r>
      <w:proofErr w:type="spellEnd"/>
      <w:r>
        <w:t xml:space="preserve"> </w:t>
      </w:r>
      <w:proofErr w:type="spellStart"/>
      <w:r>
        <w:t>performancën</w:t>
      </w:r>
      <w:proofErr w:type="spellEnd"/>
      <w:r>
        <w:t xml:space="preserve">, </w:t>
      </w:r>
      <w:proofErr w:type="spellStart"/>
      <w:r>
        <w:t>për</w:t>
      </w:r>
      <w:proofErr w:type="spellEnd"/>
      <w:r>
        <w:t xml:space="preserve"> </w:t>
      </w:r>
      <w:proofErr w:type="spellStart"/>
      <w:r>
        <w:t>të</w:t>
      </w:r>
      <w:proofErr w:type="spellEnd"/>
      <w:r>
        <w:t xml:space="preserve"> </w:t>
      </w:r>
      <w:proofErr w:type="spellStart"/>
      <w:r>
        <w:t>treguar</w:t>
      </w:r>
      <w:proofErr w:type="spellEnd"/>
      <w:r>
        <w:t xml:space="preserve"> </w:t>
      </w:r>
      <w:proofErr w:type="spellStart"/>
      <w:r>
        <w:t>performancën</w:t>
      </w:r>
      <w:proofErr w:type="spellEnd"/>
      <w:r>
        <w:t xml:space="preserve">, e </w:t>
      </w:r>
      <w:proofErr w:type="spellStart"/>
      <w:r>
        <w:t>kam</w:t>
      </w:r>
      <w:proofErr w:type="spellEnd"/>
      <w:r>
        <w:t xml:space="preserve"> </w:t>
      </w:r>
      <w:proofErr w:type="spellStart"/>
      <w:r>
        <w:t>dëgjuar</w:t>
      </w:r>
      <w:proofErr w:type="spellEnd"/>
      <w:r>
        <w:t xml:space="preserve"> </w:t>
      </w:r>
      <w:proofErr w:type="spellStart"/>
      <w:r>
        <w:t>dhe</w:t>
      </w:r>
      <w:proofErr w:type="spellEnd"/>
      <w:r>
        <w:t xml:space="preserve"> </w:t>
      </w:r>
      <w:proofErr w:type="spellStart"/>
      <w:r>
        <w:t>në</w:t>
      </w:r>
      <w:proofErr w:type="spellEnd"/>
      <w:r>
        <w:t xml:space="preserve"> </w:t>
      </w:r>
      <w:proofErr w:type="spellStart"/>
      <w:r>
        <w:t>dëgjesë</w:t>
      </w:r>
      <w:proofErr w:type="spellEnd"/>
      <w:r>
        <w:t xml:space="preserve"> </w:t>
      </w:r>
      <w:proofErr w:type="spellStart"/>
      <w:r>
        <w:t>që</w:t>
      </w:r>
      <w:proofErr w:type="spellEnd"/>
      <w:r>
        <w:t xml:space="preserve"> </w:t>
      </w:r>
      <w:proofErr w:type="spellStart"/>
      <w:r>
        <w:t>nga</w:t>
      </w:r>
      <w:proofErr w:type="spellEnd"/>
      <w:r>
        <w:t xml:space="preserve"> ana </w:t>
      </w:r>
      <w:proofErr w:type="spellStart"/>
      <w:r>
        <w:t>financiare</w:t>
      </w:r>
      <w:proofErr w:type="spellEnd"/>
      <w:r>
        <w:t xml:space="preserve"> </w:t>
      </w:r>
      <w:proofErr w:type="spellStart"/>
      <w:r>
        <w:t>dhe</w:t>
      </w:r>
      <w:proofErr w:type="spellEnd"/>
      <w:r>
        <w:t xml:space="preserve"> </w:t>
      </w:r>
      <w:proofErr w:type="spellStart"/>
      <w:r>
        <w:t>tabelat</w:t>
      </w:r>
      <w:proofErr w:type="spellEnd"/>
      <w:r>
        <w:t xml:space="preserve"> </w:t>
      </w:r>
      <w:proofErr w:type="spellStart"/>
      <w:r>
        <w:t>ndoshta</w:t>
      </w:r>
      <w:proofErr w:type="spellEnd"/>
      <w:r>
        <w:t xml:space="preserve"> e </w:t>
      </w:r>
      <w:proofErr w:type="spellStart"/>
      <w:r>
        <w:t>kanë</w:t>
      </w:r>
      <w:proofErr w:type="spellEnd"/>
      <w:r>
        <w:t xml:space="preserve">, </w:t>
      </w:r>
      <w:proofErr w:type="spellStart"/>
      <w:r>
        <w:t>bashkia</w:t>
      </w:r>
      <w:proofErr w:type="spellEnd"/>
      <w:r>
        <w:t xml:space="preserve"> e </w:t>
      </w:r>
      <w:proofErr w:type="spellStart"/>
      <w:r>
        <w:t>Vaudejsit</w:t>
      </w:r>
      <w:proofErr w:type="spellEnd"/>
      <w:r>
        <w:t xml:space="preserve"> ka </w:t>
      </w:r>
      <w:proofErr w:type="spellStart"/>
      <w:r>
        <w:t>performancë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më</w:t>
      </w:r>
      <w:proofErr w:type="spellEnd"/>
      <w:r>
        <w:t xml:space="preserve"> </w:t>
      </w:r>
      <w:proofErr w:type="spellStart"/>
      <w:r>
        <w:t>të</w:t>
      </w:r>
      <w:proofErr w:type="spellEnd"/>
      <w:r>
        <w:t xml:space="preserve"> </w:t>
      </w:r>
      <w:proofErr w:type="spellStart"/>
      <w:r>
        <w:t>mirë</w:t>
      </w:r>
      <w:proofErr w:type="spellEnd"/>
      <w:r>
        <w:t xml:space="preserve"> </w:t>
      </w:r>
      <w:proofErr w:type="spellStart"/>
      <w:r>
        <w:t>financiare</w:t>
      </w:r>
      <w:proofErr w:type="spellEnd"/>
      <w:r>
        <w:t xml:space="preserve"> se Shkodra, apo jo? A </w:t>
      </w:r>
      <w:proofErr w:type="spellStart"/>
      <w:r>
        <w:t>është</w:t>
      </w:r>
      <w:proofErr w:type="spellEnd"/>
      <w:r>
        <w:t xml:space="preserve"> </w:t>
      </w:r>
      <w:proofErr w:type="spellStart"/>
      <w:r>
        <w:t>kjo</w:t>
      </w:r>
      <w:proofErr w:type="spellEnd"/>
      <w:r>
        <w:t xml:space="preserve"> </w:t>
      </w:r>
      <w:proofErr w:type="spellStart"/>
      <w:r>
        <w:t>treguese</w:t>
      </w:r>
      <w:proofErr w:type="spellEnd"/>
      <w:r>
        <w:t xml:space="preserve"> e </w:t>
      </w:r>
      <w:proofErr w:type="spellStart"/>
      <w:r>
        <w:t>saktë</w:t>
      </w:r>
      <w:proofErr w:type="spellEnd"/>
      <w:r>
        <w:t xml:space="preserve"> </w:t>
      </w:r>
      <w:r>
        <w:lastRenderedPageBreak/>
        <w:t xml:space="preserve">e </w:t>
      </w:r>
      <w:proofErr w:type="spellStart"/>
      <w:r>
        <w:t>asaj</w:t>
      </w:r>
      <w:proofErr w:type="spellEnd"/>
      <w:r>
        <w:t xml:space="preserve"> </w:t>
      </w:r>
      <w:proofErr w:type="spellStart"/>
      <w:r>
        <w:t>çka</w:t>
      </w:r>
      <w:proofErr w:type="spellEnd"/>
      <w:r>
        <w:t xml:space="preserve"> ne </w:t>
      </w:r>
      <w:proofErr w:type="spellStart"/>
      <w:r>
        <w:t>pretendojmë</w:t>
      </w:r>
      <w:proofErr w:type="spellEnd"/>
      <w:r>
        <w:t xml:space="preserve"> </w:t>
      </w:r>
      <w:proofErr w:type="spellStart"/>
      <w:r>
        <w:t>që</w:t>
      </w:r>
      <w:proofErr w:type="spellEnd"/>
      <w:r>
        <w:t xml:space="preserve"> </w:t>
      </w:r>
      <w:proofErr w:type="spellStart"/>
      <w:r>
        <w:t>bashkia</w:t>
      </w:r>
      <w:proofErr w:type="spellEnd"/>
      <w:r>
        <w:t xml:space="preserve"> e </w:t>
      </w:r>
      <w:proofErr w:type="spellStart"/>
      <w:r>
        <w:t>madhe</w:t>
      </w:r>
      <w:proofErr w:type="spellEnd"/>
      <w:r>
        <w:t xml:space="preserve"> </w:t>
      </w:r>
      <w:proofErr w:type="spellStart"/>
      <w:r>
        <w:t>nuk</w:t>
      </w:r>
      <w:proofErr w:type="spellEnd"/>
      <w:r>
        <w:t xml:space="preserve"> </w:t>
      </w:r>
      <w:proofErr w:type="spellStart"/>
      <w:r>
        <w:t>performon</w:t>
      </w:r>
      <w:proofErr w:type="spellEnd"/>
      <w:r>
        <w:t xml:space="preserve"> </w:t>
      </w:r>
      <w:proofErr w:type="spellStart"/>
      <w:r>
        <w:t>aq</w:t>
      </w:r>
      <w:proofErr w:type="spellEnd"/>
      <w:r>
        <w:t xml:space="preserve"> </w:t>
      </w:r>
      <w:proofErr w:type="spellStart"/>
      <w:r>
        <w:t>mirë</w:t>
      </w:r>
      <w:proofErr w:type="spellEnd"/>
      <w:r>
        <w:t xml:space="preserve"> </w:t>
      </w:r>
      <w:proofErr w:type="spellStart"/>
      <w:r>
        <w:t>sa</w:t>
      </w:r>
      <w:proofErr w:type="spellEnd"/>
      <w:r>
        <w:t xml:space="preserve"> </w:t>
      </w:r>
      <w:proofErr w:type="spellStart"/>
      <w:r>
        <w:t>ç'pretendohet</w:t>
      </w:r>
      <w:proofErr w:type="spellEnd"/>
      <w:r>
        <w:t xml:space="preserve">? </w:t>
      </w:r>
      <w:proofErr w:type="spellStart"/>
      <w:r>
        <w:t>Hajde</w:t>
      </w:r>
      <w:proofErr w:type="spellEnd"/>
      <w:r>
        <w:t xml:space="preserve">, </w:t>
      </w:r>
      <w:proofErr w:type="spellStart"/>
      <w:r>
        <w:t>shkrim</w:t>
      </w:r>
      <w:proofErr w:type="spellEnd"/>
      <w:r>
        <w:t xml:space="preserve"> </w:t>
      </w:r>
      <w:proofErr w:type="spellStart"/>
      <w:r>
        <w:t>të</w:t>
      </w:r>
      <w:proofErr w:type="spellEnd"/>
      <w:r>
        <w:t xml:space="preserve"> </w:t>
      </w:r>
      <w:proofErr w:type="spellStart"/>
      <w:r>
        <w:t>vogla</w:t>
      </w:r>
      <w:proofErr w:type="spellEnd"/>
      <w:r>
        <w:t xml:space="preserve"> </w:t>
      </w:r>
      <w:proofErr w:type="spellStart"/>
      <w:r>
        <w:t>t'i</w:t>
      </w:r>
      <w:proofErr w:type="spellEnd"/>
      <w:r>
        <w:t xml:space="preserve"> </w:t>
      </w:r>
      <w:proofErr w:type="spellStart"/>
      <w:r>
        <w:t>bëjmë</w:t>
      </w:r>
      <w:proofErr w:type="spellEnd"/>
      <w:r>
        <w:t xml:space="preserve"> </w:t>
      </w:r>
      <w:proofErr w:type="spellStart"/>
      <w:r>
        <w:t>të</w:t>
      </w:r>
      <w:proofErr w:type="spellEnd"/>
      <w:r>
        <w:t xml:space="preserve"> </w:t>
      </w:r>
      <w:proofErr w:type="spellStart"/>
      <w:r>
        <w:t>dakord</w:t>
      </w:r>
      <w:proofErr w:type="spellEnd"/>
      <w:r>
        <w:t xml:space="preserve">, se </w:t>
      </w:r>
      <w:proofErr w:type="spellStart"/>
      <w:r>
        <w:t>nuk</w:t>
      </w:r>
      <w:proofErr w:type="spellEnd"/>
      <w:r>
        <w:t xml:space="preserve"> </w:t>
      </w:r>
      <w:proofErr w:type="spellStart"/>
      <w:r>
        <w:t>performon</w:t>
      </w:r>
      <w:proofErr w:type="spellEnd"/>
      <w:r>
        <w:t xml:space="preserve"> </w:t>
      </w:r>
      <w:proofErr w:type="spellStart"/>
      <w:r>
        <w:t>mirë</w:t>
      </w:r>
      <w:proofErr w:type="spellEnd"/>
      <w:r>
        <w:t xml:space="preserve">, </w:t>
      </w:r>
      <w:proofErr w:type="spellStart"/>
      <w:r>
        <w:t>pasi</w:t>
      </w:r>
      <w:proofErr w:type="spellEnd"/>
      <w:r>
        <w:t xml:space="preserve"> ka </w:t>
      </w:r>
      <w:proofErr w:type="spellStart"/>
      <w:r>
        <w:t>bashki</w:t>
      </w:r>
      <w:proofErr w:type="spellEnd"/>
      <w:r>
        <w:t xml:space="preserve"> </w:t>
      </w:r>
      <w:proofErr w:type="spellStart"/>
      <w:r>
        <w:t>të</w:t>
      </w:r>
      <w:proofErr w:type="spellEnd"/>
      <w:r>
        <w:t xml:space="preserve"> </w:t>
      </w:r>
      <w:proofErr w:type="spellStart"/>
      <w:r>
        <w:t>vogla</w:t>
      </w:r>
      <w:proofErr w:type="spellEnd"/>
      <w:r>
        <w:t xml:space="preserve">, se e </w:t>
      </w:r>
      <w:proofErr w:type="spellStart"/>
      <w:r>
        <w:t>tillë</w:t>
      </w:r>
      <w:proofErr w:type="spellEnd"/>
      <w:r>
        <w:t xml:space="preserve"> </w:t>
      </w:r>
      <w:proofErr w:type="spellStart"/>
      <w:r>
        <w:t>konsiderohet</w:t>
      </w:r>
      <w:proofErr w:type="spellEnd"/>
      <w:r>
        <w:t xml:space="preserve"> </w:t>
      </w:r>
      <w:proofErr w:type="spellStart"/>
      <w:r>
        <w:t>Vaudejsit</w:t>
      </w:r>
      <w:proofErr w:type="spellEnd"/>
      <w:r>
        <w:t xml:space="preserve">. 19.000 </w:t>
      </w:r>
      <w:proofErr w:type="spellStart"/>
      <w:r>
        <w:t>banorë</w:t>
      </w:r>
      <w:proofErr w:type="spellEnd"/>
      <w:r>
        <w:t xml:space="preserve"> </w:t>
      </w:r>
      <w:proofErr w:type="spellStart"/>
      <w:r>
        <w:t>është</w:t>
      </w:r>
      <w:proofErr w:type="spellEnd"/>
      <w:r>
        <w:t xml:space="preserve"> me census. Po </w:t>
      </w:r>
      <w:proofErr w:type="spellStart"/>
      <w:r>
        <w:t>flas</w:t>
      </w:r>
      <w:proofErr w:type="spellEnd"/>
      <w:r>
        <w:t xml:space="preserve">, </w:t>
      </w:r>
      <w:proofErr w:type="spellStart"/>
      <w:r>
        <w:t>gjendje</w:t>
      </w:r>
      <w:proofErr w:type="spellEnd"/>
      <w:r>
        <w:t xml:space="preserve"> civile. E po, </w:t>
      </w:r>
      <w:proofErr w:type="spellStart"/>
      <w:r>
        <w:t>unë</w:t>
      </w:r>
      <w:proofErr w:type="spellEnd"/>
      <w:r>
        <w:t xml:space="preserve"> </w:t>
      </w:r>
      <w:proofErr w:type="spellStart"/>
      <w:r>
        <w:t>flas</w:t>
      </w:r>
      <w:proofErr w:type="spellEnd"/>
      <w:r>
        <w:t xml:space="preserve"> me census. Me </w:t>
      </w:r>
      <w:proofErr w:type="spellStart"/>
      <w:r>
        <w:t>gjendje</w:t>
      </w:r>
      <w:proofErr w:type="spellEnd"/>
      <w:r>
        <w:t xml:space="preserve"> civile </w:t>
      </w:r>
      <w:proofErr w:type="spellStart"/>
      <w:r>
        <w:t>janë</w:t>
      </w:r>
      <w:proofErr w:type="spellEnd"/>
      <w:r>
        <w:t xml:space="preserve"> </w:t>
      </w:r>
      <w:proofErr w:type="spellStart"/>
      <w:r>
        <w:t>në</w:t>
      </w:r>
      <w:proofErr w:type="spellEnd"/>
      <w:r>
        <w:t xml:space="preserve"> </w:t>
      </w:r>
      <w:proofErr w:type="spellStart"/>
      <w:r>
        <w:t>emigracion</w:t>
      </w:r>
      <w:proofErr w:type="spellEnd"/>
      <w:r>
        <w:t xml:space="preserve"> </w:t>
      </w:r>
      <w:proofErr w:type="spellStart"/>
      <w:r>
        <w:t>ato</w:t>
      </w:r>
      <w:proofErr w:type="spellEnd"/>
      <w:r>
        <w:t xml:space="preserve">, </w:t>
      </w:r>
      <w:proofErr w:type="spellStart"/>
      <w:r>
        <w:t>zoti</w:t>
      </w:r>
      <w:proofErr w:type="spellEnd"/>
      <w:r>
        <w:t xml:space="preserve"> Shkreli, </w:t>
      </w:r>
      <w:proofErr w:type="spellStart"/>
      <w:r>
        <w:t>ato</w:t>
      </w:r>
      <w:proofErr w:type="spellEnd"/>
      <w:r>
        <w:t xml:space="preserve"> 30.000 </w:t>
      </w:r>
      <w:proofErr w:type="spellStart"/>
      <w:r>
        <w:t>që</w:t>
      </w:r>
      <w:proofErr w:type="spellEnd"/>
      <w:r>
        <w:t xml:space="preserve"> </w:t>
      </w:r>
      <w:proofErr w:type="spellStart"/>
      <w:r>
        <w:t>atëhere</w:t>
      </w:r>
      <w:proofErr w:type="spellEnd"/>
      <w:r>
        <w:t xml:space="preserve"> </w:t>
      </w:r>
      <w:proofErr w:type="spellStart"/>
      <w:r>
        <w:t>ju</w:t>
      </w:r>
      <w:proofErr w:type="spellEnd"/>
      <w:r>
        <w:t xml:space="preserve"> </w:t>
      </w:r>
      <w:proofErr w:type="spellStart"/>
      <w:r>
        <w:t>rrëzoni</w:t>
      </w:r>
      <w:proofErr w:type="spellEnd"/>
      <w:r>
        <w:t xml:space="preserve"> </w:t>
      </w:r>
      <w:proofErr w:type="spellStart"/>
      <w:r>
        <w:t>censusin</w:t>
      </w:r>
      <w:proofErr w:type="spellEnd"/>
      <w:r>
        <w:t xml:space="preserve"> e </w:t>
      </w:r>
      <w:proofErr w:type="spellStart"/>
      <w:r>
        <w:t>qeverisë</w:t>
      </w:r>
      <w:proofErr w:type="spellEnd"/>
      <w:r>
        <w:t xml:space="preserve"> </w:t>
      </w:r>
      <w:proofErr w:type="spellStart"/>
      <w:r>
        <w:t>tuaj</w:t>
      </w:r>
      <w:proofErr w:type="spellEnd"/>
      <w:r>
        <w:t xml:space="preserve">. </w:t>
      </w:r>
      <w:proofErr w:type="spellStart"/>
      <w:r>
        <w:t>Dakord</w:t>
      </w:r>
      <w:proofErr w:type="spellEnd"/>
      <w:r>
        <w:t xml:space="preserve"> jam </w:t>
      </w:r>
      <w:proofErr w:type="spellStart"/>
      <w:r>
        <w:t>unë</w:t>
      </w:r>
      <w:proofErr w:type="spellEnd"/>
      <w:r>
        <w:t xml:space="preserve">. Nuk them </w:t>
      </w:r>
      <w:proofErr w:type="spellStart"/>
      <w:r>
        <w:t>asgjë</w:t>
      </w:r>
      <w:proofErr w:type="spellEnd"/>
      <w:r>
        <w:t xml:space="preserve"> </w:t>
      </w:r>
      <w:proofErr w:type="spellStart"/>
      <w:r>
        <w:t>për</w:t>
      </w:r>
      <w:proofErr w:type="spellEnd"/>
      <w:r>
        <w:t xml:space="preserve"> </w:t>
      </w:r>
      <w:proofErr w:type="spellStart"/>
      <w:r>
        <w:t>këtë</w:t>
      </w:r>
      <w:proofErr w:type="spellEnd"/>
      <w:r>
        <w:t xml:space="preserve"> </w:t>
      </w:r>
      <w:proofErr w:type="spellStart"/>
      <w:r>
        <w:t>gjë</w:t>
      </w:r>
      <w:proofErr w:type="spellEnd"/>
      <w:r>
        <w:t xml:space="preserve">. </w:t>
      </w:r>
      <w:proofErr w:type="spellStart"/>
      <w:r>
        <w:t>Në</w:t>
      </w:r>
      <w:proofErr w:type="spellEnd"/>
      <w:r>
        <w:t xml:space="preserve"> </w:t>
      </w:r>
      <w:proofErr w:type="spellStart"/>
      <w:r>
        <w:t>qoftë</w:t>
      </w:r>
      <w:proofErr w:type="spellEnd"/>
      <w:r>
        <w:t xml:space="preserve"> se e </w:t>
      </w:r>
      <w:proofErr w:type="spellStart"/>
      <w:r>
        <w:t>rrëzoni</w:t>
      </w:r>
      <w:proofErr w:type="spellEnd"/>
      <w:r>
        <w:t xml:space="preserve">, </w:t>
      </w:r>
      <w:proofErr w:type="spellStart"/>
      <w:r>
        <w:t>edhe</w:t>
      </w:r>
      <w:proofErr w:type="spellEnd"/>
      <w:r>
        <w:t xml:space="preserve"> </w:t>
      </w:r>
      <w:proofErr w:type="spellStart"/>
      <w:r>
        <w:t>unë</w:t>
      </w:r>
      <w:proofErr w:type="spellEnd"/>
      <w:r>
        <w:t xml:space="preserve"> jam </w:t>
      </w:r>
      <w:proofErr w:type="spellStart"/>
      <w:r>
        <w:t>shumë</w:t>
      </w:r>
      <w:proofErr w:type="spellEnd"/>
      <w:r>
        <w:t xml:space="preserve"> </w:t>
      </w:r>
      <w:proofErr w:type="spellStart"/>
      <w:r>
        <w:t>dakord</w:t>
      </w:r>
      <w:proofErr w:type="spellEnd"/>
      <w:r>
        <w:t xml:space="preserve">. </w:t>
      </w:r>
      <w:proofErr w:type="spellStart"/>
      <w:r>
        <w:t>Në</w:t>
      </w:r>
      <w:proofErr w:type="spellEnd"/>
      <w:r>
        <w:t xml:space="preserve"> </w:t>
      </w:r>
      <w:proofErr w:type="spellStart"/>
      <w:r>
        <w:t>qoftë</w:t>
      </w:r>
      <w:proofErr w:type="spellEnd"/>
      <w:r>
        <w:t xml:space="preserve"> se e </w:t>
      </w:r>
      <w:proofErr w:type="spellStart"/>
      <w:r>
        <w:t>rrëzoni</w:t>
      </w:r>
      <w:proofErr w:type="spellEnd"/>
      <w:r>
        <w:t xml:space="preserve"> </w:t>
      </w:r>
      <w:proofErr w:type="spellStart"/>
      <w:r>
        <w:t>dhe</w:t>
      </w:r>
      <w:proofErr w:type="spellEnd"/>
      <w:r>
        <w:t xml:space="preserve"> </w:t>
      </w:r>
      <w:proofErr w:type="spellStart"/>
      <w:r>
        <w:t>më</w:t>
      </w:r>
      <w:proofErr w:type="spellEnd"/>
      <w:r>
        <w:t xml:space="preserve"> </w:t>
      </w:r>
      <w:proofErr w:type="spellStart"/>
      <w:r>
        <w:t>vjen</w:t>
      </w:r>
      <w:proofErr w:type="spellEnd"/>
      <w:r>
        <w:t xml:space="preserve"> </w:t>
      </w:r>
      <w:proofErr w:type="spellStart"/>
      <w:r>
        <w:t>mirë</w:t>
      </w:r>
      <w:proofErr w:type="spellEnd"/>
      <w:r>
        <w:t xml:space="preserve">, </w:t>
      </w:r>
      <w:proofErr w:type="spellStart"/>
      <w:r>
        <w:t>edhe</w:t>
      </w:r>
      <w:proofErr w:type="spellEnd"/>
      <w:r>
        <w:t xml:space="preserve"> </w:t>
      </w:r>
      <w:proofErr w:type="spellStart"/>
      <w:r>
        <w:t>unë</w:t>
      </w:r>
      <w:proofErr w:type="spellEnd"/>
      <w:r>
        <w:t xml:space="preserve">, </w:t>
      </w:r>
      <w:proofErr w:type="spellStart"/>
      <w:r>
        <w:t>edhe</w:t>
      </w:r>
      <w:proofErr w:type="spellEnd"/>
      <w:r>
        <w:t xml:space="preserve"> </w:t>
      </w:r>
      <w:proofErr w:type="spellStart"/>
      <w:r>
        <w:t>unë</w:t>
      </w:r>
      <w:proofErr w:type="spellEnd"/>
      <w:r>
        <w:t xml:space="preserve"> </w:t>
      </w:r>
      <w:proofErr w:type="spellStart"/>
      <w:r>
        <w:t>i</w:t>
      </w:r>
      <w:proofErr w:type="spellEnd"/>
      <w:r>
        <w:t xml:space="preserve"> </w:t>
      </w:r>
      <w:proofErr w:type="spellStart"/>
      <w:r>
        <w:t>bashkohem</w:t>
      </w:r>
      <w:proofErr w:type="spellEnd"/>
      <w:r>
        <w:t xml:space="preserve"> </w:t>
      </w:r>
      <w:proofErr w:type="spellStart"/>
      <w:r>
        <w:t>shqetësimit</w:t>
      </w:r>
      <w:proofErr w:type="spellEnd"/>
      <w:r>
        <w:t xml:space="preserve"> </w:t>
      </w:r>
      <w:proofErr w:type="spellStart"/>
      <w:r>
        <w:t>tuaj</w:t>
      </w:r>
      <w:proofErr w:type="spellEnd"/>
      <w:r>
        <w:t xml:space="preserve">. </w:t>
      </w:r>
      <w:proofErr w:type="spellStart"/>
      <w:r>
        <w:t>Janë</w:t>
      </w:r>
      <w:proofErr w:type="spellEnd"/>
      <w:r>
        <w:t xml:space="preserve"> </w:t>
      </w:r>
      <w:proofErr w:type="spellStart"/>
      <w:r>
        <w:t>bërë</w:t>
      </w:r>
      <w:proofErr w:type="spellEnd"/>
      <w:r>
        <w:t xml:space="preserve"> </w:t>
      </w:r>
      <w:proofErr w:type="spellStart"/>
      <w:r>
        <w:t>shumë</w:t>
      </w:r>
      <w:proofErr w:type="spellEnd"/>
      <w:r>
        <w:t xml:space="preserve"> </w:t>
      </w:r>
      <w:proofErr w:type="spellStart"/>
      <w:r>
        <w:t>falsifikime</w:t>
      </w:r>
      <w:proofErr w:type="spellEnd"/>
      <w:r>
        <w:t xml:space="preserve">, por </w:t>
      </w:r>
      <w:proofErr w:type="spellStart"/>
      <w:r>
        <w:t>sa</w:t>
      </w:r>
      <w:proofErr w:type="spellEnd"/>
      <w:r>
        <w:t xml:space="preserve"> </w:t>
      </w:r>
      <w:proofErr w:type="spellStart"/>
      <w:r>
        <w:t>mirë</w:t>
      </w:r>
      <w:proofErr w:type="spellEnd"/>
      <w:r>
        <w:t xml:space="preserve"> </w:t>
      </w:r>
      <w:proofErr w:type="spellStart"/>
      <w:r>
        <w:t>që</w:t>
      </w:r>
      <w:proofErr w:type="spellEnd"/>
      <w:r>
        <w:t xml:space="preserve"> </w:t>
      </w:r>
      <w:proofErr w:type="spellStart"/>
      <w:r>
        <w:t>vjen</w:t>
      </w:r>
      <w:proofErr w:type="spellEnd"/>
      <w:r>
        <w:t xml:space="preserve"> </w:t>
      </w:r>
      <w:proofErr w:type="spellStart"/>
      <w:r>
        <w:t>nga</w:t>
      </w:r>
      <w:proofErr w:type="spellEnd"/>
      <w:r>
        <w:t xml:space="preserve"> </w:t>
      </w:r>
      <w:proofErr w:type="spellStart"/>
      <w:r>
        <w:t>goja</w:t>
      </w:r>
      <w:proofErr w:type="spellEnd"/>
      <w:r>
        <w:t xml:space="preserve"> </w:t>
      </w:r>
      <w:proofErr w:type="spellStart"/>
      <w:r>
        <w:t>juaj</w:t>
      </w:r>
      <w:proofErr w:type="spellEnd"/>
      <w:r>
        <w:t xml:space="preserve"> se e </w:t>
      </w:r>
      <w:proofErr w:type="spellStart"/>
      <w:r>
        <w:t>vërteta</w:t>
      </w:r>
      <w:proofErr w:type="spellEnd"/>
      <w:r>
        <w:t xml:space="preserve"> </w:t>
      </w:r>
      <w:proofErr w:type="spellStart"/>
      <w:r>
        <w:t>merr</w:t>
      </w:r>
      <w:proofErr w:type="spellEnd"/>
      <w:r>
        <w:t xml:space="preserve"> </w:t>
      </w:r>
      <w:proofErr w:type="spellStart"/>
      <w:r>
        <w:t>formë</w:t>
      </w:r>
      <w:proofErr w:type="spellEnd"/>
      <w:r>
        <w:t xml:space="preserve"> </w:t>
      </w:r>
      <w:proofErr w:type="spellStart"/>
      <w:r>
        <w:t>tjetër</w:t>
      </w:r>
      <w:proofErr w:type="spellEnd"/>
      <w:r>
        <w:t xml:space="preserve">, </w:t>
      </w:r>
      <w:proofErr w:type="spellStart"/>
      <w:r>
        <w:t>ndryshe</w:t>
      </w:r>
      <w:proofErr w:type="spellEnd"/>
      <w:r>
        <w:t xml:space="preserve"> </w:t>
      </w:r>
      <w:proofErr w:type="spellStart"/>
      <w:r>
        <w:t>kur</w:t>
      </w:r>
      <w:proofErr w:type="spellEnd"/>
      <w:r>
        <w:t xml:space="preserve"> </w:t>
      </w:r>
      <w:proofErr w:type="spellStart"/>
      <w:r>
        <w:t>vjen</w:t>
      </w:r>
      <w:proofErr w:type="spellEnd"/>
      <w:r>
        <w:t xml:space="preserve"> </w:t>
      </w:r>
      <w:proofErr w:type="spellStart"/>
      <w:r>
        <w:t>nga</w:t>
      </w:r>
      <w:proofErr w:type="spellEnd"/>
      <w:r>
        <w:t xml:space="preserve"> </w:t>
      </w:r>
      <w:proofErr w:type="spellStart"/>
      <w:r>
        <w:t>goja</w:t>
      </w:r>
      <w:proofErr w:type="spellEnd"/>
      <w:r>
        <w:t xml:space="preserve"> </w:t>
      </w:r>
      <w:proofErr w:type="spellStart"/>
      <w:r>
        <w:t>jonë</w:t>
      </w:r>
      <w:proofErr w:type="spellEnd"/>
      <w:r>
        <w:t xml:space="preserve">. </w:t>
      </w:r>
      <w:proofErr w:type="spellStart"/>
      <w:r>
        <w:t>Mendojnë</w:t>
      </w:r>
      <w:proofErr w:type="spellEnd"/>
      <w:r>
        <w:t xml:space="preserve"> </w:t>
      </w:r>
      <w:proofErr w:type="spellStart"/>
      <w:r>
        <w:t>që</w:t>
      </w:r>
      <w:proofErr w:type="spellEnd"/>
      <w:r>
        <w:t xml:space="preserve"> </w:t>
      </w:r>
      <w:proofErr w:type="spellStart"/>
      <w:r>
        <w:t>janë</w:t>
      </w:r>
      <w:proofErr w:type="spellEnd"/>
      <w:r>
        <w:t xml:space="preserve"> </w:t>
      </w:r>
      <w:proofErr w:type="spellStart"/>
      <w:r>
        <w:t>më</w:t>
      </w:r>
      <w:proofErr w:type="spellEnd"/>
      <w:r>
        <w:t xml:space="preserve"> </w:t>
      </w:r>
      <w:proofErr w:type="spellStart"/>
      <w:r>
        <w:t>pak.</w:t>
      </w:r>
      <w:proofErr w:type="spellEnd"/>
      <w:r>
        <w:t xml:space="preserve"> </w:t>
      </w:r>
      <w:proofErr w:type="spellStart"/>
      <w:r>
        <w:t>Mendojnë</w:t>
      </w:r>
      <w:proofErr w:type="spellEnd"/>
      <w:r>
        <w:t xml:space="preserve"> </w:t>
      </w:r>
      <w:proofErr w:type="spellStart"/>
      <w:r>
        <w:t>që</w:t>
      </w:r>
      <w:proofErr w:type="spellEnd"/>
      <w:r>
        <w:t xml:space="preserve"> </w:t>
      </w:r>
      <w:proofErr w:type="spellStart"/>
      <w:r>
        <w:t>janë</w:t>
      </w:r>
      <w:proofErr w:type="spellEnd"/>
      <w:r>
        <w:t xml:space="preserve"> </w:t>
      </w:r>
      <w:proofErr w:type="spellStart"/>
      <w:r>
        <w:t>më</w:t>
      </w:r>
      <w:proofErr w:type="spellEnd"/>
      <w:r>
        <w:t xml:space="preserve"> </w:t>
      </w:r>
      <w:proofErr w:type="spellStart"/>
      <w:r>
        <w:t>pak.</w:t>
      </w:r>
      <w:proofErr w:type="spellEnd"/>
      <w:r>
        <w:t xml:space="preserve"> </w:t>
      </w:r>
      <w:proofErr w:type="spellStart"/>
      <w:r>
        <w:t>Okej</w:t>
      </w:r>
      <w:proofErr w:type="spellEnd"/>
      <w:r>
        <w:t xml:space="preserve">. Po, </w:t>
      </w:r>
      <w:proofErr w:type="spellStart"/>
      <w:r>
        <w:t>pra</w:t>
      </w:r>
      <w:proofErr w:type="spellEnd"/>
      <w:r>
        <w:t xml:space="preserve">, po. Se </w:t>
      </w:r>
      <w:proofErr w:type="spellStart"/>
      <w:r>
        <w:t>mendojnë</w:t>
      </w:r>
      <w:proofErr w:type="spellEnd"/>
      <w:r>
        <w:t xml:space="preserve"> </w:t>
      </w:r>
      <w:proofErr w:type="spellStart"/>
      <w:r>
        <w:t>që</w:t>
      </w:r>
      <w:proofErr w:type="spellEnd"/>
      <w:r>
        <w:t xml:space="preserve"> </w:t>
      </w:r>
      <w:proofErr w:type="spellStart"/>
      <w:r>
        <w:t>janë</w:t>
      </w:r>
      <w:proofErr w:type="spellEnd"/>
      <w:r>
        <w:t xml:space="preserve"> </w:t>
      </w:r>
      <w:proofErr w:type="spellStart"/>
      <w:r>
        <w:t>më</w:t>
      </w:r>
      <w:proofErr w:type="spellEnd"/>
      <w:r>
        <w:t xml:space="preserve"> </w:t>
      </w:r>
      <w:proofErr w:type="spellStart"/>
      <w:r>
        <w:t>pak.</w:t>
      </w:r>
      <w:proofErr w:type="spellEnd"/>
      <w:r>
        <w:t xml:space="preserve"> Jo, </w:t>
      </w:r>
      <w:proofErr w:type="spellStart"/>
      <w:r>
        <w:t>unë</w:t>
      </w:r>
      <w:proofErr w:type="spellEnd"/>
      <w:r>
        <w:t xml:space="preserve"> </w:t>
      </w:r>
      <w:proofErr w:type="spellStart"/>
      <w:r>
        <w:t>s'e</w:t>
      </w:r>
      <w:proofErr w:type="spellEnd"/>
      <w:r>
        <w:t xml:space="preserve"> </w:t>
      </w:r>
      <w:proofErr w:type="spellStart"/>
      <w:r>
        <w:t>thashë</w:t>
      </w:r>
      <w:proofErr w:type="spellEnd"/>
      <w:r>
        <w:t xml:space="preserve">, po </w:t>
      </w:r>
      <w:proofErr w:type="spellStart"/>
      <w:r>
        <w:t>zoti</w:t>
      </w:r>
      <w:proofErr w:type="spellEnd"/>
      <w:r>
        <w:t xml:space="preserve"> </w:t>
      </w:r>
      <w:proofErr w:type="spellStart"/>
      <w:r>
        <w:t>Mazniku</w:t>
      </w:r>
      <w:proofErr w:type="spellEnd"/>
      <w:r>
        <w:t xml:space="preserve"> </w:t>
      </w:r>
      <w:proofErr w:type="spellStart"/>
      <w:r>
        <w:t>mendon</w:t>
      </w:r>
      <w:proofErr w:type="spellEnd"/>
      <w:r>
        <w:t xml:space="preserve"> </w:t>
      </w:r>
      <w:proofErr w:type="spellStart"/>
      <w:r>
        <w:t>që</w:t>
      </w:r>
      <w:proofErr w:type="spellEnd"/>
      <w:r>
        <w:t xml:space="preserve"> </w:t>
      </w:r>
      <w:proofErr w:type="spellStart"/>
      <w:r>
        <w:t>unë</w:t>
      </w:r>
      <w:proofErr w:type="spellEnd"/>
      <w:r>
        <w:t xml:space="preserve"> </w:t>
      </w:r>
      <w:proofErr w:type="spellStart"/>
      <w:r>
        <w:t>mendoj</w:t>
      </w:r>
      <w:proofErr w:type="spellEnd"/>
      <w:r>
        <w:t xml:space="preserve">, </w:t>
      </w:r>
      <w:proofErr w:type="spellStart"/>
      <w:r>
        <w:t>domethënë</w:t>
      </w:r>
      <w:proofErr w:type="spellEnd"/>
      <w:r>
        <w:t xml:space="preserve">, </w:t>
      </w:r>
      <w:proofErr w:type="spellStart"/>
      <w:r>
        <w:t>është</w:t>
      </w:r>
      <w:proofErr w:type="spellEnd"/>
      <w:r>
        <w:t xml:space="preserve">, </w:t>
      </w:r>
      <w:proofErr w:type="spellStart"/>
      <w:r>
        <w:t>është</w:t>
      </w:r>
      <w:proofErr w:type="spellEnd"/>
      <w:r>
        <w:t xml:space="preserve">, po, e ka, </w:t>
      </w:r>
      <w:proofErr w:type="spellStart"/>
      <w:r>
        <w:t>domethënë</w:t>
      </w:r>
      <w:proofErr w:type="spellEnd"/>
      <w:r>
        <w:t xml:space="preserve">, </w:t>
      </w:r>
      <w:proofErr w:type="spellStart"/>
      <w:r>
        <w:t>mendimin</w:t>
      </w:r>
      <w:proofErr w:type="spellEnd"/>
      <w:r>
        <w:t xml:space="preserve"> e </w:t>
      </w:r>
      <w:proofErr w:type="spellStart"/>
      <w:r>
        <w:t>e</w:t>
      </w:r>
      <w:proofErr w:type="spellEnd"/>
      <w:r>
        <w:t xml:space="preserve"> </w:t>
      </w:r>
      <w:proofErr w:type="spellStart"/>
      <w:r>
        <w:t>bashkon</w:t>
      </w:r>
      <w:proofErr w:type="spellEnd"/>
      <w:r>
        <w:t xml:space="preserve"> </w:t>
      </w:r>
      <w:proofErr w:type="spellStart"/>
      <w:r>
        <w:t>bashkë</w:t>
      </w:r>
      <w:proofErr w:type="spellEnd"/>
      <w:r>
        <w:t xml:space="preserve"> me </w:t>
      </w:r>
      <w:proofErr w:type="spellStart"/>
      <w:r>
        <w:t>fantazinë</w:t>
      </w:r>
      <w:proofErr w:type="spellEnd"/>
      <w:r>
        <w:t xml:space="preserve">. </w:t>
      </w:r>
      <w:proofErr w:type="spellStart"/>
      <w:r>
        <w:t>Unë</w:t>
      </w:r>
      <w:proofErr w:type="spellEnd"/>
      <w:r>
        <w:t xml:space="preserve"> </w:t>
      </w:r>
      <w:proofErr w:type="spellStart"/>
      <w:r>
        <w:t>saktësinë</w:t>
      </w:r>
      <w:proofErr w:type="spellEnd"/>
      <w:r>
        <w:t xml:space="preserve"> </w:t>
      </w:r>
      <w:proofErr w:type="spellStart"/>
      <w:r>
        <w:t>nuk</w:t>
      </w:r>
      <w:proofErr w:type="spellEnd"/>
      <w:r>
        <w:t xml:space="preserve"> e mas </w:t>
      </w:r>
      <w:proofErr w:type="spellStart"/>
      <w:r>
        <w:t>tek</w:t>
      </w:r>
      <w:proofErr w:type="spellEnd"/>
      <w:r>
        <w:t xml:space="preserve"> </w:t>
      </w:r>
      <w:proofErr w:type="spellStart"/>
      <w:r>
        <w:t>numri</w:t>
      </w:r>
      <w:proofErr w:type="spellEnd"/>
      <w:r>
        <w:t xml:space="preserve">, e mas </w:t>
      </w:r>
      <w:proofErr w:type="spellStart"/>
      <w:r>
        <w:t>tek</w:t>
      </w:r>
      <w:proofErr w:type="spellEnd"/>
      <w:r>
        <w:t xml:space="preserve"> </w:t>
      </w:r>
      <w:proofErr w:type="spellStart"/>
      <w:r>
        <w:t>procedura</w:t>
      </w:r>
      <w:proofErr w:type="spellEnd"/>
      <w:r>
        <w:t xml:space="preserve">, </w:t>
      </w:r>
      <w:proofErr w:type="spellStart"/>
      <w:r>
        <w:t>tek</w:t>
      </w:r>
      <w:proofErr w:type="spellEnd"/>
      <w:r>
        <w:t xml:space="preserve"> </w:t>
      </w:r>
      <w:proofErr w:type="spellStart"/>
      <w:r>
        <w:t>mënyra</w:t>
      </w:r>
      <w:proofErr w:type="spellEnd"/>
      <w:r>
        <w:t xml:space="preserve"> </w:t>
      </w:r>
      <w:proofErr w:type="spellStart"/>
      <w:r>
        <w:t>si</w:t>
      </w:r>
      <w:proofErr w:type="spellEnd"/>
      <w:r>
        <w:t xml:space="preserve"> </w:t>
      </w:r>
      <w:proofErr w:type="spellStart"/>
      <w:r>
        <w:t>është</w:t>
      </w:r>
      <w:proofErr w:type="spellEnd"/>
      <w:r>
        <w:t xml:space="preserve"> </w:t>
      </w:r>
      <w:proofErr w:type="spellStart"/>
      <w:r>
        <w:t>bërë</w:t>
      </w:r>
      <w:proofErr w:type="spellEnd"/>
      <w:r>
        <w:t xml:space="preserve"> </w:t>
      </w:r>
      <w:proofErr w:type="spellStart"/>
      <w:r>
        <w:t>regjistrimi</w:t>
      </w:r>
      <w:proofErr w:type="spellEnd"/>
      <w:r>
        <w:t xml:space="preserve">, </w:t>
      </w:r>
      <w:proofErr w:type="spellStart"/>
      <w:r>
        <w:t>sa</w:t>
      </w:r>
      <w:proofErr w:type="spellEnd"/>
      <w:r>
        <w:t xml:space="preserve"> </w:t>
      </w:r>
      <w:proofErr w:type="spellStart"/>
      <w:r>
        <w:t>ligjor</w:t>
      </w:r>
      <w:proofErr w:type="spellEnd"/>
      <w:r>
        <w:t xml:space="preserve"> ka </w:t>
      </w:r>
      <w:proofErr w:type="spellStart"/>
      <w:r>
        <w:t>qenë</w:t>
      </w:r>
      <w:proofErr w:type="spellEnd"/>
      <w:r>
        <w:t xml:space="preserve">. Jam </w:t>
      </w:r>
      <w:proofErr w:type="spellStart"/>
      <w:r>
        <w:t>shumë</w:t>
      </w:r>
      <w:proofErr w:type="spellEnd"/>
      <w:r>
        <w:t xml:space="preserve"> </w:t>
      </w:r>
      <w:proofErr w:type="spellStart"/>
      <w:r>
        <w:t>më</w:t>
      </w:r>
      <w:proofErr w:type="spellEnd"/>
      <w:r>
        <w:t xml:space="preserve"> </w:t>
      </w:r>
      <w:proofErr w:type="spellStart"/>
      <w:r>
        <w:t>ligjor</w:t>
      </w:r>
      <w:proofErr w:type="spellEnd"/>
      <w:r>
        <w:t xml:space="preserve"> </w:t>
      </w:r>
      <w:proofErr w:type="spellStart"/>
      <w:r>
        <w:t>sesa</w:t>
      </w:r>
      <w:proofErr w:type="spellEnd"/>
      <w:r>
        <w:t xml:space="preserve"> </w:t>
      </w:r>
      <w:proofErr w:type="spellStart"/>
      <w:r>
        <w:t>thjesht</w:t>
      </w:r>
      <w:proofErr w:type="spellEnd"/>
      <w:r>
        <w:t xml:space="preserve"> </w:t>
      </w:r>
      <w:proofErr w:type="spellStart"/>
      <w:r>
        <w:t>në</w:t>
      </w:r>
      <w:proofErr w:type="spellEnd"/>
      <w:r>
        <w:t xml:space="preserve"> </w:t>
      </w:r>
      <w:proofErr w:type="spellStart"/>
      <w:r>
        <w:t>një</w:t>
      </w:r>
      <w:proofErr w:type="spellEnd"/>
      <w:r>
        <w:t xml:space="preserve"> </w:t>
      </w:r>
      <w:proofErr w:type="spellStart"/>
      <w:r>
        <w:t>përfundim</w:t>
      </w:r>
      <w:proofErr w:type="spellEnd"/>
      <w:r>
        <w:t xml:space="preserve"> </w:t>
      </w:r>
      <w:proofErr w:type="spellStart"/>
      <w:r>
        <w:t>fantazues</w:t>
      </w:r>
      <w:proofErr w:type="spellEnd"/>
      <w:r>
        <w:t xml:space="preserve">. Jam </w:t>
      </w:r>
      <w:proofErr w:type="spellStart"/>
      <w:r>
        <w:t>dakord</w:t>
      </w:r>
      <w:proofErr w:type="spellEnd"/>
      <w:r>
        <w:t xml:space="preserve"> </w:t>
      </w:r>
      <w:proofErr w:type="spellStart"/>
      <w:r>
        <w:t>nga</w:t>
      </w:r>
      <w:proofErr w:type="spellEnd"/>
      <w:r>
        <w:t xml:space="preserve"> ana </w:t>
      </w:r>
      <w:proofErr w:type="spellStart"/>
      <w:r>
        <w:t>ligjore</w:t>
      </w:r>
      <w:proofErr w:type="spellEnd"/>
      <w:r>
        <w:t xml:space="preserve">. Ai census e </w:t>
      </w:r>
      <w:proofErr w:type="spellStart"/>
      <w:r>
        <w:t>kam</w:t>
      </w:r>
      <w:proofErr w:type="spellEnd"/>
      <w:r>
        <w:t xml:space="preserve"> </w:t>
      </w:r>
      <w:proofErr w:type="spellStart"/>
      <w:r>
        <w:t>përjetuar</w:t>
      </w:r>
      <w:proofErr w:type="spellEnd"/>
      <w:r>
        <w:t xml:space="preserve"> </w:t>
      </w:r>
      <w:proofErr w:type="spellStart"/>
      <w:r>
        <w:t>vetë</w:t>
      </w:r>
      <w:proofErr w:type="spellEnd"/>
      <w:r>
        <w:t xml:space="preserve"> </w:t>
      </w:r>
      <w:proofErr w:type="spellStart"/>
      <w:r>
        <w:t>si</w:t>
      </w:r>
      <w:proofErr w:type="spellEnd"/>
      <w:r>
        <w:t xml:space="preserve"> u </w:t>
      </w:r>
      <w:proofErr w:type="spellStart"/>
      <w:r>
        <w:t>shkëputën</w:t>
      </w:r>
      <w:proofErr w:type="spellEnd"/>
      <w:r>
        <w:t xml:space="preserve"> </w:t>
      </w:r>
      <w:proofErr w:type="spellStart"/>
      <w:r>
        <w:t>lajmi</w:t>
      </w:r>
      <w:proofErr w:type="spellEnd"/>
      <w:r>
        <w:t xml:space="preserve">, </w:t>
      </w:r>
      <w:proofErr w:type="spellStart"/>
      <w:r>
        <w:t>si</w:t>
      </w:r>
      <w:proofErr w:type="spellEnd"/>
      <w:r>
        <w:t xml:space="preserve"> u </w:t>
      </w:r>
      <w:proofErr w:type="spellStart"/>
      <w:r>
        <w:t>bënë</w:t>
      </w:r>
      <w:proofErr w:type="spellEnd"/>
      <w:r>
        <w:t xml:space="preserve"> me iPad </w:t>
      </w:r>
      <w:proofErr w:type="spellStart"/>
      <w:r>
        <w:t>autonom</w:t>
      </w:r>
      <w:proofErr w:type="spellEnd"/>
      <w:r>
        <w:t xml:space="preserve">, </w:t>
      </w:r>
      <w:proofErr w:type="spellStart"/>
      <w:r>
        <w:t>regjistrimet</w:t>
      </w:r>
      <w:proofErr w:type="spellEnd"/>
      <w:r>
        <w:t xml:space="preserve"> e </w:t>
      </w:r>
      <w:proofErr w:type="spellStart"/>
      <w:r>
        <w:t>tjerë</w:t>
      </w:r>
      <w:proofErr w:type="spellEnd"/>
      <w:r>
        <w:t xml:space="preserve">, e </w:t>
      </w:r>
      <w:proofErr w:type="spellStart"/>
      <w:r>
        <w:t>tjerë</w:t>
      </w:r>
      <w:proofErr w:type="spellEnd"/>
      <w:r>
        <w:t xml:space="preserve">. </w:t>
      </w:r>
      <w:proofErr w:type="spellStart"/>
      <w:r>
        <w:t>Pastaj</w:t>
      </w:r>
      <w:proofErr w:type="spellEnd"/>
      <w:r>
        <w:t xml:space="preserve">, </w:t>
      </w:r>
      <w:proofErr w:type="spellStart"/>
      <w:r>
        <w:t>në</w:t>
      </w:r>
      <w:proofErr w:type="spellEnd"/>
      <w:r>
        <w:t xml:space="preserve"> fund, </w:t>
      </w:r>
      <w:proofErr w:type="spellStart"/>
      <w:r>
        <w:t>pasojën</w:t>
      </w:r>
      <w:proofErr w:type="spellEnd"/>
      <w:r>
        <w:t xml:space="preserve"> le ta </w:t>
      </w:r>
      <w:proofErr w:type="spellStart"/>
      <w:r>
        <w:t>nxjerrin</w:t>
      </w:r>
      <w:proofErr w:type="spellEnd"/>
      <w:r>
        <w:t xml:space="preserve"> </w:t>
      </w:r>
      <w:proofErr w:type="spellStart"/>
      <w:r>
        <w:t>specialistët</w:t>
      </w:r>
      <w:proofErr w:type="spellEnd"/>
      <w:r>
        <w:t xml:space="preserve">. Ne </w:t>
      </w:r>
      <w:proofErr w:type="spellStart"/>
      <w:r>
        <w:t>jemi</w:t>
      </w:r>
      <w:proofErr w:type="spellEnd"/>
      <w:r>
        <w:t xml:space="preserve"> </w:t>
      </w:r>
      <w:proofErr w:type="spellStart"/>
      <w:r>
        <w:t>për</w:t>
      </w:r>
      <w:proofErr w:type="spellEnd"/>
      <w:r>
        <w:t xml:space="preserve"> </w:t>
      </w:r>
      <w:proofErr w:type="spellStart"/>
      <w:r>
        <w:t>gjë</w:t>
      </w:r>
      <w:proofErr w:type="spellEnd"/>
      <w:r>
        <w:t xml:space="preserve"> </w:t>
      </w:r>
      <w:proofErr w:type="spellStart"/>
      <w:r>
        <w:t>tjetër</w:t>
      </w:r>
      <w:proofErr w:type="spellEnd"/>
      <w:r>
        <w:t xml:space="preserve"> </w:t>
      </w:r>
      <w:proofErr w:type="spellStart"/>
      <w:r>
        <w:t>këtu</w:t>
      </w:r>
      <w:proofErr w:type="spellEnd"/>
      <w:r>
        <w:t xml:space="preserve">. </w:t>
      </w:r>
      <w:proofErr w:type="spellStart"/>
      <w:r>
        <w:t>Pra</w:t>
      </w:r>
      <w:proofErr w:type="spellEnd"/>
      <w:r>
        <w:t xml:space="preserve">, jo 52.000, 19.000. </w:t>
      </w:r>
      <w:proofErr w:type="spellStart"/>
      <w:r>
        <w:t>Unë</w:t>
      </w:r>
      <w:proofErr w:type="spellEnd"/>
      <w:r>
        <w:t xml:space="preserve"> </w:t>
      </w:r>
      <w:proofErr w:type="spellStart"/>
      <w:r>
        <w:t>flas</w:t>
      </w:r>
      <w:proofErr w:type="spellEnd"/>
      <w:r>
        <w:t xml:space="preserve"> me census. E </w:t>
      </w:r>
      <w:proofErr w:type="spellStart"/>
      <w:r>
        <w:t>konsideroj</w:t>
      </w:r>
      <w:proofErr w:type="spellEnd"/>
      <w:r>
        <w:t xml:space="preserve"> </w:t>
      </w:r>
      <w:proofErr w:type="spellStart"/>
      <w:r>
        <w:t>të</w:t>
      </w:r>
      <w:proofErr w:type="spellEnd"/>
      <w:r>
        <w:t xml:space="preserve"> </w:t>
      </w:r>
      <w:proofErr w:type="spellStart"/>
      <w:r>
        <w:t>vogël</w:t>
      </w:r>
      <w:proofErr w:type="spellEnd"/>
      <w:r>
        <w:t xml:space="preserve">. Mos u </w:t>
      </w:r>
      <w:proofErr w:type="spellStart"/>
      <w:r>
        <w:t>mërzit</w:t>
      </w:r>
      <w:proofErr w:type="spellEnd"/>
      <w:r>
        <w:t xml:space="preserve"> se duke </w:t>
      </w:r>
      <w:proofErr w:type="spellStart"/>
      <w:r>
        <w:t>qenë</w:t>
      </w:r>
      <w:proofErr w:type="spellEnd"/>
      <w:r>
        <w:t xml:space="preserve"> </w:t>
      </w:r>
      <w:proofErr w:type="spellStart"/>
      <w:r>
        <w:t>i</w:t>
      </w:r>
      <w:proofErr w:type="spellEnd"/>
      <w:r>
        <w:t xml:space="preserve"> </w:t>
      </w:r>
      <w:proofErr w:type="spellStart"/>
      <w:r>
        <w:t>vogël</w:t>
      </w:r>
      <w:proofErr w:type="spellEnd"/>
      <w:r>
        <w:t xml:space="preserve">, e </w:t>
      </w:r>
      <w:proofErr w:type="spellStart"/>
      <w:r>
        <w:t>vogël</w:t>
      </w:r>
      <w:proofErr w:type="spellEnd"/>
      <w:r>
        <w:t xml:space="preserve"> </w:t>
      </w:r>
      <w:proofErr w:type="spellStart"/>
      <w:r>
        <w:t>bashkia</w:t>
      </w:r>
      <w:proofErr w:type="spellEnd"/>
      <w:r>
        <w:t xml:space="preserve">, </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i</w:t>
      </w:r>
      <w:proofErr w:type="spellEnd"/>
      <w:r>
        <w:t xml:space="preserve"> </w:t>
      </w:r>
      <w:proofErr w:type="spellStart"/>
      <w:r>
        <w:t>vogël</w:t>
      </w:r>
      <w:proofErr w:type="spellEnd"/>
      <w:r>
        <w:t xml:space="preserve">. </w:t>
      </w:r>
      <w:proofErr w:type="spellStart"/>
      <w:r>
        <w:t>Është</w:t>
      </w:r>
      <w:proofErr w:type="spellEnd"/>
      <w:r>
        <w:t xml:space="preserve"> </w:t>
      </w:r>
      <w:proofErr w:type="spellStart"/>
      <w:r>
        <w:t>kryetar</w:t>
      </w:r>
      <w:proofErr w:type="spellEnd"/>
      <w:r>
        <w:t xml:space="preserve"> </w:t>
      </w:r>
      <w:proofErr w:type="spellStart"/>
      <w:r>
        <w:t>bashkie</w:t>
      </w:r>
      <w:proofErr w:type="spellEnd"/>
      <w:r>
        <w:t xml:space="preserve"> </w:t>
      </w:r>
      <w:proofErr w:type="spellStart"/>
      <w:r>
        <w:t>në</w:t>
      </w:r>
      <w:proofErr w:type="spellEnd"/>
      <w:r>
        <w:t xml:space="preserve"> </w:t>
      </w:r>
      <w:proofErr w:type="spellStart"/>
      <w:r>
        <w:t>të</w:t>
      </w:r>
      <w:proofErr w:type="spellEnd"/>
      <w:r>
        <w:t xml:space="preserve"> </w:t>
      </w:r>
      <w:proofErr w:type="spellStart"/>
      <w:r>
        <w:t>gjitha</w:t>
      </w:r>
      <w:proofErr w:type="spellEnd"/>
      <w:r>
        <w:t xml:space="preserve"> </w:t>
      </w:r>
      <w:proofErr w:type="spellStart"/>
      <w:r>
        <w:t>rastet</w:t>
      </w:r>
      <w:proofErr w:type="spellEnd"/>
      <w:r>
        <w:t xml:space="preserve">. </w:t>
      </w:r>
      <w:proofErr w:type="spellStart"/>
      <w:r>
        <w:t>Edhe</w:t>
      </w:r>
      <w:proofErr w:type="spellEnd"/>
      <w:r>
        <w:t xml:space="preserve"> </w:t>
      </w:r>
      <w:proofErr w:type="spellStart"/>
      <w:r>
        <w:t>Malësia</w:t>
      </w:r>
      <w:proofErr w:type="spellEnd"/>
      <w:r>
        <w:t xml:space="preserve"> e </w:t>
      </w:r>
      <w:proofErr w:type="spellStart"/>
      <w:r>
        <w:t>Madhe</w:t>
      </w:r>
      <w:proofErr w:type="spellEnd"/>
      <w:r>
        <w:t xml:space="preserve"> </w:t>
      </w:r>
      <w:proofErr w:type="spellStart"/>
      <w:r>
        <w:t>nuk</w:t>
      </w:r>
      <w:proofErr w:type="spellEnd"/>
      <w:r>
        <w:t xml:space="preserve"> </w:t>
      </w:r>
      <w:proofErr w:type="spellStart"/>
      <w:r>
        <w:t>konsiderohet</w:t>
      </w:r>
      <w:proofErr w:type="spellEnd"/>
      <w:r>
        <w:t xml:space="preserve"> </w:t>
      </w:r>
      <w:proofErr w:type="spellStart"/>
      <w:r>
        <w:t>shumë</w:t>
      </w:r>
      <w:proofErr w:type="spellEnd"/>
      <w:r>
        <w:t xml:space="preserve"> e </w:t>
      </w:r>
      <w:proofErr w:type="spellStart"/>
      <w:r>
        <w:t>madhe</w:t>
      </w:r>
      <w:proofErr w:type="spellEnd"/>
      <w:r>
        <w:t xml:space="preserve">. Ka </w:t>
      </w:r>
      <w:proofErr w:type="spellStart"/>
      <w:r>
        <w:t>territor</w:t>
      </w:r>
      <w:proofErr w:type="spellEnd"/>
      <w:r>
        <w:t xml:space="preserve"> </w:t>
      </w:r>
      <w:proofErr w:type="spellStart"/>
      <w:r>
        <w:t>të</w:t>
      </w:r>
      <w:proofErr w:type="spellEnd"/>
      <w:r>
        <w:t xml:space="preserve"> </w:t>
      </w:r>
      <w:proofErr w:type="spellStart"/>
      <w:r>
        <w:t>shtrirë</w:t>
      </w:r>
      <w:proofErr w:type="spellEnd"/>
      <w:r>
        <w:t xml:space="preserve">, por </w:t>
      </w:r>
      <w:proofErr w:type="spellStart"/>
      <w:r>
        <w:t>nga</w:t>
      </w:r>
      <w:proofErr w:type="spellEnd"/>
      <w:r>
        <w:t xml:space="preserve"> ana e </w:t>
      </w:r>
      <w:proofErr w:type="spellStart"/>
      <w:r>
        <w:t>popullsisë</w:t>
      </w:r>
      <w:proofErr w:type="spellEnd"/>
      <w:r>
        <w:t xml:space="preserve"> </w:t>
      </w:r>
      <w:proofErr w:type="spellStart"/>
      <w:r>
        <w:t>është</w:t>
      </w:r>
      <w:proofErr w:type="spellEnd"/>
      <w:r>
        <w:t xml:space="preserve"> </w:t>
      </w:r>
      <w:proofErr w:type="spellStart"/>
      <w:r>
        <w:t>bashki</w:t>
      </w:r>
      <w:proofErr w:type="spellEnd"/>
      <w:r>
        <w:t xml:space="preserve"> e </w:t>
      </w:r>
      <w:proofErr w:type="spellStart"/>
      <w:r>
        <w:t>vogël</w:t>
      </w:r>
      <w:proofErr w:type="spellEnd"/>
      <w:r>
        <w:t xml:space="preserve">. </w:t>
      </w:r>
      <w:proofErr w:type="spellStart"/>
      <w:r>
        <w:t>Dhe</w:t>
      </w:r>
      <w:proofErr w:type="spellEnd"/>
      <w:r>
        <w:t xml:space="preserve"> </w:t>
      </w:r>
      <w:proofErr w:type="spellStart"/>
      <w:r>
        <w:t>këndvështrimi</w:t>
      </w:r>
      <w:proofErr w:type="spellEnd"/>
      <w:r>
        <w:t xml:space="preserve"> </w:t>
      </w:r>
      <w:proofErr w:type="spellStart"/>
      <w:r>
        <w:t>im</w:t>
      </w:r>
      <w:proofErr w:type="spellEnd"/>
      <w:r>
        <w:t xml:space="preserve">, po ta </w:t>
      </w:r>
      <w:proofErr w:type="spellStart"/>
      <w:r>
        <w:t>kishe</w:t>
      </w:r>
      <w:proofErr w:type="spellEnd"/>
      <w:r>
        <w:t xml:space="preserve"> </w:t>
      </w:r>
      <w:proofErr w:type="spellStart"/>
      <w:r>
        <w:t>dëgjuar</w:t>
      </w:r>
      <w:proofErr w:type="spellEnd"/>
      <w:r>
        <w:t xml:space="preserve"> </w:t>
      </w:r>
      <w:proofErr w:type="spellStart"/>
      <w:r>
        <w:t>mirë</w:t>
      </w:r>
      <w:proofErr w:type="spellEnd"/>
      <w:r>
        <w:t xml:space="preserve"> </w:t>
      </w:r>
      <w:proofErr w:type="spellStart"/>
      <w:r>
        <w:t>dhe</w:t>
      </w:r>
      <w:proofErr w:type="spellEnd"/>
      <w:r>
        <w:t xml:space="preserve"> </w:t>
      </w:r>
      <w:proofErr w:type="spellStart"/>
      <w:r>
        <w:t>deri</w:t>
      </w:r>
      <w:proofErr w:type="spellEnd"/>
      <w:r>
        <w:t xml:space="preserve"> </w:t>
      </w:r>
      <w:proofErr w:type="spellStart"/>
      <w:r>
        <w:t>në</w:t>
      </w:r>
      <w:proofErr w:type="spellEnd"/>
      <w:r>
        <w:t xml:space="preserve"> fund, </w:t>
      </w:r>
      <w:proofErr w:type="spellStart"/>
      <w:r>
        <w:t>ishte</w:t>
      </w:r>
      <w:proofErr w:type="spellEnd"/>
      <w:r>
        <w:t xml:space="preserve"> </w:t>
      </w:r>
      <w:proofErr w:type="spellStart"/>
      <w:r>
        <w:t>shumë</w:t>
      </w:r>
      <w:proofErr w:type="spellEnd"/>
      <w:r>
        <w:t xml:space="preserve"> </w:t>
      </w:r>
      <w:proofErr w:type="spellStart"/>
      <w:r>
        <w:t>pozitiv</w:t>
      </w:r>
      <w:proofErr w:type="spellEnd"/>
      <w:r>
        <w:t xml:space="preserve">. Se </w:t>
      </w:r>
      <w:proofErr w:type="spellStart"/>
      <w:r>
        <w:t>thashë</w:t>
      </w:r>
      <w:proofErr w:type="spellEnd"/>
      <w:r>
        <w:t xml:space="preserve">, </w:t>
      </w:r>
      <w:proofErr w:type="spellStart"/>
      <w:r>
        <w:t>një</w:t>
      </w:r>
      <w:proofErr w:type="spellEnd"/>
      <w:r>
        <w:t xml:space="preserve"> </w:t>
      </w:r>
      <w:proofErr w:type="spellStart"/>
      <w:r>
        <w:t>bashki</w:t>
      </w:r>
      <w:proofErr w:type="spellEnd"/>
      <w:r>
        <w:t xml:space="preserve"> e </w:t>
      </w:r>
      <w:proofErr w:type="spellStart"/>
      <w:r>
        <w:t>vogël</w:t>
      </w:r>
      <w:proofErr w:type="spellEnd"/>
      <w:r>
        <w:t xml:space="preserve"> </w:t>
      </w:r>
      <w:proofErr w:type="spellStart"/>
      <w:r>
        <w:t>tregon</w:t>
      </w:r>
      <w:proofErr w:type="spellEnd"/>
      <w:r>
        <w:t xml:space="preserve"> </w:t>
      </w:r>
      <w:proofErr w:type="spellStart"/>
      <w:r>
        <w:t>që</w:t>
      </w:r>
      <w:proofErr w:type="spellEnd"/>
      <w:r>
        <w:t xml:space="preserve"> </w:t>
      </w:r>
      <w:proofErr w:type="spellStart"/>
      <w:r>
        <w:t>ekziston</w:t>
      </w:r>
      <w:proofErr w:type="spellEnd"/>
      <w:r>
        <w:t xml:space="preserve">. Kamo, di </w:t>
      </w:r>
      <w:proofErr w:type="spellStart"/>
      <w:r>
        <w:t>të</w:t>
      </w:r>
      <w:proofErr w:type="spellEnd"/>
      <w:r>
        <w:t xml:space="preserve"> </w:t>
      </w:r>
      <w:proofErr w:type="spellStart"/>
      <w:r>
        <w:t>ofrojë</w:t>
      </w:r>
      <w:proofErr w:type="spellEnd"/>
      <w:r>
        <w:t xml:space="preserve"> </w:t>
      </w:r>
      <w:proofErr w:type="spellStart"/>
      <w:r>
        <w:t>shërbime</w:t>
      </w:r>
      <w:proofErr w:type="spellEnd"/>
      <w:r>
        <w:t xml:space="preserve">, di </w:t>
      </w:r>
      <w:proofErr w:type="spellStart"/>
      <w:r>
        <w:t>të</w:t>
      </w:r>
      <w:proofErr w:type="spellEnd"/>
      <w:r>
        <w:t xml:space="preserve"> </w:t>
      </w:r>
      <w:proofErr w:type="spellStart"/>
      <w:r>
        <w:t>menaxhojë</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është</w:t>
      </w:r>
      <w:proofErr w:type="spellEnd"/>
      <w:r>
        <w:t xml:space="preserve"> </w:t>
      </w:r>
      <w:proofErr w:type="spellStart"/>
      <w:r>
        <w:t>kaq</w:t>
      </w:r>
      <w:proofErr w:type="spellEnd"/>
      <w:r>
        <w:t xml:space="preserve"> </w:t>
      </w:r>
      <w:proofErr w:type="spellStart"/>
      <w:r>
        <w:t>mirë</w:t>
      </w:r>
      <w:proofErr w:type="spellEnd"/>
      <w:r>
        <w:t xml:space="preserve"> </w:t>
      </w:r>
      <w:proofErr w:type="spellStart"/>
      <w:r>
        <w:t>saç</w:t>
      </w:r>
      <w:proofErr w:type="spellEnd"/>
      <w:r>
        <w:t xml:space="preserve"> </w:t>
      </w:r>
      <w:proofErr w:type="spellStart"/>
      <w:r>
        <w:t>ju</w:t>
      </w:r>
      <w:proofErr w:type="spellEnd"/>
      <w:r>
        <w:t xml:space="preserve"> e </w:t>
      </w:r>
      <w:proofErr w:type="spellStart"/>
      <w:r>
        <w:t>thoni</w:t>
      </w:r>
      <w:proofErr w:type="spellEnd"/>
      <w:r>
        <w:t xml:space="preserve"> </w:t>
      </w:r>
      <w:proofErr w:type="spellStart"/>
      <w:r>
        <w:t>dhe</w:t>
      </w:r>
      <w:proofErr w:type="spellEnd"/>
      <w:r>
        <w:t xml:space="preserve"> e </w:t>
      </w:r>
      <w:proofErr w:type="spellStart"/>
      <w:r>
        <w:t>pretendoni</w:t>
      </w:r>
      <w:proofErr w:type="spellEnd"/>
      <w:r>
        <w:t xml:space="preserve">, </w:t>
      </w:r>
      <w:proofErr w:type="spellStart"/>
      <w:r>
        <w:t>që</w:t>
      </w:r>
      <w:proofErr w:type="spellEnd"/>
      <w:r>
        <w:t xml:space="preserve"> bien </w:t>
      </w:r>
      <w:proofErr w:type="spellStart"/>
      <w:r>
        <w:t>kundërshtim</w:t>
      </w:r>
      <w:proofErr w:type="spellEnd"/>
      <w:r>
        <w:t xml:space="preserve"> me </w:t>
      </w:r>
      <w:proofErr w:type="spellStart"/>
      <w:r>
        <w:t>këtë</w:t>
      </w:r>
      <w:proofErr w:type="spellEnd"/>
      <w:r>
        <w:t xml:space="preserve"> </w:t>
      </w:r>
      <w:proofErr w:type="spellStart"/>
      <w:r>
        <w:t>pjesën</w:t>
      </w:r>
      <w:proofErr w:type="spellEnd"/>
      <w:r>
        <w:t xml:space="preserve"> </w:t>
      </w:r>
      <w:proofErr w:type="spellStart"/>
      <w:r>
        <w:t>tjetër</w:t>
      </w:r>
      <w:proofErr w:type="spellEnd"/>
      <w:r>
        <w:t xml:space="preserve"> </w:t>
      </w:r>
      <w:proofErr w:type="spellStart"/>
      <w:r>
        <w:t>që</w:t>
      </w:r>
      <w:proofErr w:type="spellEnd"/>
      <w:r>
        <w:t xml:space="preserve"> </w:t>
      </w:r>
      <w:proofErr w:type="spellStart"/>
      <w:r>
        <w:t>hajde</w:t>
      </w:r>
      <w:proofErr w:type="spellEnd"/>
      <w:r>
        <w:t xml:space="preserve"> </w:t>
      </w:r>
      <w:proofErr w:type="spellStart"/>
      <w:r>
        <w:t>t'i</w:t>
      </w:r>
      <w:proofErr w:type="spellEnd"/>
      <w:r>
        <w:t xml:space="preserve"> </w:t>
      </w:r>
      <w:proofErr w:type="spellStart"/>
      <w:r>
        <w:t>bashkojmë</w:t>
      </w:r>
      <w:proofErr w:type="spellEnd"/>
      <w:r>
        <w:t xml:space="preserve">, se </w:t>
      </w:r>
      <w:proofErr w:type="spellStart"/>
      <w:r>
        <w:t>këtu</w:t>
      </w:r>
      <w:proofErr w:type="spellEnd"/>
      <w:r>
        <w:t xml:space="preserve"> </w:t>
      </w:r>
      <w:proofErr w:type="spellStart"/>
      <w:r>
        <w:t>jemi</w:t>
      </w:r>
      <w:proofErr w:type="spellEnd"/>
      <w:r>
        <w:t xml:space="preserve"> </w:t>
      </w:r>
      <w:proofErr w:type="spellStart"/>
      <w:r>
        <w:t>për</w:t>
      </w:r>
      <w:proofErr w:type="spellEnd"/>
      <w:r>
        <w:t xml:space="preserve"> </w:t>
      </w:r>
      <w:proofErr w:type="spellStart"/>
      <w:r>
        <w:t>të</w:t>
      </w:r>
      <w:proofErr w:type="spellEnd"/>
      <w:r>
        <w:t xml:space="preserve"> </w:t>
      </w:r>
      <w:proofErr w:type="spellStart"/>
      <w:r>
        <w:t>mbrojtur</w:t>
      </w:r>
      <w:proofErr w:type="spellEnd"/>
      <w:r>
        <w:t xml:space="preserve"> </w:t>
      </w:r>
      <w:proofErr w:type="spellStart"/>
      <w:r>
        <w:t>dhe</w:t>
      </w:r>
      <w:proofErr w:type="spellEnd"/>
      <w:r>
        <w:t xml:space="preserve"> </w:t>
      </w:r>
      <w:proofErr w:type="spellStart"/>
      <w:r>
        <w:t>interesin</w:t>
      </w:r>
      <w:proofErr w:type="spellEnd"/>
      <w:r>
        <w:t xml:space="preserve"> e </w:t>
      </w:r>
      <w:proofErr w:type="spellStart"/>
      <w:r>
        <w:t>qytetarëve</w:t>
      </w:r>
      <w:proofErr w:type="spellEnd"/>
      <w:r>
        <w:t xml:space="preserve"> </w:t>
      </w:r>
      <w:proofErr w:type="spellStart"/>
      <w:r>
        <w:t>të</w:t>
      </w:r>
      <w:proofErr w:type="spellEnd"/>
      <w:r>
        <w:t xml:space="preserve"> </w:t>
      </w:r>
      <w:proofErr w:type="spellStart"/>
      <w:r>
        <w:t>bashkive</w:t>
      </w:r>
      <w:proofErr w:type="spellEnd"/>
      <w:r>
        <w:t xml:space="preserve"> </w:t>
      </w:r>
      <w:proofErr w:type="spellStart"/>
      <w:r>
        <w:t>tuaja</w:t>
      </w:r>
      <w:proofErr w:type="spellEnd"/>
      <w:r>
        <w:t xml:space="preserve">. Se </w:t>
      </w:r>
      <w:proofErr w:type="spellStart"/>
      <w:r>
        <w:t>në</w:t>
      </w:r>
      <w:proofErr w:type="spellEnd"/>
      <w:r>
        <w:t xml:space="preserve"> </w:t>
      </w:r>
      <w:proofErr w:type="spellStart"/>
      <w:r>
        <w:t>qoftë</w:t>
      </w:r>
      <w:proofErr w:type="spellEnd"/>
      <w:r>
        <w:t xml:space="preserve"> se ka </w:t>
      </w:r>
      <w:proofErr w:type="spellStart"/>
      <w:r>
        <w:t>rrezik</w:t>
      </w:r>
      <w:proofErr w:type="spellEnd"/>
      <w:r>
        <w:t xml:space="preserve">, ka </w:t>
      </w:r>
      <w:proofErr w:type="spellStart"/>
      <w:r>
        <w:t>rrezik</w:t>
      </w:r>
      <w:proofErr w:type="spellEnd"/>
      <w:r>
        <w:t xml:space="preserve"> </w:t>
      </w:r>
      <w:proofErr w:type="spellStart"/>
      <w:r>
        <w:t>për</w:t>
      </w:r>
      <w:proofErr w:type="spellEnd"/>
      <w:r>
        <w:t xml:space="preserve"> </w:t>
      </w:r>
      <w:proofErr w:type="spellStart"/>
      <w:r>
        <w:t>bashkitë</w:t>
      </w:r>
      <w:proofErr w:type="spellEnd"/>
      <w:r>
        <w:t xml:space="preserve"> </w:t>
      </w:r>
      <w:proofErr w:type="spellStart"/>
      <w:r>
        <w:t>që</w:t>
      </w:r>
      <w:proofErr w:type="spellEnd"/>
      <w:r>
        <w:t xml:space="preserve"> </w:t>
      </w:r>
      <w:proofErr w:type="spellStart"/>
      <w:r>
        <w:t>konsiderohen</w:t>
      </w:r>
      <w:proofErr w:type="spellEnd"/>
      <w:r>
        <w:t xml:space="preserve"> </w:t>
      </w:r>
      <w:proofErr w:type="spellStart"/>
      <w:r>
        <w:t>të</w:t>
      </w:r>
      <w:proofErr w:type="spellEnd"/>
      <w:r>
        <w:t xml:space="preserve"> </w:t>
      </w:r>
      <w:proofErr w:type="spellStart"/>
      <w:r>
        <w:t>vogla</w:t>
      </w:r>
      <w:proofErr w:type="spellEnd"/>
      <w:r>
        <w:t xml:space="preserve">, </w:t>
      </w:r>
      <w:proofErr w:type="spellStart"/>
      <w:r>
        <w:t>që</w:t>
      </w:r>
      <w:proofErr w:type="spellEnd"/>
      <w:r>
        <w:t xml:space="preserve"> </w:t>
      </w:r>
      <w:proofErr w:type="spellStart"/>
      <w:r>
        <w:t>t'i</w:t>
      </w:r>
      <w:proofErr w:type="spellEnd"/>
      <w:r>
        <w:t xml:space="preserve"> </w:t>
      </w:r>
      <w:proofErr w:type="spellStart"/>
      <w:r>
        <w:t>bashkangjiten</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t'i</w:t>
      </w:r>
      <w:proofErr w:type="spellEnd"/>
      <w:r>
        <w:t xml:space="preserve"> </w:t>
      </w:r>
      <w:proofErr w:type="spellStart"/>
      <w:r>
        <w:t>përthithë</w:t>
      </w:r>
      <w:proofErr w:type="spellEnd"/>
      <w:r>
        <w:t xml:space="preserve"> ajo, </w:t>
      </w:r>
      <w:proofErr w:type="spellStart"/>
      <w:r>
        <w:t>t'i</w:t>
      </w:r>
      <w:proofErr w:type="spellEnd"/>
      <w:r>
        <w:t xml:space="preserve"> </w:t>
      </w:r>
      <w:proofErr w:type="spellStart"/>
      <w:r>
        <w:t>shkrijë</w:t>
      </w:r>
      <w:proofErr w:type="spellEnd"/>
      <w:r>
        <w:t xml:space="preserve">. </w:t>
      </w:r>
      <w:proofErr w:type="spellStart"/>
      <w:r>
        <w:t>Është</w:t>
      </w:r>
      <w:proofErr w:type="spellEnd"/>
      <w:r>
        <w:t xml:space="preserve"> </w:t>
      </w:r>
      <w:proofErr w:type="spellStart"/>
      <w:r>
        <w:t>shumë</w:t>
      </w:r>
      <w:proofErr w:type="spellEnd"/>
      <w:r>
        <w:t xml:space="preserve"> e </w:t>
      </w:r>
      <w:proofErr w:type="spellStart"/>
      <w:r>
        <w:t>saktë</w:t>
      </w:r>
      <w:proofErr w:type="spellEnd"/>
      <w:r>
        <w:t xml:space="preserve"> ajo, </w:t>
      </w:r>
      <w:proofErr w:type="spellStart"/>
      <w:r>
        <w:t>ose</w:t>
      </w:r>
      <w:proofErr w:type="spellEnd"/>
      <w:r>
        <w:t xml:space="preserve"> </w:t>
      </w:r>
      <w:proofErr w:type="spellStart"/>
      <w:r>
        <w:t>në</w:t>
      </w:r>
      <w:proofErr w:type="spellEnd"/>
      <w:r>
        <w:t xml:space="preserve"> </w:t>
      </w:r>
      <w:proofErr w:type="spellStart"/>
      <w:r>
        <w:t>formën</w:t>
      </w:r>
      <w:proofErr w:type="spellEnd"/>
      <w:r>
        <w:t xml:space="preserve"> e </w:t>
      </w:r>
      <w:proofErr w:type="spellStart"/>
      <w:r>
        <w:t>atyre</w:t>
      </w:r>
      <w:proofErr w:type="spellEnd"/>
      <w:r>
        <w:t xml:space="preserve"> </w:t>
      </w:r>
      <w:proofErr w:type="spellStart"/>
      <w:r>
        <w:t>komiteteve</w:t>
      </w:r>
      <w:proofErr w:type="spellEnd"/>
      <w:r>
        <w:t xml:space="preserve">. </w:t>
      </w:r>
      <w:proofErr w:type="spellStart"/>
      <w:r>
        <w:t>Prandaj</w:t>
      </w:r>
      <w:proofErr w:type="spellEnd"/>
      <w:r>
        <w:t xml:space="preserve"> e </w:t>
      </w:r>
      <w:proofErr w:type="spellStart"/>
      <w:r>
        <w:t>bëra</w:t>
      </w:r>
      <w:proofErr w:type="spellEnd"/>
      <w:r>
        <w:t xml:space="preserve"> </w:t>
      </w:r>
      <w:proofErr w:type="spellStart"/>
      <w:r>
        <w:t>këtë</w:t>
      </w:r>
      <w:proofErr w:type="spellEnd"/>
      <w:r>
        <w:t xml:space="preserve"> </w:t>
      </w:r>
      <w:proofErr w:type="spellStart"/>
      <w:r>
        <w:t>lloj</w:t>
      </w:r>
      <w:proofErr w:type="spellEnd"/>
      <w:r>
        <w:t xml:space="preserve"> </w:t>
      </w:r>
      <w:proofErr w:type="spellStart"/>
      <w:r>
        <w:t>parashtrimi</w:t>
      </w:r>
      <w:proofErr w:type="spellEnd"/>
      <w:r>
        <w:t xml:space="preserve">, </w:t>
      </w:r>
      <w:proofErr w:type="spellStart"/>
      <w:r>
        <w:t>aspak</w:t>
      </w:r>
      <w:proofErr w:type="spellEnd"/>
      <w:r>
        <w:t xml:space="preserve">, </w:t>
      </w:r>
      <w:proofErr w:type="spellStart"/>
      <w:r>
        <w:t>domethënë</w:t>
      </w:r>
      <w:proofErr w:type="spellEnd"/>
      <w:r>
        <w:t xml:space="preserve">, </w:t>
      </w:r>
      <w:proofErr w:type="spellStart"/>
      <w:r>
        <w:t>për</w:t>
      </w:r>
      <w:proofErr w:type="spellEnd"/>
      <w:r>
        <w:t xml:space="preserve"> </w:t>
      </w:r>
      <w:proofErr w:type="spellStart"/>
      <w:r>
        <w:t>t'ju</w:t>
      </w:r>
      <w:proofErr w:type="spellEnd"/>
      <w:r>
        <w:t xml:space="preserve"> </w:t>
      </w:r>
      <w:proofErr w:type="spellStart"/>
      <w:r>
        <w:t>vënë</w:t>
      </w:r>
      <w:proofErr w:type="spellEnd"/>
      <w:r>
        <w:t xml:space="preserve"> </w:t>
      </w:r>
      <w:proofErr w:type="spellStart"/>
      <w:r>
        <w:t>pozitë</w:t>
      </w:r>
      <w:proofErr w:type="spellEnd"/>
      <w:r>
        <w:t xml:space="preserve"> </w:t>
      </w:r>
      <w:proofErr w:type="spellStart"/>
      <w:r>
        <w:t>të</w:t>
      </w:r>
      <w:proofErr w:type="spellEnd"/>
      <w:r>
        <w:t xml:space="preserve"> </w:t>
      </w:r>
      <w:proofErr w:type="spellStart"/>
      <w:r>
        <w:t>vështirë</w:t>
      </w:r>
      <w:proofErr w:type="spellEnd"/>
      <w:r>
        <w:t xml:space="preserve">, por </w:t>
      </w:r>
      <w:proofErr w:type="spellStart"/>
      <w:r>
        <w:t>për</w:t>
      </w:r>
      <w:proofErr w:type="spellEnd"/>
      <w:r>
        <w:t xml:space="preserve"> </w:t>
      </w:r>
      <w:proofErr w:type="spellStart"/>
      <w:r>
        <w:t>t'ju</w:t>
      </w:r>
      <w:proofErr w:type="spellEnd"/>
      <w:r>
        <w:t xml:space="preserve"> </w:t>
      </w:r>
      <w:proofErr w:type="spellStart"/>
      <w:r>
        <w:t>ardhur</w:t>
      </w:r>
      <w:proofErr w:type="spellEnd"/>
      <w:r>
        <w:t xml:space="preserve"> </w:t>
      </w:r>
      <w:proofErr w:type="spellStart"/>
      <w:r>
        <w:t>në</w:t>
      </w:r>
      <w:proofErr w:type="spellEnd"/>
      <w:r>
        <w:t xml:space="preserve"> </w:t>
      </w:r>
      <w:proofErr w:type="spellStart"/>
      <w:r>
        <w:t>ndihmë</w:t>
      </w:r>
      <w:proofErr w:type="spellEnd"/>
      <w:r>
        <w:t xml:space="preserve"> </w:t>
      </w:r>
      <w:proofErr w:type="spellStart"/>
      <w:r>
        <w:t>në</w:t>
      </w:r>
      <w:proofErr w:type="spellEnd"/>
      <w:r>
        <w:t xml:space="preserve"> </w:t>
      </w:r>
      <w:proofErr w:type="spellStart"/>
      <w:r>
        <w:t>atë</w:t>
      </w:r>
      <w:proofErr w:type="spellEnd"/>
      <w:r>
        <w:t xml:space="preserve"> </w:t>
      </w:r>
      <w:proofErr w:type="spellStart"/>
      <w:r>
        <w:t>çka</w:t>
      </w:r>
      <w:proofErr w:type="spellEnd"/>
      <w:r>
        <w:t xml:space="preserve"> </w:t>
      </w:r>
      <w:proofErr w:type="spellStart"/>
      <w:r>
        <w:t>ju</w:t>
      </w:r>
      <w:proofErr w:type="spellEnd"/>
      <w:r>
        <w:t xml:space="preserve"> e </w:t>
      </w:r>
      <w:proofErr w:type="spellStart"/>
      <w:r>
        <w:t>kërkoni</w:t>
      </w:r>
      <w:proofErr w:type="spellEnd"/>
      <w:r>
        <w:t xml:space="preserve">, e </w:t>
      </w:r>
      <w:proofErr w:type="spellStart"/>
      <w:r>
        <w:t>mendoni</w:t>
      </w:r>
      <w:proofErr w:type="spellEnd"/>
      <w:r>
        <w:t xml:space="preserve">, po </w:t>
      </w:r>
      <w:proofErr w:type="spellStart"/>
      <w:r>
        <w:t>shpesh</w:t>
      </w:r>
      <w:proofErr w:type="spellEnd"/>
      <w:r>
        <w:t xml:space="preserve"> </w:t>
      </w:r>
      <w:proofErr w:type="spellStart"/>
      <w:r>
        <w:t>nuk</w:t>
      </w:r>
      <w:proofErr w:type="spellEnd"/>
      <w:r>
        <w:t xml:space="preserve"> e </w:t>
      </w:r>
      <w:proofErr w:type="spellStart"/>
      <w:r>
        <w:t>thoni</w:t>
      </w:r>
      <w:proofErr w:type="spellEnd"/>
      <w:r>
        <w:t xml:space="preserve">. </w:t>
      </w:r>
      <w:proofErr w:type="spellStart"/>
      <w:r>
        <w:t>Faleminderit</w:t>
      </w:r>
      <w:proofErr w:type="spellEnd"/>
      <w:r>
        <w:t xml:space="preserve">. Pres </w:t>
      </w:r>
      <w:proofErr w:type="spellStart"/>
      <w:r>
        <w:t>përgjigjet</w:t>
      </w:r>
      <w:proofErr w:type="spellEnd"/>
      <w:r>
        <w:t xml:space="preserve">. </w:t>
      </w:r>
    </w:p>
    <w:p w14:paraId="2A47382F" w14:textId="77777777" w:rsidR="001059DD" w:rsidRDefault="001059DD" w:rsidP="001059DD">
      <w:pPr>
        <w:rPr>
          <w:b/>
          <w:bCs/>
        </w:rPr>
      </w:pPr>
      <w:r>
        <w:rPr>
          <w:b/>
          <w:bCs/>
        </w:rPr>
        <w:t>Kristian Shkreli:</w:t>
      </w:r>
    </w:p>
    <w:p w14:paraId="734B3143" w14:textId="77777777" w:rsidR="001059DD" w:rsidRDefault="0010666C" w:rsidP="0010666C">
      <w:proofErr w:type="spellStart"/>
      <w:r>
        <w:t>Atëherë</w:t>
      </w:r>
      <w:proofErr w:type="spellEnd"/>
      <w:r>
        <w:t xml:space="preserve">, </w:t>
      </w:r>
      <w:proofErr w:type="spellStart"/>
      <w:r>
        <w:t>përshëndetje</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Landfildit</w:t>
      </w:r>
      <w:proofErr w:type="spellEnd"/>
      <w:r>
        <w:t xml:space="preserve"> </w:t>
      </w:r>
      <w:proofErr w:type="spellStart"/>
      <w:r>
        <w:t>të</w:t>
      </w:r>
      <w:proofErr w:type="spellEnd"/>
      <w:r>
        <w:t xml:space="preserve"> </w:t>
      </w:r>
      <w:proofErr w:type="spellStart"/>
      <w:r>
        <w:t>Bushatit</w:t>
      </w:r>
      <w:proofErr w:type="spellEnd"/>
      <w:r>
        <w:t xml:space="preserve">, </w:t>
      </w:r>
      <w:proofErr w:type="spellStart"/>
      <w:r>
        <w:t>kishte</w:t>
      </w:r>
      <w:proofErr w:type="spellEnd"/>
      <w:r>
        <w:t xml:space="preserve"> </w:t>
      </w:r>
      <w:proofErr w:type="spellStart"/>
      <w:r>
        <w:t>shumë</w:t>
      </w:r>
      <w:proofErr w:type="spellEnd"/>
      <w:r>
        <w:t xml:space="preserve"> </w:t>
      </w:r>
      <w:proofErr w:type="spellStart"/>
      <w:r>
        <w:t>të</w:t>
      </w:r>
      <w:proofErr w:type="spellEnd"/>
      <w:r>
        <w:t xml:space="preserve"> </w:t>
      </w:r>
      <w:proofErr w:type="spellStart"/>
      <w:r>
        <w:t>drejtë</w:t>
      </w:r>
      <w:proofErr w:type="spellEnd"/>
      <w:r>
        <w:t xml:space="preserve"> </w:t>
      </w:r>
      <w:proofErr w:type="spellStart"/>
      <w:r>
        <w:t>për</w:t>
      </w:r>
      <w:proofErr w:type="spellEnd"/>
      <w:r>
        <w:t xml:space="preserve"> </w:t>
      </w:r>
      <w:proofErr w:type="spellStart"/>
      <w:r>
        <w:t>mënyrën</w:t>
      </w:r>
      <w:proofErr w:type="spellEnd"/>
      <w:r>
        <w:t xml:space="preserve"> e </w:t>
      </w:r>
      <w:proofErr w:type="spellStart"/>
      <w:r>
        <w:t>financimit</w:t>
      </w:r>
      <w:proofErr w:type="spellEnd"/>
      <w:r>
        <w:t xml:space="preserve">, </w:t>
      </w:r>
      <w:proofErr w:type="spellStart"/>
      <w:r>
        <w:t>ashtu</w:t>
      </w:r>
      <w:proofErr w:type="spellEnd"/>
      <w:r>
        <w:t xml:space="preserve"> </w:t>
      </w:r>
      <w:proofErr w:type="spellStart"/>
      <w:r>
        <w:t>siç</w:t>
      </w:r>
      <w:proofErr w:type="spellEnd"/>
      <w:r>
        <w:t xml:space="preserve"> </w:t>
      </w:r>
      <w:proofErr w:type="spellStart"/>
      <w:r>
        <w:t>thoni</w:t>
      </w:r>
      <w:proofErr w:type="spellEnd"/>
      <w:r>
        <w:t xml:space="preserve"> </w:t>
      </w:r>
      <w:proofErr w:type="spellStart"/>
      <w:r>
        <w:t>ju</w:t>
      </w:r>
      <w:proofErr w:type="spellEnd"/>
      <w:r>
        <w:t xml:space="preserve">, </w:t>
      </w:r>
      <w:proofErr w:type="spellStart"/>
      <w:r>
        <w:t>sepse</w:t>
      </w:r>
      <w:proofErr w:type="spellEnd"/>
      <w:r>
        <w:t xml:space="preserve"> </w:t>
      </w:r>
      <w:proofErr w:type="spellStart"/>
      <w:r>
        <w:t>unë</w:t>
      </w:r>
      <w:proofErr w:type="spellEnd"/>
      <w:r>
        <w:t xml:space="preserve"> jam </w:t>
      </w:r>
      <w:proofErr w:type="spellStart"/>
      <w:r>
        <w:t>kryetar</w:t>
      </w:r>
      <w:proofErr w:type="spellEnd"/>
      <w:r>
        <w:t xml:space="preserve"> </w:t>
      </w:r>
      <w:proofErr w:type="spellStart"/>
      <w:r>
        <w:t>i</w:t>
      </w:r>
      <w:proofErr w:type="spellEnd"/>
      <w:r>
        <w:t xml:space="preserve"> </w:t>
      </w:r>
      <w:proofErr w:type="spellStart"/>
      <w:r>
        <w:t>ri</w:t>
      </w:r>
      <w:proofErr w:type="spellEnd"/>
      <w:r>
        <w:t xml:space="preserve">, jam </w:t>
      </w:r>
      <w:proofErr w:type="spellStart"/>
      <w:r>
        <w:t>zgjedhur</w:t>
      </w:r>
      <w:proofErr w:type="spellEnd"/>
      <w:r>
        <w:t xml:space="preserve"> </w:t>
      </w:r>
      <w:proofErr w:type="spellStart"/>
      <w:r>
        <w:t>në</w:t>
      </w:r>
      <w:proofErr w:type="spellEnd"/>
      <w:r>
        <w:t xml:space="preserve"> 2023-in, </w:t>
      </w:r>
      <w:proofErr w:type="spellStart"/>
      <w:r>
        <w:t>dhe</w:t>
      </w:r>
      <w:proofErr w:type="spellEnd"/>
      <w:r>
        <w:t xml:space="preserve"> </w:t>
      </w:r>
      <w:proofErr w:type="spellStart"/>
      <w:r>
        <w:t>faktikisht</w:t>
      </w:r>
      <w:proofErr w:type="spellEnd"/>
      <w:r>
        <w:t xml:space="preserve"> </w:t>
      </w:r>
      <w:proofErr w:type="spellStart"/>
      <w:r>
        <w:t>kontrata</w:t>
      </w:r>
      <w:proofErr w:type="spellEnd"/>
      <w:r>
        <w:t xml:space="preserve"> e </w:t>
      </w:r>
      <w:proofErr w:type="spellStart"/>
      <w:r>
        <w:t>dhënies</w:t>
      </w:r>
      <w:proofErr w:type="spellEnd"/>
      <w:r>
        <w:t xml:space="preserve"> </w:t>
      </w:r>
      <w:proofErr w:type="spellStart"/>
      <w:r>
        <w:t>në</w:t>
      </w:r>
      <w:proofErr w:type="spellEnd"/>
      <w:r>
        <w:t xml:space="preserve"> </w:t>
      </w:r>
      <w:proofErr w:type="spellStart"/>
      <w:r>
        <w:t>menaxhim</w:t>
      </w:r>
      <w:proofErr w:type="spellEnd"/>
      <w:r>
        <w:t xml:space="preserve"> </w:t>
      </w:r>
      <w:proofErr w:type="spellStart"/>
      <w:r>
        <w:t>të</w:t>
      </w:r>
      <w:proofErr w:type="spellEnd"/>
      <w:r>
        <w:t xml:space="preserve"> </w:t>
      </w:r>
      <w:proofErr w:type="spellStart"/>
      <w:r>
        <w:t>Landfildit</w:t>
      </w:r>
      <w:proofErr w:type="spellEnd"/>
      <w:r>
        <w:t xml:space="preserve"> </w:t>
      </w:r>
      <w:proofErr w:type="spellStart"/>
      <w:r>
        <w:t>është</w:t>
      </w:r>
      <w:proofErr w:type="spellEnd"/>
      <w:r>
        <w:t xml:space="preserve"> e </w:t>
      </w:r>
      <w:proofErr w:type="spellStart"/>
      <w:r>
        <w:t>vitit</w:t>
      </w:r>
      <w:proofErr w:type="spellEnd"/>
      <w:r>
        <w:t xml:space="preserve"> 2018. </w:t>
      </w:r>
      <w:proofErr w:type="spellStart"/>
      <w:r>
        <w:t>Në</w:t>
      </w:r>
      <w:proofErr w:type="spellEnd"/>
      <w:r>
        <w:t xml:space="preserve"> 2018-ën </w:t>
      </w:r>
      <w:proofErr w:type="spellStart"/>
      <w:r>
        <w:t>është</w:t>
      </w:r>
      <w:proofErr w:type="spellEnd"/>
      <w:r>
        <w:t xml:space="preserve"> </w:t>
      </w:r>
      <w:proofErr w:type="spellStart"/>
      <w:r>
        <w:t>dhënë</w:t>
      </w:r>
      <w:proofErr w:type="spellEnd"/>
      <w:r>
        <w:t xml:space="preserve"> </w:t>
      </w:r>
      <w:proofErr w:type="spellStart"/>
      <w:r>
        <w:t>për</w:t>
      </w:r>
      <w:proofErr w:type="spellEnd"/>
      <w:r>
        <w:t xml:space="preserve"> 25 </w:t>
      </w:r>
      <w:proofErr w:type="spellStart"/>
      <w:r>
        <w:t>vjet</w:t>
      </w:r>
      <w:proofErr w:type="spellEnd"/>
      <w:r>
        <w:t xml:space="preserve">. Po,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Landfildit</w:t>
      </w:r>
      <w:proofErr w:type="spellEnd"/>
      <w:r>
        <w:t xml:space="preserve">, </w:t>
      </w:r>
      <w:proofErr w:type="spellStart"/>
      <w:r>
        <w:t>rasti</w:t>
      </w:r>
      <w:proofErr w:type="spellEnd"/>
      <w:r>
        <w:t xml:space="preserve"> </w:t>
      </w:r>
      <w:proofErr w:type="spellStart"/>
      <w:r>
        <w:t>i</w:t>
      </w:r>
      <w:proofErr w:type="spellEnd"/>
      <w:r>
        <w:t xml:space="preserve"> </w:t>
      </w:r>
      <w:proofErr w:type="spellStart"/>
      <w:r>
        <w:t>zjarrit</w:t>
      </w:r>
      <w:proofErr w:type="spellEnd"/>
      <w:r>
        <w:t xml:space="preserve">, </w:t>
      </w:r>
      <w:proofErr w:type="spellStart"/>
      <w:r>
        <w:t>rastet</w:t>
      </w:r>
      <w:proofErr w:type="spellEnd"/>
      <w:r>
        <w:t xml:space="preserve"> e </w:t>
      </w:r>
      <w:proofErr w:type="spellStart"/>
      <w:r>
        <w:t>zjarrit</w:t>
      </w:r>
      <w:proofErr w:type="spellEnd"/>
      <w:r>
        <w:t xml:space="preserve"> </w:t>
      </w:r>
      <w:proofErr w:type="spellStart"/>
      <w:r>
        <w:t>në</w:t>
      </w:r>
      <w:proofErr w:type="spellEnd"/>
      <w:r>
        <w:t xml:space="preserve"> </w:t>
      </w:r>
      <w:proofErr w:type="spellStart"/>
      <w:r>
        <w:t>Landfild</w:t>
      </w:r>
      <w:proofErr w:type="spellEnd"/>
      <w:r>
        <w:t xml:space="preserve"> e </w:t>
      </w:r>
      <w:proofErr w:type="spellStart"/>
      <w:r>
        <w:t>ndodhin</w:t>
      </w:r>
      <w:proofErr w:type="spellEnd"/>
      <w:r>
        <w:t xml:space="preserve"> </w:t>
      </w:r>
      <w:proofErr w:type="spellStart"/>
      <w:r>
        <w:t>gjithmonë</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Zefila</w:t>
      </w:r>
      <w:proofErr w:type="spellEnd"/>
      <w:r>
        <w:t xml:space="preserve">. </w:t>
      </w:r>
      <w:proofErr w:type="spellStart"/>
      <w:r>
        <w:t>Ëh</w:t>
      </w:r>
      <w:proofErr w:type="spellEnd"/>
      <w:r>
        <w:t xml:space="preserve">, </w:t>
      </w:r>
      <w:proofErr w:type="spellStart"/>
      <w:r>
        <w:t>rastet</w:t>
      </w:r>
      <w:proofErr w:type="spellEnd"/>
      <w:r>
        <w:t xml:space="preserve"> e </w:t>
      </w:r>
      <w:proofErr w:type="spellStart"/>
      <w:r>
        <w:t>zjarreve</w:t>
      </w:r>
      <w:proofErr w:type="spellEnd"/>
      <w:r>
        <w:t xml:space="preserve"> </w:t>
      </w:r>
      <w:proofErr w:type="spellStart"/>
      <w:r>
        <w:t>në</w:t>
      </w:r>
      <w:proofErr w:type="spellEnd"/>
      <w:r>
        <w:t xml:space="preserve"> </w:t>
      </w:r>
      <w:proofErr w:type="spellStart"/>
      <w:r>
        <w:t>Landfild</w:t>
      </w:r>
      <w:proofErr w:type="spellEnd"/>
      <w:r>
        <w:t xml:space="preserve"> e </w:t>
      </w:r>
      <w:proofErr w:type="spellStart"/>
      <w:r>
        <w:t>ndodhin</w:t>
      </w:r>
      <w:proofErr w:type="spellEnd"/>
      <w:r>
        <w:t xml:space="preserve"> </w:t>
      </w:r>
      <w:proofErr w:type="spellStart"/>
      <w:r>
        <w:t>gjithmonë</w:t>
      </w:r>
      <w:proofErr w:type="spellEnd"/>
      <w:r>
        <w:t xml:space="preserve">. </w:t>
      </w:r>
      <w:proofErr w:type="spellStart"/>
      <w:r>
        <w:t>Faktikisht</w:t>
      </w:r>
      <w:proofErr w:type="spellEnd"/>
      <w:r>
        <w:t xml:space="preserve">, </w:t>
      </w:r>
      <w:proofErr w:type="spellStart"/>
      <w:r>
        <w:t>menaxhimi</w:t>
      </w:r>
      <w:proofErr w:type="spellEnd"/>
      <w:r>
        <w:t xml:space="preserve"> u </w:t>
      </w:r>
      <w:proofErr w:type="spellStart"/>
      <w:r>
        <w:t>bë</w:t>
      </w:r>
      <w:proofErr w:type="spellEnd"/>
      <w:r>
        <w:t xml:space="preserve"> </w:t>
      </w:r>
      <w:proofErr w:type="spellStart"/>
      <w:r>
        <w:t>shumë</w:t>
      </w:r>
      <w:proofErr w:type="spellEnd"/>
      <w:r>
        <w:t xml:space="preserve"> </w:t>
      </w:r>
      <w:proofErr w:type="spellStart"/>
      <w:r>
        <w:t>i</w:t>
      </w:r>
      <w:proofErr w:type="spellEnd"/>
      <w:r>
        <w:t xml:space="preserve"> </w:t>
      </w:r>
      <w:proofErr w:type="spellStart"/>
      <w:r>
        <w:t>mirë</w:t>
      </w:r>
      <w:proofErr w:type="spellEnd"/>
      <w:r>
        <w:t xml:space="preserve">, </w:t>
      </w:r>
      <w:proofErr w:type="spellStart"/>
      <w:r>
        <w:t>sepse</w:t>
      </w:r>
      <w:proofErr w:type="spellEnd"/>
      <w:r>
        <w:t xml:space="preserve"> </w:t>
      </w:r>
      <w:proofErr w:type="spellStart"/>
      <w:r>
        <w:t>për</w:t>
      </w:r>
      <w:proofErr w:type="spellEnd"/>
      <w:r>
        <w:t xml:space="preserve"> </w:t>
      </w:r>
      <w:proofErr w:type="spellStart"/>
      <w:r>
        <w:t>katër</w:t>
      </w:r>
      <w:proofErr w:type="spellEnd"/>
      <w:r>
        <w:t xml:space="preserve"> </w:t>
      </w:r>
      <w:proofErr w:type="spellStart"/>
      <w:r>
        <w:t>ditë</w:t>
      </w:r>
      <w:proofErr w:type="spellEnd"/>
      <w:r>
        <w:t xml:space="preserve"> u </w:t>
      </w:r>
      <w:proofErr w:type="spellStart"/>
      <w:r>
        <w:t>mbyll</w:t>
      </w:r>
      <w:proofErr w:type="spellEnd"/>
      <w:r>
        <w:t xml:space="preserve"> </w:t>
      </w:r>
      <w:proofErr w:type="spellStart"/>
      <w:r>
        <w:t>zjarri</w:t>
      </w:r>
      <w:proofErr w:type="spellEnd"/>
      <w:r>
        <w:t xml:space="preserve">. </w:t>
      </w:r>
      <w:proofErr w:type="spellStart"/>
      <w:r>
        <w:t>Faktikisht</w:t>
      </w:r>
      <w:proofErr w:type="spellEnd"/>
      <w:r>
        <w:t xml:space="preserve">, </w:t>
      </w:r>
      <w:proofErr w:type="spellStart"/>
      <w:r>
        <w:t>atë</w:t>
      </w:r>
      <w:proofErr w:type="spellEnd"/>
      <w:r>
        <w:t xml:space="preserve"> </w:t>
      </w:r>
      <w:proofErr w:type="spellStart"/>
      <w:r>
        <w:t>ditë</w:t>
      </w:r>
      <w:proofErr w:type="spellEnd"/>
      <w:r>
        <w:t xml:space="preserve"> </w:t>
      </w:r>
      <w:proofErr w:type="spellStart"/>
      <w:r>
        <w:t>që</w:t>
      </w:r>
      <w:proofErr w:type="spellEnd"/>
      <w:r>
        <w:t xml:space="preserve"> ka </w:t>
      </w:r>
      <w:proofErr w:type="spellStart"/>
      <w:r>
        <w:t>rënë</w:t>
      </w:r>
      <w:proofErr w:type="spellEnd"/>
      <w:r>
        <w:t xml:space="preserve"> </w:t>
      </w:r>
      <w:proofErr w:type="spellStart"/>
      <w:r>
        <w:t>zjarri</w:t>
      </w:r>
      <w:proofErr w:type="spellEnd"/>
      <w:r>
        <w:t xml:space="preserve">, </w:t>
      </w:r>
      <w:proofErr w:type="spellStart"/>
      <w:r>
        <w:t>është</w:t>
      </w:r>
      <w:proofErr w:type="spellEnd"/>
      <w:r>
        <w:t xml:space="preserve"> </w:t>
      </w:r>
      <w:proofErr w:type="spellStart"/>
      <w:r>
        <w:t>kenë</w:t>
      </w:r>
      <w:proofErr w:type="spellEnd"/>
      <w:r>
        <w:t xml:space="preserve"> </w:t>
      </w:r>
      <w:proofErr w:type="spellStart"/>
      <w:r>
        <w:t>një</w:t>
      </w:r>
      <w:proofErr w:type="spellEnd"/>
      <w:r>
        <w:t xml:space="preserve"> </w:t>
      </w:r>
      <w:proofErr w:type="spellStart"/>
      <w:r>
        <w:t>erë</w:t>
      </w:r>
      <w:proofErr w:type="spellEnd"/>
      <w:r>
        <w:t xml:space="preserve"> </w:t>
      </w:r>
      <w:proofErr w:type="spellStart"/>
      <w:r>
        <w:t>shumë</w:t>
      </w:r>
      <w:proofErr w:type="spellEnd"/>
      <w:r>
        <w:t xml:space="preserve"> e </w:t>
      </w:r>
      <w:proofErr w:type="spellStart"/>
      <w:r>
        <w:t>fortë</w:t>
      </w:r>
      <w:proofErr w:type="spellEnd"/>
      <w:r>
        <w:t xml:space="preserve"> </w:t>
      </w:r>
      <w:proofErr w:type="spellStart"/>
      <w:r>
        <w:t>dhe</w:t>
      </w:r>
      <w:proofErr w:type="spellEnd"/>
      <w:r>
        <w:t xml:space="preserve"> ajo </w:t>
      </w:r>
      <w:proofErr w:type="spellStart"/>
      <w:r>
        <w:t>ndihmoi</w:t>
      </w:r>
      <w:proofErr w:type="spellEnd"/>
      <w:r>
        <w:t xml:space="preserve"> </w:t>
      </w:r>
      <w:proofErr w:type="spellStart"/>
      <w:r>
        <w:t>në</w:t>
      </w:r>
      <w:proofErr w:type="spellEnd"/>
      <w:r>
        <w:t xml:space="preserve"> </w:t>
      </w:r>
      <w:proofErr w:type="spellStart"/>
      <w:r>
        <w:t>përhapjen</w:t>
      </w:r>
      <w:proofErr w:type="spellEnd"/>
      <w:r>
        <w:t xml:space="preserve"> e </w:t>
      </w:r>
      <w:proofErr w:type="spellStart"/>
      <w:r>
        <w:t>zjarrit</w:t>
      </w:r>
      <w:proofErr w:type="spellEnd"/>
      <w:r>
        <w:t xml:space="preserve"> </w:t>
      </w:r>
      <w:proofErr w:type="spellStart"/>
      <w:r>
        <w:t>në</w:t>
      </w:r>
      <w:proofErr w:type="spellEnd"/>
      <w:r>
        <w:t xml:space="preserve"> </w:t>
      </w:r>
      <w:proofErr w:type="spellStart"/>
      <w:r>
        <w:t>Landfild</w:t>
      </w:r>
      <w:proofErr w:type="spellEnd"/>
      <w:r>
        <w:t xml:space="preserve">, por </w:t>
      </w:r>
      <w:proofErr w:type="spellStart"/>
      <w:r>
        <w:t>faktikisht</w:t>
      </w:r>
      <w:proofErr w:type="spellEnd"/>
      <w:r>
        <w:t xml:space="preserve"> u </w:t>
      </w:r>
      <w:proofErr w:type="spellStart"/>
      <w:r>
        <w:t>menaxhua</w:t>
      </w:r>
      <w:proofErr w:type="spellEnd"/>
      <w:r>
        <w:t xml:space="preserve"> </w:t>
      </w:r>
      <w:proofErr w:type="spellStart"/>
      <w:r>
        <w:t>mirë</w:t>
      </w:r>
      <w:proofErr w:type="spellEnd"/>
      <w:r>
        <w:t xml:space="preserve"> </w:t>
      </w:r>
      <w:proofErr w:type="spellStart"/>
      <w:r>
        <w:t>shumë</w:t>
      </w:r>
      <w:proofErr w:type="spellEnd"/>
      <w:r>
        <w:t xml:space="preserve"> </w:t>
      </w:r>
      <w:proofErr w:type="spellStart"/>
      <w:r>
        <w:t>dhe</w:t>
      </w:r>
      <w:proofErr w:type="spellEnd"/>
      <w:r>
        <w:t xml:space="preserve"> u </w:t>
      </w:r>
      <w:proofErr w:type="spellStart"/>
      <w:r>
        <w:t>mbyll</w:t>
      </w:r>
      <w:proofErr w:type="spellEnd"/>
      <w:r>
        <w:t xml:space="preserve"> </w:t>
      </w:r>
      <w:proofErr w:type="spellStart"/>
      <w:r>
        <w:t>brenda</w:t>
      </w:r>
      <w:proofErr w:type="spellEnd"/>
      <w:r>
        <w:t xml:space="preserve"> </w:t>
      </w:r>
      <w:proofErr w:type="spellStart"/>
      <w:r>
        <w:t>katër</w:t>
      </w:r>
      <w:proofErr w:type="spellEnd"/>
      <w:r>
        <w:t xml:space="preserve"> </w:t>
      </w:r>
      <w:proofErr w:type="spellStart"/>
      <w:r>
        <w:t>ditëve</w:t>
      </w:r>
      <w:proofErr w:type="spellEnd"/>
      <w:r>
        <w:t xml:space="preserve">. U </w:t>
      </w:r>
      <w:proofErr w:type="spellStart"/>
      <w:r>
        <w:t>mbyll</w:t>
      </w:r>
      <w:proofErr w:type="spellEnd"/>
      <w:r>
        <w:t xml:space="preserve"> ë </w:t>
      </w:r>
      <w:proofErr w:type="spellStart"/>
      <w:r>
        <w:t>menaxhimi</w:t>
      </w:r>
      <w:proofErr w:type="spellEnd"/>
      <w:r>
        <w:t xml:space="preserve"> </w:t>
      </w:r>
      <w:proofErr w:type="spellStart"/>
      <w:r>
        <w:t>i</w:t>
      </w:r>
      <w:proofErr w:type="spellEnd"/>
      <w:r>
        <w:t xml:space="preserve"> </w:t>
      </w:r>
      <w:proofErr w:type="spellStart"/>
      <w:r>
        <w:t>saj</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burimeve</w:t>
      </w:r>
      <w:proofErr w:type="spellEnd"/>
      <w:r>
        <w:t xml:space="preserve"> ë </w:t>
      </w:r>
      <w:proofErr w:type="spellStart"/>
      <w:r>
        <w:t>njerëzore</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mendoj</w:t>
      </w:r>
      <w:proofErr w:type="spellEnd"/>
      <w:r>
        <w:t xml:space="preserve"> </w:t>
      </w:r>
      <w:proofErr w:type="spellStart"/>
      <w:r>
        <w:t>që</w:t>
      </w:r>
      <w:proofErr w:type="spellEnd"/>
      <w:r>
        <w:t xml:space="preserve"> </w:t>
      </w:r>
      <w:proofErr w:type="spellStart"/>
      <w:r>
        <w:t>bashkia</w:t>
      </w:r>
      <w:proofErr w:type="spellEnd"/>
      <w:r>
        <w:t xml:space="preserve"> e </w:t>
      </w:r>
      <w:proofErr w:type="spellStart"/>
      <w:r>
        <w:t>Vaudejsit</w:t>
      </w:r>
      <w:proofErr w:type="spellEnd"/>
      <w:r>
        <w:t xml:space="preserve"> ka </w:t>
      </w:r>
      <w:proofErr w:type="spellStart"/>
      <w:r>
        <w:t>burime</w:t>
      </w:r>
      <w:proofErr w:type="spellEnd"/>
      <w:r>
        <w:t xml:space="preserve"> </w:t>
      </w:r>
      <w:proofErr w:type="spellStart"/>
      <w:r>
        <w:t>njerëzore</w:t>
      </w:r>
      <w:proofErr w:type="spellEnd"/>
      <w:r>
        <w:t xml:space="preserve"> </w:t>
      </w:r>
      <w:proofErr w:type="spellStart"/>
      <w:r>
        <w:t>të</w:t>
      </w:r>
      <w:proofErr w:type="spellEnd"/>
      <w:r>
        <w:t xml:space="preserve"> </w:t>
      </w:r>
      <w:proofErr w:type="spellStart"/>
      <w:r>
        <w:t>mjaftueshme</w:t>
      </w:r>
      <w:proofErr w:type="spellEnd"/>
      <w:r>
        <w:t xml:space="preserve"> </w:t>
      </w:r>
      <w:proofErr w:type="spellStart"/>
      <w:r>
        <w:t>si</w:t>
      </w:r>
      <w:proofErr w:type="spellEnd"/>
      <w:r>
        <w:t xml:space="preserve"> urbanist, </w:t>
      </w:r>
      <w:proofErr w:type="spellStart"/>
      <w:r>
        <w:t>si</w:t>
      </w:r>
      <w:proofErr w:type="spellEnd"/>
      <w:r>
        <w:t xml:space="preserve"> jurist, </w:t>
      </w:r>
      <w:proofErr w:type="spellStart"/>
      <w:r>
        <w:t>si</w:t>
      </w:r>
      <w:proofErr w:type="spellEnd"/>
      <w:r>
        <w:t xml:space="preserve"> </w:t>
      </w:r>
      <w:proofErr w:type="spellStart"/>
      <w:r>
        <w:t>ekonomist</w:t>
      </w:r>
      <w:proofErr w:type="spellEnd"/>
      <w:r>
        <w:t xml:space="preserve">. </w:t>
      </w:r>
      <w:proofErr w:type="spellStart"/>
      <w:r>
        <w:t>Pra</w:t>
      </w:r>
      <w:proofErr w:type="spellEnd"/>
      <w:r>
        <w:t xml:space="preserve">, </w:t>
      </w:r>
      <w:proofErr w:type="spellStart"/>
      <w:r>
        <w:t>jemi</w:t>
      </w:r>
      <w:proofErr w:type="spellEnd"/>
      <w:r>
        <w:t xml:space="preserve"> </w:t>
      </w:r>
      <w:proofErr w:type="spellStart"/>
      <w:r>
        <w:t>një</w:t>
      </w:r>
      <w:proofErr w:type="spellEnd"/>
      <w:r>
        <w:t xml:space="preserve"> </w:t>
      </w:r>
      <w:proofErr w:type="spellStart"/>
      <w:r>
        <w:t>bashki</w:t>
      </w:r>
      <w:proofErr w:type="spellEnd"/>
      <w:r>
        <w:t xml:space="preserve"> e </w:t>
      </w:r>
      <w:proofErr w:type="spellStart"/>
      <w:r>
        <w:t>konsoliduar</w:t>
      </w:r>
      <w:proofErr w:type="spellEnd"/>
      <w:r>
        <w:t xml:space="preserve">. </w:t>
      </w:r>
      <w:proofErr w:type="spellStart"/>
      <w:r>
        <w:t>Mendoj</w:t>
      </w:r>
      <w:proofErr w:type="spellEnd"/>
      <w:r>
        <w:t xml:space="preserve"> </w:t>
      </w:r>
      <w:proofErr w:type="spellStart"/>
      <w:r>
        <w:t>unë</w:t>
      </w:r>
      <w:proofErr w:type="spellEnd"/>
      <w:r>
        <w:t xml:space="preserve"> </w:t>
      </w:r>
      <w:proofErr w:type="spellStart"/>
      <w:r>
        <w:t>kaq</w:t>
      </w:r>
      <w:proofErr w:type="spellEnd"/>
      <w:r>
        <w:t xml:space="preserve"> </w:t>
      </w:r>
      <w:proofErr w:type="spellStart"/>
      <w:r>
        <w:t>kisha</w:t>
      </w:r>
      <w:proofErr w:type="spellEnd"/>
      <w:r>
        <w:t xml:space="preserve">. </w:t>
      </w:r>
    </w:p>
    <w:p w14:paraId="74A7B781" w14:textId="77777777" w:rsidR="001059DD" w:rsidRDefault="001059DD" w:rsidP="001059DD">
      <w:proofErr w:type="spellStart"/>
      <w:r>
        <w:rPr>
          <w:b/>
        </w:rPr>
        <w:t>Luçiano</w:t>
      </w:r>
      <w:proofErr w:type="spellEnd"/>
      <w:r>
        <w:rPr>
          <w:b/>
        </w:rPr>
        <w:t xml:space="preserve"> </w:t>
      </w:r>
      <w:proofErr w:type="spellStart"/>
      <w:r>
        <w:rPr>
          <w:b/>
        </w:rPr>
        <w:t>Boçi</w:t>
      </w:r>
      <w:proofErr w:type="spellEnd"/>
      <w:r>
        <w:rPr>
          <w:b/>
        </w:rPr>
        <w:t>:</w:t>
      </w:r>
    </w:p>
    <w:p w14:paraId="70F7C6C0" w14:textId="77777777" w:rsidR="001059DD" w:rsidRDefault="0010666C" w:rsidP="0010666C">
      <w:proofErr w:type="spellStart"/>
      <w:r>
        <w:lastRenderedPageBreak/>
        <w:t>Zoti</w:t>
      </w:r>
      <w:proofErr w:type="spellEnd"/>
      <w:r>
        <w:t xml:space="preserve"> </w:t>
      </w:r>
      <w:proofErr w:type="spellStart"/>
      <w:r>
        <w:t>Marinaj</w:t>
      </w:r>
      <w:proofErr w:type="spellEnd"/>
      <w:r w:rsidR="001059DD">
        <w:t>.</w:t>
      </w:r>
    </w:p>
    <w:p w14:paraId="5AB92758" w14:textId="77777777" w:rsidR="001059DD" w:rsidRDefault="001059DD" w:rsidP="001059DD">
      <w:r>
        <w:rPr>
          <w:b/>
        </w:rPr>
        <w:t xml:space="preserve">Tonin </w:t>
      </w:r>
      <w:proofErr w:type="spellStart"/>
      <w:r>
        <w:rPr>
          <w:b/>
        </w:rPr>
        <w:t>Marinaj</w:t>
      </w:r>
      <w:proofErr w:type="spellEnd"/>
      <w:r>
        <w:rPr>
          <w:b/>
        </w:rPr>
        <w:t>:</w:t>
      </w:r>
    </w:p>
    <w:p w14:paraId="360BBD2B" w14:textId="77777777" w:rsidR="001059DD" w:rsidRDefault="001059DD" w:rsidP="0010666C">
      <w:r>
        <w:t>I</w:t>
      </w:r>
      <w:r w:rsidR="0010666C">
        <w:t xml:space="preserve"> </w:t>
      </w:r>
      <w:proofErr w:type="spellStart"/>
      <w:r w:rsidR="0010666C">
        <w:t>nderuar</w:t>
      </w:r>
      <w:proofErr w:type="spellEnd"/>
      <w:r w:rsidR="0010666C">
        <w:t xml:space="preserve"> </w:t>
      </w:r>
      <w:proofErr w:type="spellStart"/>
      <w:r w:rsidR="0010666C">
        <w:t>kryetar</w:t>
      </w:r>
      <w:proofErr w:type="spellEnd"/>
      <w:r w:rsidR="0010666C">
        <w:t xml:space="preserve">, </w:t>
      </w:r>
      <w:proofErr w:type="spellStart"/>
      <w:r w:rsidR="0010666C">
        <w:t>ëh</w:t>
      </w:r>
      <w:proofErr w:type="spellEnd"/>
      <w:r w:rsidR="0010666C">
        <w:t xml:space="preserve">, </w:t>
      </w:r>
      <w:proofErr w:type="spellStart"/>
      <w:r w:rsidR="0010666C">
        <w:t>unë</w:t>
      </w:r>
      <w:proofErr w:type="spellEnd"/>
      <w:r w:rsidR="0010666C">
        <w:t xml:space="preserve"> ë </w:t>
      </w:r>
      <w:proofErr w:type="spellStart"/>
      <w:r w:rsidR="0010666C">
        <w:t>që</w:t>
      </w:r>
      <w:proofErr w:type="spellEnd"/>
      <w:r w:rsidR="0010666C">
        <w:t xml:space="preserve"> </w:t>
      </w:r>
      <w:proofErr w:type="spellStart"/>
      <w:r w:rsidR="0010666C">
        <w:t>në</w:t>
      </w:r>
      <w:proofErr w:type="spellEnd"/>
      <w:r w:rsidR="0010666C">
        <w:t xml:space="preserve"> </w:t>
      </w:r>
      <w:proofErr w:type="spellStart"/>
      <w:r w:rsidR="0010666C">
        <w:t>fillim</w:t>
      </w:r>
      <w:proofErr w:type="spellEnd"/>
      <w:r w:rsidR="0010666C">
        <w:t xml:space="preserve"> e </w:t>
      </w:r>
      <w:proofErr w:type="spellStart"/>
      <w:r w:rsidR="0010666C">
        <w:t>theksova</w:t>
      </w:r>
      <w:proofErr w:type="spellEnd"/>
      <w:r w:rsidR="0010666C">
        <w:t xml:space="preserve"> </w:t>
      </w:r>
      <w:proofErr w:type="spellStart"/>
      <w:r w:rsidR="0010666C">
        <w:t>të</w:t>
      </w:r>
      <w:proofErr w:type="spellEnd"/>
      <w:r w:rsidR="0010666C">
        <w:t xml:space="preserve"> </w:t>
      </w:r>
      <w:proofErr w:type="spellStart"/>
      <w:r w:rsidR="0010666C">
        <w:t>paktën</w:t>
      </w:r>
      <w:proofErr w:type="spellEnd"/>
      <w:r w:rsidR="0010666C">
        <w:t xml:space="preserve"> </w:t>
      </w:r>
      <w:proofErr w:type="spellStart"/>
      <w:r w:rsidR="0010666C">
        <w:t>njëherë</w:t>
      </w:r>
      <w:proofErr w:type="spellEnd"/>
      <w:r w:rsidR="0010666C">
        <w:t xml:space="preserve"> </w:t>
      </w:r>
      <w:proofErr w:type="spellStart"/>
      <w:r w:rsidR="0010666C">
        <w:t>nga</w:t>
      </w:r>
      <w:proofErr w:type="spellEnd"/>
      <w:r w:rsidR="0010666C">
        <w:t xml:space="preserve"> </w:t>
      </w:r>
      <w:proofErr w:type="spellStart"/>
      <w:r w:rsidR="0010666C">
        <w:t>pyetjet</w:t>
      </w:r>
      <w:proofErr w:type="spellEnd"/>
      <w:r w:rsidR="0010666C">
        <w:t xml:space="preserve">, </w:t>
      </w:r>
      <w:proofErr w:type="spellStart"/>
      <w:r w:rsidR="0010666C">
        <w:t>ëh</w:t>
      </w:r>
      <w:proofErr w:type="spellEnd"/>
      <w:r w:rsidR="0010666C">
        <w:t xml:space="preserve">, </w:t>
      </w:r>
      <w:proofErr w:type="spellStart"/>
      <w:r w:rsidR="0010666C">
        <w:t>të</w:t>
      </w:r>
      <w:proofErr w:type="spellEnd"/>
      <w:r w:rsidR="0010666C">
        <w:t xml:space="preserve"> </w:t>
      </w:r>
      <w:proofErr w:type="spellStart"/>
      <w:r w:rsidR="0010666C">
        <w:t>një</w:t>
      </w:r>
      <w:proofErr w:type="spellEnd"/>
      <w:r w:rsidR="0010666C">
        <w:t xml:space="preserve"> </w:t>
      </w:r>
      <w:proofErr w:type="spellStart"/>
      <w:r w:rsidR="0010666C">
        <w:t>gjë</w:t>
      </w:r>
      <w:proofErr w:type="spellEnd"/>
      <w:r w:rsidR="0010666C">
        <w:t xml:space="preserve"> me </w:t>
      </w:r>
      <w:proofErr w:type="spellStart"/>
      <w:r w:rsidR="0010666C">
        <w:t>mendje</w:t>
      </w:r>
      <w:proofErr w:type="spellEnd"/>
      <w:r w:rsidR="0010666C">
        <w:t xml:space="preserve"> </w:t>
      </w:r>
      <w:proofErr w:type="spellStart"/>
      <w:r w:rsidR="0010666C">
        <w:t>që</w:t>
      </w:r>
      <w:proofErr w:type="spellEnd"/>
      <w:r w:rsidR="0010666C">
        <w:t xml:space="preserve"> u </w:t>
      </w:r>
      <w:proofErr w:type="spellStart"/>
      <w:r w:rsidR="0010666C">
        <w:t>shpreh</w:t>
      </w:r>
      <w:proofErr w:type="spellEnd"/>
      <w:r w:rsidR="0010666C">
        <w:t xml:space="preserve"> </w:t>
      </w:r>
      <w:proofErr w:type="spellStart"/>
      <w:r w:rsidR="0010666C">
        <w:t>që</w:t>
      </w:r>
      <w:proofErr w:type="spellEnd"/>
      <w:r w:rsidR="0010666C">
        <w:t xml:space="preserve"> </w:t>
      </w:r>
      <w:proofErr w:type="spellStart"/>
      <w:r w:rsidR="0010666C">
        <w:t>Malësia</w:t>
      </w:r>
      <w:proofErr w:type="spellEnd"/>
      <w:r w:rsidR="0010666C">
        <w:t xml:space="preserve"> e </w:t>
      </w:r>
      <w:proofErr w:type="spellStart"/>
      <w:r w:rsidR="0010666C">
        <w:t>Madhe</w:t>
      </w:r>
      <w:proofErr w:type="spellEnd"/>
      <w:r w:rsidR="0010666C">
        <w:t xml:space="preserve"> ka </w:t>
      </w:r>
      <w:proofErr w:type="spellStart"/>
      <w:r w:rsidR="0010666C">
        <w:t>një</w:t>
      </w:r>
      <w:proofErr w:type="spellEnd"/>
      <w:r w:rsidR="0010666C">
        <w:t xml:space="preserve"> </w:t>
      </w:r>
      <w:proofErr w:type="spellStart"/>
      <w:r w:rsidR="0010666C">
        <w:t>sipërfaqe</w:t>
      </w:r>
      <w:proofErr w:type="spellEnd"/>
      <w:r w:rsidR="0010666C">
        <w:t xml:space="preserve"> </w:t>
      </w:r>
      <w:proofErr w:type="spellStart"/>
      <w:r w:rsidR="0010666C">
        <w:t>të</w:t>
      </w:r>
      <w:proofErr w:type="spellEnd"/>
      <w:r w:rsidR="0010666C">
        <w:t xml:space="preserve"> </w:t>
      </w:r>
      <w:proofErr w:type="spellStart"/>
      <w:r w:rsidR="0010666C">
        <w:t>madhe</w:t>
      </w:r>
      <w:proofErr w:type="spellEnd"/>
      <w:r w:rsidR="0010666C">
        <w:t xml:space="preserve">. </w:t>
      </w:r>
      <w:proofErr w:type="spellStart"/>
      <w:r w:rsidR="0010666C">
        <w:t>Është</w:t>
      </w:r>
      <w:proofErr w:type="spellEnd"/>
      <w:r w:rsidR="0010666C">
        <w:t xml:space="preserve"> e </w:t>
      </w:r>
      <w:proofErr w:type="spellStart"/>
      <w:r w:rsidR="0010666C">
        <w:t>vërtetë</w:t>
      </w:r>
      <w:proofErr w:type="spellEnd"/>
      <w:r w:rsidR="0010666C">
        <w:t xml:space="preserve">, </w:t>
      </w:r>
      <w:proofErr w:type="spellStart"/>
      <w:r w:rsidR="0010666C">
        <w:t>jemi</w:t>
      </w:r>
      <w:proofErr w:type="spellEnd"/>
      <w:r w:rsidR="0010666C">
        <w:t xml:space="preserve"> </w:t>
      </w:r>
      <w:proofErr w:type="spellStart"/>
      <w:r w:rsidR="0010666C">
        <w:t>në</w:t>
      </w:r>
      <w:proofErr w:type="spellEnd"/>
      <w:r w:rsidR="0010666C">
        <w:t xml:space="preserve"> </w:t>
      </w:r>
      <w:proofErr w:type="spellStart"/>
      <w:r w:rsidR="0010666C">
        <w:t>bashkia</w:t>
      </w:r>
      <w:proofErr w:type="spellEnd"/>
      <w:r w:rsidR="0010666C">
        <w:t xml:space="preserve"> e </w:t>
      </w:r>
      <w:proofErr w:type="spellStart"/>
      <w:r w:rsidR="0010666C">
        <w:t>tretë</w:t>
      </w:r>
      <w:proofErr w:type="spellEnd"/>
      <w:r w:rsidR="0010666C">
        <w:t xml:space="preserve"> </w:t>
      </w:r>
      <w:proofErr w:type="spellStart"/>
      <w:r w:rsidR="0010666C">
        <w:t>nga</w:t>
      </w:r>
      <w:proofErr w:type="spellEnd"/>
      <w:r w:rsidR="0010666C">
        <w:t xml:space="preserve"> </w:t>
      </w:r>
      <w:proofErr w:type="spellStart"/>
      <w:r w:rsidR="0010666C">
        <w:t>sipërfaqja</w:t>
      </w:r>
      <w:proofErr w:type="spellEnd"/>
      <w:r w:rsidR="0010666C">
        <w:t xml:space="preserve">. </w:t>
      </w:r>
      <w:proofErr w:type="spellStart"/>
      <w:r w:rsidR="0010666C">
        <w:t>Ëh</w:t>
      </w:r>
      <w:proofErr w:type="spellEnd"/>
      <w:r w:rsidR="0010666C">
        <w:t xml:space="preserve">, </w:t>
      </w:r>
      <w:proofErr w:type="spellStart"/>
      <w:r w:rsidR="0010666C">
        <w:t>realisht</w:t>
      </w:r>
      <w:proofErr w:type="spellEnd"/>
      <w:r w:rsidR="0010666C">
        <w:t xml:space="preserve"> me census </w:t>
      </w:r>
      <w:proofErr w:type="spellStart"/>
      <w:r w:rsidR="0010666C">
        <w:t>jemi</w:t>
      </w:r>
      <w:proofErr w:type="spellEnd"/>
      <w:r w:rsidR="0010666C">
        <w:t xml:space="preserve"> </w:t>
      </w:r>
      <w:proofErr w:type="spellStart"/>
      <w:r w:rsidR="0010666C">
        <w:t>në</w:t>
      </w:r>
      <w:proofErr w:type="spellEnd"/>
      <w:r w:rsidR="0010666C">
        <w:t xml:space="preserve"> 22.000 </w:t>
      </w:r>
      <w:proofErr w:type="spellStart"/>
      <w:r w:rsidR="0010666C">
        <w:t>banorë</w:t>
      </w:r>
      <w:proofErr w:type="spellEnd"/>
      <w:r w:rsidR="0010666C">
        <w:t xml:space="preserve"> </w:t>
      </w:r>
      <w:proofErr w:type="spellStart"/>
      <w:r w:rsidR="0010666C">
        <w:t>që</w:t>
      </w:r>
      <w:proofErr w:type="spellEnd"/>
      <w:r w:rsidR="0010666C">
        <w:t xml:space="preserve"> </w:t>
      </w:r>
      <w:proofErr w:type="spellStart"/>
      <w:r w:rsidR="0010666C">
        <w:t>jetojnë</w:t>
      </w:r>
      <w:proofErr w:type="spellEnd"/>
      <w:r w:rsidR="0010666C">
        <w:t xml:space="preserve"> </w:t>
      </w:r>
      <w:proofErr w:type="spellStart"/>
      <w:r w:rsidR="0010666C">
        <w:t>aty</w:t>
      </w:r>
      <w:proofErr w:type="spellEnd"/>
      <w:r w:rsidR="0010666C">
        <w:t xml:space="preserve">, </w:t>
      </w:r>
      <w:proofErr w:type="spellStart"/>
      <w:r w:rsidR="0010666C">
        <w:t>ndërsa</w:t>
      </w:r>
      <w:proofErr w:type="spellEnd"/>
      <w:r w:rsidR="0010666C">
        <w:t xml:space="preserve"> me </w:t>
      </w:r>
      <w:proofErr w:type="spellStart"/>
      <w:r w:rsidR="0010666C">
        <w:t>gjendjen</w:t>
      </w:r>
      <w:proofErr w:type="spellEnd"/>
      <w:r w:rsidR="0010666C">
        <w:t xml:space="preserve"> civile </w:t>
      </w:r>
      <w:proofErr w:type="spellStart"/>
      <w:r w:rsidR="0010666C">
        <w:t>jemi</w:t>
      </w:r>
      <w:proofErr w:type="spellEnd"/>
      <w:r w:rsidR="0010666C">
        <w:t xml:space="preserve"> </w:t>
      </w:r>
      <w:proofErr w:type="spellStart"/>
      <w:r w:rsidR="0010666C">
        <w:t>në</w:t>
      </w:r>
      <w:proofErr w:type="spellEnd"/>
      <w:r w:rsidR="0010666C">
        <w:t xml:space="preserve"> 50 e 6.700 </w:t>
      </w:r>
      <w:proofErr w:type="spellStart"/>
      <w:r w:rsidR="0010666C">
        <w:t>banorë</w:t>
      </w:r>
      <w:proofErr w:type="spellEnd"/>
      <w:r w:rsidR="0010666C">
        <w:t xml:space="preserve">. </w:t>
      </w:r>
      <w:proofErr w:type="spellStart"/>
      <w:r w:rsidR="0010666C">
        <w:t>Mirë</w:t>
      </w:r>
      <w:proofErr w:type="spellEnd"/>
      <w:r w:rsidR="0010666C">
        <w:t xml:space="preserve">, </w:t>
      </w:r>
      <w:proofErr w:type="spellStart"/>
      <w:r w:rsidR="0010666C">
        <w:t>pra</w:t>
      </w:r>
      <w:proofErr w:type="spellEnd"/>
      <w:r w:rsidR="0010666C">
        <w:t xml:space="preserve">, e </w:t>
      </w:r>
      <w:proofErr w:type="spellStart"/>
      <w:r w:rsidR="0010666C">
        <w:t>kuptoj</w:t>
      </w:r>
      <w:proofErr w:type="spellEnd"/>
      <w:r w:rsidR="0010666C">
        <w:t xml:space="preserve">, po </w:t>
      </w:r>
      <w:proofErr w:type="spellStart"/>
      <w:r w:rsidR="0010666C">
        <w:t>lëvizjet</w:t>
      </w:r>
      <w:proofErr w:type="spellEnd"/>
      <w:r w:rsidR="0010666C">
        <w:t xml:space="preserve"> </w:t>
      </w:r>
      <w:proofErr w:type="spellStart"/>
      <w:r w:rsidR="0010666C">
        <w:t>malësorë</w:t>
      </w:r>
      <w:proofErr w:type="spellEnd"/>
      <w:r w:rsidR="0010666C">
        <w:t xml:space="preserve"> </w:t>
      </w:r>
      <w:proofErr w:type="spellStart"/>
      <w:r w:rsidR="0010666C">
        <w:t>lëvizin</w:t>
      </w:r>
      <w:proofErr w:type="spellEnd"/>
      <w:r w:rsidR="0010666C">
        <w:t xml:space="preserve">, </w:t>
      </w:r>
      <w:proofErr w:type="spellStart"/>
      <w:r w:rsidR="0010666C">
        <w:t>edhe</w:t>
      </w:r>
      <w:proofErr w:type="spellEnd"/>
      <w:r w:rsidR="0010666C">
        <w:t xml:space="preserve"> </w:t>
      </w:r>
      <w:proofErr w:type="spellStart"/>
      <w:r w:rsidR="0010666C">
        <w:t>unë</w:t>
      </w:r>
      <w:proofErr w:type="spellEnd"/>
      <w:r w:rsidR="0010666C">
        <w:t xml:space="preserve">, po </w:t>
      </w:r>
      <w:proofErr w:type="spellStart"/>
      <w:r w:rsidR="0010666C">
        <w:t>unë</w:t>
      </w:r>
      <w:proofErr w:type="spellEnd"/>
      <w:r w:rsidR="0010666C">
        <w:t xml:space="preserve"> e </w:t>
      </w:r>
      <w:proofErr w:type="spellStart"/>
      <w:r w:rsidR="0010666C">
        <w:t>përmend</w:t>
      </w:r>
      <w:proofErr w:type="spellEnd"/>
      <w:r w:rsidR="0010666C">
        <w:t xml:space="preserve"> </w:t>
      </w:r>
      <w:proofErr w:type="spellStart"/>
      <w:r w:rsidR="0010666C">
        <w:t>censusin</w:t>
      </w:r>
      <w:proofErr w:type="spellEnd"/>
      <w:r w:rsidR="0010666C">
        <w:t xml:space="preserve">. </w:t>
      </w:r>
    </w:p>
    <w:p w14:paraId="5B4935E7" w14:textId="77777777" w:rsidR="001059DD" w:rsidRDefault="001059DD" w:rsidP="001059DD">
      <w:proofErr w:type="spellStart"/>
      <w:r>
        <w:rPr>
          <w:b/>
        </w:rPr>
        <w:t>Luçiano</w:t>
      </w:r>
      <w:proofErr w:type="spellEnd"/>
      <w:r>
        <w:rPr>
          <w:b/>
        </w:rPr>
        <w:t xml:space="preserve"> </w:t>
      </w:r>
      <w:proofErr w:type="spellStart"/>
      <w:r>
        <w:rPr>
          <w:b/>
        </w:rPr>
        <w:t>Boçi</w:t>
      </w:r>
      <w:proofErr w:type="spellEnd"/>
      <w:r>
        <w:rPr>
          <w:b/>
        </w:rPr>
        <w:t>:</w:t>
      </w:r>
    </w:p>
    <w:p w14:paraId="4EDB0C0A" w14:textId="77777777" w:rsidR="001059DD" w:rsidRDefault="0010666C" w:rsidP="0010666C">
      <w:proofErr w:type="spellStart"/>
      <w:r>
        <w:t>Zoti</w:t>
      </w:r>
      <w:proofErr w:type="spellEnd"/>
      <w:r>
        <w:t xml:space="preserve"> </w:t>
      </w:r>
      <w:proofErr w:type="spellStart"/>
      <w:r>
        <w:t>Marinaj</w:t>
      </w:r>
      <w:proofErr w:type="spellEnd"/>
      <w:r>
        <w:t xml:space="preserve">, </w:t>
      </w:r>
      <w:proofErr w:type="spellStart"/>
      <w:r>
        <w:t>nuk</w:t>
      </w:r>
      <w:proofErr w:type="spellEnd"/>
      <w:r>
        <w:t xml:space="preserve"> e </w:t>
      </w:r>
      <w:proofErr w:type="spellStart"/>
      <w:r>
        <w:t>kam</w:t>
      </w:r>
      <w:proofErr w:type="spellEnd"/>
      <w:r>
        <w:t xml:space="preserve"> </w:t>
      </w:r>
      <w:proofErr w:type="spellStart"/>
      <w:r>
        <w:t>për</w:t>
      </w:r>
      <w:proofErr w:type="spellEnd"/>
      <w:r>
        <w:t xml:space="preserve"> debate. E </w:t>
      </w:r>
      <w:proofErr w:type="spellStart"/>
      <w:r>
        <w:t>kam</w:t>
      </w:r>
      <w:proofErr w:type="spellEnd"/>
      <w:r>
        <w:t xml:space="preserve"> </w:t>
      </w:r>
      <w:proofErr w:type="spellStart"/>
      <w:r>
        <w:t>sepse</w:t>
      </w:r>
      <w:proofErr w:type="spellEnd"/>
      <w:r>
        <w:t xml:space="preserve"> </w:t>
      </w:r>
      <w:proofErr w:type="spellStart"/>
      <w:r>
        <w:t>numri</w:t>
      </w:r>
      <w:proofErr w:type="spellEnd"/>
      <w:r>
        <w:t xml:space="preserve"> </w:t>
      </w:r>
      <w:proofErr w:type="spellStart"/>
      <w:r>
        <w:t>i</w:t>
      </w:r>
      <w:proofErr w:type="spellEnd"/>
      <w:r>
        <w:t xml:space="preserve"> </w:t>
      </w:r>
      <w:proofErr w:type="spellStart"/>
      <w:r>
        <w:t>banorëve</w:t>
      </w:r>
      <w:proofErr w:type="spellEnd"/>
      <w:r>
        <w:t xml:space="preserve"> </w:t>
      </w:r>
      <w:proofErr w:type="spellStart"/>
      <w:r>
        <w:t>që</w:t>
      </w:r>
      <w:proofErr w:type="spellEnd"/>
      <w:r>
        <w:t xml:space="preserve"> </w:t>
      </w:r>
      <w:proofErr w:type="spellStart"/>
      <w:r>
        <w:t>marrin</w:t>
      </w:r>
      <w:proofErr w:type="spellEnd"/>
      <w:r>
        <w:t xml:space="preserve"> </w:t>
      </w:r>
      <w:proofErr w:type="spellStart"/>
      <w:r>
        <w:t>shërbim</w:t>
      </w:r>
      <w:proofErr w:type="spellEnd"/>
      <w:r>
        <w:t xml:space="preserve"> </w:t>
      </w:r>
      <w:proofErr w:type="spellStart"/>
      <w:r>
        <w:t>është</w:t>
      </w:r>
      <w:proofErr w:type="spellEnd"/>
      <w:r>
        <w:t xml:space="preserve"> </w:t>
      </w:r>
      <w:proofErr w:type="spellStart"/>
      <w:r>
        <w:t>numri</w:t>
      </w:r>
      <w:proofErr w:type="spellEnd"/>
      <w:r>
        <w:t xml:space="preserve"> </w:t>
      </w:r>
      <w:proofErr w:type="spellStart"/>
      <w:r>
        <w:t>i</w:t>
      </w:r>
      <w:proofErr w:type="spellEnd"/>
      <w:r>
        <w:t xml:space="preserve"> </w:t>
      </w:r>
      <w:proofErr w:type="spellStart"/>
      <w:r>
        <w:t>banorëve</w:t>
      </w:r>
      <w:proofErr w:type="spellEnd"/>
      <w:r>
        <w:t xml:space="preserve"> </w:t>
      </w:r>
      <w:proofErr w:type="spellStart"/>
      <w:r>
        <w:t>rezidentë</w:t>
      </w:r>
      <w:proofErr w:type="spellEnd"/>
      <w:r>
        <w:t xml:space="preserve">. Ai </w:t>
      </w:r>
      <w:proofErr w:type="spellStart"/>
      <w:r>
        <w:t>që</w:t>
      </w:r>
      <w:proofErr w:type="spellEnd"/>
      <w:r>
        <w:t xml:space="preserve"> ka </w:t>
      </w:r>
      <w:proofErr w:type="spellStart"/>
      <w:r>
        <w:t>regjistruar</w:t>
      </w:r>
      <w:proofErr w:type="spellEnd"/>
      <w:r>
        <w:t xml:space="preserve"> </w:t>
      </w:r>
      <w:proofErr w:type="spellStart"/>
      <w:r>
        <w:t>censusi</w:t>
      </w:r>
      <w:proofErr w:type="spellEnd"/>
      <w:r>
        <w:t xml:space="preserve">, </w:t>
      </w:r>
      <w:proofErr w:type="spellStart"/>
      <w:r>
        <w:t>të</w:t>
      </w:r>
      <w:proofErr w:type="spellEnd"/>
      <w:r>
        <w:t xml:space="preserve"> </w:t>
      </w:r>
      <w:proofErr w:type="spellStart"/>
      <w:r>
        <w:t>tjerët</w:t>
      </w:r>
      <w:proofErr w:type="spellEnd"/>
      <w:r>
        <w:t xml:space="preserve"> </w:t>
      </w:r>
      <w:proofErr w:type="spellStart"/>
      <w:r>
        <w:t>kanë</w:t>
      </w:r>
      <w:proofErr w:type="spellEnd"/>
      <w:r>
        <w:t xml:space="preserve"> </w:t>
      </w:r>
      <w:proofErr w:type="spellStart"/>
      <w:r>
        <w:t>ikur</w:t>
      </w:r>
      <w:proofErr w:type="spellEnd"/>
      <w:r>
        <w:t xml:space="preserve"> </w:t>
      </w:r>
      <w:proofErr w:type="spellStart"/>
      <w:r>
        <w:t>në</w:t>
      </w:r>
      <w:proofErr w:type="spellEnd"/>
      <w:r>
        <w:t xml:space="preserve"> </w:t>
      </w:r>
      <w:proofErr w:type="spellStart"/>
      <w:r>
        <w:t>emigracion</w:t>
      </w:r>
      <w:proofErr w:type="spellEnd"/>
      <w:r>
        <w:t xml:space="preserve">, </w:t>
      </w:r>
      <w:proofErr w:type="spellStart"/>
      <w:r>
        <w:t>ruajnë</w:t>
      </w:r>
      <w:proofErr w:type="spellEnd"/>
      <w:r>
        <w:t xml:space="preserve"> </w:t>
      </w:r>
      <w:proofErr w:type="spellStart"/>
      <w:r>
        <w:t>shtetësinë</w:t>
      </w:r>
      <w:proofErr w:type="spellEnd"/>
      <w:r>
        <w:t xml:space="preserve">, </w:t>
      </w:r>
      <w:proofErr w:type="spellStart"/>
      <w:r>
        <w:t>vijnë</w:t>
      </w:r>
      <w:proofErr w:type="spellEnd"/>
      <w:r>
        <w:t xml:space="preserve">, </w:t>
      </w:r>
      <w:proofErr w:type="spellStart"/>
      <w:r>
        <w:t>votojnë</w:t>
      </w:r>
      <w:proofErr w:type="spellEnd"/>
      <w:r>
        <w:t xml:space="preserve">, </w:t>
      </w:r>
      <w:proofErr w:type="spellStart"/>
      <w:r>
        <w:t>ikin</w:t>
      </w:r>
      <w:proofErr w:type="spellEnd"/>
      <w:r>
        <w:t xml:space="preserve">, </w:t>
      </w:r>
      <w:proofErr w:type="spellStart"/>
      <w:r>
        <w:t>lëvizin</w:t>
      </w:r>
      <w:proofErr w:type="spellEnd"/>
      <w:r>
        <w:t xml:space="preserve">, </w:t>
      </w:r>
      <w:proofErr w:type="spellStart"/>
      <w:r>
        <w:t>ata</w:t>
      </w:r>
      <w:proofErr w:type="spellEnd"/>
      <w:r>
        <w:t xml:space="preserve"> </w:t>
      </w:r>
      <w:proofErr w:type="spellStart"/>
      <w:r>
        <w:t>hyjnë</w:t>
      </w:r>
      <w:proofErr w:type="spellEnd"/>
      <w:r>
        <w:t xml:space="preserve">, </w:t>
      </w:r>
      <w:proofErr w:type="spellStart"/>
      <w:r>
        <w:t>dalin</w:t>
      </w:r>
      <w:proofErr w:type="spellEnd"/>
      <w:r>
        <w:t xml:space="preserve">, </w:t>
      </w:r>
      <w:proofErr w:type="spellStart"/>
      <w:r>
        <w:t>ata</w:t>
      </w:r>
      <w:proofErr w:type="spellEnd"/>
      <w:r>
        <w:t xml:space="preserve"> </w:t>
      </w:r>
      <w:proofErr w:type="spellStart"/>
      <w:r>
        <w:t>që</w:t>
      </w:r>
      <w:proofErr w:type="spellEnd"/>
      <w:r>
        <w:t xml:space="preserve"> </w:t>
      </w:r>
      <w:proofErr w:type="spellStart"/>
      <w:r>
        <w:t>janë</w:t>
      </w:r>
      <w:proofErr w:type="spellEnd"/>
      <w:r>
        <w:t xml:space="preserve"> </w:t>
      </w:r>
      <w:proofErr w:type="spellStart"/>
      <w:r>
        <w:t>rezidentë</w:t>
      </w:r>
      <w:proofErr w:type="spellEnd"/>
      <w:r>
        <w:t xml:space="preserve">. </w:t>
      </w:r>
    </w:p>
    <w:p w14:paraId="26E7728E" w14:textId="77777777" w:rsidR="001059DD" w:rsidRDefault="001059DD" w:rsidP="001059DD">
      <w:r>
        <w:rPr>
          <w:b/>
        </w:rPr>
        <w:t xml:space="preserve">Tonin </w:t>
      </w:r>
      <w:proofErr w:type="spellStart"/>
      <w:r>
        <w:rPr>
          <w:b/>
        </w:rPr>
        <w:t>Marinaj</w:t>
      </w:r>
      <w:proofErr w:type="spellEnd"/>
      <w:r>
        <w:rPr>
          <w:b/>
        </w:rPr>
        <w:t>:</w:t>
      </w:r>
    </w:p>
    <w:p w14:paraId="3172F60E" w14:textId="77777777" w:rsidR="00364BBB" w:rsidRDefault="0010666C" w:rsidP="0010666C">
      <w:r>
        <w:t>E</w:t>
      </w:r>
      <w:r w:rsidR="001059DD">
        <w:t xml:space="preserve"> </w:t>
      </w:r>
      <w:proofErr w:type="spellStart"/>
      <w:r>
        <w:t>kuptoj</w:t>
      </w:r>
      <w:proofErr w:type="spellEnd"/>
      <w:r>
        <w:t xml:space="preserve"> </w:t>
      </w:r>
      <w:proofErr w:type="spellStart"/>
      <w:r>
        <w:t>aq</w:t>
      </w:r>
      <w:proofErr w:type="spellEnd"/>
      <w:r>
        <w:t xml:space="preserve"> </w:t>
      </w:r>
      <w:proofErr w:type="spellStart"/>
      <w:r>
        <w:t>sa</w:t>
      </w:r>
      <w:proofErr w:type="spellEnd"/>
      <w:r>
        <w:t xml:space="preserve"> </w:t>
      </w:r>
      <w:proofErr w:type="spellStart"/>
      <w:r>
        <w:t>janë</w:t>
      </w:r>
      <w:proofErr w:type="spellEnd"/>
      <w:r>
        <w:t xml:space="preserve">. Ky </w:t>
      </w:r>
      <w:proofErr w:type="spellStart"/>
      <w:r>
        <w:t>fenomen</w:t>
      </w:r>
      <w:proofErr w:type="spellEnd"/>
      <w:r>
        <w:t xml:space="preserve"> </w:t>
      </w:r>
      <w:proofErr w:type="spellStart"/>
      <w:r>
        <w:t>ndikon</w:t>
      </w:r>
      <w:proofErr w:type="spellEnd"/>
      <w:r>
        <w:t xml:space="preserve"> </w:t>
      </w:r>
      <w:proofErr w:type="spellStart"/>
      <w:r>
        <w:t>në</w:t>
      </w:r>
      <w:proofErr w:type="spellEnd"/>
      <w:r>
        <w:t xml:space="preserve"> </w:t>
      </w:r>
      <w:proofErr w:type="spellStart"/>
      <w:r>
        <w:t>Shqipërinë</w:t>
      </w:r>
      <w:proofErr w:type="spellEnd"/>
      <w:r>
        <w:t xml:space="preserve">, por </w:t>
      </w:r>
      <w:proofErr w:type="spellStart"/>
      <w:r>
        <w:t>gjithsesi</w:t>
      </w:r>
      <w:proofErr w:type="spellEnd"/>
      <w:r>
        <w:t xml:space="preserve"> </w:t>
      </w:r>
      <w:proofErr w:type="spellStart"/>
      <w:r>
        <w:t>tek</w:t>
      </w:r>
      <w:proofErr w:type="spellEnd"/>
      <w:r>
        <w:t xml:space="preserve"> </w:t>
      </w:r>
      <w:proofErr w:type="spellStart"/>
      <w:r>
        <w:t>analiza</w:t>
      </w:r>
      <w:proofErr w:type="spellEnd"/>
      <w:r>
        <w:t xml:space="preserve"> </w:t>
      </w:r>
      <w:proofErr w:type="spellStart"/>
      <w:r>
        <w:t>që</w:t>
      </w:r>
      <w:proofErr w:type="spellEnd"/>
      <w:r>
        <w:t xml:space="preserve"> </w:t>
      </w:r>
      <w:proofErr w:type="spellStart"/>
      <w:r>
        <w:t>i</w:t>
      </w:r>
      <w:proofErr w:type="spellEnd"/>
      <w:r>
        <w:t xml:space="preserve"> </w:t>
      </w:r>
      <w:proofErr w:type="spellStart"/>
      <w:r>
        <w:t>bëhet</w:t>
      </w:r>
      <w:proofErr w:type="spellEnd"/>
      <w:r>
        <w:t xml:space="preserve">, </w:t>
      </w:r>
      <w:proofErr w:type="spellStart"/>
      <w:r>
        <w:t>na</w:t>
      </w:r>
      <w:proofErr w:type="spellEnd"/>
      <w:r>
        <w:t xml:space="preserve"> </w:t>
      </w:r>
      <w:proofErr w:type="spellStart"/>
      <w:r>
        <w:t>bashkë</w:t>
      </w:r>
      <w:proofErr w:type="spellEnd"/>
      <w:r>
        <w:t xml:space="preserve"> </w:t>
      </w:r>
      <w:proofErr w:type="spellStart"/>
      <w:r>
        <w:t>edhe</w:t>
      </w:r>
      <w:proofErr w:type="spellEnd"/>
      <w:r>
        <w:t xml:space="preserve"> me </w:t>
      </w:r>
      <w:proofErr w:type="spellStart"/>
      <w:r>
        <w:t>Kristianin</w:t>
      </w:r>
      <w:proofErr w:type="spellEnd"/>
      <w:r>
        <w:t xml:space="preserve">, </w:t>
      </w:r>
      <w:proofErr w:type="spellStart"/>
      <w:r>
        <w:t>jemi</w:t>
      </w:r>
      <w:proofErr w:type="spellEnd"/>
      <w:r>
        <w:t xml:space="preserve"> </w:t>
      </w:r>
      <w:proofErr w:type="spellStart"/>
      <w:r>
        <w:t>tek</w:t>
      </w:r>
      <w:proofErr w:type="spellEnd"/>
      <w:r>
        <w:t xml:space="preserve"> 25 </w:t>
      </w:r>
      <w:proofErr w:type="spellStart"/>
      <w:r>
        <w:t>bashkitë</w:t>
      </w:r>
      <w:proofErr w:type="spellEnd"/>
      <w:r>
        <w:t xml:space="preserve"> po </w:t>
      </w:r>
      <w:proofErr w:type="spellStart"/>
      <w:r>
        <w:t>trenditen</w:t>
      </w:r>
      <w:proofErr w:type="spellEnd"/>
      <w:r>
        <w:t xml:space="preserve"> </w:t>
      </w:r>
      <w:proofErr w:type="spellStart"/>
      <w:r>
        <w:t>tek</w:t>
      </w:r>
      <w:proofErr w:type="spellEnd"/>
      <w:r>
        <w:t xml:space="preserve"> </w:t>
      </w:r>
      <w:proofErr w:type="spellStart"/>
      <w:r>
        <w:t>edhe</w:t>
      </w:r>
      <w:proofErr w:type="spellEnd"/>
      <w:r>
        <w:t xml:space="preserve"> </w:t>
      </w:r>
      <w:proofErr w:type="spellStart"/>
      <w:r>
        <w:t>tek</w:t>
      </w:r>
      <w:proofErr w:type="spellEnd"/>
      <w:r>
        <w:t xml:space="preserve"> </w:t>
      </w:r>
      <w:proofErr w:type="spellStart"/>
      <w:r>
        <w:t>popullsia</w:t>
      </w:r>
      <w:proofErr w:type="spellEnd"/>
      <w:r>
        <w:t xml:space="preserve">. Normal, </w:t>
      </w:r>
      <w:proofErr w:type="spellStart"/>
      <w:r>
        <w:t>nuk</w:t>
      </w:r>
      <w:proofErr w:type="spellEnd"/>
      <w:r>
        <w:t xml:space="preserve"> </w:t>
      </w:r>
      <w:proofErr w:type="spellStart"/>
      <w:r>
        <w:t>jemi</w:t>
      </w:r>
      <w:proofErr w:type="spellEnd"/>
      <w:r>
        <w:t xml:space="preserve"> </w:t>
      </w:r>
      <w:proofErr w:type="spellStart"/>
      <w:r>
        <w:t>si</w:t>
      </w:r>
      <w:proofErr w:type="spellEnd"/>
      <w:r>
        <w:t xml:space="preserve"> </w:t>
      </w:r>
      <w:proofErr w:type="spellStart"/>
      <w:r>
        <w:t>qendrat</w:t>
      </w:r>
      <w:proofErr w:type="spellEnd"/>
      <w:r>
        <w:t xml:space="preserve"> e </w:t>
      </w:r>
      <w:proofErr w:type="spellStart"/>
      <w:r>
        <w:t>qarqeve</w:t>
      </w:r>
      <w:proofErr w:type="spellEnd"/>
      <w:r>
        <w:t xml:space="preserve">, po them </w:t>
      </w:r>
      <w:proofErr w:type="spellStart"/>
      <w:r>
        <w:t>që</w:t>
      </w:r>
      <w:proofErr w:type="spellEnd"/>
      <w:r>
        <w:t xml:space="preserve"> </w:t>
      </w:r>
      <w:proofErr w:type="spellStart"/>
      <w:r>
        <w:t>kanë</w:t>
      </w:r>
      <w:proofErr w:type="spellEnd"/>
      <w:r>
        <w:t xml:space="preserve"> </w:t>
      </w:r>
      <w:proofErr w:type="spellStart"/>
      <w:r>
        <w:t>popullsi</w:t>
      </w:r>
      <w:proofErr w:type="spellEnd"/>
      <w:r>
        <w:t xml:space="preserve"> </w:t>
      </w:r>
      <w:proofErr w:type="spellStart"/>
      <w:r>
        <w:t>më</w:t>
      </w:r>
      <w:proofErr w:type="spellEnd"/>
      <w:r>
        <w:t xml:space="preserve"> </w:t>
      </w:r>
      <w:proofErr w:type="spellStart"/>
      <w:r>
        <w:t>të</w:t>
      </w:r>
      <w:proofErr w:type="spellEnd"/>
      <w:r>
        <w:t xml:space="preserve"> </w:t>
      </w:r>
      <w:proofErr w:type="spellStart"/>
      <w:r>
        <w:t>mëdhaja</w:t>
      </w:r>
      <w:proofErr w:type="spellEnd"/>
      <w:r>
        <w:t xml:space="preserve">, por </w:t>
      </w:r>
      <w:proofErr w:type="spellStart"/>
      <w:r>
        <w:t>kur</w:t>
      </w:r>
      <w:proofErr w:type="spellEnd"/>
      <w:r>
        <w:t xml:space="preserve"> </w:t>
      </w:r>
      <w:proofErr w:type="spellStart"/>
      <w:r>
        <w:t>mbarojnë</w:t>
      </w:r>
      <w:proofErr w:type="spellEnd"/>
      <w:r>
        <w:t xml:space="preserve"> </w:t>
      </w:r>
      <w:proofErr w:type="spellStart"/>
      <w:r>
        <w:t>këto</w:t>
      </w:r>
      <w:proofErr w:type="spellEnd"/>
      <w:r>
        <w:t xml:space="preserve"> </w:t>
      </w:r>
      <w:proofErr w:type="spellStart"/>
      <w:r>
        <w:t>qendrat</w:t>
      </w:r>
      <w:proofErr w:type="spellEnd"/>
      <w:r>
        <w:t xml:space="preserve"> e </w:t>
      </w:r>
      <w:proofErr w:type="spellStart"/>
      <w:r>
        <w:t>qarqeve</w:t>
      </w:r>
      <w:proofErr w:type="spellEnd"/>
      <w:r>
        <w:t xml:space="preserve">, </w:t>
      </w:r>
      <w:proofErr w:type="spellStart"/>
      <w:r>
        <w:t>domethënë</w:t>
      </w:r>
      <w:proofErr w:type="spellEnd"/>
      <w:r>
        <w:t xml:space="preserve">, </w:t>
      </w:r>
      <w:proofErr w:type="spellStart"/>
      <w:r>
        <w:t>vazhdojmë</w:t>
      </w:r>
      <w:proofErr w:type="spellEnd"/>
      <w:r>
        <w:t xml:space="preserve"> ne. </w:t>
      </w:r>
      <w:proofErr w:type="spellStart"/>
      <w:r>
        <w:t>Megjithatë</w:t>
      </w:r>
      <w:proofErr w:type="spellEnd"/>
      <w:r>
        <w:t xml:space="preserve">, </w:t>
      </w:r>
      <w:proofErr w:type="spellStart"/>
      <w:r>
        <w:t>unë</w:t>
      </w:r>
      <w:proofErr w:type="spellEnd"/>
      <w:r>
        <w:t xml:space="preserve"> them </w:t>
      </w:r>
      <w:proofErr w:type="spellStart"/>
      <w:r>
        <w:t>që</w:t>
      </w:r>
      <w:proofErr w:type="spellEnd"/>
      <w:r>
        <w:t xml:space="preserve"> ë </w:t>
      </w:r>
      <w:proofErr w:type="spellStart"/>
      <w:r>
        <w:t>Malësia</w:t>
      </w:r>
      <w:proofErr w:type="spellEnd"/>
      <w:r>
        <w:t xml:space="preserve"> e </w:t>
      </w:r>
      <w:proofErr w:type="spellStart"/>
      <w:r>
        <w:t>Madhe</w:t>
      </w:r>
      <w:proofErr w:type="spellEnd"/>
      <w:r>
        <w:t xml:space="preserve"> </w:t>
      </w:r>
      <w:proofErr w:type="spellStart"/>
      <w:r>
        <w:t>është</w:t>
      </w:r>
      <w:proofErr w:type="spellEnd"/>
      <w:r>
        <w:t xml:space="preserve"> </w:t>
      </w:r>
      <w:proofErr w:type="spellStart"/>
      <w:r>
        <w:t>plotësisht</w:t>
      </w:r>
      <w:proofErr w:type="spellEnd"/>
      <w:r>
        <w:t xml:space="preserve"> e </w:t>
      </w:r>
      <w:proofErr w:type="spellStart"/>
      <w:r>
        <w:t>aksesueshme</w:t>
      </w:r>
      <w:proofErr w:type="spellEnd"/>
      <w:r>
        <w:t xml:space="preserve">. </w:t>
      </w:r>
      <w:proofErr w:type="spellStart"/>
      <w:r>
        <w:t>Ëh</w:t>
      </w:r>
      <w:proofErr w:type="spellEnd"/>
      <w:r>
        <w:t xml:space="preserve">, </w:t>
      </w:r>
      <w:proofErr w:type="spellStart"/>
      <w:r>
        <w:t>për</w:t>
      </w:r>
      <w:proofErr w:type="spellEnd"/>
      <w:r>
        <w:t xml:space="preserve"> </w:t>
      </w:r>
      <w:proofErr w:type="spellStart"/>
      <w:r>
        <w:t>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rrugëve</w:t>
      </w:r>
      <w:proofErr w:type="spellEnd"/>
      <w:r>
        <w:t xml:space="preserve"> </w:t>
      </w:r>
      <w:proofErr w:type="spellStart"/>
      <w:r>
        <w:t>të</w:t>
      </w:r>
      <w:proofErr w:type="spellEnd"/>
      <w:r>
        <w:t xml:space="preserve"> </w:t>
      </w:r>
      <w:proofErr w:type="spellStart"/>
      <w:r>
        <w:t>brendshme</w:t>
      </w:r>
      <w:proofErr w:type="spellEnd"/>
      <w:r>
        <w:t xml:space="preserve">, </w:t>
      </w:r>
      <w:proofErr w:type="spellStart"/>
      <w:r>
        <w:t>ku</w:t>
      </w:r>
      <w:proofErr w:type="spellEnd"/>
      <w:r>
        <w:t xml:space="preserve"> </w:t>
      </w:r>
      <w:proofErr w:type="spellStart"/>
      <w:r>
        <w:t>kopliku</w:t>
      </w:r>
      <w:proofErr w:type="spellEnd"/>
      <w:r>
        <w:t xml:space="preserve"> </w:t>
      </w:r>
      <w:proofErr w:type="spellStart"/>
      <w:r>
        <w:t>shkon</w:t>
      </w:r>
      <w:proofErr w:type="spellEnd"/>
      <w:r>
        <w:t xml:space="preserve"> </w:t>
      </w:r>
      <w:proofErr w:type="spellStart"/>
      <w:r>
        <w:t>deri</w:t>
      </w:r>
      <w:proofErr w:type="spellEnd"/>
      <w:r>
        <w:t xml:space="preserve"> </w:t>
      </w:r>
      <w:proofErr w:type="spellStart"/>
      <w:r>
        <w:t>në</w:t>
      </w:r>
      <w:proofErr w:type="spellEnd"/>
      <w:r>
        <w:t xml:space="preserve"> Vërmosh, </w:t>
      </w:r>
      <w:proofErr w:type="spellStart"/>
      <w:r>
        <w:t>nga</w:t>
      </w:r>
      <w:proofErr w:type="spellEnd"/>
      <w:r>
        <w:t xml:space="preserve"> ta </w:t>
      </w:r>
      <w:proofErr w:type="spellStart"/>
      <w:r>
        <w:t>marra</w:t>
      </w:r>
      <w:proofErr w:type="spellEnd"/>
      <w:r>
        <w:t xml:space="preserve"> </w:t>
      </w:r>
      <w:proofErr w:type="spellStart"/>
      <w:r>
        <w:t>shkohet</w:t>
      </w:r>
      <w:proofErr w:type="spellEnd"/>
      <w:r>
        <w:t xml:space="preserve"> </w:t>
      </w:r>
      <w:proofErr w:type="spellStart"/>
      <w:r>
        <w:t>në</w:t>
      </w:r>
      <w:proofErr w:type="spellEnd"/>
      <w:r>
        <w:t xml:space="preserve"> </w:t>
      </w:r>
      <w:proofErr w:type="spellStart"/>
      <w:r>
        <w:t>Vukël</w:t>
      </w:r>
      <w:proofErr w:type="spellEnd"/>
      <w:r>
        <w:t xml:space="preserve">, </w:t>
      </w:r>
      <w:proofErr w:type="spellStart"/>
      <w:r>
        <w:t>nga</w:t>
      </w:r>
      <w:proofErr w:type="spellEnd"/>
      <w:r>
        <w:t xml:space="preserve"> </w:t>
      </w:r>
      <w:proofErr w:type="spellStart"/>
      <w:r>
        <w:t>kopliku</w:t>
      </w:r>
      <w:proofErr w:type="spellEnd"/>
      <w:r>
        <w:t xml:space="preserve"> </w:t>
      </w:r>
      <w:proofErr w:type="spellStart"/>
      <w:r>
        <w:t>shkohet</w:t>
      </w:r>
      <w:proofErr w:type="spellEnd"/>
      <w:r>
        <w:t xml:space="preserve"> </w:t>
      </w:r>
      <w:proofErr w:type="spellStart"/>
      <w:r>
        <w:t>në</w:t>
      </w:r>
      <w:proofErr w:type="spellEnd"/>
      <w:r>
        <w:t xml:space="preserve"> </w:t>
      </w:r>
      <w:proofErr w:type="spellStart"/>
      <w:r>
        <w:t>Razëm</w:t>
      </w:r>
      <w:proofErr w:type="spellEnd"/>
      <w:r>
        <w:t xml:space="preserve">, </w:t>
      </w:r>
      <w:proofErr w:type="spellStart"/>
      <w:r>
        <w:t>nga</w:t>
      </w:r>
      <w:proofErr w:type="spellEnd"/>
      <w:r>
        <w:t xml:space="preserve"> </w:t>
      </w:r>
      <w:proofErr w:type="spellStart"/>
      <w:r>
        <w:t>kopliku</w:t>
      </w:r>
      <w:proofErr w:type="spellEnd"/>
      <w:r>
        <w:t xml:space="preserve"> </w:t>
      </w:r>
      <w:proofErr w:type="spellStart"/>
      <w:r>
        <w:t>shkohet</w:t>
      </w:r>
      <w:proofErr w:type="spellEnd"/>
      <w:r>
        <w:t xml:space="preserve"> </w:t>
      </w:r>
      <w:proofErr w:type="spellStart"/>
      <w:r>
        <w:t>në</w:t>
      </w:r>
      <w:proofErr w:type="spellEnd"/>
      <w:r>
        <w:t xml:space="preserve"> </w:t>
      </w:r>
      <w:proofErr w:type="spellStart"/>
      <w:r>
        <w:t>Theth</w:t>
      </w:r>
      <w:proofErr w:type="spellEnd"/>
      <w:r>
        <w:t xml:space="preserve">, </w:t>
      </w:r>
      <w:proofErr w:type="spellStart"/>
      <w:r>
        <w:t>dhe</w:t>
      </w:r>
      <w:proofErr w:type="spellEnd"/>
      <w:r>
        <w:t xml:space="preserve"> ë </w:t>
      </w:r>
      <w:proofErr w:type="spellStart"/>
      <w:r>
        <w:t>mendoj</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zonë</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investuar</w:t>
      </w:r>
      <w:proofErr w:type="spellEnd"/>
      <w:r>
        <w:t xml:space="preserve"> </w:t>
      </w:r>
      <w:proofErr w:type="spellStart"/>
      <w:r>
        <w:t>shumë</w:t>
      </w:r>
      <w:proofErr w:type="spellEnd"/>
      <w:r>
        <w:t xml:space="preserve"> </w:t>
      </w:r>
      <w:proofErr w:type="spellStart"/>
      <w:r>
        <w:t>nga</w:t>
      </w:r>
      <w:proofErr w:type="spellEnd"/>
      <w:r>
        <w:t xml:space="preserve"> </w:t>
      </w:r>
      <w:proofErr w:type="spellStart"/>
      <w:r>
        <w:t>nga</w:t>
      </w:r>
      <w:proofErr w:type="spellEnd"/>
      <w:r>
        <w:t xml:space="preserve"> </w:t>
      </w:r>
      <w:proofErr w:type="spellStart"/>
      <w:r>
        <w:t>qeveria</w:t>
      </w:r>
      <w:proofErr w:type="spellEnd"/>
      <w:r>
        <w:t xml:space="preserve">, </w:t>
      </w:r>
      <w:proofErr w:type="spellStart"/>
      <w:r>
        <w:t>njëkohësisht</w:t>
      </w:r>
      <w:proofErr w:type="spellEnd"/>
      <w:r>
        <w:t xml:space="preserve"> </w:t>
      </w:r>
      <w:proofErr w:type="spellStart"/>
      <w:r>
        <w:t>edhe</w:t>
      </w:r>
      <w:proofErr w:type="spellEnd"/>
      <w:r>
        <w:t xml:space="preserve"> </w:t>
      </w:r>
      <w:proofErr w:type="spellStart"/>
      <w:r>
        <w:t>rrugët</w:t>
      </w:r>
      <w:proofErr w:type="spellEnd"/>
      <w:r>
        <w:t xml:space="preserve"> </w:t>
      </w:r>
      <w:proofErr w:type="spellStart"/>
      <w:r>
        <w:t>mbrapa</w:t>
      </w:r>
      <w:proofErr w:type="spellEnd"/>
      <w:r>
        <w:t xml:space="preserve"> </w:t>
      </w:r>
      <w:proofErr w:type="spellStart"/>
      <w:r>
        <w:t>përmbrapa</w:t>
      </w:r>
      <w:proofErr w:type="spellEnd"/>
      <w:r>
        <w:t xml:space="preserve"> </w:t>
      </w:r>
      <w:proofErr w:type="spellStart"/>
      <w:r>
        <w:t>i</w:t>
      </w:r>
      <w:proofErr w:type="spellEnd"/>
      <w:r>
        <w:t xml:space="preserve"> </w:t>
      </w:r>
      <w:proofErr w:type="spellStart"/>
      <w:r>
        <w:t>kena</w:t>
      </w:r>
      <w:proofErr w:type="spellEnd"/>
      <w:r>
        <w:t xml:space="preserve"> </w:t>
      </w:r>
      <w:proofErr w:type="spellStart"/>
      <w:r>
        <w:t>realizuar</w:t>
      </w:r>
      <w:proofErr w:type="spellEnd"/>
      <w:r>
        <w:t xml:space="preserve"> </w:t>
      </w:r>
      <w:proofErr w:type="spellStart"/>
      <w:r>
        <w:t>edhe</w:t>
      </w:r>
      <w:proofErr w:type="spellEnd"/>
      <w:r>
        <w:t xml:space="preserve"> me </w:t>
      </w:r>
      <w:proofErr w:type="spellStart"/>
      <w:r>
        <w:t>projekte</w:t>
      </w:r>
      <w:proofErr w:type="spellEnd"/>
      <w:r>
        <w:t xml:space="preserve"> </w:t>
      </w:r>
      <w:proofErr w:type="spellStart"/>
      <w:r>
        <w:t>të</w:t>
      </w:r>
      <w:proofErr w:type="spellEnd"/>
      <w:r>
        <w:t xml:space="preserve"> </w:t>
      </w:r>
      <w:proofErr w:type="spellStart"/>
      <w:r>
        <w:t>ndryshme</w:t>
      </w:r>
      <w:proofErr w:type="spellEnd"/>
      <w:r>
        <w:t xml:space="preserve"> </w:t>
      </w:r>
      <w:proofErr w:type="spellStart"/>
      <w:r>
        <w:t>që</w:t>
      </w:r>
      <w:proofErr w:type="spellEnd"/>
      <w:r>
        <w:t xml:space="preserve"> </w:t>
      </w:r>
      <w:proofErr w:type="spellStart"/>
      <w:r>
        <w:t>i</w:t>
      </w:r>
      <w:proofErr w:type="spellEnd"/>
      <w:r>
        <w:t xml:space="preserve"> </w:t>
      </w:r>
      <w:proofErr w:type="spellStart"/>
      <w:r>
        <w:t>kena</w:t>
      </w:r>
      <w:proofErr w:type="spellEnd"/>
      <w:r>
        <w:t xml:space="preserve"> </w:t>
      </w:r>
      <w:proofErr w:type="spellStart"/>
      <w:r>
        <w:t>përfituar</w:t>
      </w:r>
      <w:proofErr w:type="spellEnd"/>
      <w:r>
        <w:t xml:space="preserve">, por </w:t>
      </w:r>
      <w:proofErr w:type="spellStart"/>
      <w:r>
        <w:t>edhe</w:t>
      </w:r>
      <w:proofErr w:type="spellEnd"/>
      <w:r>
        <w:t xml:space="preserve"> me ë </w:t>
      </w:r>
      <w:proofErr w:type="spellStart"/>
      <w:r>
        <w:t>financat</w:t>
      </w:r>
      <w:proofErr w:type="spellEnd"/>
      <w:r>
        <w:t xml:space="preserve"> </w:t>
      </w:r>
      <w:proofErr w:type="spellStart"/>
      <w:r>
        <w:t>të</w:t>
      </w:r>
      <w:proofErr w:type="spellEnd"/>
      <w:r>
        <w:t xml:space="preserve"> </w:t>
      </w:r>
      <w:proofErr w:type="spellStart"/>
      <w:r>
        <w:t>të</w:t>
      </w:r>
      <w:proofErr w:type="spellEnd"/>
      <w:r>
        <w:t xml:space="preserve"> </w:t>
      </w:r>
      <w:proofErr w:type="spellStart"/>
      <w:r>
        <w:t>të</w:t>
      </w:r>
      <w:proofErr w:type="spellEnd"/>
      <w:r>
        <w:t xml:space="preserve"> </w:t>
      </w:r>
      <w:proofErr w:type="spellStart"/>
      <w:r>
        <w:t>bashkisë</w:t>
      </w:r>
      <w:proofErr w:type="spellEnd"/>
      <w:r>
        <w:t xml:space="preserve">. Me </w:t>
      </w:r>
      <w:proofErr w:type="spellStart"/>
      <w:r>
        <w:t>një</w:t>
      </w:r>
      <w:proofErr w:type="spellEnd"/>
      <w:r>
        <w:t xml:space="preserve"> </w:t>
      </w:r>
      <w:proofErr w:type="spellStart"/>
      <w:r>
        <w:t>fjalë</w:t>
      </w:r>
      <w:proofErr w:type="spellEnd"/>
      <w:r>
        <w:t xml:space="preserve">, ë </w:t>
      </w:r>
      <w:proofErr w:type="spellStart"/>
      <w:r>
        <w:t>unë</w:t>
      </w:r>
      <w:proofErr w:type="spellEnd"/>
      <w:r>
        <w:t xml:space="preserve"> jam </w:t>
      </w:r>
      <w:proofErr w:type="spellStart"/>
      <w:r>
        <w:t>që</w:t>
      </w:r>
      <w:proofErr w:type="spellEnd"/>
      <w:r>
        <w:t xml:space="preserve"> </w:t>
      </w:r>
      <w:proofErr w:type="spellStart"/>
      <w:r>
        <w:t>bashkia</w:t>
      </w:r>
      <w:proofErr w:type="spellEnd"/>
      <w:r>
        <w:t xml:space="preserve"> </w:t>
      </w:r>
      <w:proofErr w:type="spellStart"/>
      <w:r>
        <w:t>të</w:t>
      </w:r>
      <w:proofErr w:type="spellEnd"/>
      <w:r>
        <w:t xml:space="preserve"> </w:t>
      </w:r>
      <w:proofErr w:type="spellStart"/>
      <w:r>
        <w:t>të</w:t>
      </w:r>
      <w:proofErr w:type="spellEnd"/>
      <w:r>
        <w:t xml:space="preserve"> </w:t>
      </w:r>
      <w:proofErr w:type="spellStart"/>
      <w:r>
        <w:t>metet</w:t>
      </w:r>
      <w:proofErr w:type="spellEnd"/>
      <w:r>
        <w:t xml:space="preserve"> </w:t>
      </w:r>
      <w:proofErr w:type="spellStart"/>
      <w:r>
        <w:t>në</w:t>
      </w:r>
      <w:proofErr w:type="spellEnd"/>
      <w:r>
        <w:t xml:space="preserve"> </w:t>
      </w:r>
      <w:proofErr w:type="spellStart"/>
      <w:r>
        <w:t>këto</w:t>
      </w:r>
      <w:proofErr w:type="spellEnd"/>
      <w:r>
        <w:t xml:space="preserve"> </w:t>
      </w:r>
      <w:proofErr w:type="spellStart"/>
      <w:r>
        <w:t>pozita</w:t>
      </w:r>
      <w:proofErr w:type="spellEnd"/>
      <w:r>
        <w:t xml:space="preserve">. </w:t>
      </w:r>
      <w:proofErr w:type="spellStart"/>
      <w:r>
        <w:t>Kuptohet</w:t>
      </w:r>
      <w:proofErr w:type="spellEnd"/>
      <w:r>
        <w:t xml:space="preserve"> </w:t>
      </w:r>
      <w:proofErr w:type="spellStart"/>
      <w:r>
        <w:t>që</w:t>
      </w:r>
      <w:proofErr w:type="spellEnd"/>
      <w:r>
        <w:t xml:space="preserve"> </w:t>
      </w:r>
      <w:proofErr w:type="spellStart"/>
      <w:r>
        <w:t>edhe</w:t>
      </w:r>
      <w:proofErr w:type="spellEnd"/>
      <w:r>
        <w:t xml:space="preserve"> </w:t>
      </w:r>
      <w:proofErr w:type="spellStart"/>
      <w:r>
        <w:t>shërbimet</w:t>
      </w:r>
      <w:proofErr w:type="spellEnd"/>
      <w:r>
        <w:t xml:space="preserve"> ë </w:t>
      </w:r>
      <w:proofErr w:type="spellStart"/>
      <w:r>
        <w:t>kanë</w:t>
      </w:r>
      <w:proofErr w:type="spellEnd"/>
      <w:r>
        <w:t xml:space="preserve"> </w:t>
      </w:r>
      <w:proofErr w:type="spellStart"/>
      <w:r>
        <w:t>ndryshuar</w:t>
      </w:r>
      <w:proofErr w:type="spellEnd"/>
      <w:r>
        <w:t xml:space="preserve">. Sot, </w:t>
      </w:r>
      <w:proofErr w:type="spellStart"/>
      <w:r>
        <w:t>shumë</w:t>
      </w:r>
      <w:proofErr w:type="spellEnd"/>
      <w:r>
        <w:t xml:space="preserve"> </w:t>
      </w:r>
      <w:proofErr w:type="spellStart"/>
      <w:r>
        <w:t>shërbime</w:t>
      </w:r>
      <w:proofErr w:type="spellEnd"/>
      <w:r>
        <w:t xml:space="preserve"> </w:t>
      </w:r>
      <w:proofErr w:type="spellStart"/>
      <w:r>
        <w:t>kryhen</w:t>
      </w:r>
      <w:proofErr w:type="spellEnd"/>
      <w:r>
        <w:t xml:space="preserve"> online, </w:t>
      </w:r>
      <w:proofErr w:type="spellStart"/>
      <w:r>
        <w:t>që</w:t>
      </w:r>
      <w:proofErr w:type="spellEnd"/>
      <w:r>
        <w:t xml:space="preserve"> </w:t>
      </w:r>
      <w:proofErr w:type="spellStart"/>
      <w:r>
        <w:t>realisht</w:t>
      </w:r>
      <w:proofErr w:type="spellEnd"/>
      <w:r>
        <w:t xml:space="preserve"> ë </w:t>
      </w:r>
      <w:proofErr w:type="spellStart"/>
      <w:r>
        <w:t>njësitë</w:t>
      </w:r>
      <w:proofErr w:type="spellEnd"/>
      <w:r>
        <w:t xml:space="preserve"> </w:t>
      </w:r>
      <w:proofErr w:type="spellStart"/>
      <w:r>
        <w:t>nuk</w:t>
      </w:r>
      <w:proofErr w:type="spellEnd"/>
      <w:r>
        <w:t xml:space="preserve"> </w:t>
      </w:r>
      <w:proofErr w:type="spellStart"/>
      <w:r>
        <w:t>kanë</w:t>
      </w:r>
      <w:proofErr w:type="spellEnd"/>
      <w:r>
        <w:t xml:space="preserve"> </w:t>
      </w:r>
      <w:proofErr w:type="spellStart"/>
      <w:r>
        <w:t>nevojë</w:t>
      </w:r>
      <w:proofErr w:type="spellEnd"/>
      <w:r>
        <w:t xml:space="preserve"> </w:t>
      </w:r>
      <w:proofErr w:type="spellStart"/>
      <w:r>
        <w:t>për</w:t>
      </w:r>
      <w:proofErr w:type="spellEnd"/>
      <w:r>
        <w:t xml:space="preserve"> </w:t>
      </w:r>
      <w:proofErr w:type="spellStart"/>
      <w:r>
        <w:t>ndonjë</w:t>
      </w:r>
      <w:proofErr w:type="spellEnd"/>
      <w:r>
        <w:t xml:space="preserve"> </w:t>
      </w:r>
      <w:proofErr w:type="spellStart"/>
      <w:r>
        <w:t>numër</w:t>
      </w:r>
      <w:proofErr w:type="spellEnd"/>
      <w:r>
        <w:t xml:space="preserve"> </w:t>
      </w:r>
      <w:proofErr w:type="spellStart"/>
      <w:r>
        <w:t>të</w:t>
      </w:r>
      <w:proofErr w:type="spellEnd"/>
      <w:r>
        <w:t xml:space="preserve"> </w:t>
      </w:r>
      <w:proofErr w:type="spellStart"/>
      <w:r>
        <w:t>madh</w:t>
      </w:r>
      <w:proofErr w:type="spellEnd"/>
      <w:r>
        <w:t xml:space="preserve"> </w:t>
      </w:r>
      <w:proofErr w:type="spellStart"/>
      <w:r>
        <w:t>punonjësish</w:t>
      </w:r>
      <w:proofErr w:type="spellEnd"/>
      <w:r>
        <w:t xml:space="preserve">. Ë </w:t>
      </w:r>
      <w:proofErr w:type="spellStart"/>
      <w:r>
        <w:t>mendoj</w:t>
      </w:r>
      <w:proofErr w:type="spellEnd"/>
      <w:r>
        <w:t xml:space="preserve"> </w:t>
      </w:r>
      <w:proofErr w:type="spellStart"/>
      <w:r>
        <w:t>që</w:t>
      </w:r>
      <w:proofErr w:type="spellEnd"/>
      <w:r>
        <w:t xml:space="preserve"> ë </w:t>
      </w:r>
      <w:proofErr w:type="spellStart"/>
      <w:r>
        <w:t>pushteti</w:t>
      </w:r>
      <w:proofErr w:type="spellEnd"/>
      <w:r>
        <w:t xml:space="preserve"> </w:t>
      </w:r>
      <w:proofErr w:type="spellStart"/>
      <w:r>
        <w:t>në</w:t>
      </w:r>
      <w:proofErr w:type="spellEnd"/>
      <w:r>
        <w:t xml:space="preserve"> </w:t>
      </w:r>
      <w:proofErr w:type="spellStart"/>
      <w:r>
        <w:t>Malësinë</w:t>
      </w:r>
      <w:proofErr w:type="spellEnd"/>
      <w:r>
        <w:t xml:space="preserve"> e </w:t>
      </w:r>
      <w:proofErr w:type="spellStart"/>
      <w:r>
        <w:t>Madhe</w:t>
      </w:r>
      <w:proofErr w:type="spellEnd"/>
      <w:r>
        <w:t xml:space="preserve"> </w:t>
      </w:r>
      <w:proofErr w:type="spellStart"/>
      <w:r>
        <w:t>duhet</w:t>
      </w:r>
      <w:proofErr w:type="spellEnd"/>
      <w:r>
        <w:t xml:space="preserve"> </w:t>
      </w:r>
      <w:proofErr w:type="spellStart"/>
      <w:r>
        <w:t>të</w:t>
      </w:r>
      <w:proofErr w:type="spellEnd"/>
      <w:r>
        <w:t xml:space="preserve"> </w:t>
      </w:r>
      <w:proofErr w:type="spellStart"/>
      <w:r>
        <w:t>vazhdojë</w:t>
      </w:r>
      <w:proofErr w:type="spellEnd"/>
      <w:r>
        <w:t xml:space="preserve"> </w:t>
      </w:r>
      <w:proofErr w:type="spellStart"/>
      <w:r>
        <w:t>lokal</w:t>
      </w:r>
      <w:proofErr w:type="spellEnd"/>
      <w:r>
        <w:t xml:space="preserve"> </w:t>
      </w:r>
      <w:proofErr w:type="spellStart"/>
      <w:r>
        <w:t>në</w:t>
      </w:r>
      <w:proofErr w:type="spellEnd"/>
      <w:r>
        <w:t xml:space="preserve"> </w:t>
      </w:r>
      <w:proofErr w:type="spellStart"/>
      <w:r>
        <w:t>këtë</w:t>
      </w:r>
      <w:proofErr w:type="spellEnd"/>
      <w:r>
        <w:t xml:space="preserve"> </w:t>
      </w:r>
      <w:proofErr w:type="spellStart"/>
      <w:r>
        <w:t>lloj</w:t>
      </w:r>
      <w:proofErr w:type="spellEnd"/>
      <w:r>
        <w:t xml:space="preserve"> </w:t>
      </w:r>
      <w:proofErr w:type="spellStart"/>
      <w:r>
        <w:t>formati</w:t>
      </w:r>
      <w:proofErr w:type="spellEnd"/>
      <w:r>
        <w:t xml:space="preserve">, duke </w:t>
      </w:r>
      <w:proofErr w:type="spellStart"/>
      <w:r>
        <w:t>pasur</w:t>
      </w:r>
      <w:proofErr w:type="spellEnd"/>
      <w:r>
        <w:t xml:space="preserve"> </w:t>
      </w:r>
      <w:proofErr w:type="spellStart"/>
      <w:r>
        <w:t>parasysh</w:t>
      </w:r>
      <w:proofErr w:type="spellEnd"/>
      <w:r>
        <w:t xml:space="preserve"> </w:t>
      </w:r>
      <w:proofErr w:type="spellStart"/>
      <w:r>
        <w:t>që</w:t>
      </w:r>
      <w:proofErr w:type="spellEnd"/>
      <w:r>
        <w:t xml:space="preserve"> </w:t>
      </w:r>
      <w:proofErr w:type="spellStart"/>
      <w:r>
        <w:t>edhe</w:t>
      </w:r>
      <w:proofErr w:type="spellEnd"/>
      <w:r>
        <w:t xml:space="preserve"> </w:t>
      </w:r>
      <w:proofErr w:type="spellStart"/>
      <w:r>
        <w:t>burimet</w:t>
      </w:r>
      <w:proofErr w:type="spellEnd"/>
      <w:r>
        <w:t xml:space="preserve"> </w:t>
      </w:r>
      <w:proofErr w:type="spellStart"/>
      <w:r>
        <w:t>njerëzore</w:t>
      </w:r>
      <w:proofErr w:type="spellEnd"/>
      <w:r>
        <w:t xml:space="preserve"> </w:t>
      </w:r>
      <w:proofErr w:type="spellStart"/>
      <w:r>
        <w:t>kanë</w:t>
      </w:r>
      <w:proofErr w:type="spellEnd"/>
      <w:r>
        <w:t xml:space="preserve"> </w:t>
      </w:r>
      <w:proofErr w:type="spellStart"/>
      <w:r>
        <w:t>më</w:t>
      </w:r>
      <w:proofErr w:type="spellEnd"/>
      <w:r>
        <w:t xml:space="preserve"> </w:t>
      </w:r>
      <w:proofErr w:type="spellStart"/>
      <w:r>
        <w:t>potencial</w:t>
      </w:r>
      <w:proofErr w:type="spellEnd"/>
      <w:r>
        <w:t xml:space="preserve"> </w:t>
      </w:r>
      <w:proofErr w:type="spellStart"/>
      <w:r>
        <w:t>kur</w:t>
      </w:r>
      <w:proofErr w:type="spellEnd"/>
      <w:r>
        <w:t xml:space="preserve"> </w:t>
      </w:r>
      <w:proofErr w:type="spellStart"/>
      <w:r>
        <w:t>janë</w:t>
      </w:r>
      <w:proofErr w:type="spellEnd"/>
      <w:r>
        <w:t xml:space="preserve"> </w:t>
      </w:r>
      <w:proofErr w:type="spellStart"/>
      <w:r>
        <w:t>në</w:t>
      </w:r>
      <w:proofErr w:type="spellEnd"/>
      <w:r>
        <w:t xml:space="preserve"> </w:t>
      </w:r>
      <w:proofErr w:type="spellStart"/>
      <w:r>
        <w:t>një</w:t>
      </w:r>
      <w:proofErr w:type="spellEnd"/>
      <w:r>
        <w:t xml:space="preserve"> </w:t>
      </w:r>
      <w:proofErr w:type="spellStart"/>
      <w:r>
        <w:t>qendër</w:t>
      </w:r>
      <w:proofErr w:type="spellEnd"/>
      <w:r>
        <w:t xml:space="preserve"> </w:t>
      </w:r>
      <w:proofErr w:type="spellStart"/>
      <w:r>
        <w:t>sesa</w:t>
      </w:r>
      <w:proofErr w:type="spellEnd"/>
      <w:r>
        <w:t xml:space="preserve"> </w:t>
      </w:r>
      <w:proofErr w:type="spellStart"/>
      <w:r>
        <w:t>edhe</w:t>
      </w:r>
      <w:proofErr w:type="spellEnd"/>
      <w:r>
        <w:t xml:space="preserve"> </w:t>
      </w:r>
      <w:proofErr w:type="spellStart"/>
      <w:r>
        <w:t>kur</w:t>
      </w:r>
      <w:proofErr w:type="spellEnd"/>
      <w:r>
        <w:t xml:space="preserve"> </w:t>
      </w:r>
      <w:proofErr w:type="spellStart"/>
      <w:r>
        <w:t>shpërndahen</w:t>
      </w:r>
      <w:proofErr w:type="spellEnd"/>
      <w:r>
        <w:t xml:space="preserve"> </w:t>
      </w:r>
      <w:proofErr w:type="spellStart"/>
      <w:r>
        <w:t>nëpër</w:t>
      </w:r>
      <w:proofErr w:type="spellEnd"/>
      <w:r>
        <w:t xml:space="preserve"> zona </w:t>
      </w:r>
      <w:proofErr w:type="spellStart"/>
      <w:r>
        <w:t>që</w:t>
      </w:r>
      <w:proofErr w:type="spellEnd"/>
      <w:r>
        <w:t xml:space="preserve"> ë </w:t>
      </w:r>
      <w:proofErr w:type="spellStart"/>
      <w:r>
        <w:t>si</w:t>
      </w:r>
      <w:proofErr w:type="spellEnd"/>
      <w:r>
        <w:t xml:space="preserve"> </w:t>
      </w:r>
      <w:proofErr w:type="spellStart"/>
      <w:r>
        <w:t>të</w:t>
      </w:r>
      <w:proofErr w:type="spellEnd"/>
      <w:r>
        <w:t xml:space="preserve"> </w:t>
      </w:r>
      <w:proofErr w:type="spellStart"/>
      <w:r>
        <w:t>thuash</w:t>
      </w:r>
      <w:proofErr w:type="spellEnd"/>
      <w:r>
        <w:t xml:space="preserve">, </w:t>
      </w:r>
      <w:proofErr w:type="spellStart"/>
      <w:r>
        <w:t>dikush</w:t>
      </w:r>
      <w:proofErr w:type="spellEnd"/>
      <w:r>
        <w:t xml:space="preserve"> </w:t>
      </w:r>
      <w:proofErr w:type="spellStart"/>
      <w:r>
        <w:t>të</w:t>
      </w:r>
      <w:proofErr w:type="spellEnd"/>
      <w:r>
        <w:t xml:space="preserve"> </w:t>
      </w:r>
      <w:proofErr w:type="spellStart"/>
      <w:r>
        <w:t>vijnë</w:t>
      </w:r>
      <w:proofErr w:type="spellEnd"/>
      <w:r>
        <w:t xml:space="preserve"> </w:t>
      </w:r>
      <w:proofErr w:type="spellStart"/>
      <w:r>
        <w:t>prej</w:t>
      </w:r>
      <w:proofErr w:type="spellEnd"/>
      <w:r>
        <w:t xml:space="preserve"> </w:t>
      </w:r>
      <w:proofErr w:type="spellStart"/>
      <w:r>
        <w:t>koplikut</w:t>
      </w:r>
      <w:proofErr w:type="spellEnd"/>
      <w:r>
        <w:t xml:space="preserve">, </w:t>
      </w:r>
      <w:proofErr w:type="spellStart"/>
      <w:r>
        <w:t>të</w:t>
      </w:r>
      <w:proofErr w:type="spellEnd"/>
      <w:r>
        <w:t xml:space="preserve"> </w:t>
      </w:r>
      <w:proofErr w:type="spellStart"/>
      <w:r>
        <w:t>shkojnë</w:t>
      </w:r>
      <w:proofErr w:type="spellEnd"/>
      <w:r>
        <w:t xml:space="preserve"> </w:t>
      </w:r>
      <w:proofErr w:type="spellStart"/>
      <w:r>
        <w:t>pra</w:t>
      </w:r>
      <w:proofErr w:type="spellEnd"/>
      <w:r>
        <w:t xml:space="preserve"> </w:t>
      </w:r>
      <w:proofErr w:type="spellStart"/>
      <w:r>
        <w:t>fos</w:t>
      </w:r>
      <w:proofErr w:type="spellEnd"/>
      <w:r>
        <w:t xml:space="preserve"> </w:t>
      </w:r>
      <w:proofErr w:type="spellStart"/>
      <w:r>
        <w:t>në</w:t>
      </w:r>
      <w:proofErr w:type="spellEnd"/>
      <w:r>
        <w:t xml:space="preserve"> Tamara apo </w:t>
      </w:r>
      <w:proofErr w:type="spellStart"/>
      <w:r>
        <w:t>të</w:t>
      </w:r>
      <w:proofErr w:type="spellEnd"/>
      <w:r>
        <w:t xml:space="preserve"> </w:t>
      </w:r>
      <w:proofErr w:type="spellStart"/>
      <w:r>
        <w:t>shkojnë</w:t>
      </w:r>
      <w:proofErr w:type="spellEnd"/>
      <w:r>
        <w:t xml:space="preserve"> </w:t>
      </w:r>
      <w:proofErr w:type="spellStart"/>
      <w:r>
        <w:t>në</w:t>
      </w:r>
      <w:proofErr w:type="spellEnd"/>
      <w:r>
        <w:t xml:space="preserve"> </w:t>
      </w:r>
      <w:proofErr w:type="spellStart"/>
      <w:r>
        <w:t>Detaj</w:t>
      </w:r>
      <w:proofErr w:type="spellEnd"/>
      <w:r>
        <w:t xml:space="preserve">, se </w:t>
      </w:r>
      <w:proofErr w:type="spellStart"/>
      <w:r>
        <w:t>ti</w:t>
      </w:r>
      <w:proofErr w:type="spellEnd"/>
      <w:r>
        <w:t xml:space="preserve"> je </w:t>
      </w:r>
      <w:proofErr w:type="spellStart"/>
      <w:r>
        <w:t>udhëheqës</w:t>
      </w:r>
      <w:proofErr w:type="spellEnd"/>
      <w:r>
        <w:t xml:space="preserve"> </w:t>
      </w:r>
      <w:proofErr w:type="spellStart"/>
      <w:r>
        <w:t>i</w:t>
      </w:r>
      <w:proofErr w:type="spellEnd"/>
      <w:r>
        <w:t xml:space="preserve"> </w:t>
      </w:r>
      <w:proofErr w:type="spellStart"/>
      <w:r>
        <w:t>qarkut</w:t>
      </w:r>
      <w:proofErr w:type="spellEnd"/>
      <w:r>
        <w:t xml:space="preserve"> </w:t>
      </w:r>
      <w:proofErr w:type="spellStart"/>
      <w:r>
        <w:t>atje</w:t>
      </w:r>
      <w:proofErr w:type="spellEnd"/>
      <w:r>
        <w:t xml:space="preserve"> </w:t>
      </w:r>
      <w:proofErr w:type="spellStart"/>
      <w:r>
        <w:t>dhe</w:t>
      </w:r>
      <w:proofErr w:type="spellEnd"/>
      <w:r>
        <w:t xml:space="preserve"> </w:t>
      </w:r>
      <w:proofErr w:type="spellStart"/>
      <w:r>
        <w:t>tashmë</w:t>
      </w:r>
      <w:proofErr w:type="spellEnd"/>
      <w:r>
        <w:t xml:space="preserve"> </w:t>
      </w:r>
      <w:proofErr w:type="spellStart"/>
      <w:r>
        <w:t>i</w:t>
      </w:r>
      <w:proofErr w:type="spellEnd"/>
      <w:r>
        <w:t xml:space="preserve"> </w:t>
      </w:r>
      <w:proofErr w:type="spellStart"/>
      <w:r>
        <w:t>njeh</w:t>
      </w:r>
      <w:proofErr w:type="spellEnd"/>
      <w:r>
        <w:t xml:space="preserve"> </w:t>
      </w:r>
      <w:proofErr w:type="spellStart"/>
      <w:r>
        <w:t>të</w:t>
      </w:r>
      <w:proofErr w:type="spellEnd"/>
      <w:r>
        <w:t xml:space="preserve"> </w:t>
      </w:r>
      <w:proofErr w:type="spellStart"/>
      <w:r>
        <w:t>gjitha</w:t>
      </w:r>
      <w:proofErr w:type="spellEnd"/>
      <w:r>
        <w:t xml:space="preserve"> </w:t>
      </w:r>
      <w:proofErr w:type="spellStart"/>
      <w:r>
        <w:t>zonat</w:t>
      </w:r>
      <w:proofErr w:type="spellEnd"/>
      <w:r>
        <w:t xml:space="preserve">. Nuk </w:t>
      </w:r>
      <w:proofErr w:type="spellStart"/>
      <w:r>
        <w:t>është</w:t>
      </w:r>
      <w:proofErr w:type="spellEnd"/>
      <w:r>
        <w:t xml:space="preserve"> jo, jo </w:t>
      </w:r>
      <w:proofErr w:type="spellStart"/>
      <w:r>
        <w:t>normale</w:t>
      </w:r>
      <w:proofErr w:type="spellEnd"/>
      <w:r>
        <w:t xml:space="preserve">. </w:t>
      </w:r>
      <w:proofErr w:type="spellStart"/>
      <w:r>
        <w:t>Pra</w:t>
      </w:r>
      <w:proofErr w:type="spellEnd"/>
      <w:r>
        <w:t xml:space="preserve">, </w:t>
      </w:r>
      <w:proofErr w:type="spellStart"/>
      <w:r>
        <w:t>nuk</w:t>
      </w:r>
      <w:proofErr w:type="spellEnd"/>
      <w:r>
        <w:t xml:space="preserve"> </w:t>
      </w:r>
      <w:proofErr w:type="spellStart"/>
      <w:r>
        <w:t>jemi</w:t>
      </w:r>
      <w:proofErr w:type="spellEnd"/>
      <w:r>
        <w:t xml:space="preserve"> </w:t>
      </w:r>
      <w:proofErr w:type="spellStart"/>
      <w:r>
        <w:t>nën</w:t>
      </w:r>
      <w:proofErr w:type="spellEnd"/>
      <w:r>
        <w:t xml:space="preserve"> </w:t>
      </w:r>
      <w:proofErr w:type="spellStart"/>
      <w:r>
        <w:t>kushtet</w:t>
      </w:r>
      <w:proofErr w:type="spellEnd"/>
      <w:r>
        <w:t xml:space="preserve"> </w:t>
      </w:r>
      <w:proofErr w:type="spellStart"/>
      <w:r>
        <w:t>edhe</w:t>
      </w:r>
      <w:proofErr w:type="spellEnd"/>
      <w:r>
        <w:t xml:space="preserve"> </w:t>
      </w:r>
      <w:proofErr w:type="spellStart"/>
      <w:r>
        <w:t>të</w:t>
      </w:r>
      <w:proofErr w:type="spellEnd"/>
      <w:r>
        <w:t xml:space="preserve"> para 20 </w:t>
      </w:r>
      <w:proofErr w:type="spellStart"/>
      <w:r>
        <w:t>viteve</w:t>
      </w:r>
      <w:proofErr w:type="spellEnd"/>
      <w:r>
        <w:t xml:space="preserve"> </w:t>
      </w:r>
      <w:proofErr w:type="spellStart"/>
      <w:r>
        <w:t>ku</w:t>
      </w:r>
      <w:proofErr w:type="spellEnd"/>
      <w:r>
        <w:t xml:space="preserve"> u </w:t>
      </w:r>
      <w:proofErr w:type="spellStart"/>
      <w:r>
        <w:t>bashkën</w:t>
      </w:r>
      <w:proofErr w:type="spellEnd"/>
      <w:r>
        <w:t xml:space="preserve">, u </w:t>
      </w:r>
      <w:proofErr w:type="spellStart"/>
      <w:r>
        <w:t>ndashin</w:t>
      </w:r>
      <w:proofErr w:type="spellEnd"/>
      <w:r>
        <w:t xml:space="preserve"> ë </w:t>
      </w:r>
      <w:proofErr w:type="spellStart"/>
      <w:r>
        <w:t>qoftë</w:t>
      </w:r>
      <w:proofErr w:type="spellEnd"/>
      <w:r>
        <w:t xml:space="preserve"> </w:t>
      </w:r>
      <w:proofErr w:type="spellStart"/>
      <w:r>
        <w:t>te</w:t>
      </w:r>
      <w:proofErr w:type="spellEnd"/>
      <w:r>
        <w:t xml:space="preserve"> </w:t>
      </w:r>
      <w:proofErr w:type="spellStart"/>
      <w:r>
        <w:t>kohën</w:t>
      </w:r>
      <w:proofErr w:type="spellEnd"/>
      <w:r>
        <w:t xml:space="preserve"> e P2, </w:t>
      </w:r>
      <w:proofErr w:type="spellStart"/>
      <w:r>
        <w:t>qoftë</w:t>
      </w:r>
      <w:proofErr w:type="spellEnd"/>
      <w:r>
        <w:t xml:space="preserve"> </w:t>
      </w:r>
      <w:proofErr w:type="spellStart"/>
      <w:r>
        <w:t>në</w:t>
      </w:r>
      <w:proofErr w:type="spellEnd"/>
      <w:r>
        <w:t xml:space="preserve"> </w:t>
      </w:r>
      <w:proofErr w:type="spellStart"/>
      <w:r>
        <w:t>kohët</w:t>
      </w:r>
      <w:proofErr w:type="spellEnd"/>
      <w:r>
        <w:t xml:space="preserve"> e P2, por sot </w:t>
      </w:r>
      <w:proofErr w:type="spellStart"/>
      <w:r>
        <w:t>shkohet</w:t>
      </w:r>
      <w:proofErr w:type="spellEnd"/>
      <w:r>
        <w:t xml:space="preserve"> </w:t>
      </w:r>
      <w:proofErr w:type="spellStart"/>
      <w:r>
        <w:t>drejt</w:t>
      </w:r>
      <w:proofErr w:type="spellEnd"/>
      <w:r>
        <w:t xml:space="preserve"> </w:t>
      </w:r>
      <w:proofErr w:type="spellStart"/>
      <w:r>
        <w:t>një</w:t>
      </w:r>
      <w:proofErr w:type="spellEnd"/>
      <w:r>
        <w:t xml:space="preserve"> </w:t>
      </w:r>
      <w:proofErr w:type="spellStart"/>
      <w:r>
        <w:t>një</w:t>
      </w:r>
      <w:proofErr w:type="spellEnd"/>
      <w:r>
        <w:t xml:space="preserve"> </w:t>
      </w:r>
      <w:proofErr w:type="spellStart"/>
      <w:r>
        <w:t>konsolidimi</w:t>
      </w:r>
      <w:proofErr w:type="spellEnd"/>
      <w:r>
        <w:t xml:space="preserve"> </w:t>
      </w:r>
      <w:proofErr w:type="spellStart"/>
      <w:r>
        <w:t>dhe</w:t>
      </w:r>
      <w:proofErr w:type="spellEnd"/>
      <w:r>
        <w:t xml:space="preserve"> </w:t>
      </w:r>
      <w:proofErr w:type="spellStart"/>
      <w:r>
        <w:t>realisht</w:t>
      </w:r>
      <w:proofErr w:type="spellEnd"/>
      <w:r>
        <w:t xml:space="preserve"> </w:t>
      </w:r>
      <w:proofErr w:type="spellStart"/>
      <w:r>
        <w:t>Malësia</w:t>
      </w:r>
      <w:proofErr w:type="spellEnd"/>
      <w:r>
        <w:t xml:space="preserve"> e </w:t>
      </w:r>
      <w:proofErr w:type="spellStart"/>
      <w:r>
        <w:t>Madhe</w:t>
      </w:r>
      <w:proofErr w:type="spellEnd"/>
      <w:r>
        <w:t xml:space="preserve"> </w:t>
      </w:r>
      <w:proofErr w:type="spellStart"/>
      <w:r>
        <w:t>është</w:t>
      </w:r>
      <w:proofErr w:type="spellEnd"/>
      <w:r>
        <w:t xml:space="preserve"> ë e </w:t>
      </w:r>
      <w:proofErr w:type="spellStart"/>
      <w:r>
        <w:t>kompletuar</w:t>
      </w:r>
      <w:proofErr w:type="spellEnd"/>
      <w:r>
        <w:t xml:space="preserve"> me </w:t>
      </w:r>
      <w:proofErr w:type="spellStart"/>
      <w:r>
        <w:t>këtë</w:t>
      </w:r>
      <w:proofErr w:type="spellEnd"/>
      <w:r>
        <w:t xml:space="preserve"> </w:t>
      </w:r>
      <w:proofErr w:type="spellStart"/>
      <w:r>
        <w:t>lloj</w:t>
      </w:r>
      <w:proofErr w:type="spellEnd"/>
      <w:r>
        <w:t xml:space="preserve"> </w:t>
      </w:r>
      <w:proofErr w:type="spellStart"/>
      <w:r>
        <w:t>formati</w:t>
      </w:r>
      <w:proofErr w:type="spellEnd"/>
      <w:r>
        <w:t xml:space="preserve"> </w:t>
      </w:r>
      <w:proofErr w:type="spellStart"/>
      <w:r>
        <w:t>që</w:t>
      </w:r>
      <w:proofErr w:type="spellEnd"/>
      <w:r>
        <w:t xml:space="preserve"> ka, </w:t>
      </w:r>
      <w:proofErr w:type="spellStart"/>
      <w:r>
        <w:t>ndash</w:t>
      </w:r>
      <w:proofErr w:type="spellEnd"/>
      <w:r>
        <w:t xml:space="preserve"> </w:t>
      </w:r>
      <w:proofErr w:type="spellStart"/>
      <w:r>
        <w:t>nga</w:t>
      </w:r>
      <w:proofErr w:type="spellEnd"/>
      <w:r>
        <w:t xml:space="preserve"> </w:t>
      </w:r>
      <w:proofErr w:type="spellStart"/>
      <w:r>
        <w:t>historia</w:t>
      </w:r>
      <w:proofErr w:type="spellEnd"/>
      <w:r>
        <w:t xml:space="preserve">, </w:t>
      </w:r>
      <w:proofErr w:type="spellStart"/>
      <w:r>
        <w:t>ndash</w:t>
      </w:r>
      <w:proofErr w:type="spellEnd"/>
      <w:r>
        <w:t xml:space="preserve"> </w:t>
      </w:r>
      <w:proofErr w:type="spellStart"/>
      <w:r>
        <w:t>nga</w:t>
      </w:r>
      <w:proofErr w:type="spellEnd"/>
      <w:r>
        <w:t xml:space="preserve"> </w:t>
      </w:r>
      <w:proofErr w:type="spellStart"/>
      <w:r>
        <w:t>veshja</w:t>
      </w:r>
      <w:proofErr w:type="spellEnd"/>
      <w:r>
        <w:t xml:space="preserve">, </w:t>
      </w:r>
      <w:proofErr w:type="spellStart"/>
      <w:r>
        <w:t>ndash</w:t>
      </w:r>
      <w:proofErr w:type="spellEnd"/>
      <w:r>
        <w:t xml:space="preserve"> ë </w:t>
      </w:r>
      <w:proofErr w:type="spellStart"/>
      <w:r>
        <w:t>nga</w:t>
      </w:r>
      <w:proofErr w:type="spellEnd"/>
      <w:r>
        <w:t xml:space="preserve"> </w:t>
      </w:r>
      <w:proofErr w:type="spellStart"/>
      <w:r>
        <w:t>territori</w:t>
      </w:r>
      <w:proofErr w:type="spellEnd"/>
      <w:r>
        <w:t xml:space="preserve">. </w:t>
      </w:r>
      <w:proofErr w:type="spellStart"/>
      <w:r>
        <w:t>Përveç</w:t>
      </w:r>
      <w:proofErr w:type="spellEnd"/>
      <w:r>
        <w:t xml:space="preserve"> se normal,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i</w:t>
      </w:r>
      <w:proofErr w:type="spellEnd"/>
      <w:r>
        <w:t xml:space="preserve"> </w:t>
      </w:r>
      <w:proofErr w:type="spellStart"/>
      <w:r>
        <w:t>kanë</w:t>
      </w:r>
      <w:proofErr w:type="spellEnd"/>
      <w:r>
        <w:t xml:space="preserve"> </w:t>
      </w:r>
      <w:proofErr w:type="spellStart"/>
      <w:r>
        <w:t>marrë</w:t>
      </w:r>
      <w:proofErr w:type="spellEnd"/>
      <w:r>
        <w:t xml:space="preserve"> </w:t>
      </w:r>
      <w:proofErr w:type="spellStart"/>
      <w:r>
        <w:t>edhe</w:t>
      </w:r>
      <w:proofErr w:type="spellEnd"/>
      <w:r>
        <w:t xml:space="preserve"> </w:t>
      </w:r>
      <w:proofErr w:type="spellStart"/>
      <w:r>
        <w:t>territor</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është</w:t>
      </w:r>
      <w:proofErr w:type="spellEnd"/>
      <w:r>
        <w:t xml:space="preserve"> </w:t>
      </w:r>
      <w:proofErr w:type="spellStart"/>
      <w:r>
        <w:t>pjesë</w:t>
      </w:r>
      <w:proofErr w:type="spellEnd"/>
      <w:r>
        <w:t xml:space="preserve"> </w:t>
      </w:r>
      <w:proofErr w:type="spellStart"/>
      <w:r>
        <w:t>historike</w:t>
      </w:r>
      <w:proofErr w:type="spellEnd"/>
      <w:r>
        <w:t xml:space="preserve"> 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Pra</w:t>
      </w:r>
      <w:proofErr w:type="spellEnd"/>
      <w:r>
        <w:t xml:space="preserve">, </w:t>
      </w:r>
      <w:proofErr w:type="spellStart"/>
      <w:r>
        <w:t>malësorët</w:t>
      </w:r>
      <w:proofErr w:type="spellEnd"/>
      <w:r>
        <w:t xml:space="preserve"> </w:t>
      </w:r>
      <w:proofErr w:type="spellStart"/>
      <w:r>
        <w:t>janë</w:t>
      </w:r>
      <w:proofErr w:type="spellEnd"/>
      <w:r>
        <w:t xml:space="preserve"> </w:t>
      </w:r>
      <w:proofErr w:type="spellStart"/>
      <w:r>
        <w:t>shtrirë</w:t>
      </w:r>
      <w:proofErr w:type="spellEnd"/>
      <w:r>
        <w:t xml:space="preserve"> </w:t>
      </w:r>
      <w:proofErr w:type="spellStart"/>
      <w:r>
        <w:t>edhe</w:t>
      </w:r>
      <w:proofErr w:type="spellEnd"/>
      <w:r>
        <w:t xml:space="preserve"> </w:t>
      </w:r>
      <w:proofErr w:type="spellStart"/>
      <w:r>
        <w:t>në</w:t>
      </w:r>
      <w:proofErr w:type="spellEnd"/>
      <w:r>
        <w:t xml:space="preserve"> </w:t>
      </w:r>
      <w:proofErr w:type="spellStart"/>
      <w:r>
        <w:t>Lezhë</w:t>
      </w:r>
      <w:proofErr w:type="spellEnd"/>
      <w:r>
        <w:t xml:space="preserve">, </w:t>
      </w:r>
      <w:proofErr w:type="spellStart"/>
      <w:r>
        <w:t>janë</w:t>
      </w:r>
      <w:proofErr w:type="spellEnd"/>
      <w:r>
        <w:t xml:space="preserve"> </w:t>
      </w:r>
      <w:proofErr w:type="spellStart"/>
      <w:r>
        <w:t>kanë</w:t>
      </w:r>
      <w:proofErr w:type="spellEnd"/>
      <w:r>
        <w:t xml:space="preserve"> </w:t>
      </w:r>
      <w:proofErr w:type="spellStart"/>
      <w:r>
        <w:t>tokat</w:t>
      </w:r>
      <w:proofErr w:type="spellEnd"/>
      <w:r>
        <w:t xml:space="preserve"> e </w:t>
      </w:r>
      <w:proofErr w:type="spellStart"/>
      <w:r>
        <w:t>veta</w:t>
      </w:r>
      <w:proofErr w:type="spellEnd"/>
      <w:r>
        <w:t xml:space="preserve"> </w:t>
      </w:r>
      <w:proofErr w:type="spellStart"/>
      <w:r>
        <w:t>edhe</w:t>
      </w:r>
      <w:proofErr w:type="spellEnd"/>
      <w:r>
        <w:t xml:space="preserve"> </w:t>
      </w:r>
      <w:proofErr w:type="spellStart"/>
      <w:r>
        <w:t>në</w:t>
      </w:r>
      <w:proofErr w:type="spellEnd"/>
      <w:r>
        <w:t xml:space="preserve"> </w:t>
      </w:r>
      <w:proofErr w:type="spellStart"/>
      <w:r>
        <w:t>Velipojë</w:t>
      </w:r>
      <w:proofErr w:type="spellEnd"/>
      <w:r>
        <w:t xml:space="preserve">, por </w:t>
      </w:r>
      <w:proofErr w:type="spellStart"/>
      <w:r>
        <w:t>territori</w:t>
      </w:r>
      <w:proofErr w:type="spellEnd"/>
      <w:r>
        <w:t xml:space="preserve"> </w:t>
      </w:r>
      <w:proofErr w:type="spellStart"/>
      <w:r>
        <w:t>është</w:t>
      </w:r>
      <w:proofErr w:type="spellEnd"/>
      <w:r>
        <w:t xml:space="preserve"> ë </w:t>
      </w:r>
      <w:proofErr w:type="spellStart"/>
      <w:r>
        <w:t>brenda</w:t>
      </w:r>
      <w:proofErr w:type="spellEnd"/>
      <w:r>
        <w:t xml:space="preserv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është</w:t>
      </w:r>
      <w:proofErr w:type="spellEnd"/>
      <w:r>
        <w:t xml:space="preserve"> </w:t>
      </w:r>
      <w:proofErr w:type="spellStart"/>
      <w:r>
        <w:t>totalisht</w:t>
      </w:r>
      <w:proofErr w:type="spellEnd"/>
      <w:r>
        <w:t xml:space="preserve"> </w:t>
      </w:r>
      <w:proofErr w:type="spellStart"/>
      <w:r>
        <w:t>i</w:t>
      </w:r>
      <w:proofErr w:type="spellEnd"/>
      <w:r>
        <w:t xml:space="preserve"> </w:t>
      </w:r>
      <w:proofErr w:type="spellStart"/>
      <w:r>
        <w:t>njëjtë</w:t>
      </w:r>
      <w:proofErr w:type="spellEnd"/>
      <w:r>
        <w:t xml:space="preserve">. </w:t>
      </w:r>
      <w:proofErr w:type="spellStart"/>
      <w:r>
        <w:t>Edhe</w:t>
      </w:r>
      <w:proofErr w:type="spellEnd"/>
      <w:r>
        <w:t xml:space="preserve"> </w:t>
      </w:r>
      <w:proofErr w:type="spellStart"/>
      <w:r>
        <w:t>në</w:t>
      </w:r>
      <w:proofErr w:type="spellEnd"/>
      <w:r>
        <w:t xml:space="preserve"> </w:t>
      </w:r>
      <w:proofErr w:type="spellStart"/>
      <w:r>
        <w:t>qarkun</w:t>
      </w:r>
      <w:proofErr w:type="spellEnd"/>
      <w:r>
        <w:t xml:space="preserve"> e </w:t>
      </w:r>
      <w:proofErr w:type="spellStart"/>
      <w:r>
        <w:t>Shkodrës</w:t>
      </w:r>
      <w:proofErr w:type="spellEnd"/>
      <w:r>
        <w:t xml:space="preserve">, </w:t>
      </w:r>
      <w:proofErr w:type="spellStart"/>
      <w:r>
        <w:t>na</w:t>
      </w:r>
      <w:proofErr w:type="spellEnd"/>
      <w:r>
        <w:t xml:space="preserve"> ë </w:t>
      </w:r>
      <w:proofErr w:type="spellStart"/>
      <w:r>
        <w:t>karakterizohen</w:t>
      </w:r>
      <w:proofErr w:type="spellEnd"/>
      <w:r>
        <w:t xml:space="preserve"> </w:t>
      </w:r>
      <w:proofErr w:type="spellStart"/>
      <w:r>
        <w:t>nga</w:t>
      </w:r>
      <w:proofErr w:type="spellEnd"/>
      <w:r>
        <w:t xml:space="preserve"> </w:t>
      </w:r>
      <w:proofErr w:type="spellStart"/>
      <w:r>
        <w:t>disa</w:t>
      </w:r>
      <w:proofErr w:type="spellEnd"/>
      <w:r>
        <w:t xml:space="preserve"> </w:t>
      </w:r>
      <w:proofErr w:type="spellStart"/>
      <w:r>
        <w:t>disa</w:t>
      </w:r>
      <w:proofErr w:type="spellEnd"/>
      <w:r>
        <w:t xml:space="preserve"> zona. Ja </w:t>
      </w:r>
      <w:proofErr w:type="spellStart"/>
      <w:r>
        <w:t>brenda</w:t>
      </w:r>
      <w:proofErr w:type="spellEnd"/>
      <w:r>
        <w:t xml:space="preserve"> </w:t>
      </w:r>
      <w:proofErr w:type="spellStart"/>
      <w:r>
        <w:t>tre</w:t>
      </w:r>
      <w:proofErr w:type="spellEnd"/>
      <w:r>
        <w:t xml:space="preserve"> </w:t>
      </w:r>
      <w:proofErr w:type="spellStart"/>
      <w:r>
        <w:t>viteve</w:t>
      </w:r>
      <w:proofErr w:type="spellEnd"/>
      <w:r>
        <w:t xml:space="preserve">, </w:t>
      </w:r>
      <w:proofErr w:type="spellStart"/>
      <w:r>
        <w:t>dy</w:t>
      </w:r>
      <w:proofErr w:type="spellEnd"/>
      <w:r>
        <w:t xml:space="preserve"> ë </w:t>
      </w:r>
      <w:proofErr w:type="spellStart"/>
      <w:r>
        <w:t>ë</w:t>
      </w:r>
      <w:proofErr w:type="spellEnd"/>
      <w:r>
        <w:t xml:space="preserve"> </w:t>
      </w:r>
      <w:proofErr w:type="spellStart"/>
      <w:r>
        <w:t>gjëra</w:t>
      </w:r>
      <w:proofErr w:type="spellEnd"/>
      <w:r>
        <w:t xml:space="preserve"> </w:t>
      </w:r>
      <w:proofErr w:type="spellStart"/>
      <w:r>
        <w:t>shumë</w:t>
      </w:r>
      <w:proofErr w:type="spellEnd"/>
      <w:r>
        <w:t xml:space="preserve"> </w:t>
      </w:r>
      <w:proofErr w:type="spellStart"/>
      <w:r>
        <w:t>të</w:t>
      </w:r>
      <w:proofErr w:type="spellEnd"/>
      <w:r>
        <w:t xml:space="preserve"> </w:t>
      </w:r>
      <w:proofErr w:type="spellStart"/>
      <w:r>
        <w:t>rëndësishme</w:t>
      </w:r>
      <w:proofErr w:type="spellEnd"/>
      <w:r>
        <w:t xml:space="preserve"> </w:t>
      </w:r>
      <w:proofErr w:type="spellStart"/>
      <w:r>
        <w:t>kanë</w:t>
      </w:r>
      <w:proofErr w:type="spellEnd"/>
      <w:r>
        <w:t xml:space="preserve"> </w:t>
      </w:r>
      <w:proofErr w:type="spellStart"/>
      <w:r>
        <w:t>ndodhur</w:t>
      </w:r>
      <w:proofErr w:type="spellEnd"/>
      <w:r>
        <w:t xml:space="preserve"> </w:t>
      </w:r>
      <w:proofErr w:type="spellStart"/>
      <w:r>
        <w:t>për</w:t>
      </w:r>
      <w:proofErr w:type="spellEnd"/>
      <w:r>
        <w:t xml:space="preserve"> </w:t>
      </w:r>
      <w:proofErr w:type="spellStart"/>
      <w:r>
        <w:t>për</w:t>
      </w:r>
      <w:proofErr w:type="spellEnd"/>
      <w:r>
        <w:t xml:space="preserve"> </w:t>
      </w:r>
      <w:proofErr w:type="spellStart"/>
      <w:r>
        <w:t>Malësinë</w:t>
      </w:r>
      <w:proofErr w:type="spellEnd"/>
      <w:r>
        <w:t xml:space="preserve"> e </w:t>
      </w:r>
      <w:proofErr w:type="spellStart"/>
      <w:r>
        <w:t>Madhe</w:t>
      </w:r>
      <w:proofErr w:type="spellEnd"/>
      <w:r>
        <w:t xml:space="preserve">, por jo </w:t>
      </w:r>
      <w:proofErr w:type="spellStart"/>
      <w:r>
        <w:t>vetëm</w:t>
      </w:r>
      <w:proofErr w:type="spellEnd"/>
      <w:r>
        <w:t xml:space="preserve"> </w:t>
      </w:r>
      <w:proofErr w:type="spellStart"/>
      <w:r>
        <w:t>për</w:t>
      </w:r>
      <w:proofErr w:type="spellEnd"/>
      <w:r>
        <w:t xml:space="preserve"> </w:t>
      </w:r>
      <w:proofErr w:type="spellStart"/>
      <w:r>
        <w:t>Malësinë</w:t>
      </w:r>
      <w:proofErr w:type="spellEnd"/>
      <w:r>
        <w:t xml:space="preserve">, </w:t>
      </w:r>
      <w:proofErr w:type="spellStart"/>
      <w:r>
        <w:t>për</w:t>
      </w:r>
      <w:proofErr w:type="spellEnd"/>
      <w:r>
        <w:t xml:space="preserve"> </w:t>
      </w:r>
      <w:proofErr w:type="spellStart"/>
      <w:r>
        <w:t>Përqarkun</w:t>
      </w:r>
      <w:proofErr w:type="spellEnd"/>
      <w:r>
        <w:t xml:space="preserve"> </w:t>
      </w:r>
      <w:proofErr w:type="spellStart"/>
      <w:r>
        <w:t>dhe</w:t>
      </w:r>
      <w:proofErr w:type="spellEnd"/>
      <w:r>
        <w:t xml:space="preserve"> </w:t>
      </w:r>
      <w:proofErr w:type="spellStart"/>
      <w:r>
        <w:t>për</w:t>
      </w:r>
      <w:proofErr w:type="spellEnd"/>
      <w:r>
        <w:t xml:space="preserve"> </w:t>
      </w:r>
      <w:proofErr w:type="spellStart"/>
      <w:r>
        <w:t>krejt</w:t>
      </w:r>
      <w:proofErr w:type="spellEnd"/>
      <w:r>
        <w:t xml:space="preserve"> </w:t>
      </w:r>
      <w:proofErr w:type="spellStart"/>
      <w:r>
        <w:t>Shqipërinë</w:t>
      </w:r>
      <w:proofErr w:type="spellEnd"/>
      <w:r>
        <w:t xml:space="preserve">. </w:t>
      </w:r>
      <w:proofErr w:type="spellStart"/>
      <w:r>
        <w:t>Lahuta</w:t>
      </w:r>
      <w:proofErr w:type="spellEnd"/>
      <w:r>
        <w:t xml:space="preserve"> u </w:t>
      </w:r>
      <w:proofErr w:type="spellStart"/>
      <w:r>
        <w:t>fut</w:t>
      </w:r>
      <w:proofErr w:type="spellEnd"/>
      <w:r>
        <w:t xml:space="preserve"> </w:t>
      </w:r>
      <w:proofErr w:type="spellStart"/>
      <w:r>
        <w:t>në</w:t>
      </w:r>
      <w:proofErr w:type="spellEnd"/>
      <w:r>
        <w:t xml:space="preserve"> UNESCO, </w:t>
      </w:r>
      <w:proofErr w:type="spellStart"/>
      <w:r>
        <w:t>Xhubleta</w:t>
      </w:r>
      <w:proofErr w:type="spellEnd"/>
      <w:r>
        <w:t xml:space="preserve"> po. </w:t>
      </w:r>
      <w:proofErr w:type="spellStart"/>
      <w:r>
        <w:t>Kështu</w:t>
      </w:r>
      <w:proofErr w:type="spellEnd"/>
      <w:r>
        <w:t xml:space="preserve"> </w:t>
      </w:r>
      <w:proofErr w:type="spellStart"/>
      <w:r>
        <w:t>që</w:t>
      </w:r>
      <w:proofErr w:type="spellEnd"/>
      <w:r>
        <w:t xml:space="preserve"> </w:t>
      </w:r>
      <w:proofErr w:type="spellStart"/>
      <w:r>
        <w:t>Malësia</w:t>
      </w:r>
      <w:proofErr w:type="spellEnd"/>
      <w:r>
        <w:t xml:space="preserve"> e </w:t>
      </w:r>
      <w:proofErr w:type="spellStart"/>
      <w:r>
        <w:t>Madhe</w:t>
      </w:r>
      <w:proofErr w:type="spellEnd"/>
      <w:r>
        <w:t xml:space="preserve"> </w:t>
      </w:r>
      <w:proofErr w:type="spellStart"/>
      <w:r>
        <w:t>nuk</w:t>
      </w:r>
      <w:proofErr w:type="spellEnd"/>
      <w:r>
        <w:t xml:space="preserve"> ka vend, </w:t>
      </w:r>
      <w:proofErr w:type="spellStart"/>
      <w:r>
        <w:t>besoj</w:t>
      </w:r>
      <w:proofErr w:type="spellEnd"/>
      <w:r>
        <w:t xml:space="preserve">, </w:t>
      </w:r>
      <w:proofErr w:type="spellStart"/>
      <w:r>
        <w:t>për</w:t>
      </w:r>
      <w:proofErr w:type="spellEnd"/>
      <w:r>
        <w:t xml:space="preserve"> </w:t>
      </w:r>
      <w:proofErr w:type="spellStart"/>
      <w:r>
        <w:t>të</w:t>
      </w:r>
      <w:proofErr w:type="spellEnd"/>
      <w:r>
        <w:t xml:space="preserve"> </w:t>
      </w:r>
      <w:proofErr w:type="spellStart"/>
      <w:r>
        <w:t>diskutuar</w:t>
      </w:r>
      <w:proofErr w:type="spellEnd"/>
      <w:r>
        <w:t xml:space="preserve">. </w:t>
      </w:r>
      <w:proofErr w:type="spellStart"/>
      <w:r>
        <w:t>Megjithatë</w:t>
      </w:r>
      <w:proofErr w:type="spellEnd"/>
      <w:r>
        <w:t xml:space="preserve">, me </w:t>
      </w:r>
      <w:proofErr w:type="spellStart"/>
      <w:r>
        <w:lastRenderedPageBreak/>
        <w:t>mekanizëm</w:t>
      </w:r>
      <w:proofErr w:type="spellEnd"/>
      <w:r>
        <w:t xml:space="preserve"> </w:t>
      </w:r>
      <w:proofErr w:type="spellStart"/>
      <w:r>
        <w:t>ose</w:t>
      </w:r>
      <w:proofErr w:type="spellEnd"/>
      <w:r>
        <w:t xml:space="preserve"> </w:t>
      </w:r>
      <w:proofErr w:type="spellStart"/>
      <w:r>
        <w:t>më</w:t>
      </w:r>
      <w:proofErr w:type="spellEnd"/>
      <w:r>
        <w:t xml:space="preserve"> </w:t>
      </w:r>
      <w:proofErr w:type="spellStart"/>
      <w:r>
        <w:t>mirë</w:t>
      </w:r>
      <w:proofErr w:type="spellEnd"/>
      <w:r>
        <w:t xml:space="preserve"> me </w:t>
      </w:r>
      <w:proofErr w:type="spellStart"/>
      <w:r>
        <w:t>thënë</w:t>
      </w:r>
      <w:proofErr w:type="spellEnd"/>
      <w:r>
        <w:t xml:space="preserve">, </w:t>
      </w:r>
      <w:proofErr w:type="spellStart"/>
      <w:r>
        <w:t>i</w:t>
      </w:r>
      <w:proofErr w:type="spellEnd"/>
      <w:r>
        <w:t xml:space="preserve"> </w:t>
      </w:r>
      <w:proofErr w:type="spellStart"/>
      <w:r>
        <w:t>një</w:t>
      </w:r>
      <w:proofErr w:type="spellEnd"/>
      <w:r>
        <w:t xml:space="preserve"> </w:t>
      </w:r>
      <w:proofErr w:type="spellStart"/>
      <w:r>
        <w:t>pjesë</w:t>
      </w:r>
      <w:proofErr w:type="spellEnd"/>
      <w:r>
        <w:t xml:space="preserve"> e </w:t>
      </w:r>
      <w:proofErr w:type="spellStart"/>
      <w:r>
        <w:t>vendimmarrjes</w:t>
      </w:r>
      <w:proofErr w:type="spellEnd"/>
      <w:r>
        <w:t xml:space="preserve">, por ne </w:t>
      </w:r>
      <w:proofErr w:type="spellStart"/>
      <w:r>
        <w:t>jemi</w:t>
      </w:r>
      <w:proofErr w:type="spellEnd"/>
      <w:r>
        <w:t xml:space="preserve"> </w:t>
      </w:r>
      <w:proofErr w:type="spellStart"/>
      <w:r>
        <w:t>pjesë</w:t>
      </w:r>
      <w:proofErr w:type="spellEnd"/>
      <w:r>
        <w:t xml:space="preserve"> e </w:t>
      </w:r>
      <w:proofErr w:type="spellStart"/>
      <w:r>
        <w:t>e</w:t>
      </w:r>
      <w:proofErr w:type="spellEnd"/>
      <w:r>
        <w:t xml:space="preserve"> </w:t>
      </w:r>
      <w:proofErr w:type="spellStart"/>
      <w:r>
        <w:t>popullit</w:t>
      </w:r>
      <w:proofErr w:type="spellEnd"/>
      <w:r>
        <w:t xml:space="preserve"> </w:t>
      </w:r>
      <w:proofErr w:type="spellStart"/>
      <w:r>
        <w:t>që</w:t>
      </w:r>
      <w:proofErr w:type="spellEnd"/>
      <w:r>
        <w:t xml:space="preserve"> </w:t>
      </w:r>
      <w:proofErr w:type="spellStart"/>
      <w:r>
        <w:t>duhet</w:t>
      </w:r>
      <w:proofErr w:type="spellEnd"/>
      <w:r>
        <w:t xml:space="preserve"> </w:t>
      </w:r>
      <w:proofErr w:type="spellStart"/>
      <w:r>
        <w:t>të</w:t>
      </w:r>
      <w:proofErr w:type="spellEnd"/>
      <w:r>
        <w:t xml:space="preserve"> </w:t>
      </w:r>
      <w:proofErr w:type="spellStart"/>
      <w:r>
        <w:t>shprehim</w:t>
      </w:r>
      <w:proofErr w:type="spellEnd"/>
      <w:r>
        <w:t xml:space="preserve"> se </w:t>
      </w:r>
      <w:proofErr w:type="spellStart"/>
      <w:r>
        <w:t>çfarë</w:t>
      </w:r>
      <w:proofErr w:type="spellEnd"/>
      <w:r>
        <w:t xml:space="preserve"> </w:t>
      </w:r>
      <w:proofErr w:type="spellStart"/>
      <w:r>
        <w:t>mendon</w:t>
      </w:r>
      <w:proofErr w:type="spellEnd"/>
      <w:r>
        <w:t xml:space="preserve"> </w:t>
      </w:r>
      <w:proofErr w:type="spellStart"/>
      <w:r>
        <w:t>shumica</w:t>
      </w:r>
      <w:proofErr w:type="spellEnd"/>
      <w:r>
        <w:t xml:space="preserve">, jo </w:t>
      </w:r>
      <w:proofErr w:type="spellStart"/>
      <w:r>
        <w:t>çfarë</w:t>
      </w:r>
      <w:proofErr w:type="spellEnd"/>
      <w:r>
        <w:t xml:space="preserve"> </w:t>
      </w:r>
      <w:proofErr w:type="spellStart"/>
      <w:r>
        <w:t>mendon</w:t>
      </w:r>
      <w:proofErr w:type="spellEnd"/>
      <w:r>
        <w:t xml:space="preserve"> </w:t>
      </w:r>
      <w:proofErr w:type="spellStart"/>
      <w:r>
        <w:t>shumica</w:t>
      </w:r>
      <w:proofErr w:type="spellEnd"/>
      <w:r>
        <w:t xml:space="preserve">. </w:t>
      </w:r>
    </w:p>
    <w:p w14:paraId="6CFEFEE7" w14:textId="77777777" w:rsidR="00364BBB" w:rsidRDefault="00364BBB" w:rsidP="00364BBB">
      <w:proofErr w:type="spellStart"/>
      <w:r>
        <w:rPr>
          <w:b/>
        </w:rPr>
        <w:t>Luçiano</w:t>
      </w:r>
      <w:proofErr w:type="spellEnd"/>
      <w:r>
        <w:rPr>
          <w:b/>
        </w:rPr>
        <w:t xml:space="preserve"> </w:t>
      </w:r>
      <w:proofErr w:type="spellStart"/>
      <w:r>
        <w:rPr>
          <w:b/>
        </w:rPr>
        <w:t>Boçi</w:t>
      </w:r>
      <w:proofErr w:type="spellEnd"/>
      <w:r>
        <w:rPr>
          <w:b/>
        </w:rPr>
        <w:t>:</w:t>
      </w:r>
    </w:p>
    <w:p w14:paraId="5F9C83E9" w14:textId="77777777" w:rsidR="00364BBB" w:rsidRDefault="0010666C" w:rsidP="0010666C">
      <w:r>
        <w:t xml:space="preserve">Po, </w:t>
      </w:r>
      <w:proofErr w:type="spellStart"/>
      <w:r>
        <w:t>shumë</w:t>
      </w:r>
      <w:proofErr w:type="spellEnd"/>
      <w:r>
        <w:t xml:space="preserve"> </w:t>
      </w:r>
      <w:proofErr w:type="spellStart"/>
      <w:r>
        <w:t>mirë</w:t>
      </w:r>
      <w:proofErr w:type="spellEnd"/>
      <w:r>
        <w:t xml:space="preserve">. </w:t>
      </w:r>
      <w:proofErr w:type="spellStart"/>
      <w:r>
        <w:t>Zoti</w:t>
      </w:r>
      <w:proofErr w:type="spellEnd"/>
      <w:r>
        <w:t xml:space="preserve"> </w:t>
      </w:r>
      <w:proofErr w:type="spellStart"/>
      <w:r>
        <w:t>Marinaj</w:t>
      </w:r>
      <w:proofErr w:type="spellEnd"/>
      <w:r>
        <w:t xml:space="preserve">, a </w:t>
      </w:r>
      <w:proofErr w:type="spellStart"/>
      <w:r>
        <w:t>mund</w:t>
      </w:r>
      <w:proofErr w:type="spellEnd"/>
      <w:r>
        <w:t xml:space="preserve"> </w:t>
      </w:r>
      <w:proofErr w:type="spellStart"/>
      <w:r>
        <w:t>të</w:t>
      </w:r>
      <w:proofErr w:type="spellEnd"/>
      <w:r>
        <w:t xml:space="preserve"> </w:t>
      </w:r>
      <w:proofErr w:type="spellStart"/>
      <w:r>
        <w:t>organizosh</w:t>
      </w:r>
      <w:proofErr w:type="spellEnd"/>
      <w:r>
        <w:t xml:space="preserve"> </w:t>
      </w:r>
      <w:proofErr w:type="spellStart"/>
      <w:r>
        <w:t>një</w:t>
      </w:r>
      <w:proofErr w:type="spellEnd"/>
      <w:r>
        <w:t xml:space="preserve"> </w:t>
      </w:r>
      <w:proofErr w:type="spellStart"/>
      <w:r>
        <w:t>dëgjesë</w:t>
      </w:r>
      <w:proofErr w:type="spellEnd"/>
      <w:r>
        <w:t xml:space="preserve"> </w:t>
      </w:r>
      <w:proofErr w:type="spellStart"/>
      <w:r>
        <w:t>atje</w:t>
      </w:r>
      <w:proofErr w:type="spellEnd"/>
      <w:r>
        <w:t xml:space="preserve">? Se </w:t>
      </w:r>
      <w:proofErr w:type="spellStart"/>
      <w:r>
        <w:t>është</w:t>
      </w:r>
      <w:proofErr w:type="spellEnd"/>
      <w:r>
        <w:t xml:space="preserve"> </w:t>
      </w:r>
      <w:proofErr w:type="spellStart"/>
      <w:r>
        <w:t>shumë</w:t>
      </w:r>
      <w:proofErr w:type="spellEnd"/>
      <w:r>
        <w:t xml:space="preserve"> e </w:t>
      </w:r>
      <w:proofErr w:type="spellStart"/>
      <w:r>
        <w:t>rëndësishme</w:t>
      </w:r>
      <w:proofErr w:type="spellEnd"/>
      <w:r>
        <w:t xml:space="preserve">. </w:t>
      </w:r>
      <w:proofErr w:type="spellStart"/>
      <w:r>
        <w:t>Gjykoj</w:t>
      </w:r>
      <w:proofErr w:type="spellEnd"/>
      <w:r>
        <w:t xml:space="preserve"> se </w:t>
      </w:r>
      <w:proofErr w:type="spellStart"/>
      <w:r>
        <w:t>dëgjesën</w:t>
      </w:r>
      <w:proofErr w:type="spellEnd"/>
      <w:r>
        <w:t xml:space="preserve"> </w:t>
      </w:r>
      <w:proofErr w:type="spellStart"/>
      <w:r>
        <w:t>ku</w:t>
      </w:r>
      <w:proofErr w:type="spellEnd"/>
      <w:r>
        <w:t xml:space="preserve"> ne </w:t>
      </w:r>
      <w:proofErr w:type="spellStart"/>
      <w:r>
        <w:t>në</w:t>
      </w:r>
      <w:proofErr w:type="spellEnd"/>
      <w:r>
        <w:t xml:space="preserve"> </w:t>
      </w:r>
      <w:proofErr w:type="spellStart"/>
      <w:r>
        <w:t>publik</w:t>
      </w:r>
      <w:proofErr w:type="spellEnd"/>
      <w:r>
        <w:t xml:space="preserve"> </w:t>
      </w:r>
      <w:proofErr w:type="spellStart"/>
      <w:r>
        <w:t>shfaqja</w:t>
      </w:r>
      <w:proofErr w:type="spellEnd"/>
      <w:r>
        <w:t xml:space="preserve"> me </w:t>
      </w:r>
      <w:proofErr w:type="spellStart"/>
      <w:r>
        <w:t>publikun</w:t>
      </w:r>
      <w:proofErr w:type="spellEnd"/>
      <w:r>
        <w:t xml:space="preserve">, </w:t>
      </w:r>
      <w:proofErr w:type="spellStart"/>
      <w:r>
        <w:t>sepse</w:t>
      </w:r>
      <w:proofErr w:type="spellEnd"/>
      <w:r>
        <w:t xml:space="preserve"> ne </w:t>
      </w:r>
      <w:proofErr w:type="spellStart"/>
      <w:r>
        <w:t>insistojmë</w:t>
      </w:r>
      <w:proofErr w:type="spellEnd"/>
      <w:r>
        <w:t xml:space="preserve"> </w:t>
      </w:r>
      <w:proofErr w:type="spellStart"/>
      <w:r>
        <w:t>në</w:t>
      </w:r>
      <w:proofErr w:type="spellEnd"/>
      <w:r>
        <w:t xml:space="preserve"> </w:t>
      </w:r>
      <w:proofErr w:type="spellStart"/>
      <w:r>
        <w:t>dëgjesa</w:t>
      </w:r>
      <w:proofErr w:type="spellEnd"/>
      <w:r>
        <w:t xml:space="preserve"> </w:t>
      </w:r>
      <w:proofErr w:type="spellStart"/>
      <w:r>
        <w:t>që</w:t>
      </w:r>
      <w:proofErr w:type="spellEnd"/>
      <w:r>
        <w:t xml:space="preserve"> </w:t>
      </w:r>
      <w:proofErr w:type="spellStart"/>
      <w:r>
        <w:t>edhe</w:t>
      </w:r>
      <w:proofErr w:type="spellEnd"/>
      <w:r>
        <w:t xml:space="preserve"> </w:t>
      </w:r>
      <w:proofErr w:type="spellStart"/>
      <w:r>
        <w:t>kërkojnë</w:t>
      </w:r>
      <w:proofErr w:type="spellEnd"/>
      <w:r>
        <w:t xml:space="preserve"> </w:t>
      </w:r>
      <w:proofErr w:type="spellStart"/>
      <w:r>
        <w:t>ndarje</w:t>
      </w:r>
      <w:proofErr w:type="spellEnd"/>
      <w:r>
        <w:t xml:space="preserve">, por </w:t>
      </w:r>
      <w:proofErr w:type="spellStart"/>
      <w:r>
        <w:t>edhe</w:t>
      </w:r>
      <w:proofErr w:type="spellEnd"/>
      <w:r>
        <w:t xml:space="preserve"> </w:t>
      </w:r>
      <w:proofErr w:type="spellStart"/>
      <w:r>
        <w:t>ata</w:t>
      </w:r>
      <w:proofErr w:type="spellEnd"/>
      <w:r>
        <w:t xml:space="preserve"> </w:t>
      </w:r>
      <w:proofErr w:type="spellStart"/>
      <w:r>
        <w:t>që</w:t>
      </w:r>
      <w:proofErr w:type="spellEnd"/>
      <w:r>
        <w:t xml:space="preserve"> </w:t>
      </w:r>
      <w:proofErr w:type="spellStart"/>
      <w:r>
        <w:t>kërkojnë</w:t>
      </w:r>
      <w:proofErr w:type="spellEnd"/>
      <w:r>
        <w:t xml:space="preserve"> </w:t>
      </w:r>
      <w:proofErr w:type="spellStart"/>
      <w:r>
        <w:t>të</w:t>
      </w:r>
      <w:proofErr w:type="spellEnd"/>
      <w:r>
        <w:t xml:space="preserve"> </w:t>
      </w:r>
      <w:proofErr w:type="spellStart"/>
      <w:r>
        <w:t>qëndrojnë</w:t>
      </w:r>
      <w:proofErr w:type="spellEnd"/>
      <w:r>
        <w:t xml:space="preserve"> </w:t>
      </w:r>
      <w:proofErr w:type="spellStart"/>
      <w:r>
        <w:t>t'i</w:t>
      </w:r>
      <w:proofErr w:type="spellEnd"/>
      <w:r>
        <w:t xml:space="preserve"> </w:t>
      </w:r>
      <w:proofErr w:type="spellStart"/>
      <w:r>
        <w:t>dëgjojmë</w:t>
      </w:r>
      <w:proofErr w:type="spellEnd"/>
      <w:r>
        <w:t xml:space="preserve"> </w:t>
      </w:r>
      <w:proofErr w:type="spellStart"/>
      <w:r>
        <w:t>njerëzit</w:t>
      </w:r>
      <w:proofErr w:type="spellEnd"/>
      <w:r>
        <w:t xml:space="preserve">, se </w:t>
      </w:r>
      <w:proofErr w:type="spellStart"/>
      <w:r>
        <w:t>nuk</w:t>
      </w:r>
      <w:proofErr w:type="spellEnd"/>
      <w:r>
        <w:t xml:space="preserve"> </w:t>
      </w:r>
      <w:proofErr w:type="spellStart"/>
      <w:r>
        <w:t>dua</w:t>
      </w:r>
      <w:proofErr w:type="spellEnd"/>
      <w:r>
        <w:t xml:space="preserve"> </w:t>
      </w:r>
      <w:proofErr w:type="spellStart"/>
      <w:r>
        <w:t>të</w:t>
      </w:r>
      <w:proofErr w:type="spellEnd"/>
      <w:r>
        <w:t xml:space="preserve"> </w:t>
      </w:r>
      <w:proofErr w:type="spellStart"/>
      <w:r>
        <w:t>të</w:t>
      </w:r>
      <w:proofErr w:type="spellEnd"/>
      <w:r>
        <w:t xml:space="preserve"> </w:t>
      </w:r>
      <w:proofErr w:type="spellStart"/>
      <w:r>
        <w:t>pyes</w:t>
      </w:r>
      <w:proofErr w:type="spellEnd"/>
      <w:r>
        <w:t xml:space="preserve"> </w:t>
      </w:r>
      <w:proofErr w:type="spellStart"/>
      <w:r>
        <w:t>që</w:t>
      </w:r>
      <w:proofErr w:type="spellEnd"/>
      <w:r>
        <w:t xml:space="preserve"> </w:t>
      </w:r>
      <w:proofErr w:type="spellStart"/>
      <w:r>
        <w:t>keni</w:t>
      </w:r>
      <w:proofErr w:type="spellEnd"/>
      <w:r>
        <w:t xml:space="preserve"> </w:t>
      </w:r>
      <w:proofErr w:type="spellStart"/>
      <w:r>
        <w:t>bërë</w:t>
      </w:r>
      <w:proofErr w:type="spellEnd"/>
      <w:r>
        <w:t xml:space="preserve"> </w:t>
      </w:r>
      <w:proofErr w:type="spellStart"/>
      <w:r>
        <w:t>sondazhe</w:t>
      </w:r>
      <w:proofErr w:type="spellEnd"/>
      <w:r>
        <w:t xml:space="preserve"> apo jo. </w:t>
      </w:r>
    </w:p>
    <w:p w14:paraId="45F4FEF0" w14:textId="77777777" w:rsidR="00364BBB" w:rsidRDefault="00364BBB" w:rsidP="00364BBB">
      <w:r>
        <w:rPr>
          <w:b/>
        </w:rPr>
        <w:t xml:space="preserve">Tonin </w:t>
      </w:r>
      <w:proofErr w:type="spellStart"/>
      <w:r>
        <w:rPr>
          <w:b/>
        </w:rPr>
        <w:t>Marinaj</w:t>
      </w:r>
      <w:proofErr w:type="spellEnd"/>
      <w:r>
        <w:rPr>
          <w:b/>
        </w:rPr>
        <w:t>:</w:t>
      </w:r>
    </w:p>
    <w:p w14:paraId="4B8ABDA5" w14:textId="77777777" w:rsidR="00364BBB" w:rsidRDefault="0010666C" w:rsidP="0010666C">
      <w:proofErr w:type="spellStart"/>
      <w:r>
        <w:t>Unë</w:t>
      </w:r>
      <w:proofErr w:type="spellEnd"/>
      <w:r>
        <w:t xml:space="preserve">, </w:t>
      </w:r>
      <w:proofErr w:type="spellStart"/>
      <w:r>
        <w:t>unë</w:t>
      </w:r>
      <w:proofErr w:type="spellEnd"/>
      <w:r>
        <w:t xml:space="preserve"> jam </w:t>
      </w:r>
      <w:proofErr w:type="spellStart"/>
      <w:r>
        <w:t>nga</w:t>
      </w:r>
      <w:proofErr w:type="spellEnd"/>
      <w:r>
        <w:t xml:space="preserve"> Kastrati. Po </w:t>
      </w:r>
      <w:proofErr w:type="spellStart"/>
      <w:r>
        <w:t>s'ka</w:t>
      </w:r>
      <w:proofErr w:type="spellEnd"/>
      <w:r>
        <w:t xml:space="preserve"> problem. Jo, </w:t>
      </w:r>
      <w:proofErr w:type="spellStart"/>
      <w:r>
        <w:t>më</w:t>
      </w:r>
      <w:proofErr w:type="spellEnd"/>
      <w:r>
        <w:t xml:space="preserve"> </w:t>
      </w:r>
      <w:proofErr w:type="spellStart"/>
      <w:r>
        <w:t>dëgjo</w:t>
      </w:r>
      <w:proofErr w:type="spellEnd"/>
      <w:r>
        <w:t xml:space="preserve">, </w:t>
      </w:r>
      <w:proofErr w:type="spellStart"/>
      <w:r>
        <w:t>më</w:t>
      </w:r>
      <w:proofErr w:type="spellEnd"/>
      <w:r>
        <w:t xml:space="preserve"> </w:t>
      </w:r>
      <w:proofErr w:type="spellStart"/>
      <w:r>
        <w:t>dëgjoj</w:t>
      </w:r>
      <w:proofErr w:type="spellEnd"/>
      <w:r>
        <w:t xml:space="preserve">. </w:t>
      </w:r>
      <w:proofErr w:type="spellStart"/>
      <w:r>
        <w:t>Shikon</w:t>
      </w:r>
      <w:proofErr w:type="spellEnd"/>
      <w:r>
        <w:t xml:space="preserve">, se </w:t>
      </w:r>
      <w:proofErr w:type="spellStart"/>
      <w:r>
        <w:t>unë</w:t>
      </w:r>
      <w:proofErr w:type="spellEnd"/>
      <w:r>
        <w:t xml:space="preserve"> </w:t>
      </w:r>
      <w:proofErr w:type="spellStart"/>
      <w:r>
        <w:t>unë</w:t>
      </w:r>
      <w:proofErr w:type="spellEnd"/>
      <w:r>
        <w:t xml:space="preserve"> </w:t>
      </w:r>
      <w:proofErr w:type="spellStart"/>
      <w:r>
        <w:t>kam</w:t>
      </w:r>
      <w:proofErr w:type="spellEnd"/>
      <w:r>
        <w:t xml:space="preserve"> </w:t>
      </w:r>
      <w:proofErr w:type="spellStart"/>
      <w:r>
        <w:t>respekt</w:t>
      </w:r>
      <w:proofErr w:type="spellEnd"/>
      <w:r>
        <w:t xml:space="preserve"> </w:t>
      </w:r>
      <w:proofErr w:type="spellStart"/>
      <w:r>
        <w:t>për</w:t>
      </w:r>
      <w:proofErr w:type="spellEnd"/>
      <w:r>
        <w:t xml:space="preserve"> ty </w:t>
      </w:r>
      <w:proofErr w:type="spellStart"/>
      <w:r>
        <w:t>dhe</w:t>
      </w:r>
      <w:proofErr w:type="spellEnd"/>
      <w:r>
        <w:t xml:space="preserve"> </w:t>
      </w:r>
      <w:proofErr w:type="spellStart"/>
      <w:r>
        <w:t>domethënë</w:t>
      </w:r>
      <w:proofErr w:type="spellEnd"/>
      <w:r>
        <w:t xml:space="preserve"> mu </w:t>
      </w:r>
      <w:proofErr w:type="spellStart"/>
      <w:r>
        <w:t>drejtove</w:t>
      </w:r>
      <w:proofErr w:type="spellEnd"/>
      <w:r>
        <w:t xml:space="preserve"> </w:t>
      </w:r>
      <w:proofErr w:type="spellStart"/>
      <w:r>
        <w:t>kështu</w:t>
      </w:r>
      <w:proofErr w:type="spellEnd"/>
      <w:r>
        <w:t xml:space="preserve">. </w:t>
      </w:r>
      <w:proofErr w:type="spellStart"/>
      <w:r>
        <w:t>Realisht</w:t>
      </w:r>
      <w:proofErr w:type="spellEnd"/>
      <w:r>
        <w:t xml:space="preserve"> jam </w:t>
      </w:r>
      <w:proofErr w:type="spellStart"/>
      <w:r>
        <w:t>rritur</w:t>
      </w:r>
      <w:proofErr w:type="spellEnd"/>
      <w:r>
        <w:t xml:space="preserve"> </w:t>
      </w:r>
      <w:proofErr w:type="spellStart"/>
      <w:r>
        <w:t>në</w:t>
      </w:r>
      <w:proofErr w:type="spellEnd"/>
      <w:r>
        <w:t xml:space="preserve"> </w:t>
      </w:r>
      <w:r w:rsidR="00364BBB">
        <w:t>K</w:t>
      </w:r>
      <w:r>
        <w:t xml:space="preserve">oplik. Ë </w:t>
      </w:r>
      <w:proofErr w:type="spellStart"/>
      <w:r>
        <w:t>Malësia</w:t>
      </w:r>
      <w:proofErr w:type="spellEnd"/>
      <w:r>
        <w:t xml:space="preserve"> </w:t>
      </w:r>
      <w:proofErr w:type="spellStart"/>
      <w:r>
        <w:t>është</w:t>
      </w:r>
      <w:proofErr w:type="spellEnd"/>
      <w:r>
        <w:t xml:space="preserve"> </w:t>
      </w:r>
      <w:proofErr w:type="spellStart"/>
      <w:r>
        <w:t>një</w:t>
      </w:r>
      <w:proofErr w:type="spellEnd"/>
      <w:r>
        <w:t xml:space="preserve"> </w:t>
      </w:r>
      <w:proofErr w:type="spellStart"/>
      <w:r>
        <w:t>totalisht</w:t>
      </w:r>
      <w:proofErr w:type="spellEnd"/>
      <w:r>
        <w:t xml:space="preserve"> </w:t>
      </w:r>
      <w:proofErr w:type="spellStart"/>
      <w:r>
        <w:t>një</w:t>
      </w:r>
      <w:proofErr w:type="spellEnd"/>
      <w:r>
        <w:t xml:space="preserve"> me </w:t>
      </w:r>
      <w:proofErr w:type="spellStart"/>
      <w:r>
        <w:t>histori</w:t>
      </w:r>
      <w:proofErr w:type="spellEnd"/>
      <w:r>
        <w:t xml:space="preserve">, me </w:t>
      </w:r>
      <w:proofErr w:type="spellStart"/>
      <w:r>
        <w:t>zakone</w:t>
      </w:r>
      <w:proofErr w:type="spellEnd"/>
      <w:r>
        <w:t xml:space="preserve">, me </w:t>
      </w:r>
      <w:proofErr w:type="spellStart"/>
      <w:r>
        <w:t>bur</w:t>
      </w:r>
      <w:r w:rsidR="00364BBB">
        <w:t>r</w:t>
      </w:r>
      <w:r>
        <w:t>ni</w:t>
      </w:r>
      <w:proofErr w:type="spellEnd"/>
      <w:r>
        <w:t xml:space="preserve">, me </w:t>
      </w:r>
      <w:proofErr w:type="spellStart"/>
      <w:r>
        <w:t>të</w:t>
      </w:r>
      <w:proofErr w:type="spellEnd"/>
      <w:r>
        <w:t xml:space="preserve"> </w:t>
      </w:r>
      <w:proofErr w:type="spellStart"/>
      <w:r>
        <w:t>gjitha</w:t>
      </w:r>
      <w:proofErr w:type="spellEnd"/>
      <w:r>
        <w:t xml:space="preserve"> </w:t>
      </w:r>
      <w:proofErr w:type="spellStart"/>
      <w:r>
        <w:t>zonat</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atëherë</w:t>
      </w:r>
      <w:proofErr w:type="spellEnd"/>
      <w:r>
        <w:t xml:space="preserve"> me </w:t>
      </w:r>
      <w:proofErr w:type="spellStart"/>
      <w:r>
        <w:t>mendu</w:t>
      </w:r>
      <w:proofErr w:type="spellEnd"/>
      <w:r>
        <w:t xml:space="preserve"> me </w:t>
      </w:r>
      <w:proofErr w:type="spellStart"/>
      <w:r>
        <w:t>nda</w:t>
      </w:r>
      <w:proofErr w:type="spellEnd"/>
      <w:r>
        <w:t xml:space="preserve"> </w:t>
      </w:r>
      <w:proofErr w:type="spellStart"/>
      <w:r>
        <w:t>Malësinë</w:t>
      </w:r>
      <w:proofErr w:type="spellEnd"/>
      <w:r>
        <w:t xml:space="preserve">, jo me </w:t>
      </w:r>
      <w:proofErr w:type="spellStart"/>
      <w:r>
        <w:t>i</w:t>
      </w:r>
      <w:proofErr w:type="spellEnd"/>
      <w:r>
        <w:t xml:space="preserve"> </w:t>
      </w:r>
      <w:proofErr w:type="spellStart"/>
      <w:r>
        <w:t>nda</w:t>
      </w:r>
      <w:proofErr w:type="spellEnd"/>
      <w:r>
        <w:t xml:space="preserve"> </w:t>
      </w:r>
      <w:proofErr w:type="spellStart"/>
      <w:r>
        <w:t>dy</w:t>
      </w:r>
      <w:proofErr w:type="spellEnd"/>
      <w:r>
        <w:t xml:space="preserve">, por me </w:t>
      </w:r>
      <w:proofErr w:type="spellStart"/>
      <w:r>
        <w:t>i</w:t>
      </w:r>
      <w:proofErr w:type="spellEnd"/>
      <w:r>
        <w:t xml:space="preserve"> </w:t>
      </w:r>
      <w:proofErr w:type="spellStart"/>
      <w:r>
        <w:t>nda</w:t>
      </w:r>
      <w:proofErr w:type="spellEnd"/>
      <w:r>
        <w:t xml:space="preserve"> </w:t>
      </w:r>
      <w:proofErr w:type="spellStart"/>
      <w:r>
        <w:t>pesë</w:t>
      </w:r>
      <w:proofErr w:type="spellEnd"/>
      <w:r>
        <w:t xml:space="preserve">, </w:t>
      </w:r>
      <w:proofErr w:type="spellStart"/>
      <w:r>
        <w:t>të</w:t>
      </w:r>
      <w:proofErr w:type="spellEnd"/>
      <w:r>
        <w:t xml:space="preserve"> </w:t>
      </w:r>
      <w:proofErr w:type="spellStart"/>
      <w:r>
        <w:t>ndahet</w:t>
      </w:r>
      <w:proofErr w:type="spellEnd"/>
      <w:r>
        <w:t xml:space="preserve"> </w:t>
      </w:r>
      <w:proofErr w:type="spellStart"/>
      <w:r>
        <w:t>si</w:t>
      </w:r>
      <w:proofErr w:type="spellEnd"/>
      <w:r>
        <w:t xml:space="preserve"> ka </w:t>
      </w:r>
      <w:proofErr w:type="spellStart"/>
      <w:r>
        <w:t>qenë</w:t>
      </w:r>
      <w:proofErr w:type="spellEnd"/>
      <w:r>
        <w:t xml:space="preserve"> </w:t>
      </w:r>
      <w:proofErr w:type="spellStart"/>
      <w:r>
        <w:t>përpara</w:t>
      </w:r>
      <w:proofErr w:type="spellEnd"/>
      <w:r>
        <w:t xml:space="preserve"> </w:t>
      </w:r>
      <w:proofErr w:type="spellStart"/>
      <w:r>
        <w:t>dhe</w:t>
      </w:r>
      <w:proofErr w:type="spellEnd"/>
      <w:r>
        <w:t xml:space="preserve"> bien </w:t>
      </w:r>
      <w:proofErr w:type="spellStart"/>
      <w:r>
        <w:t>të</w:t>
      </w:r>
      <w:proofErr w:type="spellEnd"/>
      <w:r>
        <w:t xml:space="preserve"> </w:t>
      </w:r>
      <w:proofErr w:type="spellStart"/>
      <w:r>
        <w:t>gjithë</w:t>
      </w:r>
      <w:proofErr w:type="spellEnd"/>
      <w:r>
        <w:t xml:space="preserve"> </w:t>
      </w:r>
      <w:proofErr w:type="spellStart"/>
      <w:r>
        <w:t>çarë</w:t>
      </w:r>
      <w:proofErr w:type="spellEnd"/>
      <w:r>
        <w:t xml:space="preserve"> </w:t>
      </w:r>
      <w:proofErr w:type="spellStart"/>
      <w:r>
        <w:t>jashtë</w:t>
      </w:r>
      <w:proofErr w:type="spellEnd"/>
      <w:r>
        <w:t xml:space="preserve"> </w:t>
      </w:r>
      <w:proofErr w:type="spellStart"/>
      <w:r>
        <w:t>ballë</w:t>
      </w:r>
      <w:proofErr w:type="spellEnd"/>
      <w:r>
        <w:t xml:space="preserve"> </w:t>
      </w:r>
      <w:proofErr w:type="spellStart"/>
      <w:r>
        <w:t>dhe</w:t>
      </w:r>
      <w:proofErr w:type="spellEnd"/>
      <w:r>
        <w:t xml:space="preserve"> u </w:t>
      </w:r>
      <w:proofErr w:type="spellStart"/>
      <w:r>
        <w:t>mbyll</w:t>
      </w:r>
      <w:proofErr w:type="spellEnd"/>
      <w:r>
        <w:t xml:space="preserve">, u </w:t>
      </w:r>
      <w:proofErr w:type="spellStart"/>
      <w:r>
        <w:t>mbyll</w:t>
      </w:r>
      <w:proofErr w:type="spellEnd"/>
      <w:r>
        <w:t xml:space="preserve"> </w:t>
      </w:r>
      <w:proofErr w:type="spellStart"/>
      <w:r>
        <w:t>kapitulli</w:t>
      </w:r>
      <w:proofErr w:type="spellEnd"/>
      <w:r>
        <w:t xml:space="preserve">. </w:t>
      </w:r>
      <w:proofErr w:type="spellStart"/>
      <w:r>
        <w:t>Kjo</w:t>
      </w:r>
      <w:proofErr w:type="spellEnd"/>
      <w:r>
        <w:t xml:space="preserve"> </w:t>
      </w:r>
      <w:proofErr w:type="spellStart"/>
      <w:r>
        <w:t>shkon</w:t>
      </w:r>
      <w:proofErr w:type="spellEnd"/>
      <w:r>
        <w:t xml:space="preserve"> </w:t>
      </w:r>
      <w:proofErr w:type="spellStart"/>
      <w:r>
        <w:t>për</w:t>
      </w:r>
      <w:proofErr w:type="spellEnd"/>
      <w:r>
        <w:t xml:space="preserve"> </w:t>
      </w:r>
      <w:proofErr w:type="spellStart"/>
      <w:r>
        <w:t>domethënë</w:t>
      </w:r>
      <w:proofErr w:type="spellEnd"/>
      <w:r>
        <w:t xml:space="preserve"> </w:t>
      </w:r>
      <w:proofErr w:type="spellStart"/>
      <w:r>
        <w:t>bisedë</w:t>
      </w:r>
      <w:proofErr w:type="spellEnd"/>
      <w:r>
        <w:t xml:space="preserve"> </w:t>
      </w:r>
      <w:proofErr w:type="spellStart"/>
      <w:r>
        <w:t>për</w:t>
      </w:r>
      <w:proofErr w:type="spellEnd"/>
      <w:r>
        <w:t xml:space="preserve"> </w:t>
      </w:r>
      <w:proofErr w:type="spellStart"/>
      <w:r>
        <w:t>kolegët</w:t>
      </w:r>
      <w:proofErr w:type="spellEnd"/>
      <w:r>
        <w:t xml:space="preserve"> e mi, </w:t>
      </w:r>
      <w:proofErr w:type="spellStart"/>
      <w:r>
        <w:t>ndërsa</w:t>
      </w:r>
      <w:proofErr w:type="spellEnd"/>
      <w:r>
        <w:t xml:space="preserve"> </w:t>
      </w:r>
      <w:proofErr w:type="spellStart"/>
      <w:r>
        <w:t>për</w:t>
      </w:r>
      <w:proofErr w:type="spellEnd"/>
      <w:r>
        <w:t xml:space="preserve"> </w:t>
      </w:r>
      <w:proofErr w:type="spellStart"/>
      <w:r>
        <w:t>bashki</w:t>
      </w:r>
      <w:proofErr w:type="spellEnd"/>
      <w:r>
        <w:t xml:space="preserve">, </w:t>
      </w:r>
      <w:proofErr w:type="spellStart"/>
      <w:r>
        <w:t>gjithkush</w:t>
      </w:r>
      <w:proofErr w:type="spellEnd"/>
      <w:r>
        <w:t xml:space="preserve"> </w:t>
      </w:r>
      <w:proofErr w:type="spellStart"/>
      <w:r>
        <w:t>flet</w:t>
      </w:r>
      <w:proofErr w:type="spellEnd"/>
      <w:r>
        <w:t xml:space="preserve"> </w:t>
      </w:r>
      <w:proofErr w:type="spellStart"/>
      <w:r>
        <w:t>për</w:t>
      </w:r>
      <w:proofErr w:type="spellEnd"/>
      <w:r>
        <w:t xml:space="preserve"> </w:t>
      </w:r>
      <w:proofErr w:type="spellStart"/>
      <w:r>
        <w:t>bashkinë</w:t>
      </w:r>
      <w:proofErr w:type="spellEnd"/>
      <w:r>
        <w:t xml:space="preserve"> e vet. </w:t>
      </w:r>
      <w:proofErr w:type="spellStart"/>
      <w:r>
        <w:t>Për</w:t>
      </w:r>
      <w:proofErr w:type="spellEnd"/>
      <w:r>
        <w:t xml:space="preserve"> </w:t>
      </w:r>
      <w:proofErr w:type="spellStart"/>
      <w:r>
        <w:t>shembull</w:t>
      </w:r>
      <w:proofErr w:type="spellEnd"/>
      <w:r>
        <w:t xml:space="preserve">, </w:t>
      </w:r>
      <w:proofErr w:type="spellStart"/>
      <w:r>
        <w:t>s'ka</w:t>
      </w:r>
      <w:proofErr w:type="spellEnd"/>
      <w:r>
        <w:t xml:space="preserve"> </w:t>
      </w:r>
      <w:proofErr w:type="spellStart"/>
      <w:r>
        <w:t>mundësi</w:t>
      </w:r>
      <w:proofErr w:type="spellEnd"/>
      <w:r>
        <w:t xml:space="preserve"> </w:t>
      </w:r>
      <w:proofErr w:type="spellStart"/>
      <w:r>
        <w:t>pse</w:t>
      </w:r>
      <w:proofErr w:type="spellEnd"/>
      <w:r>
        <w:t xml:space="preserve"> </w:t>
      </w:r>
      <w:proofErr w:type="spellStart"/>
      <w:r>
        <w:t>flas</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për</w:t>
      </w:r>
      <w:proofErr w:type="spellEnd"/>
      <w:r>
        <w:t xml:space="preserve"> </w:t>
      </w:r>
      <w:proofErr w:type="spellStart"/>
      <w:r>
        <w:t>një</w:t>
      </w:r>
      <w:proofErr w:type="spellEnd"/>
      <w:r>
        <w:t xml:space="preserve"> </w:t>
      </w:r>
      <w:proofErr w:type="spellStart"/>
      <w:r>
        <w:t>bashki</w:t>
      </w:r>
      <w:proofErr w:type="spellEnd"/>
      <w:r>
        <w:t xml:space="preserve"> </w:t>
      </w:r>
      <w:proofErr w:type="spellStart"/>
      <w:r>
        <w:t>tjetër</w:t>
      </w:r>
      <w:proofErr w:type="spellEnd"/>
      <w:r>
        <w:t xml:space="preserve">. Mund </w:t>
      </w:r>
      <w:proofErr w:type="spellStart"/>
      <w:r>
        <w:t>të</w:t>
      </w:r>
      <w:proofErr w:type="spellEnd"/>
      <w:r>
        <w:t xml:space="preserve"> </w:t>
      </w:r>
      <w:proofErr w:type="spellStart"/>
      <w:r>
        <w:t>jenë</w:t>
      </w:r>
      <w:proofErr w:type="spellEnd"/>
      <w:r>
        <w:t xml:space="preserve"> </w:t>
      </w:r>
      <w:proofErr w:type="spellStart"/>
      <w:r>
        <w:t>edhe</w:t>
      </w:r>
      <w:proofErr w:type="spellEnd"/>
      <w:r>
        <w:t xml:space="preserve"> </w:t>
      </w:r>
      <w:proofErr w:type="spellStart"/>
      <w:r>
        <w:t>bashki</w:t>
      </w:r>
      <w:proofErr w:type="spellEnd"/>
      <w:r>
        <w:t xml:space="preserve"> </w:t>
      </w:r>
      <w:proofErr w:type="spellStart"/>
      <w:r>
        <w:t>të</w:t>
      </w:r>
      <w:proofErr w:type="spellEnd"/>
      <w:r>
        <w:t xml:space="preserve"> </w:t>
      </w:r>
      <w:proofErr w:type="spellStart"/>
      <w:r>
        <w:t>vogla</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që</w:t>
      </w:r>
      <w:proofErr w:type="spellEnd"/>
      <w:r>
        <w:t xml:space="preserve"> </w:t>
      </w:r>
      <w:proofErr w:type="spellStart"/>
      <w:r>
        <w:t>janë</w:t>
      </w:r>
      <w:proofErr w:type="spellEnd"/>
      <w:r>
        <w:t xml:space="preserve"> </w:t>
      </w:r>
      <w:proofErr w:type="spellStart"/>
      <w:r>
        <w:t>pushteti</w:t>
      </w:r>
      <w:proofErr w:type="spellEnd"/>
      <w:r>
        <w:t xml:space="preserve">, apo </w:t>
      </w:r>
      <w:proofErr w:type="spellStart"/>
      <w:r>
        <w:t>ndonjë</w:t>
      </w:r>
      <w:proofErr w:type="spellEnd"/>
      <w:r>
        <w:t xml:space="preserve"> </w:t>
      </w:r>
      <w:proofErr w:type="spellStart"/>
      <w:r>
        <w:t>bashki</w:t>
      </w:r>
      <w:proofErr w:type="spellEnd"/>
      <w:r>
        <w:t xml:space="preserve"> </w:t>
      </w:r>
      <w:proofErr w:type="spellStart"/>
      <w:r>
        <w:t>që</w:t>
      </w:r>
      <w:proofErr w:type="spellEnd"/>
      <w:r>
        <w:t xml:space="preserve"> </w:t>
      </w:r>
      <w:proofErr w:type="spellStart"/>
      <w:r>
        <w:t>mund</w:t>
      </w:r>
      <w:proofErr w:type="spellEnd"/>
      <w:r>
        <w:t xml:space="preserve"> </w:t>
      </w:r>
      <w:proofErr w:type="spellStart"/>
      <w:r>
        <w:t>të</w:t>
      </w:r>
      <w:proofErr w:type="spellEnd"/>
      <w:r>
        <w:t xml:space="preserve"> </w:t>
      </w:r>
      <w:proofErr w:type="spellStart"/>
      <w:r>
        <w:t>jetë</w:t>
      </w:r>
      <w:proofErr w:type="spellEnd"/>
      <w:r>
        <w:t xml:space="preserve"> </w:t>
      </w:r>
      <w:proofErr w:type="spellStart"/>
      <w:r>
        <w:t>specifikisht</w:t>
      </w:r>
      <w:proofErr w:type="spellEnd"/>
      <w:r>
        <w:t xml:space="preserve"> </w:t>
      </w:r>
      <w:proofErr w:type="spellStart"/>
      <w:r>
        <w:t>për</w:t>
      </w:r>
      <w:proofErr w:type="spellEnd"/>
      <w:r>
        <w:t xml:space="preserve"> </w:t>
      </w:r>
      <w:proofErr w:type="spellStart"/>
      <w:r>
        <w:t>një</w:t>
      </w:r>
      <w:proofErr w:type="spellEnd"/>
      <w:r>
        <w:t xml:space="preserve"> </w:t>
      </w:r>
      <w:proofErr w:type="spellStart"/>
      <w:r>
        <w:t>arsye</w:t>
      </w:r>
      <w:proofErr w:type="spellEnd"/>
      <w:r>
        <w:t xml:space="preserve">, apo </w:t>
      </w:r>
      <w:proofErr w:type="spellStart"/>
      <w:r>
        <w:t>për</w:t>
      </w:r>
      <w:proofErr w:type="spellEnd"/>
      <w:r>
        <w:t xml:space="preserve"> </w:t>
      </w:r>
      <w:proofErr w:type="spellStart"/>
      <w:r>
        <w:t>një</w:t>
      </w:r>
      <w:proofErr w:type="spellEnd"/>
      <w:r>
        <w:t xml:space="preserve"> </w:t>
      </w:r>
      <w:proofErr w:type="spellStart"/>
      <w:r>
        <w:t>arsye</w:t>
      </w:r>
      <w:proofErr w:type="spellEnd"/>
      <w:r>
        <w:t xml:space="preserve"> </w:t>
      </w:r>
      <w:proofErr w:type="spellStart"/>
      <w:r>
        <w:t>tjetër</w:t>
      </w:r>
      <w:proofErr w:type="spellEnd"/>
      <w:r>
        <w:t xml:space="preserve"> </w:t>
      </w:r>
      <w:proofErr w:type="spellStart"/>
      <w:r>
        <w:t>që</w:t>
      </w:r>
      <w:proofErr w:type="spellEnd"/>
      <w:r>
        <w:t xml:space="preserve"> </w:t>
      </w:r>
      <w:proofErr w:type="spellStart"/>
      <w:r>
        <w:t>të</w:t>
      </w:r>
      <w:proofErr w:type="spellEnd"/>
      <w:r>
        <w:t xml:space="preserve"> </w:t>
      </w:r>
      <w:proofErr w:type="spellStart"/>
      <w:r>
        <w:t>mesin</w:t>
      </w:r>
      <w:proofErr w:type="spellEnd"/>
      <w:r>
        <w:t xml:space="preserve">, </w:t>
      </w:r>
      <w:proofErr w:type="spellStart"/>
      <w:r>
        <w:t>ose</w:t>
      </w:r>
      <w:proofErr w:type="spellEnd"/>
      <w:r>
        <w:t xml:space="preserve"> </w:t>
      </w:r>
      <w:proofErr w:type="spellStart"/>
      <w:r>
        <w:t>të</w:t>
      </w:r>
      <w:proofErr w:type="spellEnd"/>
      <w:r>
        <w:t xml:space="preserve"> </w:t>
      </w:r>
      <w:proofErr w:type="spellStart"/>
      <w:r>
        <w:t>shtohen</w:t>
      </w:r>
      <w:proofErr w:type="spellEnd"/>
      <w:r>
        <w:t xml:space="preserve">, </w:t>
      </w:r>
      <w:proofErr w:type="spellStart"/>
      <w:r>
        <w:t>ose</w:t>
      </w:r>
      <w:proofErr w:type="spellEnd"/>
      <w:r>
        <w:t xml:space="preserve"> </w:t>
      </w:r>
      <w:proofErr w:type="spellStart"/>
      <w:r>
        <w:t>të</w:t>
      </w:r>
      <w:proofErr w:type="spellEnd"/>
      <w:r>
        <w:t xml:space="preserve"> </w:t>
      </w:r>
      <w:proofErr w:type="spellStart"/>
      <w:r>
        <w:t>zvoglohen</w:t>
      </w:r>
      <w:proofErr w:type="spellEnd"/>
      <w:r>
        <w:t xml:space="preserve">. Por </w:t>
      </w:r>
      <w:proofErr w:type="spellStart"/>
      <w:r>
        <w:t>unë</w:t>
      </w:r>
      <w:proofErr w:type="spellEnd"/>
      <w:r>
        <w:t xml:space="preserve"> </w:t>
      </w:r>
      <w:proofErr w:type="spellStart"/>
      <w:r>
        <w:t>gjithmonë</w:t>
      </w:r>
      <w:proofErr w:type="spellEnd"/>
      <w:r>
        <w:t xml:space="preserve"> </w:t>
      </w:r>
      <w:proofErr w:type="spellStart"/>
      <w:r>
        <w:t>flas</w:t>
      </w:r>
      <w:proofErr w:type="spellEnd"/>
      <w:r>
        <w:t xml:space="preserve"> </w:t>
      </w:r>
      <w:proofErr w:type="spellStart"/>
      <w:r>
        <w:t>tek</w:t>
      </w:r>
      <w:proofErr w:type="spellEnd"/>
      <w:r>
        <w:t xml:space="preserve"> </w:t>
      </w:r>
      <w:proofErr w:type="spellStart"/>
      <w:r>
        <w:t>pjesa</w:t>
      </w:r>
      <w:proofErr w:type="spellEnd"/>
      <w:r>
        <w:t xml:space="preserve"> e </w:t>
      </w:r>
      <w:proofErr w:type="spellStart"/>
      <w:r>
        <w:t>Malësisë</w:t>
      </w:r>
      <w:proofErr w:type="spellEnd"/>
      <w:r>
        <w:t xml:space="preserve"> </w:t>
      </w:r>
      <w:proofErr w:type="spellStart"/>
      <w:r>
        <w:t>së</w:t>
      </w:r>
      <w:proofErr w:type="spellEnd"/>
      <w:r>
        <w:t xml:space="preserve"> </w:t>
      </w:r>
      <w:proofErr w:type="spellStart"/>
      <w:r>
        <w:t>Madhe</w:t>
      </w:r>
      <w:proofErr w:type="spellEnd"/>
      <w:r>
        <w:t xml:space="preserve">, </w:t>
      </w:r>
      <w:proofErr w:type="spellStart"/>
      <w:r>
        <w:t>që</w:t>
      </w:r>
      <w:proofErr w:type="spellEnd"/>
      <w:r>
        <w:t xml:space="preserve"> </w:t>
      </w:r>
      <w:proofErr w:type="spellStart"/>
      <w:r>
        <w:t>Malësia</w:t>
      </w:r>
      <w:proofErr w:type="spellEnd"/>
      <w:r>
        <w:t xml:space="preserve"> e </w:t>
      </w:r>
      <w:proofErr w:type="spellStart"/>
      <w:r>
        <w:t>Madhe</w:t>
      </w:r>
      <w:proofErr w:type="spellEnd"/>
      <w:r>
        <w:t xml:space="preserve"> </w:t>
      </w:r>
      <w:proofErr w:type="spellStart"/>
      <w:r>
        <w:t>është</w:t>
      </w:r>
      <w:proofErr w:type="spellEnd"/>
      <w:r>
        <w:t xml:space="preserve"> </w:t>
      </w:r>
      <w:proofErr w:type="spellStart"/>
      <w:r>
        <w:t>në</w:t>
      </w:r>
      <w:proofErr w:type="spellEnd"/>
      <w:r>
        <w:t xml:space="preserve"> </w:t>
      </w:r>
      <w:proofErr w:type="spellStart"/>
      <w:r>
        <w:t>pozita</w:t>
      </w:r>
      <w:proofErr w:type="spellEnd"/>
      <w:r>
        <w:t xml:space="preserve"> </w:t>
      </w:r>
      <w:proofErr w:type="spellStart"/>
      <w:r>
        <w:t>që</w:t>
      </w:r>
      <w:proofErr w:type="spellEnd"/>
      <w:r>
        <w:t xml:space="preserve"> duke </w:t>
      </w:r>
      <w:proofErr w:type="spellStart"/>
      <w:r>
        <w:t>në</w:t>
      </w:r>
      <w:proofErr w:type="spellEnd"/>
      <w:r>
        <w:t xml:space="preserve"> e </w:t>
      </w:r>
      <w:proofErr w:type="spellStart"/>
      <w:r>
        <w:t>tillë</w:t>
      </w:r>
      <w:proofErr w:type="spellEnd"/>
      <w:r>
        <w:t xml:space="preserve"> ë do </w:t>
      </w:r>
      <w:proofErr w:type="spellStart"/>
      <w:r>
        <w:t>forcohet</w:t>
      </w:r>
      <w:proofErr w:type="spellEnd"/>
      <w:r>
        <w:t xml:space="preserve"> dita </w:t>
      </w:r>
      <w:proofErr w:type="spellStart"/>
      <w:r>
        <w:t>ditës</w:t>
      </w:r>
      <w:proofErr w:type="spellEnd"/>
      <w:r>
        <w:t xml:space="preserve">, dita </w:t>
      </w:r>
      <w:proofErr w:type="spellStart"/>
      <w:r>
        <w:t>ditës</w:t>
      </w:r>
      <w:proofErr w:type="spellEnd"/>
      <w:r>
        <w:t xml:space="preserve">, </w:t>
      </w:r>
      <w:proofErr w:type="spellStart"/>
      <w:r>
        <w:t>qoftë</w:t>
      </w:r>
      <w:proofErr w:type="spellEnd"/>
      <w:r>
        <w:t xml:space="preserve"> </w:t>
      </w:r>
      <w:proofErr w:type="spellStart"/>
      <w:r>
        <w:t>nga</w:t>
      </w:r>
      <w:proofErr w:type="spellEnd"/>
      <w:r>
        <w:t xml:space="preserve"> </w:t>
      </w:r>
      <w:proofErr w:type="spellStart"/>
      <w:r>
        <w:t>investimet</w:t>
      </w:r>
      <w:proofErr w:type="spellEnd"/>
      <w:r>
        <w:t xml:space="preserve">, </w:t>
      </w:r>
      <w:proofErr w:type="spellStart"/>
      <w:r>
        <w:t>qoftë</w:t>
      </w:r>
      <w:proofErr w:type="spellEnd"/>
      <w:r>
        <w:t xml:space="preserve"> </w:t>
      </w:r>
      <w:proofErr w:type="spellStart"/>
      <w:r>
        <w:t>edhe</w:t>
      </w:r>
      <w:proofErr w:type="spellEnd"/>
      <w:r>
        <w:t xml:space="preserve"> </w:t>
      </w:r>
      <w:proofErr w:type="spellStart"/>
      <w:r>
        <w:t>nga</w:t>
      </w:r>
      <w:proofErr w:type="spellEnd"/>
      <w:r>
        <w:t xml:space="preserve"> ë </w:t>
      </w:r>
      <w:proofErr w:type="spellStart"/>
      <w:r>
        <w:t>të</w:t>
      </w:r>
      <w:proofErr w:type="spellEnd"/>
      <w:r>
        <w:t xml:space="preserve"> </w:t>
      </w:r>
      <w:proofErr w:type="spellStart"/>
      <w:r>
        <w:t>ardhur</w:t>
      </w:r>
      <w:proofErr w:type="spellEnd"/>
      <w:r>
        <w:t xml:space="preserve">, </w:t>
      </w:r>
      <w:proofErr w:type="spellStart"/>
      <w:r>
        <w:t>pra</w:t>
      </w:r>
      <w:proofErr w:type="spellEnd"/>
      <w:r>
        <w:t xml:space="preserve"> </w:t>
      </w:r>
      <w:proofErr w:type="spellStart"/>
      <w:r>
        <w:t>nga</w:t>
      </w:r>
      <w:proofErr w:type="spellEnd"/>
      <w:r>
        <w:t xml:space="preserve"> diaspora. </w:t>
      </w:r>
      <w:proofErr w:type="spellStart"/>
      <w:r>
        <w:t>Përditë</w:t>
      </w:r>
      <w:proofErr w:type="spellEnd"/>
      <w:r>
        <w:t xml:space="preserve"> </w:t>
      </w:r>
      <w:proofErr w:type="spellStart"/>
      <w:r>
        <w:t>bëhen</w:t>
      </w:r>
      <w:proofErr w:type="spellEnd"/>
      <w:r>
        <w:t xml:space="preserve"> </w:t>
      </w:r>
      <w:proofErr w:type="spellStart"/>
      <w:r>
        <w:t>përpjekje</w:t>
      </w:r>
      <w:proofErr w:type="spellEnd"/>
      <w:r>
        <w:t xml:space="preserve">, </w:t>
      </w:r>
      <w:proofErr w:type="spellStart"/>
      <w:r>
        <w:t>investojnë</w:t>
      </w:r>
      <w:proofErr w:type="spellEnd"/>
      <w:r>
        <w:t xml:space="preserve"> </w:t>
      </w:r>
      <w:proofErr w:type="spellStart"/>
      <w:r>
        <w:t>në</w:t>
      </w:r>
      <w:proofErr w:type="spellEnd"/>
      <w:r>
        <w:t xml:space="preserve"> </w:t>
      </w:r>
      <w:proofErr w:type="spellStart"/>
      <w:r>
        <w:t>blegtori</w:t>
      </w:r>
      <w:proofErr w:type="spellEnd"/>
      <w:r>
        <w:t xml:space="preserve">, </w:t>
      </w:r>
      <w:proofErr w:type="spellStart"/>
      <w:r>
        <w:t>në</w:t>
      </w:r>
      <w:proofErr w:type="spellEnd"/>
      <w:r>
        <w:t xml:space="preserve"> </w:t>
      </w:r>
      <w:proofErr w:type="spellStart"/>
      <w:r>
        <w:t>bujqësi</w:t>
      </w:r>
      <w:proofErr w:type="spellEnd"/>
      <w:r>
        <w:t xml:space="preserve">. </w:t>
      </w:r>
      <w:proofErr w:type="spellStart"/>
      <w:r>
        <w:t>Bleku</w:t>
      </w:r>
      <w:proofErr w:type="spellEnd"/>
      <w:r>
        <w:t xml:space="preserve"> </w:t>
      </w:r>
      <w:proofErr w:type="spellStart"/>
      <w:r>
        <w:t>nuk</w:t>
      </w:r>
      <w:proofErr w:type="spellEnd"/>
      <w:r>
        <w:t xml:space="preserve"> </w:t>
      </w:r>
      <w:proofErr w:type="spellStart"/>
      <w:r>
        <w:t>vjen</w:t>
      </w:r>
      <w:proofErr w:type="spellEnd"/>
      <w:r>
        <w:t xml:space="preserve"> </w:t>
      </w:r>
      <w:proofErr w:type="spellStart"/>
      <w:r>
        <w:t>për</w:t>
      </w:r>
      <w:proofErr w:type="spellEnd"/>
      <w:r>
        <w:t xml:space="preserve"> </w:t>
      </w:r>
      <w:proofErr w:type="spellStart"/>
      <w:r>
        <w:t>njëherë</w:t>
      </w:r>
      <w:proofErr w:type="spellEnd"/>
      <w:r>
        <w:t xml:space="preserve">, </w:t>
      </w:r>
      <w:proofErr w:type="spellStart"/>
      <w:r>
        <w:t>asnjëherë</w:t>
      </w:r>
      <w:proofErr w:type="spellEnd"/>
      <w:r>
        <w:t xml:space="preserve">, por </w:t>
      </w:r>
      <w:proofErr w:type="spellStart"/>
      <w:r>
        <w:t>ata</w:t>
      </w:r>
      <w:proofErr w:type="spellEnd"/>
      <w:r>
        <w:t xml:space="preserve"> </w:t>
      </w:r>
      <w:proofErr w:type="spellStart"/>
      <w:r>
        <w:t>që</w:t>
      </w:r>
      <w:proofErr w:type="spellEnd"/>
      <w:r>
        <w:t xml:space="preserve"> </w:t>
      </w:r>
      <w:proofErr w:type="spellStart"/>
      <w:r>
        <w:t>duhen</w:t>
      </w:r>
      <w:proofErr w:type="spellEnd"/>
      <w:r>
        <w:t xml:space="preserve"> me </w:t>
      </w:r>
      <w:proofErr w:type="spellStart"/>
      <w:r>
        <w:t>punuar</w:t>
      </w:r>
      <w:proofErr w:type="spellEnd"/>
      <w:r>
        <w:t xml:space="preserve">, </w:t>
      </w:r>
      <w:proofErr w:type="spellStart"/>
      <w:r>
        <w:t>mundësitë</w:t>
      </w:r>
      <w:proofErr w:type="spellEnd"/>
      <w:r>
        <w:t xml:space="preserve"> </w:t>
      </w:r>
      <w:proofErr w:type="spellStart"/>
      <w:r>
        <w:t>i</w:t>
      </w:r>
      <w:proofErr w:type="spellEnd"/>
      <w:r>
        <w:t xml:space="preserve"> </w:t>
      </w:r>
      <w:proofErr w:type="spellStart"/>
      <w:r>
        <w:t>kanë</w:t>
      </w:r>
      <w:proofErr w:type="spellEnd"/>
      <w:r>
        <w:t xml:space="preserve"> me </w:t>
      </w:r>
      <w:proofErr w:type="spellStart"/>
      <w:r>
        <w:t>punuar</w:t>
      </w:r>
      <w:proofErr w:type="spellEnd"/>
      <w:r>
        <w:t xml:space="preserve"> kudo, </w:t>
      </w:r>
      <w:proofErr w:type="spellStart"/>
      <w:r>
        <w:t>edhe</w:t>
      </w:r>
      <w:proofErr w:type="spellEnd"/>
      <w:r>
        <w:t xml:space="preserve"> </w:t>
      </w:r>
      <w:proofErr w:type="spellStart"/>
      <w:r>
        <w:t>në</w:t>
      </w:r>
      <w:proofErr w:type="spellEnd"/>
      <w:r>
        <w:t xml:space="preserve"> </w:t>
      </w:r>
      <w:proofErr w:type="spellStart"/>
      <w:r>
        <w:t>Malësinë</w:t>
      </w:r>
      <w:proofErr w:type="spellEnd"/>
      <w:r>
        <w:t xml:space="preserve"> e </w:t>
      </w:r>
      <w:proofErr w:type="spellStart"/>
      <w:r>
        <w:t>Madhe</w:t>
      </w:r>
      <w:proofErr w:type="spellEnd"/>
      <w:r>
        <w:t xml:space="preserve">, </w:t>
      </w:r>
      <w:proofErr w:type="spellStart"/>
      <w:r>
        <w:t>edhe</w:t>
      </w:r>
      <w:proofErr w:type="spellEnd"/>
      <w:r>
        <w:t xml:space="preserve"> </w:t>
      </w:r>
      <w:proofErr w:type="spellStart"/>
      <w:r>
        <w:t>më</w:t>
      </w:r>
      <w:proofErr w:type="spellEnd"/>
      <w:r>
        <w:t xml:space="preserve"> </w:t>
      </w:r>
      <w:proofErr w:type="spellStart"/>
      <w:r>
        <w:t>shumë</w:t>
      </w:r>
      <w:proofErr w:type="spellEnd"/>
      <w:r>
        <w:t xml:space="preserve"> se kudo </w:t>
      </w:r>
      <w:proofErr w:type="spellStart"/>
      <w:r>
        <w:t>tjetër</w:t>
      </w:r>
      <w:proofErr w:type="spellEnd"/>
      <w:r>
        <w:t xml:space="preserve">. </w:t>
      </w:r>
    </w:p>
    <w:p w14:paraId="13FAA5B5" w14:textId="77777777" w:rsidR="00364BBB" w:rsidRDefault="00364BBB" w:rsidP="00364BBB">
      <w:proofErr w:type="spellStart"/>
      <w:r>
        <w:rPr>
          <w:b/>
        </w:rPr>
        <w:t>Luçiano</w:t>
      </w:r>
      <w:proofErr w:type="spellEnd"/>
      <w:r>
        <w:rPr>
          <w:b/>
        </w:rPr>
        <w:t xml:space="preserve"> </w:t>
      </w:r>
      <w:proofErr w:type="spellStart"/>
      <w:r>
        <w:rPr>
          <w:b/>
        </w:rPr>
        <w:t>Boçi</w:t>
      </w:r>
      <w:proofErr w:type="spellEnd"/>
      <w:r>
        <w:rPr>
          <w:b/>
        </w:rPr>
        <w:t>:</w:t>
      </w:r>
    </w:p>
    <w:p w14:paraId="3825A0FC" w14:textId="77777777" w:rsidR="00364BBB" w:rsidRDefault="0010666C" w:rsidP="0010666C">
      <w:r>
        <w:t xml:space="preserve">Ë </w:t>
      </w:r>
      <w:proofErr w:type="spellStart"/>
      <w:r>
        <w:t>ju</w:t>
      </w:r>
      <w:proofErr w:type="spellEnd"/>
      <w:r>
        <w:t xml:space="preserve"> </w:t>
      </w:r>
      <w:proofErr w:type="spellStart"/>
      <w:r>
        <w:t>kuptoj</w:t>
      </w:r>
      <w:proofErr w:type="spellEnd"/>
      <w:r>
        <w:t xml:space="preserve">. E </w:t>
      </w:r>
      <w:proofErr w:type="spellStart"/>
      <w:r>
        <w:t>thashë</w:t>
      </w:r>
      <w:proofErr w:type="spellEnd"/>
      <w:r>
        <w:t xml:space="preserve">, </w:t>
      </w:r>
      <w:proofErr w:type="spellStart"/>
      <w:r>
        <w:t>kjo</w:t>
      </w:r>
      <w:proofErr w:type="spellEnd"/>
      <w:r>
        <w:t xml:space="preserve"> </w:t>
      </w:r>
      <w:proofErr w:type="spellStart"/>
      <w:r>
        <w:t>ishte</w:t>
      </w:r>
      <w:proofErr w:type="spellEnd"/>
      <w:r>
        <w:t xml:space="preserve"> </w:t>
      </w:r>
      <w:proofErr w:type="spellStart"/>
      <w:r>
        <w:t>një</w:t>
      </w:r>
      <w:proofErr w:type="spellEnd"/>
      <w:r>
        <w:t xml:space="preserve"> </w:t>
      </w:r>
      <w:proofErr w:type="spellStart"/>
      <w:r>
        <w:t>kërkesë</w:t>
      </w:r>
      <w:proofErr w:type="spellEnd"/>
      <w:r>
        <w:t xml:space="preserve"> </w:t>
      </w:r>
      <w:proofErr w:type="spellStart"/>
      <w:r>
        <w:t>në</w:t>
      </w:r>
      <w:proofErr w:type="spellEnd"/>
      <w:r>
        <w:t xml:space="preserve"> </w:t>
      </w:r>
      <w:proofErr w:type="spellStart"/>
      <w:r>
        <w:t>dëgjesë</w:t>
      </w:r>
      <w:proofErr w:type="spellEnd"/>
      <w:r>
        <w:t xml:space="preserve"> </w:t>
      </w:r>
      <w:proofErr w:type="spellStart"/>
      <w:r>
        <w:t>që</w:t>
      </w:r>
      <w:proofErr w:type="spellEnd"/>
      <w:r>
        <w:t xml:space="preserve"> e </w:t>
      </w:r>
      <w:proofErr w:type="spellStart"/>
      <w:r>
        <w:t>kam</w:t>
      </w:r>
      <w:proofErr w:type="spellEnd"/>
      <w:r>
        <w:t xml:space="preserve"> </w:t>
      </w:r>
      <w:proofErr w:type="spellStart"/>
      <w:r>
        <w:t>dëgjuar</w:t>
      </w:r>
      <w:proofErr w:type="spellEnd"/>
      <w:r>
        <w:t xml:space="preserve"> </w:t>
      </w:r>
      <w:proofErr w:type="spellStart"/>
      <w:r>
        <w:t>dhe</w:t>
      </w:r>
      <w:proofErr w:type="spellEnd"/>
      <w:r>
        <w:t xml:space="preserve"> </w:t>
      </w:r>
      <w:proofErr w:type="spellStart"/>
      <w:r>
        <w:t>sa</w:t>
      </w:r>
      <w:proofErr w:type="spellEnd"/>
      <w:r>
        <w:t xml:space="preserve"> </w:t>
      </w:r>
      <w:proofErr w:type="spellStart"/>
      <w:r>
        <w:t>mirë</w:t>
      </w:r>
      <w:proofErr w:type="spellEnd"/>
      <w:r>
        <w:t xml:space="preserve"> do </w:t>
      </w:r>
      <w:proofErr w:type="spellStart"/>
      <w:r>
        <w:t>ishte</w:t>
      </w:r>
      <w:proofErr w:type="spellEnd"/>
      <w:r>
        <w:t xml:space="preserve"> </w:t>
      </w:r>
      <w:proofErr w:type="spellStart"/>
      <w:r>
        <w:t>kjo</w:t>
      </w:r>
      <w:proofErr w:type="spellEnd"/>
      <w:r>
        <w:t xml:space="preserve"> </w:t>
      </w:r>
      <w:proofErr w:type="spellStart"/>
      <w:r>
        <w:t>që</w:t>
      </w:r>
      <w:proofErr w:type="spellEnd"/>
      <w:r>
        <w:t xml:space="preserve"> </w:t>
      </w:r>
      <w:proofErr w:type="spellStart"/>
      <w:r>
        <w:t>të</w:t>
      </w:r>
      <w:proofErr w:type="spellEnd"/>
      <w:r>
        <w:t xml:space="preserve"> </w:t>
      </w:r>
      <w:proofErr w:type="spellStart"/>
      <w:r>
        <w:t>ruhesh</w:t>
      </w:r>
      <w:proofErr w:type="spellEnd"/>
      <w:r>
        <w:t xml:space="preserve"> </w:t>
      </w:r>
      <w:proofErr w:type="spellStart"/>
      <w:r>
        <w:t>identiteti</w:t>
      </w:r>
      <w:proofErr w:type="spellEnd"/>
      <w:r>
        <w:t xml:space="preserve">, se </w:t>
      </w:r>
      <w:proofErr w:type="spellStart"/>
      <w:r>
        <w:t>ju</w:t>
      </w:r>
      <w:proofErr w:type="spellEnd"/>
      <w:r>
        <w:t xml:space="preserve"> e </w:t>
      </w:r>
      <w:proofErr w:type="spellStart"/>
      <w:r>
        <w:t>mbroni</w:t>
      </w:r>
      <w:proofErr w:type="spellEnd"/>
      <w:r>
        <w:t xml:space="preserve"> me </w:t>
      </w:r>
      <w:proofErr w:type="spellStart"/>
      <w:r>
        <w:t>shumë</w:t>
      </w:r>
      <w:proofErr w:type="spellEnd"/>
      <w:r>
        <w:t xml:space="preserve"> </w:t>
      </w:r>
      <w:proofErr w:type="spellStart"/>
      <w:r>
        <w:t>forcë</w:t>
      </w:r>
      <w:proofErr w:type="spellEnd"/>
      <w:r>
        <w:t xml:space="preserve">, por ka </w:t>
      </w:r>
      <w:proofErr w:type="spellStart"/>
      <w:r>
        <w:t>identitete</w:t>
      </w:r>
      <w:proofErr w:type="spellEnd"/>
      <w:r>
        <w:t xml:space="preserve"> </w:t>
      </w:r>
      <w:proofErr w:type="spellStart"/>
      <w:r>
        <w:t>historike</w:t>
      </w:r>
      <w:proofErr w:type="spellEnd"/>
      <w:r>
        <w:t xml:space="preserve"> </w:t>
      </w:r>
      <w:proofErr w:type="spellStart"/>
      <w:r>
        <w:t>dhe</w:t>
      </w:r>
      <w:proofErr w:type="spellEnd"/>
      <w:r>
        <w:t xml:space="preserve"> </w:t>
      </w:r>
      <w:proofErr w:type="spellStart"/>
      <w:r>
        <w:t>territoriale</w:t>
      </w:r>
      <w:proofErr w:type="spellEnd"/>
      <w:r>
        <w:t xml:space="preserve"> </w:t>
      </w:r>
      <w:proofErr w:type="spellStart"/>
      <w:r>
        <w:t>që</w:t>
      </w:r>
      <w:proofErr w:type="spellEnd"/>
      <w:r>
        <w:t xml:space="preserve"> </w:t>
      </w:r>
      <w:proofErr w:type="spellStart"/>
      <w:r>
        <w:t>janë</w:t>
      </w:r>
      <w:proofErr w:type="spellEnd"/>
      <w:r>
        <w:t xml:space="preserve"> </w:t>
      </w:r>
      <w:proofErr w:type="spellStart"/>
      <w:r>
        <w:t>shkelur</w:t>
      </w:r>
      <w:proofErr w:type="spellEnd"/>
      <w:r>
        <w:t xml:space="preserve">. </w:t>
      </w:r>
      <w:proofErr w:type="spellStart"/>
      <w:r>
        <w:t>Për</w:t>
      </w:r>
      <w:proofErr w:type="spellEnd"/>
      <w:r>
        <w:t xml:space="preserve"> </w:t>
      </w:r>
      <w:proofErr w:type="spellStart"/>
      <w:r>
        <w:t>shembull</w:t>
      </w:r>
      <w:proofErr w:type="spellEnd"/>
      <w:r>
        <w:t xml:space="preserve">, </w:t>
      </w:r>
      <w:proofErr w:type="spellStart"/>
      <w:r>
        <w:t>në</w:t>
      </w:r>
      <w:proofErr w:type="spellEnd"/>
      <w:r>
        <w:t xml:space="preserve"> Elbasan </w:t>
      </w:r>
      <w:proofErr w:type="spellStart"/>
      <w:r>
        <w:t>është</w:t>
      </w:r>
      <w:proofErr w:type="spellEnd"/>
      <w:r>
        <w:t xml:space="preserve"> </w:t>
      </w:r>
      <w:proofErr w:type="spellStart"/>
      <w:r>
        <w:t>krahina</w:t>
      </w:r>
      <w:proofErr w:type="spellEnd"/>
      <w:r>
        <w:t xml:space="preserve"> e </w:t>
      </w:r>
      <w:proofErr w:type="spellStart"/>
      <w:r>
        <w:t>Shpatit</w:t>
      </w:r>
      <w:proofErr w:type="spellEnd"/>
      <w:r>
        <w:t xml:space="preserve">. Kam </w:t>
      </w:r>
      <w:proofErr w:type="spellStart"/>
      <w:r>
        <w:t>lidhjet</w:t>
      </w:r>
      <w:proofErr w:type="spellEnd"/>
      <w:r>
        <w:t xml:space="preserve"> e </w:t>
      </w:r>
      <w:proofErr w:type="spellStart"/>
      <w:r>
        <w:t>mia</w:t>
      </w:r>
      <w:proofErr w:type="spellEnd"/>
      <w:r>
        <w:t xml:space="preserve"> me </w:t>
      </w:r>
      <w:proofErr w:type="spellStart"/>
      <w:r>
        <w:t>atë</w:t>
      </w:r>
      <w:proofErr w:type="spellEnd"/>
      <w:r>
        <w:t xml:space="preserve"> </w:t>
      </w:r>
      <w:proofErr w:type="spellStart"/>
      <w:r>
        <w:t>krahinë</w:t>
      </w:r>
      <w:proofErr w:type="spellEnd"/>
      <w:r>
        <w:t xml:space="preserve"> </w:t>
      </w:r>
      <w:proofErr w:type="spellStart"/>
      <w:r>
        <w:t>dhe</w:t>
      </w:r>
      <w:proofErr w:type="spellEnd"/>
      <w:r>
        <w:t xml:space="preserve"> </w:t>
      </w:r>
      <w:proofErr w:type="spellStart"/>
      <w:r>
        <w:t>nuk</w:t>
      </w:r>
      <w:proofErr w:type="spellEnd"/>
      <w:r>
        <w:t xml:space="preserve"> </w:t>
      </w:r>
      <w:proofErr w:type="spellStart"/>
      <w:r>
        <w:t>është</w:t>
      </w:r>
      <w:proofErr w:type="spellEnd"/>
      <w:r>
        <w:t xml:space="preserve"> </w:t>
      </w:r>
      <w:proofErr w:type="spellStart"/>
      <w:r>
        <w:t>respektuar</w:t>
      </w:r>
      <w:proofErr w:type="spellEnd"/>
      <w:r>
        <w:t xml:space="preserve"> </w:t>
      </w:r>
      <w:proofErr w:type="spellStart"/>
      <w:r>
        <w:t>kjo</w:t>
      </w:r>
      <w:proofErr w:type="spellEnd"/>
      <w:r>
        <w:t xml:space="preserve"> </w:t>
      </w:r>
      <w:proofErr w:type="spellStart"/>
      <w:r>
        <w:t>gjë</w:t>
      </w:r>
      <w:proofErr w:type="spellEnd"/>
      <w:r>
        <w:t xml:space="preserve">, </w:t>
      </w:r>
      <w:proofErr w:type="spellStart"/>
      <w:r>
        <w:t>sepse</w:t>
      </w:r>
      <w:proofErr w:type="spellEnd"/>
      <w:r>
        <w:t xml:space="preserve"> </w:t>
      </w:r>
      <w:proofErr w:type="spellStart"/>
      <w:r>
        <w:t>shumë</w:t>
      </w:r>
      <w:proofErr w:type="spellEnd"/>
      <w:r>
        <w:t xml:space="preserve"> </w:t>
      </w:r>
      <w:proofErr w:type="spellStart"/>
      <w:r>
        <w:t>mirë</w:t>
      </w:r>
      <w:proofErr w:type="spellEnd"/>
      <w:r>
        <w:t xml:space="preserve">, </w:t>
      </w:r>
      <w:proofErr w:type="spellStart"/>
      <w:r>
        <w:t>edhe</w:t>
      </w:r>
      <w:proofErr w:type="spellEnd"/>
      <w:r>
        <w:t xml:space="preserve"> </w:t>
      </w:r>
      <w:proofErr w:type="spellStart"/>
      <w:r>
        <w:t>veshja</w:t>
      </w:r>
      <w:proofErr w:type="spellEnd"/>
      <w:r>
        <w:t xml:space="preserve">, </w:t>
      </w:r>
      <w:proofErr w:type="spellStart"/>
      <w:r>
        <w:t>edhe</w:t>
      </w:r>
      <w:proofErr w:type="spellEnd"/>
      <w:r>
        <w:t xml:space="preserve"> </w:t>
      </w:r>
      <w:proofErr w:type="spellStart"/>
      <w:r>
        <w:t>historia</w:t>
      </w:r>
      <w:proofErr w:type="spellEnd"/>
      <w:r>
        <w:t xml:space="preserve">, </w:t>
      </w:r>
      <w:proofErr w:type="spellStart"/>
      <w:r>
        <w:t>edhe</w:t>
      </w:r>
      <w:proofErr w:type="spellEnd"/>
      <w:r>
        <w:t xml:space="preserve"> </w:t>
      </w:r>
      <w:proofErr w:type="spellStart"/>
      <w:r>
        <w:t>kultura</w:t>
      </w:r>
      <w:proofErr w:type="spellEnd"/>
      <w:r>
        <w:t xml:space="preserve"> e </w:t>
      </w:r>
      <w:proofErr w:type="spellStart"/>
      <w:r>
        <w:t>tillë</w:t>
      </w:r>
      <w:proofErr w:type="spellEnd"/>
      <w:r>
        <w:t xml:space="preserve"> </w:t>
      </w:r>
      <w:proofErr w:type="spellStart"/>
      <w:r>
        <w:t>është</w:t>
      </w:r>
      <w:proofErr w:type="spellEnd"/>
      <w:r>
        <w:t xml:space="preserve"> </w:t>
      </w:r>
      <w:proofErr w:type="spellStart"/>
      <w:r>
        <w:t>zonë</w:t>
      </w:r>
      <w:proofErr w:type="spellEnd"/>
      <w:r>
        <w:t xml:space="preserve"> </w:t>
      </w:r>
      <w:proofErr w:type="spellStart"/>
      <w:r>
        <w:t>malore</w:t>
      </w:r>
      <w:proofErr w:type="spellEnd"/>
      <w:r>
        <w:t xml:space="preserve"> e </w:t>
      </w:r>
      <w:proofErr w:type="spellStart"/>
      <w:r>
        <w:t>ngjashme</w:t>
      </w:r>
      <w:proofErr w:type="spellEnd"/>
      <w:r>
        <w:t xml:space="preserve"> me </w:t>
      </w:r>
      <w:proofErr w:type="spellStart"/>
      <w:r>
        <w:t>Malësinë</w:t>
      </w:r>
      <w:proofErr w:type="spellEnd"/>
      <w:r>
        <w:t xml:space="preserve"> e </w:t>
      </w:r>
      <w:proofErr w:type="spellStart"/>
      <w:r>
        <w:t>Madhe</w:t>
      </w:r>
      <w:proofErr w:type="spellEnd"/>
      <w:r>
        <w:t xml:space="preserve">. </w:t>
      </w:r>
      <w:proofErr w:type="spellStart"/>
      <w:r>
        <w:t>Malësia</w:t>
      </w:r>
      <w:proofErr w:type="spellEnd"/>
      <w:r>
        <w:t xml:space="preserve"> e </w:t>
      </w:r>
      <w:proofErr w:type="spellStart"/>
      <w:r>
        <w:t>Elbasanit</w:t>
      </w:r>
      <w:proofErr w:type="spellEnd"/>
      <w:r>
        <w:t xml:space="preserve"> </w:t>
      </w:r>
      <w:proofErr w:type="spellStart"/>
      <w:r>
        <w:t>është</w:t>
      </w:r>
      <w:proofErr w:type="spellEnd"/>
      <w:r>
        <w:t xml:space="preserve">, por </w:t>
      </w:r>
      <w:proofErr w:type="spellStart"/>
      <w:r>
        <w:t>nuk</w:t>
      </w:r>
      <w:proofErr w:type="spellEnd"/>
      <w:r>
        <w:t xml:space="preserve"> </w:t>
      </w:r>
      <w:proofErr w:type="spellStart"/>
      <w:r>
        <w:t>është</w:t>
      </w:r>
      <w:proofErr w:type="spellEnd"/>
      <w:r>
        <w:t xml:space="preserve"> </w:t>
      </w:r>
      <w:proofErr w:type="spellStart"/>
      <w:r>
        <w:t>respektuar</w:t>
      </w:r>
      <w:proofErr w:type="spellEnd"/>
      <w:r>
        <w:t xml:space="preserve">, </w:t>
      </w:r>
      <w:proofErr w:type="spellStart"/>
      <w:r>
        <w:t>është</w:t>
      </w:r>
      <w:proofErr w:type="spellEnd"/>
      <w:r>
        <w:t xml:space="preserve"> </w:t>
      </w:r>
      <w:proofErr w:type="spellStart"/>
      <w:r>
        <w:t>absorbuar</w:t>
      </w:r>
      <w:proofErr w:type="spellEnd"/>
      <w:r>
        <w:t xml:space="preserve"> </w:t>
      </w:r>
      <w:proofErr w:type="spellStart"/>
      <w:r>
        <w:t>brenda</w:t>
      </w:r>
      <w:proofErr w:type="spellEnd"/>
      <w:r>
        <w:t xml:space="preserve"> </w:t>
      </w:r>
      <w:proofErr w:type="spellStart"/>
      <w:r>
        <w:t>një</w:t>
      </w:r>
      <w:proofErr w:type="spellEnd"/>
      <w:r>
        <w:t xml:space="preserve"> </w:t>
      </w:r>
      <w:proofErr w:type="spellStart"/>
      <w:r>
        <w:t>bashkie</w:t>
      </w:r>
      <w:proofErr w:type="spellEnd"/>
      <w:r>
        <w:t xml:space="preserve"> </w:t>
      </w:r>
      <w:proofErr w:type="spellStart"/>
      <w:r>
        <w:t>të</w:t>
      </w:r>
      <w:proofErr w:type="spellEnd"/>
      <w:r>
        <w:t xml:space="preserve"> </w:t>
      </w:r>
      <w:proofErr w:type="spellStart"/>
      <w:r>
        <w:t>madhe</w:t>
      </w:r>
      <w:proofErr w:type="spellEnd"/>
      <w:r>
        <w:t xml:space="preserve">. </w:t>
      </w:r>
    </w:p>
    <w:p w14:paraId="0BE7378E" w14:textId="77777777" w:rsidR="00364BBB" w:rsidRDefault="00364BBB" w:rsidP="00364BBB">
      <w:r>
        <w:rPr>
          <w:b/>
        </w:rPr>
        <w:t xml:space="preserve">Tonin </w:t>
      </w:r>
      <w:proofErr w:type="spellStart"/>
      <w:r>
        <w:rPr>
          <w:b/>
        </w:rPr>
        <w:t>Marinaj</w:t>
      </w:r>
      <w:proofErr w:type="spellEnd"/>
      <w:r>
        <w:rPr>
          <w:b/>
        </w:rPr>
        <w:t>:</w:t>
      </w:r>
    </w:p>
    <w:p w14:paraId="196F44E1" w14:textId="77777777" w:rsidR="00364BBB" w:rsidRDefault="0010666C" w:rsidP="0010666C">
      <w:proofErr w:type="spellStart"/>
      <w:r>
        <w:t>Unë</w:t>
      </w:r>
      <w:proofErr w:type="spellEnd"/>
      <w:r>
        <w:t xml:space="preserve"> </w:t>
      </w:r>
      <w:proofErr w:type="spellStart"/>
      <w:r>
        <w:t>mendoj</w:t>
      </w:r>
      <w:proofErr w:type="spellEnd"/>
      <w:r>
        <w:t xml:space="preserve"> </w:t>
      </w:r>
      <w:proofErr w:type="spellStart"/>
      <w:r>
        <w:t>që</w:t>
      </w:r>
      <w:proofErr w:type="spellEnd"/>
      <w:r>
        <w:t xml:space="preserve"> </w:t>
      </w:r>
      <w:proofErr w:type="spellStart"/>
      <w:r>
        <w:t>zonën</w:t>
      </w:r>
      <w:proofErr w:type="spellEnd"/>
      <w:r>
        <w:t xml:space="preserve"> e </w:t>
      </w:r>
      <w:proofErr w:type="spellStart"/>
      <w:r>
        <w:t>Shkodrës</w:t>
      </w:r>
      <w:proofErr w:type="spellEnd"/>
      <w:r>
        <w:t xml:space="preserve"> </w:t>
      </w:r>
      <w:proofErr w:type="spellStart"/>
      <w:r>
        <w:t>është</w:t>
      </w:r>
      <w:proofErr w:type="spellEnd"/>
      <w:r>
        <w:t xml:space="preserve"> </w:t>
      </w:r>
      <w:proofErr w:type="spellStart"/>
      <w:r>
        <w:t>bërë</w:t>
      </w:r>
      <w:proofErr w:type="spellEnd"/>
      <w:r>
        <w:t xml:space="preserve"> </w:t>
      </w:r>
      <w:proofErr w:type="spellStart"/>
      <w:r>
        <w:t>një</w:t>
      </w:r>
      <w:proofErr w:type="spellEnd"/>
      <w:r>
        <w:t xml:space="preserve"> </w:t>
      </w:r>
      <w:proofErr w:type="spellStart"/>
      <w:r>
        <w:t>reformë</w:t>
      </w:r>
      <w:proofErr w:type="spellEnd"/>
      <w:r>
        <w:t xml:space="preserve"> super </w:t>
      </w:r>
      <w:proofErr w:type="spellStart"/>
      <w:r>
        <w:t>saktë</w:t>
      </w:r>
      <w:proofErr w:type="spellEnd"/>
      <w:r>
        <w:t xml:space="preserve">. </w:t>
      </w:r>
      <w:proofErr w:type="spellStart"/>
      <w:r>
        <w:t>Mendoj</w:t>
      </w:r>
      <w:proofErr w:type="spellEnd"/>
      <w:r>
        <w:t xml:space="preserve">, a </w:t>
      </w:r>
      <w:proofErr w:type="spellStart"/>
      <w:r>
        <w:t>është</w:t>
      </w:r>
      <w:proofErr w:type="spellEnd"/>
      <w:r>
        <w:t xml:space="preserve"> </w:t>
      </w:r>
      <w:proofErr w:type="spellStart"/>
      <w:r>
        <w:t>akoma</w:t>
      </w:r>
      <w:proofErr w:type="spellEnd"/>
      <w:r>
        <w:t xml:space="preserve">? Jo, </w:t>
      </w:r>
      <w:proofErr w:type="spellStart"/>
      <w:r>
        <w:t>mendoj</w:t>
      </w:r>
      <w:proofErr w:type="spellEnd"/>
      <w:r>
        <w:t xml:space="preserve">, </w:t>
      </w:r>
      <w:proofErr w:type="spellStart"/>
      <w:r>
        <w:t>mendoj</w:t>
      </w:r>
      <w:proofErr w:type="spellEnd"/>
      <w:r>
        <w:t xml:space="preserve"> super </w:t>
      </w:r>
      <w:proofErr w:type="spellStart"/>
      <w:r>
        <w:t>saktë</w:t>
      </w:r>
      <w:proofErr w:type="spellEnd"/>
      <w:r>
        <w:t xml:space="preserve"> </w:t>
      </w:r>
      <w:proofErr w:type="spellStart"/>
      <w:r>
        <w:t>të</w:t>
      </w:r>
      <w:proofErr w:type="spellEnd"/>
      <w:r>
        <w:t xml:space="preserve"> 2014. </w:t>
      </w:r>
    </w:p>
    <w:p w14:paraId="3315DF5D" w14:textId="77777777" w:rsidR="00364BBB" w:rsidRDefault="00364BBB" w:rsidP="00364BBB">
      <w:proofErr w:type="spellStart"/>
      <w:r>
        <w:rPr>
          <w:b/>
        </w:rPr>
        <w:t>Luçiano</w:t>
      </w:r>
      <w:proofErr w:type="spellEnd"/>
      <w:r>
        <w:rPr>
          <w:b/>
        </w:rPr>
        <w:t xml:space="preserve"> </w:t>
      </w:r>
      <w:proofErr w:type="spellStart"/>
      <w:r>
        <w:rPr>
          <w:b/>
        </w:rPr>
        <w:t>Boçi</w:t>
      </w:r>
      <w:proofErr w:type="spellEnd"/>
      <w:r>
        <w:rPr>
          <w:b/>
        </w:rPr>
        <w:t>:</w:t>
      </w:r>
    </w:p>
    <w:p w14:paraId="3C7203F7" w14:textId="77777777" w:rsidR="00364BBB" w:rsidRDefault="0010666C" w:rsidP="0010666C">
      <w:proofErr w:type="spellStart"/>
      <w:r>
        <w:t>Për</w:t>
      </w:r>
      <w:proofErr w:type="spellEnd"/>
      <w:r>
        <w:t xml:space="preserve"> </w:t>
      </w:r>
      <w:proofErr w:type="spellStart"/>
      <w:r>
        <w:t>bashkitë</w:t>
      </w:r>
      <w:proofErr w:type="spellEnd"/>
      <w:r>
        <w:t xml:space="preserve"> e </w:t>
      </w:r>
      <w:proofErr w:type="spellStart"/>
      <w:r>
        <w:t>vogla</w:t>
      </w:r>
      <w:proofErr w:type="spellEnd"/>
      <w:r>
        <w:t xml:space="preserve"> </w:t>
      </w:r>
      <w:proofErr w:type="spellStart"/>
      <w:r>
        <w:t>nuk</w:t>
      </w:r>
      <w:proofErr w:type="spellEnd"/>
      <w:r>
        <w:t xml:space="preserve"> e </w:t>
      </w:r>
      <w:proofErr w:type="spellStart"/>
      <w:r>
        <w:t>dimë</w:t>
      </w:r>
      <w:proofErr w:type="spellEnd"/>
      <w:r>
        <w:t xml:space="preserve">. </w:t>
      </w:r>
    </w:p>
    <w:p w14:paraId="7E49F1AF" w14:textId="77777777" w:rsidR="00364BBB" w:rsidRDefault="00364BBB" w:rsidP="00364BBB">
      <w:r>
        <w:rPr>
          <w:b/>
        </w:rPr>
        <w:t xml:space="preserve">Tonin </w:t>
      </w:r>
      <w:proofErr w:type="spellStart"/>
      <w:r>
        <w:rPr>
          <w:b/>
        </w:rPr>
        <w:t>Marinaj</w:t>
      </w:r>
      <w:proofErr w:type="spellEnd"/>
      <w:r>
        <w:rPr>
          <w:b/>
        </w:rPr>
        <w:t>:</w:t>
      </w:r>
    </w:p>
    <w:p w14:paraId="53BFFE1B" w14:textId="77777777" w:rsidR="00364BBB" w:rsidRDefault="0010666C" w:rsidP="0010666C">
      <w:proofErr w:type="spellStart"/>
      <w:r>
        <w:lastRenderedPageBreak/>
        <w:t>Mendoj</w:t>
      </w:r>
      <w:proofErr w:type="spellEnd"/>
      <w:r>
        <w:t xml:space="preserve">, </w:t>
      </w:r>
      <w:proofErr w:type="spellStart"/>
      <w:r>
        <w:t>mendoj</w:t>
      </w:r>
      <w:proofErr w:type="spellEnd"/>
      <w:r>
        <w:t xml:space="preserve"> super </w:t>
      </w:r>
      <w:proofErr w:type="spellStart"/>
      <w:r>
        <w:t>saktë</w:t>
      </w:r>
      <w:proofErr w:type="spellEnd"/>
      <w:r>
        <w:t xml:space="preserve">. Nuk e </w:t>
      </w:r>
      <w:proofErr w:type="spellStart"/>
      <w:r>
        <w:t>dimë</w:t>
      </w:r>
      <w:proofErr w:type="spellEnd"/>
      <w:r>
        <w:t xml:space="preserve"> </w:t>
      </w:r>
      <w:proofErr w:type="spellStart"/>
      <w:r>
        <w:t>akoma</w:t>
      </w:r>
      <w:proofErr w:type="spellEnd"/>
      <w:r>
        <w:t xml:space="preserve"> </w:t>
      </w:r>
      <w:proofErr w:type="spellStart"/>
      <w:r>
        <w:t>këtë</w:t>
      </w:r>
      <w:proofErr w:type="spellEnd"/>
      <w:r>
        <w:t xml:space="preserve">. </w:t>
      </w:r>
      <w:proofErr w:type="spellStart"/>
      <w:r>
        <w:t>Çfarë</w:t>
      </w:r>
      <w:proofErr w:type="spellEnd"/>
      <w:r>
        <w:t xml:space="preserve"> </w:t>
      </w:r>
      <w:proofErr w:type="spellStart"/>
      <w:r>
        <w:t>mendojmë</w:t>
      </w:r>
      <w:proofErr w:type="spellEnd"/>
      <w:r>
        <w:t xml:space="preserve"> </w:t>
      </w:r>
      <w:proofErr w:type="spellStart"/>
      <w:r>
        <w:t>për</w:t>
      </w:r>
      <w:proofErr w:type="spellEnd"/>
      <w:r>
        <w:t xml:space="preserve"> </w:t>
      </w:r>
      <w:proofErr w:type="spellStart"/>
      <w:r>
        <w:t>qarkun</w:t>
      </w:r>
      <w:proofErr w:type="spellEnd"/>
      <w:r>
        <w:t xml:space="preserve"> e </w:t>
      </w:r>
      <w:proofErr w:type="spellStart"/>
      <w:r>
        <w:t>Shkodrës</w:t>
      </w:r>
      <w:proofErr w:type="spellEnd"/>
      <w:r>
        <w:t xml:space="preserve">? </w:t>
      </w:r>
      <w:proofErr w:type="spellStart"/>
      <w:r>
        <w:t>Dakord</w:t>
      </w:r>
      <w:proofErr w:type="spellEnd"/>
      <w:r>
        <w:t xml:space="preserve">. Nuk e </w:t>
      </w:r>
      <w:proofErr w:type="spellStart"/>
      <w:r>
        <w:t>dimë</w:t>
      </w:r>
      <w:proofErr w:type="spellEnd"/>
      <w:r>
        <w:t xml:space="preserve">. </w:t>
      </w:r>
      <w:proofErr w:type="spellStart"/>
      <w:r>
        <w:t>Unë</w:t>
      </w:r>
      <w:proofErr w:type="spellEnd"/>
      <w:r>
        <w:t xml:space="preserve">, </w:t>
      </w:r>
      <w:proofErr w:type="spellStart"/>
      <w:r>
        <w:t>domethënë</w:t>
      </w:r>
      <w:proofErr w:type="spellEnd"/>
      <w:r>
        <w:t xml:space="preserve">, </w:t>
      </w:r>
      <w:proofErr w:type="spellStart"/>
      <w:r>
        <w:t>edhe</w:t>
      </w:r>
      <w:proofErr w:type="spellEnd"/>
      <w:r>
        <w:t xml:space="preserve"> me </w:t>
      </w:r>
      <w:proofErr w:type="spellStart"/>
      <w:r>
        <w:t>kenë</w:t>
      </w:r>
      <w:proofErr w:type="spellEnd"/>
      <w:r>
        <w:t xml:space="preserve"> </w:t>
      </w:r>
      <w:proofErr w:type="spellStart"/>
      <w:r>
        <w:t>deputetë</w:t>
      </w:r>
      <w:proofErr w:type="spellEnd"/>
      <w:r>
        <w:t xml:space="preserve">, </w:t>
      </w:r>
      <w:proofErr w:type="spellStart"/>
      <w:r>
        <w:t>edhe</w:t>
      </w:r>
      <w:proofErr w:type="spellEnd"/>
      <w:r>
        <w:t xml:space="preserve"> me </w:t>
      </w:r>
      <w:proofErr w:type="spellStart"/>
      <w:r>
        <w:t>kenë</w:t>
      </w:r>
      <w:proofErr w:type="spellEnd"/>
      <w:r>
        <w:t xml:space="preserve"> </w:t>
      </w:r>
      <w:proofErr w:type="spellStart"/>
      <w:r>
        <w:t>diçka</w:t>
      </w:r>
      <w:proofErr w:type="spellEnd"/>
      <w:r>
        <w:t xml:space="preserve">, </w:t>
      </w:r>
      <w:proofErr w:type="spellStart"/>
      <w:r>
        <w:t>unë</w:t>
      </w:r>
      <w:proofErr w:type="spellEnd"/>
      <w:r>
        <w:t xml:space="preserve"> </w:t>
      </w:r>
      <w:proofErr w:type="spellStart"/>
      <w:r>
        <w:t>flas</w:t>
      </w:r>
      <w:proofErr w:type="spellEnd"/>
      <w:r>
        <w:t xml:space="preserve"> </w:t>
      </w:r>
      <w:proofErr w:type="spellStart"/>
      <w:r>
        <w:t>për</w:t>
      </w:r>
      <w:proofErr w:type="spellEnd"/>
      <w:r>
        <w:t xml:space="preserve"> </w:t>
      </w:r>
      <w:proofErr w:type="spellStart"/>
      <w:r>
        <w:t>zonën</w:t>
      </w:r>
      <w:proofErr w:type="spellEnd"/>
      <w:r>
        <w:t xml:space="preserve"> </w:t>
      </w:r>
      <w:proofErr w:type="spellStart"/>
      <w:r>
        <w:t>që</w:t>
      </w:r>
      <w:proofErr w:type="spellEnd"/>
      <w:r>
        <w:t xml:space="preserve"> </w:t>
      </w:r>
      <w:proofErr w:type="spellStart"/>
      <w:r>
        <w:t>më</w:t>
      </w:r>
      <w:proofErr w:type="spellEnd"/>
      <w:r>
        <w:t xml:space="preserve"> </w:t>
      </w:r>
      <w:proofErr w:type="spellStart"/>
      <w:r>
        <w:t>përket</w:t>
      </w:r>
      <w:proofErr w:type="spellEnd"/>
      <w:r>
        <w:t xml:space="preserve">. </w:t>
      </w:r>
      <w:proofErr w:type="spellStart"/>
      <w:r>
        <w:t>S'flas</w:t>
      </w:r>
      <w:proofErr w:type="spellEnd"/>
      <w:r>
        <w:t xml:space="preserve"> </w:t>
      </w:r>
      <w:proofErr w:type="spellStart"/>
      <w:r>
        <w:t>për</w:t>
      </w:r>
      <w:proofErr w:type="spellEnd"/>
      <w:r>
        <w:t xml:space="preserve"> zona </w:t>
      </w:r>
      <w:proofErr w:type="spellStart"/>
      <w:r>
        <w:t>tjera</w:t>
      </w:r>
      <w:proofErr w:type="spellEnd"/>
      <w:r>
        <w:t xml:space="preserve">, me </w:t>
      </w:r>
      <w:proofErr w:type="spellStart"/>
      <w:r>
        <w:t>të</w:t>
      </w:r>
      <w:proofErr w:type="spellEnd"/>
      <w:r>
        <w:t xml:space="preserve"> </w:t>
      </w:r>
      <w:proofErr w:type="spellStart"/>
      <w:r>
        <w:t>thënë</w:t>
      </w:r>
      <w:proofErr w:type="spellEnd"/>
      <w:r>
        <w:t xml:space="preserve"> </w:t>
      </w:r>
      <w:proofErr w:type="spellStart"/>
      <w:r>
        <w:t>të</w:t>
      </w:r>
      <w:proofErr w:type="spellEnd"/>
      <w:r>
        <w:t xml:space="preserve"> </w:t>
      </w:r>
      <w:proofErr w:type="spellStart"/>
      <w:r>
        <w:t>drejtën</w:t>
      </w:r>
      <w:proofErr w:type="spellEnd"/>
      <w:r>
        <w:t xml:space="preserve">. Po, po. Por </w:t>
      </w:r>
      <w:proofErr w:type="spellStart"/>
      <w:r>
        <w:t>nëse</w:t>
      </w:r>
      <w:proofErr w:type="spellEnd"/>
      <w:r>
        <w:t xml:space="preserve"> </w:t>
      </w:r>
      <w:proofErr w:type="spellStart"/>
      <w:r>
        <w:t>kap</w:t>
      </w:r>
      <w:proofErr w:type="spellEnd"/>
      <w:r>
        <w:t xml:space="preserve"> </w:t>
      </w:r>
      <w:proofErr w:type="spellStart"/>
      <w:r>
        <w:t>fushërazin</w:t>
      </w:r>
      <w:proofErr w:type="spellEnd"/>
      <w:r>
        <w:t xml:space="preserve">, ka </w:t>
      </w:r>
      <w:proofErr w:type="spellStart"/>
      <w:r>
        <w:t>një</w:t>
      </w:r>
      <w:proofErr w:type="spellEnd"/>
      <w:r>
        <w:t xml:space="preserve"> </w:t>
      </w:r>
      <w:proofErr w:type="spellStart"/>
      <w:r>
        <w:t>largësi</w:t>
      </w:r>
      <w:proofErr w:type="spellEnd"/>
      <w:r>
        <w:t xml:space="preserve"> </w:t>
      </w:r>
      <w:proofErr w:type="spellStart"/>
      <w:r>
        <w:t>dhe</w:t>
      </w:r>
      <w:proofErr w:type="spellEnd"/>
      <w:r>
        <w:t xml:space="preserve"> </w:t>
      </w:r>
      <w:proofErr w:type="spellStart"/>
      <w:r>
        <w:t>fushërazin</w:t>
      </w:r>
      <w:proofErr w:type="spellEnd"/>
      <w:r>
        <w:t xml:space="preserve"> me </w:t>
      </w:r>
      <w:proofErr w:type="spellStart"/>
      <w:r>
        <w:t>pukën</w:t>
      </w:r>
      <w:proofErr w:type="spellEnd"/>
      <w:r>
        <w:t xml:space="preserve">. </w:t>
      </w:r>
      <w:proofErr w:type="spellStart"/>
      <w:r>
        <w:t>Dakord</w:t>
      </w:r>
      <w:proofErr w:type="spellEnd"/>
      <w:r>
        <w:t xml:space="preserve">. Nuk </w:t>
      </w:r>
      <w:proofErr w:type="spellStart"/>
      <w:r>
        <w:t>shkojnë</w:t>
      </w:r>
      <w:proofErr w:type="spellEnd"/>
      <w:r>
        <w:t xml:space="preserve"> </w:t>
      </w:r>
      <w:proofErr w:type="spellStart"/>
      <w:r>
        <w:t>njëra</w:t>
      </w:r>
      <w:proofErr w:type="spellEnd"/>
      <w:r>
        <w:t xml:space="preserve"> me </w:t>
      </w:r>
      <w:proofErr w:type="spellStart"/>
      <w:r>
        <w:t>tjetrën</w:t>
      </w:r>
      <w:proofErr w:type="spellEnd"/>
      <w:r>
        <w:t xml:space="preserve">. </w:t>
      </w:r>
      <w:proofErr w:type="spellStart"/>
      <w:r>
        <w:t>Nëse</w:t>
      </w:r>
      <w:proofErr w:type="spellEnd"/>
      <w:r>
        <w:t xml:space="preserve"> ka </w:t>
      </w:r>
      <w:proofErr w:type="spellStart"/>
      <w:r>
        <w:t>bërë</w:t>
      </w:r>
      <w:proofErr w:type="spellEnd"/>
      <w:r>
        <w:t xml:space="preserve"> </w:t>
      </w:r>
      <w:proofErr w:type="spellStart"/>
      <w:r>
        <w:t>densin</w:t>
      </w:r>
      <w:proofErr w:type="spellEnd"/>
      <w:r>
        <w:t xml:space="preserve">, po e </w:t>
      </w:r>
      <w:proofErr w:type="spellStart"/>
      <w:r>
        <w:t>njëjta</w:t>
      </w:r>
      <w:proofErr w:type="spellEnd"/>
      <w:r>
        <w:t xml:space="preserve"> </w:t>
      </w:r>
      <w:proofErr w:type="spellStart"/>
      <w:r>
        <w:t>zonë</w:t>
      </w:r>
      <w:proofErr w:type="spellEnd"/>
      <w:r>
        <w:t xml:space="preserve">. </w:t>
      </w:r>
      <w:proofErr w:type="spellStart"/>
      <w:r>
        <w:t>Faleminderit</w:t>
      </w:r>
      <w:proofErr w:type="spellEnd"/>
      <w:r>
        <w:t xml:space="preserve">. Se </w:t>
      </w:r>
      <w:proofErr w:type="spellStart"/>
      <w:r>
        <w:t>s'dua</w:t>
      </w:r>
      <w:proofErr w:type="spellEnd"/>
      <w:r>
        <w:t xml:space="preserve"> </w:t>
      </w:r>
      <w:proofErr w:type="spellStart"/>
      <w:r>
        <w:t>që</w:t>
      </w:r>
      <w:proofErr w:type="spellEnd"/>
      <w:r>
        <w:t xml:space="preserve"> ta </w:t>
      </w:r>
      <w:proofErr w:type="spellStart"/>
      <w:r>
        <w:t>shu</w:t>
      </w:r>
      <w:proofErr w:type="spellEnd"/>
      <w:r>
        <w:t xml:space="preserve">, por ama </w:t>
      </w:r>
      <w:proofErr w:type="spellStart"/>
      <w:r>
        <w:t>shqetësim</w:t>
      </w:r>
      <w:proofErr w:type="spellEnd"/>
      <w:r>
        <w:t xml:space="preserve"> </w:t>
      </w:r>
      <w:proofErr w:type="spellStart"/>
      <w:r>
        <w:t>është</w:t>
      </w:r>
      <w:proofErr w:type="spellEnd"/>
      <w:r>
        <w:t xml:space="preserve"> se e </w:t>
      </w:r>
      <w:proofErr w:type="spellStart"/>
      <w:r>
        <w:t>kthy</w:t>
      </w:r>
      <w:proofErr w:type="spellEnd"/>
      <w:r>
        <w:t xml:space="preserve"> me </w:t>
      </w:r>
      <w:proofErr w:type="spellStart"/>
      <w:r>
        <w:t>kështu</w:t>
      </w:r>
      <w:proofErr w:type="spellEnd"/>
      <w:r>
        <w:t xml:space="preserve"> </w:t>
      </w:r>
      <w:proofErr w:type="spellStart"/>
      <w:r>
        <w:t>bashkisë</w:t>
      </w:r>
      <w:proofErr w:type="spellEnd"/>
      <w:r>
        <w:t xml:space="preserve">. </w:t>
      </w:r>
    </w:p>
    <w:p w14:paraId="50421835" w14:textId="77777777" w:rsidR="00364BBB" w:rsidRDefault="00364BBB" w:rsidP="00364BBB">
      <w:proofErr w:type="spellStart"/>
      <w:r>
        <w:rPr>
          <w:b/>
        </w:rPr>
        <w:t>Luçiano</w:t>
      </w:r>
      <w:proofErr w:type="spellEnd"/>
      <w:r>
        <w:rPr>
          <w:b/>
        </w:rPr>
        <w:t xml:space="preserve"> </w:t>
      </w:r>
      <w:proofErr w:type="spellStart"/>
      <w:r>
        <w:rPr>
          <w:b/>
        </w:rPr>
        <w:t>Boçi</w:t>
      </w:r>
      <w:proofErr w:type="spellEnd"/>
      <w:r>
        <w:rPr>
          <w:b/>
        </w:rPr>
        <w:t>:</w:t>
      </w:r>
    </w:p>
    <w:p w14:paraId="7F274713" w14:textId="3EC5EC11" w:rsidR="002A6C30" w:rsidRDefault="0010666C" w:rsidP="0010666C">
      <w:r>
        <w:t xml:space="preserve">Po, jo, </w:t>
      </w:r>
      <w:proofErr w:type="spellStart"/>
      <w:r>
        <w:t>s'ka</w:t>
      </w:r>
      <w:proofErr w:type="spellEnd"/>
      <w:r>
        <w:t xml:space="preserve"> </w:t>
      </w:r>
      <w:proofErr w:type="spellStart"/>
      <w:r>
        <w:t>gjë</w:t>
      </w:r>
      <w:proofErr w:type="spellEnd"/>
      <w:r>
        <w:t xml:space="preserve">. </w:t>
      </w:r>
      <w:proofErr w:type="spellStart"/>
      <w:r>
        <w:t>Shqetësim</w:t>
      </w:r>
      <w:proofErr w:type="spellEnd"/>
      <w:r>
        <w:t xml:space="preserve"> </w:t>
      </w:r>
      <w:proofErr w:type="spellStart"/>
      <w:r>
        <w:t>është</w:t>
      </w:r>
      <w:proofErr w:type="spellEnd"/>
      <w:r>
        <w:t xml:space="preserve"> </w:t>
      </w:r>
      <w:proofErr w:type="spellStart"/>
      <w:r>
        <w:t>thjesht</w:t>
      </w:r>
      <w:proofErr w:type="spellEnd"/>
      <w:r>
        <w:t xml:space="preserve"> </w:t>
      </w:r>
      <w:proofErr w:type="spellStart"/>
      <w:r>
        <w:t>largësia</w:t>
      </w:r>
      <w:proofErr w:type="spellEnd"/>
      <w:r>
        <w:t xml:space="preserve"> </w:t>
      </w:r>
      <w:proofErr w:type="spellStart"/>
      <w:r>
        <w:t>dhe</w:t>
      </w:r>
      <w:proofErr w:type="spellEnd"/>
      <w:r>
        <w:t xml:space="preserve"> </w:t>
      </w:r>
      <w:proofErr w:type="spellStart"/>
      <w:r>
        <w:t>shërbimi</w:t>
      </w:r>
      <w:proofErr w:type="spellEnd"/>
      <w:r>
        <w:t xml:space="preserve"> </w:t>
      </w:r>
      <w:proofErr w:type="spellStart"/>
      <w:r>
        <w:t>ndaj</w:t>
      </w:r>
      <w:proofErr w:type="spellEnd"/>
      <w:r>
        <w:t xml:space="preserve"> </w:t>
      </w:r>
      <w:proofErr w:type="spellStart"/>
      <w:r>
        <w:t>qytetarit</w:t>
      </w:r>
      <w:proofErr w:type="spellEnd"/>
      <w:r>
        <w:t xml:space="preserve">, se </w:t>
      </w:r>
      <w:proofErr w:type="spellStart"/>
      <w:r>
        <w:t>shpopullimi</w:t>
      </w:r>
      <w:proofErr w:type="spellEnd"/>
      <w:r>
        <w:t xml:space="preserve"> </w:t>
      </w:r>
      <w:proofErr w:type="spellStart"/>
      <w:r>
        <w:t>na</w:t>
      </w:r>
      <w:proofErr w:type="spellEnd"/>
      <w:r>
        <w:t xml:space="preserve"> e ka </w:t>
      </w:r>
      <w:proofErr w:type="spellStart"/>
      <w:r>
        <w:t>sjellë</w:t>
      </w:r>
      <w:proofErr w:type="spellEnd"/>
      <w:r>
        <w:t xml:space="preserve"> </w:t>
      </w:r>
      <w:proofErr w:type="spellStart"/>
      <w:r>
        <w:t>këtë</w:t>
      </w:r>
      <w:proofErr w:type="spellEnd"/>
      <w:r>
        <w:t xml:space="preserve"> </w:t>
      </w:r>
      <w:proofErr w:type="spellStart"/>
      <w:r>
        <w:t>pasojë</w:t>
      </w:r>
      <w:proofErr w:type="spellEnd"/>
      <w:r>
        <w:t xml:space="preserve"> </w:t>
      </w:r>
      <w:proofErr w:type="spellStart"/>
      <w:r>
        <w:t>dhe</w:t>
      </w:r>
      <w:proofErr w:type="spellEnd"/>
      <w:r>
        <w:t xml:space="preserve"> </w:t>
      </w:r>
      <w:proofErr w:type="spellStart"/>
      <w:r>
        <w:t>patjetër</w:t>
      </w:r>
      <w:proofErr w:type="spellEnd"/>
      <w:r>
        <w:t xml:space="preserve"> </w:t>
      </w:r>
      <w:proofErr w:type="spellStart"/>
      <w:r>
        <w:t>që</w:t>
      </w:r>
      <w:proofErr w:type="spellEnd"/>
      <w:r>
        <w:t xml:space="preserve"> </w:t>
      </w:r>
      <w:proofErr w:type="spellStart"/>
      <w:r>
        <w:t>duhet</w:t>
      </w:r>
      <w:proofErr w:type="spellEnd"/>
      <w:r>
        <w:t xml:space="preserve"> </w:t>
      </w:r>
      <w:proofErr w:type="spellStart"/>
      <w:r>
        <w:t>të</w:t>
      </w:r>
      <w:proofErr w:type="spellEnd"/>
      <w:r>
        <w:t xml:space="preserve"> </w:t>
      </w:r>
      <w:proofErr w:type="spellStart"/>
      <w:r>
        <w:t>merret</w:t>
      </w:r>
      <w:proofErr w:type="spellEnd"/>
      <w:r>
        <w:t xml:space="preserve"> </w:t>
      </w:r>
      <w:proofErr w:type="spellStart"/>
      <w:r>
        <w:t>një</w:t>
      </w:r>
      <w:proofErr w:type="spellEnd"/>
      <w:r>
        <w:t xml:space="preserve"> </w:t>
      </w:r>
      <w:proofErr w:type="spellStart"/>
      <w:r>
        <w:t>masë</w:t>
      </w:r>
      <w:proofErr w:type="spellEnd"/>
      <w:r>
        <w:t xml:space="preserve">. Nuk po </w:t>
      </w:r>
      <w:proofErr w:type="spellStart"/>
      <w:r>
        <w:t>ju</w:t>
      </w:r>
      <w:proofErr w:type="spellEnd"/>
      <w:r>
        <w:t xml:space="preserve"> </w:t>
      </w:r>
      <w:proofErr w:type="spellStart"/>
      <w:r>
        <w:t>pyes</w:t>
      </w:r>
      <w:proofErr w:type="spellEnd"/>
      <w:r>
        <w:t xml:space="preserve"> </w:t>
      </w:r>
      <w:proofErr w:type="spellStart"/>
      <w:r>
        <w:t>për</w:t>
      </w:r>
      <w:proofErr w:type="spellEnd"/>
      <w:r>
        <w:t xml:space="preserve"> plan </w:t>
      </w:r>
      <w:proofErr w:type="spellStart"/>
      <w:r>
        <w:t>strategjik</w:t>
      </w:r>
      <w:proofErr w:type="spellEnd"/>
      <w:r>
        <w:t xml:space="preserve"> </w:t>
      </w:r>
      <w:proofErr w:type="spellStart"/>
      <w:r>
        <w:t>për</w:t>
      </w:r>
      <w:proofErr w:type="spellEnd"/>
      <w:r>
        <w:t xml:space="preserve"> </w:t>
      </w:r>
      <w:proofErr w:type="spellStart"/>
      <w:r>
        <w:t>ripopullim</w:t>
      </w:r>
      <w:proofErr w:type="spellEnd"/>
      <w:r>
        <w:t xml:space="preserve"> apo </w:t>
      </w:r>
      <w:proofErr w:type="spellStart"/>
      <w:r>
        <w:t>mbajtjen</w:t>
      </w:r>
      <w:proofErr w:type="spellEnd"/>
      <w:r>
        <w:t xml:space="preserve"> e </w:t>
      </w:r>
      <w:proofErr w:type="spellStart"/>
      <w:r>
        <w:t>atyre</w:t>
      </w:r>
      <w:proofErr w:type="spellEnd"/>
      <w:r>
        <w:t xml:space="preserve"> </w:t>
      </w:r>
      <w:proofErr w:type="spellStart"/>
      <w:r>
        <w:t>që</w:t>
      </w:r>
      <w:proofErr w:type="spellEnd"/>
      <w:r>
        <w:t xml:space="preserve"> </w:t>
      </w:r>
      <w:proofErr w:type="spellStart"/>
      <w:r>
        <w:t>janë</w:t>
      </w:r>
      <w:proofErr w:type="spellEnd"/>
      <w:r>
        <w:t xml:space="preserve">, se ka </w:t>
      </w:r>
      <w:proofErr w:type="spellStart"/>
      <w:r>
        <w:t>përgjegjësi</w:t>
      </w:r>
      <w:proofErr w:type="spellEnd"/>
      <w:r>
        <w:t xml:space="preserve"> </w:t>
      </w:r>
      <w:proofErr w:type="spellStart"/>
      <w:r>
        <w:t>dhe</w:t>
      </w:r>
      <w:proofErr w:type="spellEnd"/>
      <w:r>
        <w:t xml:space="preserve"> </w:t>
      </w:r>
      <w:proofErr w:type="spellStart"/>
      <w:r>
        <w:t>qeveria</w:t>
      </w:r>
      <w:proofErr w:type="spellEnd"/>
      <w:r>
        <w:t xml:space="preserve"> </w:t>
      </w:r>
      <w:proofErr w:type="spellStart"/>
      <w:r>
        <w:t>qendrore</w:t>
      </w:r>
      <w:proofErr w:type="spellEnd"/>
      <w:r>
        <w:t xml:space="preserve">. Por pa </w:t>
      </w:r>
      <w:proofErr w:type="spellStart"/>
      <w:r>
        <w:t>ia</w:t>
      </w:r>
      <w:proofErr w:type="spellEnd"/>
      <w:r>
        <w:t xml:space="preserve"> </w:t>
      </w:r>
      <w:proofErr w:type="spellStart"/>
      <w:r>
        <w:t>kaluar</w:t>
      </w:r>
      <w:proofErr w:type="spellEnd"/>
      <w:r>
        <w:t xml:space="preserve"> </w:t>
      </w:r>
      <w:proofErr w:type="spellStart"/>
      <w:r>
        <w:t>fjalën</w:t>
      </w:r>
      <w:proofErr w:type="spellEnd"/>
      <w:r>
        <w:t xml:space="preserve"> </w:t>
      </w:r>
      <w:proofErr w:type="spellStart"/>
      <w:r>
        <w:t>zotit</w:t>
      </w:r>
      <w:proofErr w:type="spellEnd"/>
      <w:r>
        <w:t xml:space="preserve"> Hila, </w:t>
      </w:r>
      <w:proofErr w:type="spellStart"/>
      <w:r>
        <w:t>kam</w:t>
      </w:r>
      <w:proofErr w:type="spellEnd"/>
      <w:r>
        <w:t xml:space="preserve"> </w:t>
      </w:r>
      <w:proofErr w:type="spellStart"/>
      <w:r>
        <w:t>një</w:t>
      </w:r>
      <w:proofErr w:type="spellEnd"/>
      <w:r>
        <w:t xml:space="preserve"> </w:t>
      </w:r>
      <w:proofErr w:type="spellStart"/>
      <w:r>
        <w:t>sqarim</w:t>
      </w:r>
      <w:proofErr w:type="spellEnd"/>
      <w:r>
        <w:t xml:space="preserve"> </w:t>
      </w:r>
      <w:proofErr w:type="spellStart"/>
      <w:r>
        <w:t>për</w:t>
      </w:r>
      <w:proofErr w:type="spellEnd"/>
      <w:r>
        <w:t xml:space="preserve"> </w:t>
      </w:r>
      <w:proofErr w:type="spellStart"/>
      <w:r>
        <w:t>zotin</w:t>
      </w:r>
      <w:proofErr w:type="spellEnd"/>
      <w:r>
        <w:t xml:space="preserve"> Shkreli. </w:t>
      </w:r>
      <w:proofErr w:type="spellStart"/>
      <w:r>
        <w:t>Momenti</w:t>
      </w:r>
      <w:proofErr w:type="spellEnd"/>
      <w:r>
        <w:t xml:space="preserve"> </w:t>
      </w:r>
      <w:proofErr w:type="spellStart"/>
      <w:r>
        <w:t>i</w:t>
      </w:r>
      <w:proofErr w:type="spellEnd"/>
      <w:r>
        <w:t xml:space="preserve"> </w:t>
      </w:r>
      <w:proofErr w:type="spellStart"/>
      <w:r>
        <w:t>rinovimit</w:t>
      </w:r>
      <w:proofErr w:type="spellEnd"/>
      <w:r>
        <w:t xml:space="preserve"> </w:t>
      </w:r>
      <w:proofErr w:type="spellStart"/>
      <w:r>
        <w:t>të</w:t>
      </w:r>
      <w:proofErr w:type="spellEnd"/>
      <w:r>
        <w:t xml:space="preserve"> </w:t>
      </w:r>
      <w:proofErr w:type="spellStart"/>
      <w:r>
        <w:t>kontratës</w:t>
      </w:r>
      <w:proofErr w:type="spellEnd"/>
      <w:r>
        <w:t xml:space="preserve">, </w:t>
      </w:r>
      <w:proofErr w:type="spellStart"/>
      <w:r>
        <w:t>zoti</w:t>
      </w:r>
      <w:proofErr w:type="spellEnd"/>
      <w:r>
        <w:t xml:space="preserve"> Shkreli, </w:t>
      </w:r>
      <w:proofErr w:type="spellStart"/>
      <w:r>
        <w:t>është</w:t>
      </w:r>
      <w:proofErr w:type="spellEnd"/>
      <w:r>
        <w:t xml:space="preserve"> 25 </w:t>
      </w:r>
      <w:proofErr w:type="spellStart"/>
      <w:r>
        <w:t>gusht</w:t>
      </w:r>
      <w:proofErr w:type="spellEnd"/>
      <w:r>
        <w:t xml:space="preserve"> 2020. </w:t>
      </w:r>
      <w:proofErr w:type="spellStart"/>
      <w:r>
        <w:t>Është</w:t>
      </w:r>
      <w:proofErr w:type="spellEnd"/>
      <w:r>
        <w:t xml:space="preserve"> </w:t>
      </w:r>
      <w:proofErr w:type="spellStart"/>
      <w:r>
        <w:t>vendimi</w:t>
      </w:r>
      <w:proofErr w:type="spellEnd"/>
      <w:r>
        <w:t xml:space="preserve"> </w:t>
      </w:r>
      <w:proofErr w:type="spellStart"/>
      <w:r>
        <w:t>i</w:t>
      </w:r>
      <w:proofErr w:type="spellEnd"/>
      <w:r>
        <w:t xml:space="preserve"> </w:t>
      </w:r>
      <w:proofErr w:type="spellStart"/>
      <w:r>
        <w:t>Këshillit</w:t>
      </w:r>
      <w:proofErr w:type="spellEnd"/>
      <w:r>
        <w:t xml:space="preserve"> </w:t>
      </w:r>
      <w:proofErr w:type="spellStart"/>
      <w:r>
        <w:t>Bashkiak</w:t>
      </w:r>
      <w:proofErr w:type="spellEnd"/>
      <w:r>
        <w:t xml:space="preserve"> </w:t>
      </w:r>
      <w:proofErr w:type="spellStart"/>
      <w:r>
        <w:t>të</w:t>
      </w:r>
      <w:proofErr w:type="spellEnd"/>
      <w:r>
        <w:t xml:space="preserve"> </w:t>
      </w:r>
      <w:proofErr w:type="spellStart"/>
      <w:r>
        <w:t>Vaudejës</w:t>
      </w:r>
      <w:proofErr w:type="spellEnd"/>
      <w:r>
        <w:t xml:space="preserve">, VKB </w:t>
      </w:r>
      <w:proofErr w:type="spellStart"/>
      <w:r>
        <w:t>numër</w:t>
      </w:r>
      <w:proofErr w:type="spellEnd"/>
      <w:r>
        <w:t xml:space="preserve"> 50, </w:t>
      </w:r>
      <w:proofErr w:type="spellStart"/>
      <w:r>
        <w:t>që</w:t>
      </w:r>
      <w:proofErr w:type="spellEnd"/>
      <w:r>
        <w:t xml:space="preserve"> ka </w:t>
      </w:r>
      <w:proofErr w:type="spellStart"/>
      <w:r>
        <w:t>miratuar</w:t>
      </w:r>
      <w:proofErr w:type="spellEnd"/>
      <w:r>
        <w:t xml:space="preserve"> </w:t>
      </w:r>
      <w:proofErr w:type="spellStart"/>
      <w:r>
        <w:t>rishikimin</w:t>
      </w:r>
      <w:proofErr w:type="spellEnd"/>
      <w:r>
        <w:t xml:space="preserve"> e </w:t>
      </w:r>
      <w:proofErr w:type="spellStart"/>
      <w:r>
        <w:t>kontratës</w:t>
      </w:r>
      <w:proofErr w:type="spellEnd"/>
      <w:r>
        <w:t xml:space="preserve"> </w:t>
      </w:r>
      <w:proofErr w:type="spellStart"/>
      <w:r>
        <w:t>së</w:t>
      </w:r>
      <w:proofErr w:type="spellEnd"/>
      <w:r>
        <w:t xml:space="preserve"> </w:t>
      </w:r>
      <w:proofErr w:type="spellStart"/>
      <w:r>
        <w:t>shërbimit</w:t>
      </w:r>
      <w:proofErr w:type="spellEnd"/>
      <w:r>
        <w:t xml:space="preserve"> </w:t>
      </w:r>
      <w:proofErr w:type="spellStart"/>
      <w:r>
        <w:t>për</w:t>
      </w:r>
      <w:proofErr w:type="spellEnd"/>
      <w:r>
        <w:t xml:space="preserve"> </w:t>
      </w:r>
      <w:proofErr w:type="spellStart"/>
      <w:r>
        <w:t>depozitimin</w:t>
      </w:r>
      <w:proofErr w:type="spellEnd"/>
      <w:r>
        <w:t xml:space="preserve"> </w:t>
      </w:r>
      <w:proofErr w:type="spellStart"/>
      <w:r>
        <w:t>në</w:t>
      </w:r>
      <w:proofErr w:type="spellEnd"/>
      <w:r>
        <w:t xml:space="preserve"> </w:t>
      </w:r>
      <w:proofErr w:type="spellStart"/>
      <w:r>
        <w:t>administrimin</w:t>
      </w:r>
      <w:proofErr w:type="spellEnd"/>
      <w:r>
        <w:t xml:space="preserve"> </w:t>
      </w:r>
      <w:proofErr w:type="spellStart"/>
      <w:r>
        <w:t>dhe</w:t>
      </w:r>
      <w:proofErr w:type="spellEnd"/>
      <w:r>
        <w:t xml:space="preserve"> </w:t>
      </w:r>
      <w:proofErr w:type="spellStart"/>
      <w:r>
        <w:t>menaxhimin</w:t>
      </w:r>
      <w:proofErr w:type="spellEnd"/>
      <w:r>
        <w:t xml:space="preserve"> e </w:t>
      </w:r>
      <w:proofErr w:type="spellStart"/>
      <w:r>
        <w:t>mbetjeve</w:t>
      </w:r>
      <w:proofErr w:type="spellEnd"/>
      <w:r>
        <w:t xml:space="preserve"> urbane </w:t>
      </w:r>
      <w:proofErr w:type="spellStart"/>
      <w:r>
        <w:t>dhe</w:t>
      </w:r>
      <w:proofErr w:type="spellEnd"/>
      <w:r>
        <w:t xml:space="preserve"> </w:t>
      </w:r>
      <w:proofErr w:type="spellStart"/>
      <w:r>
        <w:t>është</w:t>
      </w:r>
      <w:proofErr w:type="spellEnd"/>
      <w:r>
        <w:t xml:space="preserve"> </w:t>
      </w:r>
      <w:proofErr w:type="spellStart"/>
      <w:r>
        <w:t>miratuar</w:t>
      </w:r>
      <w:proofErr w:type="spellEnd"/>
      <w:r>
        <w:t xml:space="preserve"> </w:t>
      </w:r>
      <w:proofErr w:type="spellStart"/>
      <w:r>
        <w:t>kontrata</w:t>
      </w:r>
      <w:proofErr w:type="spellEnd"/>
      <w:r>
        <w:t xml:space="preserve"> midis </w:t>
      </w:r>
      <w:proofErr w:type="spellStart"/>
      <w:r>
        <w:t>ndërkomunale</w:t>
      </w:r>
      <w:proofErr w:type="spellEnd"/>
      <w:r>
        <w:t xml:space="preserve"> </w:t>
      </w:r>
      <w:proofErr w:type="spellStart"/>
      <w:r>
        <w:t>Bushat</w:t>
      </w:r>
      <w:proofErr w:type="spellEnd"/>
      <w:r>
        <w:t xml:space="preserve"> Shah </w:t>
      </w:r>
      <w:proofErr w:type="spellStart"/>
      <w:r>
        <w:t>dhe</w:t>
      </w:r>
      <w:proofErr w:type="spellEnd"/>
      <w:r>
        <w:t xml:space="preserve"> Beker Albania Shah. </w:t>
      </w:r>
      <w:proofErr w:type="spellStart"/>
      <w:r>
        <w:t>Pra</w:t>
      </w:r>
      <w:proofErr w:type="spellEnd"/>
      <w:r>
        <w:t xml:space="preserve">, 2020 </w:t>
      </w:r>
      <w:proofErr w:type="spellStart"/>
      <w:r>
        <w:t>dhe</w:t>
      </w:r>
      <w:proofErr w:type="spellEnd"/>
      <w:r>
        <w:t xml:space="preserve"> </w:t>
      </w:r>
      <w:proofErr w:type="spellStart"/>
      <w:r>
        <w:t>kryetari</w:t>
      </w:r>
      <w:proofErr w:type="spellEnd"/>
      <w:r>
        <w:t xml:space="preserve"> </w:t>
      </w:r>
      <w:proofErr w:type="spellStart"/>
      <w:r>
        <w:t>i</w:t>
      </w:r>
      <w:proofErr w:type="spellEnd"/>
      <w:r>
        <w:t xml:space="preserve"> </w:t>
      </w:r>
      <w:proofErr w:type="spellStart"/>
      <w:r>
        <w:t>bashkisë</w:t>
      </w:r>
      <w:proofErr w:type="spellEnd"/>
      <w:r>
        <w:t xml:space="preserve"> ka </w:t>
      </w:r>
      <w:proofErr w:type="spellStart"/>
      <w:r>
        <w:t>qenë</w:t>
      </w:r>
      <w:proofErr w:type="spellEnd"/>
      <w:r>
        <w:t xml:space="preserve"> </w:t>
      </w:r>
      <w:proofErr w:type="spellStart"/>
      <w:r>
        <w:t>zoti</w:t>
      </w:r>
      <w:proofErr w:type="spellEnd"/>
      <w:r>
        <w:t xml:space="preserve"> Babani, apo jo? </w:t>
      </w:r>
      <w:proofErr w:type="spellStart"/>
      <w:r>
        <w:t>Pra</w:t>
      </w:r>
      <w:proofErr w:type="spellEnd"/>
      <w:r>
        <w:t xml:space="preserve">, jo </w:t>
      </w:r>
      <w:proofErr w:type="spellStart"/>
      <w:r>
        <w:t>zoti</w:t>
      </w:r>
      <w:proofErr w:type="spellEnd"/>
      <w:r>
        <w:t xml:space="preserve"> Hila. </w:t>
      </w:r>
    </w:p>
    <w:p w14:paraId="112475BF" w14:textId="77777777" w:rsidR="002A6C30" w:rsidRDefault="002A6C30" w:rsidP="002A6C30">
      <w:pPr>
        <w:rPr>
          <w:b/>
          <w:bCs/>
        </w:rPr>
      </w:pPr>
      <w:r>
        <w:rPr>
          <w:b/>
          <w:bCs/>
        </w:rPr>
        <w:t>Kristian Shkreli:</w:t>
      </w:r>
    </w:p>
    <w:p w14:paraId="324CA914" w14:textId="77777777" w:rsidR="002A6C30" w:rsidRDefault="002A6C30" w:rsidP="0010666C">
      <w:proofErr w:type="spellStart"/>
      <w:r>
        <w:t>A</w:t>
      </w:r>
      <w:r w:rsidR="0010666C">
        <w:t>tëherë</w:t>
      </w:r>
      <w:proofErr w:type="spellEnd"/>
      <w:r w:rsidR="0010666C">
        <w:t xml:space="preserve">, </w:t>
      </w:r>
      <w:proofErr w:type="spellStart"/>
      <w:r w:rsidR="0010666C">
        <w:t>atëherë</w:t>
      </w:r>
      <w:proofErr w:type="spellEnd"/>
      <w:r w:rsidR="0010666C">
        <w:t xml:space="preserve"> </w:t>
      </w:r>
      <w:proofErr w:type="spellStart"/>
      <w:r w:rsidR="0010666C">
        <w:t>që</w:t>
      </w:r>
      <w:proofErr w:type="spellEnd"/>
      <w:r w:rsidR="0010666C">
        <w:t xml:space="preserve"> </w:t>
      </w:r>
      <w:proofErr w:type="spellStart"/>
      <w:r w:rsidR="0010666C">
        <w:t>të</w:t>
      </w:r>
      <w:proofErr w:type="spellEnd"/>
      <w:r w:rsidR="0010666C">
        <w:t xml:space="preserve"> </w:t>
      </w:r>
      <w:proofErr w:type="spellStart"/>
      <w:r w:rsidR="0010666C">
        <w:t>jenë</w:t>
      </w:r>
      <w:proofErr w:type="spellEnd"/>
      <w:r w:rsidR="0010666C">
        <w:t xml:space="preserve"> </w:t>
      </w:r>
      <w:proofErr w:type="spellStart"/>
      <w:r w:rsidR="0010666C">
        <w:t>të</w:t>
      </w:r>
      <w:proofErr w:type="spellEnd"/>
      <w:r w:rsidR="0010666C">
        <w:t xml:space="preserve"> </w:t>
      </w:r>
      <w:proofErr w:type="spellStart"/>
      <w:r w:rsidR="0010666C">
        <w:t>saktë</w:t>
      </w:r>
      <w:proofErr w:type="spellEnd"/>
      <w:r w:rsidR="0010666C">
        <w:t xml:space="preserve">, </w:t>
      </w:r>
      <w:proofErr w:type="spellStart"/>
      <w:r w:rsidR="0010666C">
        <w:t>në</w:t>
      </w:r>
      <w:proofErr w:type="spellEnd"/>
      <w:r w:rsidR="0010666C">
        <w:t xml:space="preserve"> </w:t>
      </w:r>
      <w:proofErr w:type="spellStart"/>
      <w:r w:rsidR="0010666C">
        <w:t>atëherë</w:t>
      </w:r>
      <w:proofErr w:type="spellEnd"/>
      <w:r w:rsidR="0010666C">
        <w:t xml:space="preserve"> </w:t>
      </w:r>
      <w:proofErr w:type="spellStart"/>
      <w:r w:rsidR="0010666C">
        <w:t>në</w:t>
      </w:r>
      <w:proofErr w:type="spellEnd"/>
      <w:r w:rsidR="0010666C">
        <w:t xml:space="preserve"> 2020 </w:t>
      </w:r>
      <w:proofErr w:type="spellStart"/>
      <w:r w:rsidR="0010666C">
        <w:t>është</w:t>
      </w:r>
      <w:proofErr w:type="spellEnd"/>
      <w:r w:rsidR="0010666C">
        <w:t xml:space="preserve"> </w:t>
      </w:r>
      <w:proofErr w:type="spellStart"/>
      <w:r w:rsidR="0010666C">
        <w:t>bërë</w:t>
      </w:r>
      <w:proofErr w:type="spellEnd"/>
      <w:r w:rsidR="0010666C">
        <w:t xml:space="preserve"> </w:t>
      </w:r>
      <w:proofErr w:type="spellStart"/>
      <w:r w:rsidR="0010666C">
        <w:t>rinovimi</w:t>
      </w:r>
      <w:proofErr w:type="spellEnd"/>
      <w:r w:rsidR="0010666C">
        <w:t xml:space="preserve"> </w:t>
      </w:r>
      <w:proofErr w:type="spellStart"/>
      <w:r w:rsidR="0010666C">
        <w:t>i</w:t>
      </w:r>
      <w:proofErr w:type="spellEnd"/>
      <w:r w:rsidR="0010666C">
        <w:t xml:space="preserve"> </w:t>
      </w:r>
      <w:proofErr w:type="spellStart"/>
      <w:r w:rsidR="0010666C">
        <w:t>kontratës</w:t>
      </w:r>
      <w:proofErr w:type="spellEnd"/>
      <w:r w:rsidR="0010666C">
        <w:t xml:space="preserve">, </w:t>
      </w:r>
      <w:proofErr w:type="spellStart"/>
      <w:r w:rsidR="0010666C">
        <w:t>sepse</w:t>
      </w:r>
      <w:proofErr w:type="spellEnd"/>
      <w:r w:rsidR="0010666C">
        <w:t xml:space="preserve"> ajo </w:t>
      </w:r>
      <w:proofErr w:type="spellStart"/>
      <w:r w:rsidR="0010666C">
        <w:t>është</w:t>
      </w:r>
      <w:proofErr w:type="spellEnd"/>
      <w:r w:rsidR="0010666C">
        <w:t xml:space="preserve"> </w:t>
      </w:r>
      <w:proofErr w:type="spellStart"/>
      <w:r w:rsidR="0010666C">
        <w:t>kenë</w:t>
      </w:r>
      <w:proofErr w:type="spellEnd"/>
      <w:r w:rsidR="0010666C">
        <w:t xml:space="preserve"> </w:t>
      </w:r>
      <w:proofErr w:type="spellStart"/>
      <w:r w:rsidR="0010666C">
        <w:t>kontratë</w:t>
      </w:r>
      <w:proofErr w:type="spellEnd"/>
      <w:r w:rsidR="0010666C">
        <w:t xml:space="preserve"> </w:t>
      </w:r>
      <w:proofErr w:type="spellStart"/>
      <w:r w:rsidR="0010666C">
        <w:t>që</w:t>
      </w:r>
      <w:proofErr w:type="spellEnd"/>
      <w:r w:rsidR="0010666C">
        <w:t xml:space="preserve"> e 2018 </w:t>
      </w:r>
      <w:proofErr w:type="spellStart"/>
      <w:r w:rsidR="0010666C">
        <w:t>dhe</w:t>
      </w:r>
      <w:proofErr w:type="spellEnd"/>
      <w:r w:rsidR="0010666C">
        <w:t xml:space="preserve"> </w:t>
      </w:r>
      <w:proofErr w:type="spellStart"/>
      <w:r w:rsidR="0010666C">
        <w:t>çfarë</w:t>
      </w:r>
      <w:proofErr w:type="spellEnd"/>
      <w:r w:rsidR="0010666C">
        <w:t xml:space="preserve"> </w:t>
      </w:r>
      <w:proofErr w:type="spellStart"/>
      <w:r w:rsidR="0010666C">
        <w:t>të</w:t>
      </w:r>
      <w:proofErr w:type="spellEnd"/>
      <w:r w:rsidR="0010666C">
        <w:t xml:space="preserve"> them </w:t>
      </w:r>
      <w:proofErr w:type="spellStart"/>
      <w:r w:rsidR="0010666C">
        <w:t>unë</w:t>
      </w:r>
      <w:proofErr w:type="spellEnd"/>
      <w:r w:rsidR="0010666C">
        <w:t xml:space="preserve"> </w:t>
      </w:r>
      <w:proofErr w:type="spellStart"/>
      <w:r w:rsidR="0010666C">
        <w:t>është</w:t>
      </w:r>
      <w:proofErr w:type="spellEnd"/>
      <w:r w:rsidR="0010666C">
        <w:t xml:space="preserve"> e </w:t>
      </w:r>
      <w:proofErr w:type="spellStart"/>
      <w:r w:rsidR="0010666C">
        <w:t>saktë</w:t>
      </w:r>
      <w:proofErr w:type="spellEnd"/>
      <w:r w:rsidR="0010666C">
        <w:t xml:space="preserve"> </w:t>
      </w:r>
      <w:proofErr w:type="spellStart"/>
      <w:r w:rsidR="0010666C">
        <w:t>dhe</w:t>
      </w:r>
      <w:proofErr w:type="spellEnd"/>
      <w:r w:rsidR="0010666C">
        <w:t xml:space="preserve"> </w:t>
      </w:r>
      <w:proofErr w:type="spellStart"/>
      <w:r w:rsidR="0010666C">
        <w:t>kemi</w:t>
      </w:r>
      <w:proofErr w:type="spellEnd"/>
      <w:r w:rsidR="0010666C">
        <w:t xml:space="preserve"> </w:t>
      </w:r>
      <w:proofErr w:type="spellStart"/>
      <w:r w:rsidR="0010666C">
        <w:t>dokumentacionin</w:t>
      </w:r>
      <w:proofErr w:type="spellEnd"/>
      <w:r w:rsidR="0010666C">
        <w:t xml:space="preserve"> </w:t>
      </w:r>
      <w:proofErr w:type="spellStart"/>
      <w:r w:rsidR="0010666C">
        <w:t>dhe</w:t>
      </w:r>
      <w:proofErr w:type="spellEnd"/>
      <w:r w:rsidR="0010666C">
        <w:t xml:space="preserve"> </w:t>
      </w:r>
      <w:proofErr w:type="spellStart"/>
      <w:r w:rsidR="0010666C">
        <w:t>njëherë</w:t>
      </w:r>
      <w:proofErr w:type="spellEnd"/>
      <w:r w:rsidR="0010666C">
        <w:t xml:space="preserve"> </w:t>
      </w:r>
      <w:proofErr w:type="spellStart"/>
      <w:r w:rsidR="0010666C">
        <w:t>që</w:t>
      </w:r>
      <w:proofErr w:type="spellEnd"/>
      <w:r w:rsidR="0010666C">
        <w:t xml:space="preserve"> e </w:t>
      </w:r>
      <w:proofErr w:type="spellStart"/>
      <w:r w:rsidR="0010666C">
        <w:t>thotë</w:t>
      </w:r>
      <w:proofErr w:type="spellEnd"/>
      <w:r w:rsidR="0010666C">
        <w:t xml:space="preserve">. </w:t>
      </w:r>
      <w:proofErr w:type="spellStart"/>
      <w:r w:rsidR="0010666C">
        <w:t>Dhe</w:t>
      </w:r>
      <w:proofErr w:type="spellEnd"/>
      <w:r w:rsidR="0010666C">
        <w:t xml:space="preserve"> </w:t>
      </w:r>
      <w:proofErr w:type="spellStart"/>
      <w:r w:rsidR="0010666C">
        <w:t>desha</w:t>
      </w:r>
      <w:proofErr w:type="spellEnd"/>
      <w:r w:rsidR="0010666C">
        <w:t xml:space="preserve"> </w:t>
      </w:r>
      <w:proofErr w:type="spellStart"/>
      <w:r w:rsidR="0010666C">
        <w:t>të</w:t>
      </w:r>
      <w:proofErr w:type="spellEnd"/>
      <w:r w:rsidR="0010666C">
        <w:t xml:space="preserve"> </w:t>
      </w:r>
      <w:proofErr w:type="spellStart"/>
      <w:r w:rsidR="0010666C">
        <w:t>shtoj</w:t>
      </w:r>
      <w:proofErr w:type="spellEnd"/>
      <w:r w:rsidR="0010666C">
        <w:t xml:space="preserve"> </w:t>
      </w:r>
      <w:proofErr w:type="spellStart"/>
      <w:r w:rsidR="0010666C">
        <w:t>edhe</w:t>
      </w:r>
      <w:proofErr w:type="spellEnd"/>
      <w:r w:rsidR="0010666C">
        <w:t xml:space="preserve"> </w:t>
      </w:r>
      <w:proofErr w:type="spellStart"/>
      <w:r w:rsidR="0010666C">
        <w:t>diçka</w:t>
      </w:r>
      <w:proofErr w:type="spellEnd"/>
      <w:r w:rsidR="0010666C">
        <w:t xml:space="preserve"> </w:t>
      </w:r>
      <w:proofErr w:type="spellStart"/>
      <w:r w:rsidR="0010666C">
        <w:t>për</w:t>
      </w:r>
      <w:proofErr w:type="spellEnd"/>
      <w:r w:rsidR="0010666C">
        <w:t xml:space="preserve"> </w:t>
      </w:r>
      <w:proofErr w:type="spellStart"/>
      <w:r w:rsidR="0010666C">
        <w:t>punën</w:t>
      </w:r>
      <w:proofErr w:type="spellEnd"/>
      <w:r w:rsidR="0010666C">
        <w:t xml:space="preserve"> e </w:t>
      </w:r>
      <w:proofErr w:type="spellStart"/>
      <w:r w:rsidR="0010666C">
        <w:t>Lanthildit</w:t>
      </w:r>
      <w:proofErr w:type="spellEnd"/>
      <w:r w:rsidR="0010666C">
        <w:t xml:space="preserve">. </w:t>
      </w:r>
      <w:proofErr w:type="spellStart"/>
      <w:r w:rsidR="0010666C">
        <w:t>Të</w:t>
      </w:r>
      <w:proofErr w:type="spellEnd"/>
      <w:r w:rsidR="0010666C">
        <w:t xml:space="preserve"> </w:t>
      </w:r>
      <w:proofErr w:type="spellStart"/>
      <w:r w:rsidR="0010666C">
        <w:t>jetë</w:t>
      </w:r>
      <w:proofErr w:type="spellEnd"/>
      <w:r w:rsidR="0010666C">
        <w:t xml:space="preserve"> </w:t>
      </w:r>
      <w:proofErr w:type="spellStart"/>
      <w:r w:rsidR="0010666C">
        <w:t>në</w:t>
      </w:r>
      <w:proofErr w:type="spellEnd"/>
      <w:r w:rsidR="0010666C">
        <w:t xml:space="preserve"> </w:t>
      </w:r>
      <w:proofErr w:type="spellStart"/>
      <w:r w:rsidR="0010666C">
        <w:t>dorën</w:t>
      </w:r>
      <w:proofErr w:type="spellEnd"/>
      <w:r w:rsidR="0010666C">
        <w:t xml:space="preserve"> time </w:t>
      </w:r>
      <w:proofErr w:type="spellStart"/>
      <w:r w:rsidR="0010666C">
        <w:t>si</w:t>
      </w:r>
      <w:proofErr w:type="spellEnd"/>
      <w:r w:rsidR="0010666C">
        <w:t xml:space="preserve"> </w:t>
      </w:r>
      <w:proofErr w:type="spellStart"/>
      <w:r w:rsidR="0010666C">
        <w:t>kryetar</w:t>
      </w:r>
      <w:proofErr w:type="spellEnd"/>
      <w:r w:rsidR="0010666C">
        <w:t xml:space="preserve"> </w:t>
      </w:r>
      <w:proofErr w:type="spellStart"/>
      <w:r w:rsidR="0010666C">
        <w:t>bashkie</w:t>
      </w:r>
      <w:proofErr w:type="spellEnd"/>
      <w:r w:rsidR="0010666C">
        <w:t xml:space="preserve">, </w:t>
      </w:r>
      <w:proofErr w:type="spellStart"/>
      <w:r w:rsidR="0010666C">
        <w:t>unë</w:t>
      </w:r>
      <w:proofErr w:type="spellEnd"/>
      <w:r w:rsidR="0010666C">
        <w:t xml:space="preserve"> </w:t>
      </w:r>
      <w:proofErr w:type="spellStart"/>
      <w:r w:rsidR="0010666C">
        <w:t>atë</w:t>
      </w:r>
      <w:proofErr w:type="spellEnd"/>
      <w:r w:rsidR="0010666C">
        <w:t xml:space="preserve"> </w:t>
      </w:r>
      <w:proofErr w:type="spellStart"/>
      <w:r w:rsidR="0010666C">
        <w:t>Lanthild</w:t>
      </w:r>
      <w:proofErr w:type="spellEnd"/>
      <w:r w:rsidR="0010666C">
        <w:t xml:space="preserve"> </w:t>
      </w:r>
      <w:proofErr w:type="spellStart"/>
      <w:r w:rsidR="0010666C">
        <w:t>nuk</w:t>
      </w:r>
      <w:proofErr w:type="spellEnd"/>
      <w:r w:rsidR="0010666C">
        <w:t xml:space="preserve"> e </w:t>
      </w:r>
      <w:proofErr w:type="spellStart"/>
      <w:r w:rsidR="0010666C">
        <w:t>kisha</w:t>
      </w:r>
      <w:proofErr w:type="spellEnd"/>
      <w:r w:rsidR="0010666C">
        <w:t xml:space="preserve"> </w:t>
      </w:r>
      <w:proofErr w:type="spellStart"/>
      <w:r w:rsidR="0010666C">
        <w:t>bërë</w:t>
      </w:r>
      <w:proofErr w:type="spellEnd"/>
      <w:r w:rsidR="0010666C">
        <w:t xml:space="preserve"> </w:t>
      </w:r>
      <w:proofErr w:type="spellStart"/>
      <w:r w:rsidR="0010666C">
        <w:t>asnjëherë</w:t>
      </w:r>
      <w:proofErr w:type="spellEnd"/>
      <w:r w:rsidR="0010666C">
        <w:t xml:space="preserve"> </w:t>
      </w:r>
      <w:proofErr w:type="spellStart"/>
      <w:r w:rsidR="0010666C">
        <w:t>dhe</w:t>
      </w:r>
      <w:proofErr w:type="spellEnd"/>
      <w:r w:rsidR="0010666C">
        <w:t xml:space="preserve"> do e </w:t>
      </w:r>
      <w:proofErr w:type="spellStart"/>
      <w:r w:rsidR="0010666C">
        <w:t>mbyllja</w:t>
      </w:r>
      <w:proofErr w:type="spellEnd"/>
      <w:r w:rsidR="0010666C">
        <w:t xml:space="preserve"> </w:t>
      </w:r>
      <w:proofErr w:type="spellStart"/>
      <w:r w:rsidR="0010666C">
        <w:t>që</w:t>
      </w:r>
      <w:proofErr w:type="spellEnd"/>
      <w:r w:rsidR="0010666C">
        <w:t xml:space="preserve"> </w:t>
      </w:r>
      <w:proofErr w:type="spellStart"/>
      <w:r w:rsidR="0010666C">
        <w:t>nesër</w:t>
      </w:r>
      <w:proofErr w:type="spellEnd"/>
      <w:r w:rsidR="0010666C">
        <w:t xml:space="preserve">. </w:t>
      </w:r>
    </w:p>
    <w:p w14:paraId="6988D501" w14:textId="77777777" w:rsidR="002A6C30" w:rsidRDefault="002A6C30" w:rsidP="002A6C30">
      <w:proofErr w:type="spellStart"/>
      <w:r>
        <w:rPr>
          <w:b/>
        </w:rPr>
        <w:t>Luçiano</w:t>
      </w:r>
      <w:proofErr w:type="spellEnd"/>
      <w:r>
        <w:rPr>
          <w:b/>
        </w:rPr>
        <w:t xml:space="preserve"> </w:t>
      </w:r>
      <w:proofErr w:type="spellStart"/>
      <w:r>
        <w:rPr>
          <w:b/>
        </w:rPr>
        <w:t>Boçi</w:t>
      </w:r>
      <w:proofErr w:type="spellEnd"/>
      <w:r>
        <w:rPr>
          <w:b/>
        </w:rPr>
        <w:t>:</w:t>
      </w:r>
    </w:p>
    <w:p w14:paraId="36AAD37B" w14:textId="77777777" w:rsidR="002A6C30" w:rsidRDefault="002A6C30" w:rsidP="0010666C">
      <w:proofErr w:type="spellStart"/>
      <w:r>
        <w:t>Nejse</w:t>
      </w:r>
      <w:proofErr w:type="spellEnd"/>
      <w:r>
        <w:t>,</w:t>
      </w:r>
      <w:r w:rsidR="0010666C">
        <w:t xml:space="preserve"> </w:t>
      </w:r>
      <w:proofErr w:type="spellStart"/>
      <w:r w:rsidR="0010666C">
        <w:t>kjo</w:t>
      </w:r>
      <w:proofErr w:type="spellEnd"/>
      <w:r w:rsidR="0010666C">
        <w:t xml:space="preserve"> ha</w:t>
      </w:r>
      <w:r>
        <w:t>p</w:t>
      </w:r>
      <w:r w:rsidR="0010666C">
        <w:t xml:space="preserve"> </w:t>
      </w:r>
      <w:proofErr w:type="spellStart"/>
      <w:r w:rsidR="0010666C">
        <w:t>debat</w:t>
      </w:r>
      <w:proofErr w:type="spellEnd"/>
      <w:r w:rsidR="0010666C">
        <w:t xml:space="preserve">, </w:t>
      </w:r>
    </w:p>
    <w:p w14:paraId="08B3F761" w14:textId="77777777" w:rsidR="002A6C30" w:rsidRDefault="002A6C30" w:rsidP="002A6C30">
      <w:pPr>
        <w:rPr>
          <w:b/>
          <w:bCs/>
        </w:rPr>
      </w:pPr>
      <w:r>
        <w:rPr>
          <w:b/>
          <w:bCs/>
        </w:rPr>
        <w:t>Kristian Shkreli:</w:t>
      </w:r>
    </w:p>
    <w:p w14:paraId="6AE4FC12" w14:textId="7B260712" w:rsidR="002A6C30" w:rsidRDefault="002A6C30" w:rsidP="0010666C">
      <w:proofErr w:type="spellStart"/>
      <w:r>
        <w:t>U</w:t>
      </w:r>
      <w:r w:rsidR="0010666C">
        <w:t>në</w:t>
      </w:r>
      <w:proofErr w:type="spellEnd"/>
      <w:r w:rsidR="0010666C">
        <w:t xml:space="preserve"> po </w:t>
      </w:r>
      <w:proofErr w:type="spellStart"/>
      <w:r w:rsidR="0010666C">
        <w:t>flas</w:t>
      </w:r>
      <w:proofErr w:type="spellEnd"/>
      <w:r w:rsidR="0010666C">
        <w:t xml:space="preserve"> </w:t>
      </w:r>
      <w:proofErr w:type="spellStart"/>
      <w:r w:rsidR="0010666C">
        <w:t>si</w:t>
      </w:r>
      <w:proofErr w:type="spellEnd"/>
      <w:r w:rsidR="0010666C">
        <w:t xml:space="preserve"> </w:t>
      </w:r>
      <w:proofErr w:type="spellStart"/>
      <w:r w:rsidR="0010666C">
        <w:t>kryetar</w:t>
      </w:r>
      <w:proofErr w:type="spellEnd"/>
      <w:r w:rsidR="0010666C">
        <w:t xml:space="preserve"> </w:t>
      </w:r>
      <w:proofErr w:type="spellStart"/>
      <w:r w:rsidR="0010666C">
        <w:t>i</w:t>
      </w:r>
      <w:proofErr w:type="spellEnd"/>
      <w:r w:rsidR="0010666C">
        <w:t xml:space="preserve"> </w:t>
      </w:r>
      <w:proofErr w:type="spellStart"/>
      <w:r w:rsidR="0010666C">
        <w:t>bashkisë</w:t>
      </w:r>
      <w:proofErr w:type="spellEnd"/>
      <w:r w:rsidR="0010666C">
        <w:t xml:space="preserve"> </w:t>
      </w:r>
      <w:proofErr w:type="spellStart"/>
      <w:r w:rsidR="0010666C">
        <w:t>së</w:t>
      </w:r>
      <w:proofErr w:type="spellEnd"/>
      <w:r w:rsidR="0010666C">
        <w:t xml:space="preserve"> </w:t>
      </w:r>
      <w:proofErr w:type="spellStart"/>
      <w:r w:rsidR="0010666C">
        <w:t>Vaudejësit</w:t>
      </w:r>
      <w:proofErr w:type="spellEnd"/>
      <w:r w:rsidR="0010666C">
        <w:t xml:space="preserve"> </w:t>
      </w:r>
      <w:proofErr w:type="spellStart"/>
      <w:r w:rsidR="0010666C">
        <w:t>dhe</w:t>
      </w:r>
      <w:proofErr w:type="spellEnd"/>
      <w:r w:rsidR="0010666C">
        <w:t xml:space="preserve"> </w:t>
      </w:r>
      <w:proofErr w:type="spellStart"/>
      <w:r w:rsidR="0010666C">
        <w:t>si</w:t>
      </w:r>
      <w:proofErr w:type="spellEnd"/>
      <w:r w:rsidR="0010666C">
        <w:t xml:space="preserve"> </w:t>
      </w:r>
      <w:proofErr w:type="spellStart"/>
      <w:r w:rsidR="0010666C">
        <w:t>banor</w:t>
      </w:r>
      <w:proofErr w:type="spellEnd"/>
      <w:r w:rsidR="0010666C">
        <w:t xml:space="preserve"> </w:t>
      </w:r>
      <w:proofErr w:type="spellStart"/>
      <w:r w:rsidR="0010666C">
        <w:t>i</w:t>
      </w:r>
      <w:proofErr w:type="spellEnd"/>
      <w:r w:rsidR="0010666C">
        <w:t xml:space="preserve"> </w:t>
      </w:r>
      <w:proofErr w:type="spellStart"/>
      <w:r w:rsidR="0010666C">
        <w:t>Bushatit</w:t>
      </w:r>
      <w:proofErr w:type="spellEnd"/>
      <w:r w:rsidR="0010666C">
        <w:t xml:space="preserve">, se </w:t>
      </w:r>
      <w:proofErr w:type="spellStart"/>
      <w:r w:rsidR="0010666C">
        <w:t>unë</w:t>
      </w:r>
      <w:proofErr w:type="spellEnd"/>
      <w:r w:rsidR="0010666C">
        <w:t xml:space="preserve"> e </w:t>
      </w:r>
      <w:proofErr w:type="spellStart"/>
      <w:r w:rsidR="0010666C">
        <w:t>Lanthildin</w:t>
      </w:r>
      <w:proofErr w:type="spellEnd"/>
      <w:r w:rsidR="0010666C">
        <w:t xml:space="preserve"> e </w:t>
      </w:r>
      <w:proofErr w:type="spellStart"/>
      <w:r w:rsidR="0010666C">
        <w:t>Bushatit</w:t>
      </w:r>
      <w:proofErr w:type="spellEnd"/>
      <w:r w:rsidR="0010666C">
        <w:t xml:space="preserve"> e </w:t>
      </w:r>
      <w:proofErr w:type="spellStart"/>
      <w:r w:rsidR="0010666C">
        <w:t>kam</w:t>
      </w:r>
      <w:proofErr w:type="spellEnd"/>
      <w:r w:rsidR="0010666C">
        <w:t xml:space="preserve"> 1 km </w:t>
      </w:r>
      <w:proofErr w:type="spellStart"/>
      <w:r w:rsidR="0010666C">
        <w:t>në</w:t>
      </w:r>
      <w:proofErr w:type="spellEnd"/>
      <w:r w:rsidR="0010666C">
        <w:t xml:space="preserve"> </w:t>
      </w:r>
      <w:proofErr w:type="spellStart"/>
      <w:r w:rsidR="0010666C">
        <w:t>vijën</w:t>
      </w:r>
      <w:proofErr w:type="spellEnd"/>
      <w:r w:rsidR="0010666C">
        <w:t xml:space="preserve"> e </w:t>
      </w:r>
      <w:proofErr w:type="spellStart"/>
      <w:r w:rsidR="0010666C">
        <w:t>jore</w:t>
      </w:r>
      <w:proofErr w:type="spellEnd"/>
      <w:r w:rsidR="0010666C">
        <w:t xml:space="preserve"> me </w:t>
      </w:r>
      <w:proofErr w:type="spellStart"/>
      <w:r w:rsidR="0010666C">
        <w:t>ku</w:t>
      </w:r>
      <w:proofErr w:type="spellEnd"/>
      <w:r w:rsidR="0010666C">
        <w:t xml:space="preserve"> </w:t>
      </w:r>
      <w:proofErr w:type="spellStart"/>
      <w:r w:rsidR="0010666C">
        <w:t>jetoj</w:t>
      </w:r>
      <w:proofErr w:type="spellEnd"/>
      <w:r w:rsidR="0010666C">
        <w:t xml:space="preserve"> </w:t>
      </w:r>
      <w:proofErr w:type="spellStart"/>
      <w:r w:rsidR="0010666C">
        <w:t>unë</w:t>
      </w:r>
      <w:proofErr w:type="spellEnd"/>
      <w:r w:rsidR="0010666C">
        <w:t xml:space="preserve">. </w:t>
      </w:r>
    </w:p>
    <w:p w14:paraId="0A0D46B0" w14:textId="77777777" w:rsidR="002A6C30" w:rsidRDefault="002A6C30" w:rsidP="002A6C30">
      <w:proofErr w:type="spellStart"/>
      <w:r>
        <w:rPr>
          <w:b/>
        </w:rPr>
        <w:t>Luçiano</w:t>
      </w:r>
      <w:proofErr w:type="spellEnd"/>
      <w:r>
        <w:rPr>
          <w:b/>
        </w:rPr>
        <w:t xml:space="preserve"> </w:t>
      </w:r>
      <w:proofErr w:type="spellStart"/>
      <w:r>
        <w:rPr>
          <w:b/>
        </w:rPr>
        <w:t>Boçi</w:t>
      </w:r>
      <w:proofErr w:type="spellEnd"/>
      <w:r>
        <w:rPr>
          <w:b/>
        </w:rPr>
        <w:t>:</w:t>
      </w:r>
    </w:p>
    <w:p w14:paraId="4171F238" w14:textId="77777777" w:rsidR="002A6C30" w:rsidRDefault="0010666C" w:rsidP="0010666C">
      <w:r>
        <w:t xml:space="preserve">Po </w:t>
      </w:r>
      <w:proofErr w:type="spellStart"/>
      <w:r>
        <w:t>më</w:t>
      </w:r>
      <w:proofErr w:type="spellEnd"/>
      <w:r>
        <w:t xml:space="preserve"> po, e di Kristian, </w:t>
      </w:r>
      <w:proofErr w:type="spellStart"/>
      <w:r>
        <w:t>këtë</w:t>
      </w:r>
      <w:proofErr w:type="spellEnd"/>
      <w:r>
        <w:t xml:space="preserve"> e di </w:t>
      </w:r>
      <w:proofErr w:type="spellStart"/>
      <w:r>
        <w:t>shumë</w:t>
      </w:r>
      <w:proofErr w:type="spellEnd"/>
      <w:r>
        <w:t xml:space="preserve"> </w:t>
      </w:r>
      <w:proofErr w:type="spellStart"/>
      <w:r>
        <w:t>mirë</w:t>
      </w:r>
      <w:proofErr w:type="spellEnd"/>
      <w:r>
        <w:t xml:space="preserve">. </w:t>
      </w:r>
      <w:proofErr w:type="spellStart"/>
      <w:r>
        <w:t>Ti</w:t>
      </w:r>
      <w:proofErr w:type="spellEnd"/>
      <w:r>
        <w:t xml:space="preserve"> </w:t>
      </w:r>
      <w:proofErr w:type="spellStart"/>
      <w:r>
        <w:t>besoj</w:t>
      </w:r>
      <w:proofErr w:type="spellEnd"/>
      <w:r>
        <w:t xml:space="preserve"> e </w:t>
      </w:r>
      <w:proofErr w:type="spellStart"/>
      <w:r>
        <w:t>bindesh</w:t>
      </w:r>
      <w:proofErr w:type="spellEnd"/>
      <w:r>
        <w:t xml:space="preserve"> </w:t>
      </w:r>
      <w:proofErr w:type="spellStart"/>
      <w:r>
        <w:t>për</w:t>
      </w:r>
      <w:proofErr w:type="spellEnd"/>
      <w:r>
        <w:t xml:space="preserve"> </w:t>
      </w:r>
      <w:proofErr w:type="spellStart"/>
      <w:r>
        <w:t>këtë</w:t>
      </w:r>
      <w:proofErr w:type="spellEnd"/>
      <w:r>
        <w:t xml:space="preserve">, por ka </w:t>
      </w:r>
      <w:proofErr w:type="spellStart"/>
      <w:r>
        <w:t>një</w:t>
      </w:r>
      <w:proofErr w:type="spellEnd"/>
      <w:r>
        <w:t xml:space="preserve"> </w:t>
      </w:r>
      <w:proofErr w:type="spellStart"/>
      <w:r>
        <w:t>gjë</w:t>
      </w:r>
      <w:proofErr w:type="spellEnd"/>
      <w:r>
        <w:t xml:space="preserve">, </w:t>
      </w:r>
      <w:proofErr w:type="spellStart"/>
      <w:r>
        <w:t>unë</w:t>
      </w:r>
      <w:proofErr w:type="spellEnd"/>
      <w:r>
        <w:t xml:space="preserve"> jam </w:t>
      </w:r>
      <w:proofErr w:type="spellStart"/>
      <w:r>
        <w:t>marrë</w:t>
      </w:r>
      <w:proofErr w:type="spellEnd"/>
      <w:r>
        <w:t xml:space="preserve"> </w:t>
      </w:r>
      <w:proofErr w:type="spellStart"/>
      <w:r>
        <w:t>pak</w:t>
      </w:r>
      <w:proofErr w:type="spellEnd"/>
      <w:r>
        <w:t xml:space="preserve"> me </w:t>
      </w:r>
      <w:proofErr w:type="spellStart"/>
      <w:r>
        <w:t>historinë</w:t>
      </w:r>
      <w:proofErr w:type="spellEnd"/>
      <w:r>
        <w:t xml:space="preserve"> </w:t>
      </w:r>
      <w:proofErr w:type="spellStart"/>
      <w:r>
        <w:t>dhe</w:t>
      </w:r>
      <w:proofErr w:type="spellEnd"/>
      <w:r>
        <w:t xml:space="preserve"> </w:t>
      </w:r>
      <w:proofErr w:type="spellStart"/>
      <w:r>
        <w:t>kam</w:t>
      </w:r>
      <w:proofErr w:type="spellEnd"/>
      <w:r>
        <w:t xml:space="preserve"> </w:t>
      </w:r>
      <w:proofErr w:type="spellStart"/>
      <w:r>
        <w:t>takuar</w:t>
      </w:r>
      <w:proofErr w:type="spellEnd"/>
      <w:r>
        <w:t xml:space="preserve"> </w:t>
      </w:r>
      <w:proofErr w:type="spellStart"/>
      <w:r>
        <w:t>dhe</w:t>
      </w:r>
      <w:proofErr w:type="spellEnd"/>
      <w:r>
        <w:t xml:space="preserve"> </w:t>
      </w:r>
      <w:proofErr w:type="spellStart"/>
      <w:r>
        <w:t>inxhinierin</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marrë</w:t>
      </w:r>
      <w:proofErr w:type="spellEnd"/>
      <w:r>
        <w:t xml:space="preserve"> </w:t>
      </w:r>
      <w:proofErr w:type="spellStart"/>
      <w:r>
        <w:t>posaçërisht</w:t>
      </w:r>
      <w:proofErr w:type="spellEnd"/>
      <w:r>
        <w:t xml:space="preserve"> me </w:t>
      </w:r>
      <w:proofErr w:type="spellStart"/>
      <w:r>
        <w:t>këtë</w:t>
      </w:r>
      <w:proofErr w:type="spellEnd"/>
      <w:r>
        <w:t xml:space="preserve">. </w:t>
      </w:r>
      <w:proofErr w:type="spellStart"/>
      <w:r>
        <w:t>Edhe</w:t>
      </w:r>
      <w:proofErr w:type="spellEnd"/>
      <w:r>
        <w:t xml:space="preserve"> </w:t>
      </w:r>
      <w:proofErr w:type="spellStart"/>
      <w:r>
        <w:t>për</w:t>
      </w:r>
      <w:proofErr w:type="spellEnd"/>
      <w:r>
        <w:t xml:space="preserve"> </w:t>
      </w:r>
      <w:proofErr w:type="spellStart"/>
      <w:r>
        <w:t>hir</w:t>
      </w:r>
      <w:proofErr w:type="spellEnd"/>
      <w:r>
        <w:t xml:space="preserve"> </w:t>
      </w:r>
      <w:proofErr w:type="spellStart"/>
      <w:r>
        <w:t>të</w:t>
      </w:r>
      <w:proofErr w:type="spellEnd"/>
      <w:r>
        <w:t xml:space="preserve"> </w:t>
      </w:r>
      <w:proofErr w:type="spellStart"/>
      <w:r>
        <w:t>dëshirës</w:t>
      </w:r>
      <w:proofErr w:type="spellEnd"/>
      <w:r>
        <w:t xml:space="preserve"> </w:t>
      </w:r>
      <w:proofErr w:type="spellStart"/>
      <w:r>
        <w:t>për</w:t>
      </w:r>
      <w:proofErr w:type="spellEnd"/>
      <w:r>
        <w:t xml:space="preserve"> </w:t>
      </w:r>
      <w:proofErr w:type="spellStart"/>
      <w:r>
        <w:t>t'u</w:t>
      </w:r>
      <w:proofErr w:type="spellEnd"/>
      <w:r>
        <w:t xml:space="preserve"> </w:t>
      </w:r>
      <w:proofErr w:type="spellStart"/>
      <w:r>
        <w:t>njohur</w:t>
      </w:r>
      <w:proofErr w:type="spellEnd"/>
      <w:r>
        <w:t xml:space="preserve">, se Bushati </w:t>
      </w:r>
      <w:proofErr w:type="spellStart"/>
      <w:r>
        <w:t>është</w:t>
      </w:r>
      <w:proofErr w:type="spellEnd"/>
      <w:r>
        <w:t xml:space="preserve"> </w:t>
      </w:r>
      <w:proofErr w:type="spellStart"/>
      <w:r>
        <w:t>miratuar</w:t>
      </w:r>
      <w:proofErr w:type="spellEnd"/>
      <w:r>
        <w:t xml:space="preserve"> me </w:t>
      </w:r>
      <w:proofErr w:type="spellStart"/>
      <w:r>
        <w:t>me</w:t>
      </w:r>
      <w:proofErr w:type="spellEnd"/>
      <w:r>
        <w:t xml:space="preserve"> </w:t>
      </w:r>
      <w:proofErr w:type="spellStart"/>
      <w:r>
        <w:t>dakordësinë</w:t>
      </w:r>
      <w:proofErr w:type="spellEnd"/>
      <w:r>
        <w:t xml:space="preserve"> e 80 apo 90% </w:t>
      </w:r>
      <w:proofErr w:type="spellStart"/>
      <w:r>
        <w:t>të</w:t>
      </w:r>
      <w:proofErr w:type="spellEnd"/>
      <w:r>
        <w:t xml:space="preserve"> </w:t>
      </w:r>
      <w:proofErr w:type="spellStart"/>
      <w:r>
        <w:t>komunitetit</w:t>
      </w:r>
      <w:proofErr w:type="spellEnd"/>
      <w:r>
        <w:t xml:space="preserve">. Ka </w:t>
      </w:r>
      <w:proofErr w:type="spellStart"/>
      <w:r>
        <w:t>qenë</w:t>
      </w:r>
      <w:proofErr w:type="spellEnd"/>
      <w:r>
        <w:t xml:space="preserve"> </w:t>
      </w:r>
      <w:proofErr w:type="spellStart"/>
      <w:r>
        <w:t>ndër</w:t>
      </w:r>
      <w:proofErr w:type="spellEnd"/>
      <w:r>
        <w:t xml:space="preserve"> </w:t>
      </w:r>
      <w:proofErr w:type="spellStart"/>
      <w:r>
        <w:t>Lanthillet</w:t>
      </w:r>
      <w:proofErr w:type="spellEnd"/>
      <w:r>
        <w:t xml:space="preserve"> </w:t>
      </w:r>
      <w:proofErr w:type="spellStart"/>
      <w:r>
        <w:t>që</w:t>
      </w:r>
      <w:proofErr w:type="spellEnd"/>
      <w:r>
        <w:t xml:space="preserve"> ka </w:t>
      </w:r>
      <w:proofErr w:type="spellStart"/>
      <w:r>
        <w:t>marrë</w:t>
      </w:r>
      <w:proofErr w:type="spellEnd"/>
      <w:r>
        <w:t xml:space="preserve"> </w:t>
      </w:r>
      <w:proofErr w:type="spellStart"/>
      <w:r>
        <w:t>dakordësinë</w:t>
      </w:r>
      <w:proofErr w:type="spellEnd"/>
      <w:r>
        <w:t xml:space="preserve"> </w:t>
      </w:r>
      <w:proofErr w:type="spellStart"/>
      <w:r>
        <w:t>më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në</w:t>
      </w:r>
      <w:proofErr w:type="spellEnd"/>
      <w:r>
        <w:t xml:space="preserve"> </w:t>
      </w:r>
      <w:proofErr w:type="spellStart"/>
      <w:r>
        <w:t>kohë</w:t>
      </w:r>
      <w:proofErr w:type="spellEnd"/>
      <w:r>
        <w:t xml:space="preserve"> </w:t>
      </w:r>
      <w:proofErr w:type="spellStart"/>
      <w:r>
        <w:t>dhe</w:t>
      </w:r>
      <w:proofErr w:type="spellEnd"/>
      <w:r>
        <w:t xml:space="preserve"> </w:t>
      </w:r>
      <w:proofErr w:type="spellStart"/>
      <w:r>
        <w:t>në</w:t>
      </w:r>
      <w:proofErr w:type="spellEnd"/>
      <w:r>
        <w:t xml:space="preserve"> </w:t>
      </w:r>
      <w:proofErr w:type="spellStart"/>
      <w:r>
        <w:t>fakt</w:t>
      </w:r>
      <w:proofErr w:type="spellEnd"/>
      <w:r>
        <w:t xml:space="preserve"> </w:t>
      </w:r>
      <w:proofErr w:type="spellStart"/>
      <w:r>
        <w:t>është</w:t>
      </w:r>
      <w:proofErr w:type="spellEnd"/>
      <w:r>
        <w:t xml:space="preserve"> </w:t>
      </w:r>
      <w:proofErr w:type="spellStart"/>
      <w:r>
        <w:t>vlerësuar</w:t>
      </w:r>
      <w:proofErr w:type="spellEnd"/>
      <w:r>
        <w:t xml:space="preserve"> </w:t>
      </w:r>
      <w:proofErr w:type="spellStart"/>
      <w:r>
        <w:t>nga</w:t>
      </w:r>
      <w:proofErr w:type="spellEnd"/>
      <w:r>
        <w:t xml:space="preserve"> </w:t>
      </w:r>
      <w:proofErr w:type="spellStart"/>
      <w:r>
        <w:t>ata</w:t>
      </w:r>
      <w:proofErr w:type="spellEnd"/>
      <w:r>
        <w:t xml:space="preserve"> </w:t>
      </w:r>
      <w:proofErr w:type="spellStart"/>
      <w:r>
        <w:t>që</w:t>
      </w:r>
      <w:proofErr w:type="spellEnd"/>
      <w:r>
        <w:t xml:space="preserve"> e </w:t>
      </w:r>
      <w:proofErr w:type="spellStart"/>
      <w:r>
        <w:t>kanë</w:t>
      </w:r>
      <w:proofErr w:type="spellEnd"/>
      <w:r>
        <w:t xml:space="preserve"> </w:t>
      </w:r>
      <w:proofErr w:type="spellStart"/>
      <w:r>
        <w:t>bërë</w:t>
      </w:r>
      <w:proofErr w:type="spellEnd"/>
      <w:r>
        <w:t xml:space="preserve"> </w:t>
      </w:r>
      <w:proofErr w:type="spellStart"/>
      <w:r>
        <w:t>projektin</w:t>
      </w:r>
      <w:proofErr w:type="spellEnd"/>
      <w:r>
        <w:t xml:space="preserve">. E </w:t>
      </w:r>
      <w:proofErr w:type="spellStart"/>
      <w:r>
        <w:t>kanë</w:t>
      </w:r>
      <w:proofErr w:type="spellEnd"/>
      <w:r>
        <w:t xml:space="preserve"> </w:t>
      </w:r>
      <w:proofErr w:type="spellStart"/>
      <w:r>
        <w:t>bërë</w:t>
      </w:r>
      <w:proofErr w:type="spellEnd"/>
      <w:r>
        <w:t xml:space="preserve"> </w:t>
      </w:r>
      <w:proofErr w:type="spellStart"/>
      <w:r>
        <w:t>gjermanët</w:t>
      </w:r>
      <w:proofErr w:type="spellEnd"/>
      <w:r>
        <w:t xml:space="preserve"> </w:t>
      </w:r>
      <w:proofErr w:type="spellStart"/>
      <w:r>
        <w:t>projektin</w:t>
      </w:r>
      <w:proofErr w:type="spellEnd"/>
      <w:r>
        <w:t xml:space="preserve"> </w:t>
      </w:r>
      <w:proofErr w:type="spellStart"/>
      <w:r>
        <w:t>si</w:t>
      </w:r>
      <w:proofErr w:type="spellEnd"/>
      <w:r>
        <w:t xml:space="preserve"> </w:t>
      </w:r>
      <w:proofErr w:type="spellStart"/>
      <w:r>
        <w:t>Lanthilli</w:t>
      </w:r>
      <w:proofErr w:type="spellEnd"/>
      <w:r>
        <w:t xml:space="preserve"> </w:t>
      </w:r>
      <w:proofErr w:type="spellStart"/>
      <w:r>
        <w:t>në</w:t>
      </w:r>
      <w:proofErr w:type="spellEnd"/>
      <w:r>
        <w:t xml:space="preserve"> </w:t>
      </w:r>
      <w:proofErr w:type="spellStart"/>
      <w:r>
        <w:t>zonën</w:t>
      </w:r>
      <w:proofErr w:type="spellEnd"/>
      <w:r>
        <w:t xml:space="preserve"> </w:t>
      </w:r>
      <w:proofErr w:type="spellStart"/>
      <w:r>
        <w:t>më</w:t>
      </w:r>
      <w:proofErr w:type="spellEnd"/>
      <w:r>
        <w:t xml:space="preserve"> </w:t>
      </w:r>
      <w:proofErr w:type="spellStart"/>
      <w:r>
        <w:t>optimale</w:t>
      </w:r>
      <w:proofErr w:type="spellEnd"/>
      <w:r>
        <w:t xml:space="preserve"> </w:t>
      </w:r>
      <w:proofErr w:type="spellStart"/>
      <w:r>
        <w:t>të</w:t>
      </w:r>
      <w:proofErr w:type="spellEnd"/>
      <w:r>
        <w:t xml:space="preserve"> </w:t>
      </w:r>
      <w:proofErr w:type="spellStart"/>
      <w:r>
        <w:t>mundshme</w:t>
      </w:r>
      <w:proofErr w:type="spellEnd"/>
      <w:r>
        <w:t xml:space="preserve"> </w:t>
      </w:r>
      <w:proofErr w:type="spellStart"/>
      <w:r>
        <w:t>në</w:t>
      </w:r>
      <w:proofErr w:type="spellEnd"/>
      <w:r>
        <w:t xml:space="preserve"> </w:t>
      </w:r>
      <w:proofErr w:type="spellStart"/>
      <w:r>
        <w:t>gjithë</w:t>
      </w:r>
      <w:proofErr w:type="spellEnd"/>
      <w:r>
        <w:t xml:space="preserve"> </w:t>
      </w:r>
      <w:proofErr w:type="spellStart"/>
      <w:r>
        <w:t>territorin</w:t>
      </w:r>
      <w:proofErr w:type="spellEnd"/>
      <w:r>
        <w:t xml:space="preserve"> e </w:t>
      </w:r>
      <w:proofErr w:type="spellStart"/>
      <w:r>
        <w:t>Shqipërisë</w:t>
      </w:r>
      <w:proofErr w:type="spellEnd"/>
      <w:r>
        <w:t xml:space="preserve">. Ka </w:t>
      </w:r>
      <w:proofErr w:type="spellStart"/>
      <w:r>
        <w:t>qenë</w:t>
      </w:r>
      <w:proofErr w:type="spellEnd"/>
      <w:r>
        <w:t xml:space="preserve"> </w:t>
      </w:r>
      <w:proofErr w:type="spellStart"/>
      <w:r>
        <w:t>histori</w:t>
      </w:r>
      <w:proofErr w:type="spellEnd"/>
      <w:r>
        <w:t xml:space="preserve"> </w:t>
      </w:r>
      <w:proofErr w:type="spellStart"/>
      <w:r>
        <w:t>suksesi</w:t>
      </w:r>
      <w:proofErr w:type="spellEnd"/>
      <w:r>
        <w:t xml:space="preserve">, ë se </w:t>
      </w:r>
      <w:proofErr w:type="spellStart"/>
      <w:r>
        <w:t>të</w:t>
      </w:r>
      <w:proofErr w:type="spellEnd"/>
      <w:r>
        <w:t xml:space="preserve"> </w:t>
      </w:r>
      <w:proofErr w:type="spellStart"/>
      <w:r>
        <w:t>mendosh</w:t>
      </w:r>
      <w:proofErr w:type="spellEnd"/>
      <w:r>
        <w:t xml:space="preserve"> u </w:t>
      </w:r>
      <w:proofErr w:type="spellStart"/>
      <w:r>
        <w:t>bë</w:t>
      </w:r>
      <w:proofErr w:type="spellEnd"/>
      <w:r>
        <w:t xml:space="preserve"> me 4.7 </w:t>
      </w:r>
      <w:proofErr w:type="spellStart"/>
      <w:r>
        <w:t>milion</w:t>
      </w:r>
      <w:proofErr w:type="spellEnd"/>
      <w:r>
        <w:t xml:space="preserve"> euro. Kristian, </w:t>
      </w:r>
      <w:proofErr w:type="spellStart"/>
      <w:r>
        <w:t>edhe</w:t>
      </w:r>
      <w:proofErr w:type="spellEnd"/>
      <w:r>
        <w:t xml:space="preserve"> sot </w:t>
      </w:r>
      <w:proofErr w:type="spellStart"/>
      <w:r>
        <w:t>mban</w:t>
      </w:r>
      <w:proofErr w:type="spellEnd"/>
      <w:r>
        <w:t xml:space="preserve"> </w:t>
      </w:r>
      <w:proofErr w:type="spellStart"/>
      <w:r>
        <w:t>mbetjet</w:t>
      </w:r>
      <w:proofErr w:type="spellEnd"/>
      <w:r>
        <w:t xml:space="preserve"> e </w:t>
      </w:r>
      <w:proofErr w:type="spellStart"/>
      <w:r>
        <w:t>dy</w:t>
      </w:r>
      <w:proofErr w:type="spellEnd"/>
      <w:r>
        <w:t xml:space="preserve"> </w:t>
      </w:r>
      <w:proofErr w:type="spellStart"/>
      <w:r>
        <w:t>qarqeve</w:t>
      </w:r>
      <w:proofErr w:type="spellEnd"/>
      <w:r>
        <w:t xml:space="preserve">, jo </w:t>
      </w:r>
      <w:proofErr w:type="spellStart"/>
      <w:r>
        <w:t>të</w:t>
      </w:r>
      <w:proofErr w:type="spellEnd"/>
      <w:r>
        <w:t xml:space="preserve"> </w:t>
      </w:r>
      <w:proofErr w:type="spellStart"/>
      <w:r>
        <w:t>vogla</w:t>
      </w:r>
      <w:proofErr w:type="spellEnd"/>
      <w:r>
        <w:t xml:space="preserve">, </w:t>
      </w:r>
      <w:proofErr w:type="spellStart"/>
      <w:r>
        <w:t>ndërsa</w:t>
      </w:r>
      <w:proofErr w:type="spellEnd"/>
      <w:r>
        <w:t xml:space="preserve"> ai </w:t>
      </w:r>
      <w:proofErr w:type="spellStart"/>
      <w:r>
        <w:t>i</w:t>
      </w:r>
      <w:proofErr w:type="spellEnd"/>
      <w:r>
        <w:t xml:space="preserve"> </w:t>
      </w:r>
      <w:proofErr w:type="spellStart"/>
      <w:r>
        <w:t>Elbasanit</w:t>
      </w:r>
      <w:proofErr w:type="spellEnd"/>
      <w:r>
        <w:t xml:space="preserve">, </w:t>
      </w:r>
      <w:proofErr w:type="spellStart"/>
      <w:r>
        <w:t>inxhinieratori</w:t>
      </w:r>
      <w:proofErr w:type="spellEnd"/>
      <w:r>
        <w:t xml:space="preserve">, </w:t>
      </w:r>
      <w:proofErr w:type="spellStart"/>
      <w:r>
        <w:t>kushtoi</w:t>
      </w:r>
      <w:proofErr w:type="spellEnd"/>
      <w:r>
        <w:t xml:space="preserve"> 27 </w:t>
      </w:r>
      <w:proofErr w:type="spellStart"/>
      <w:r>
        <w:t>milion</w:t>
      </w:r>
      <w:proofErr w:type="spellEnd"/>
      <w:r>
        <w:t xml:space="preserve"> euro </w:t>
      </w:r>
      <w:proofErr w:type="spellStart"/>
      <w:r>
        <w:t>dhe</w:t>
      </w:r>
      <w:proofErr w:type="spellEnd"/>
      <w:r>
        <w:t xml:space="preserve"> </w:t>
      </w:r>
      <w:proofErr w:type="spellStart"/>
      <w:r>
        <w:t>nuk</w:t>
      </w:r>
      <w:proofErr w:type="spellEnd"/>
      <w:r>
        <w:t xml:space="preserve"> </w:t>
      </w:r>
      <w:proofErr w:type="spellStart"/>
      <w:r>
        <w:t>funksionon</w:t>
      </w:r>
      <w:proofErr w:type="spellEnd"/>
      <w:r>
        <w:t xml:space="preserve">, </w:t>
      </w:r>
      <w:proofErr w:type="spellStart"/>
      <w:r>
        <w:t>nuk</w:t>
      </w:r>
      <w:proofErr w:type="spellEnd"/>
      <w:r>
        <w:t xml:space="preserve"> </w:t>
      </w:r>
      <w:proofErr w:type="spellStart"/>
      <w:r>
        <w:t>punon</w:t>
      </w:r>
      <w:proofErr w:type="spellEnd"/>
      <w:r>
        <w:t xml:space="preserve">. Ai </w:t>
      </w:r>
      <w:proofErr w:type="spellStart"/>
      <w:r>
        <w:t>i</w:t>
      </w:r>
      <w:proofErr w:type="spellEnd"/>
      <w:r>
        <w:t xml:space="preserve"> </w:t>
      </w:r>
      <w:proofErr w:type="spellStart"/>
      <w:r>
        <w:t>Fierit</w:t>
      </w:r>
      <w:proofErr w:type="spellEnd"/>
      <w:r>
        <w:t xml:space="preserve"> </w:t>
      </w:r>
      <w:proofErr w:type="spellStart"/>
      <w:r>
        <w:t>kushtoi</w:t>
      </w:r>
      <w:proofErr w:type="spellEnd"/>
      <w:r>
        <w:t xml:space="preserve"> 32 </w:t>
      </w:r>
      <w:proofErr w:type="spellStart"/>
      <w:r>
        <w:t>milion</w:t>
      </w:r>
      <w:proofErr w:type="spellEnd"/>
      <w:r>
        <w:t xml:space="preserve"> euro, </w:t>
      </w:r>
      <w:proofErr w:type="spellStart"/>
      <w:r>
        <w:t>nuk</w:t>
      </w:r>
      <w:proofErr w:type="spellEnd"/>
      <w:r>
        <w:t xml:space="preserve"> </w:t>
      </w:r>
      <w:proofErr w:type="spellStart"/>
      <w:r>
        <w:t>funksionon</w:t>
      </w:r>
      <w:proofErr w:type="spellEnd"/>
      <w:r>
        <w:t xml:space="preserve">. A e </w:t>
      </w:r>
      <w:proofErr w:type="spellStart"/>
      <w:r>
        <w:lastRenderedPageBreak/>
        <w:t>kupton</w:t>
      </w:r>
      <w:proofErr w:type="spellEnd"/>
      <w:r>
        <w:t xml:space="preserve"> </w:t>
      </w:r>
      <w:proofErr w:type="spellStart"/>
      <w:r>
        <w:t>që</w:t>
      </w:r>
      <w:proofErr w:type="spellEnd"/>
      <w:r>
        <w:t xml:space="preserve"> </w:t>
      </w:r>
      <w:proofErr w:type="spellStart"/>
      <w:r>
        <w:t>vërtetë</w:t>
      </w:r>
      <w:proofErr w:type="spellEnd"/>
      <w:r>
        <w:t xml:space="preserve"> </w:t>
      </w:r>
      <w:proofErr w:type="spellStart"/>
      <w:r>
        <w:t>unë</w:t>
      </w:r>
      <w:proofErr w:type="spellEnd"/>
      <w:r>
        <w:t xml:space="preserve"> e di </w:t>
      </w:r>
      <w:proofErr w:type="spellStart"/>
      <w:r>
        <w:t>impaktin</w:t>
      </w:r>
      <w:proofErr w:type="spellEnd"/>
      <w:r>
        <w:t xml:space="preserve"> e </w:t>
      </w:r>
      <w:proofErr w:type="spellStart"/>
      <w:r>
        <w:t>zonës</w:t>
      </w:r>
      <w:proofErr w:type="spellEnd"/>
      <w:r>
        <w:t xml:space="preserve">, e di </w:t>
      </w:r>
      <w:proofErr w:type="spellStart"/>
      <w:r>
        <w:t>si</w:t>
      </w:r>
      <w:proofErr w:type="spellEnd"/>
      <w:r>
        <w:t xml:space="preserve"> </w:t>
      </w:r>
      <w:proofErr w:type="spellStart"/>
      <w:r>
        <w:t>është</w:t>
      </w:r>
      <w:proofErr w:type="spellEnd"/>
      <w:r>
        <w:t xml:space="preserve">, ka </w:t>
      </w:r>
      <w:proofErr w:type="spellStart"/>
      <w:r>
        <w:t>arsye</w:t>
      </w:r>
      <w:proofErr w:type="spellEnd"/>
      <w:r>
        <w:t xml:space="preserve"> </w:t>
      </w:r>
      <w:proofErr w:type="spellStart"/>
      <w:r>
        <w:t>të</w:t>
      </w:r>
      <w:proofErr w:type="spellEnd"/>
      <w:r>
        <w:t xml:space="preserve"> </w:t>
      </w:r>
      <w:proofErr w:type="spellStart"/>
      <w:r>
        <w:t>tjera</w:t>
      </w:r>
      <w:proofErr w:type="spellEnd"/>
      <w:r>
        <w:t xml:space="preserve">, </w:t>
      </w:r>
      <w:proofErr w:type="spellStart"/>
      <w:r>
        <w:t>sikurse</w:t>
      </w:r>
      <w:proofErr w:type="spellEnd"/>
      <w:r>
        <w:t xml:space="preserve"> </w:t>
      </w:r>
      <w:proofErr w:type="spellStart"/>
      <w:r>
        <w:t>mund</w:t>
      </w:r>
      <w:proofErr w:type="spellEnd"/>
      <w:r>
        <w:t xml:space="preserve"> </w:t>
      </w:r>
      <w:proofErr w:type="spellStart"/>
      <w:r>
        <w:t>të</w:t>
      </w:r>
      <w:proofErr w:type="spellEnd"/>
      <w:r>
        <w:t xml:space="preserve"> </w:t>
      </w:r>
      <w:proofErr w:type="spellStart"/>
      <w:r>
        <w:t>ketë</w:t>
      </w:r>
      <w:proofErr w:type="spellEnd"/>
      <w:r>
        <w:t xml:space="preserve"> </w:t>
      </w:r>
      <w:proofErr w:type="spellStart"/>
      <w:r>
        <w:t>arsye</w:t>
      </w:r>
      <w:proofErr w:type="spellEnd"/>
      <w:r>
        <w:t xml:space="preserve"> </w:t>
      </w:r>
      <w:proofErr w:type="spellStart"/>
      <w:r>
        <w:t>pozitive</w:t>
      </w:r>
      <w:proofErr w:type="spellEnd"/>
      <w:r>
        <w:t xml:space="preserve">, por </w:t>
      </w:r>
      <w:proofErr w:type="spellStart"/>
      <w:r>
        <w:t>rishikimi</w:t>
      </w:r>
      <w:proofErr w:type="spellEnd"/>
      <w:r>
        <w:t xml:space="preserve"> </w:t>
      </w:r>
      <w:proofErr w:type="spellStart"/>
      <w:r>
        <w:t>i</w:t>
      </w:r>
      <w:proofErr w:type="spellEnd"/>
      <w:r>
        <w:t xml:space="preserve"> </w:t>
      </w:r>
      <w:proofErr w:type="spellStart"/>
      <w:r>
        <w:t>kontratës</w:t>
      </w:r>
      <w:proofErr w:type="spellEnd"/>
      <w:r>
        <w:t xml:space="preserve">, </w:t>
      </w:r>
      <w:proofErr w:type="spellStart"/>
      <w:r>
        <w:t>në</w:t>
      </w:r>
      <w:proofErr w:type="spellEnd"/>
      <w:r>
        <w:t xml:space="preserve"> </w:t>
      </w:r>
      <w:proofErr w:type="spellStart"/>
      <w:r>
        <w:t>qoftë</w:t>
      </w:r>
      <w:proofErr w:type="spellEnd"/>
      <w:r>
        <w:t xml:space="preserve"> se </w:t>
      </w:r>
      <w:proofErr w:type="spellStart"/>
      <w:r>
        <w:t>ti</w:t>
      </w:r>
      <w:proofErr w:type="spellEnd"/>
      <w:r>
        <w:t xml:space="preserve"> do </w:t>
      </w:r>
      <w:proofErr w:type="spellStart"/>
      <w:r>
        <w:t>të</w:t>
      </w:r>
      <w:proofErr w:type="spellEnd"/>
      <w:r>
        <w:t xml:space="preserve"> </w:t>
      </w:r>
      <w:proofErr w:type="spellStart"/>
      <w:r>
        <w:t>keshe</w:t>
      </w:r>
      <w:proofErr w:type="spellEnd"/>
      <w:r>
        <w:t xml:space="preserve"> </w:t>
      </w:r>
      <w:proofErr w:type="spellStart"/>
      <w:r>
        <w:t>autoritetin</w:t>
      </w:r>
      <w:proofErr w:type="spellEnd"/>
      <w:r>
        <w:t xml:space="preserve"> e </w:t>
      </w:r>
      <w:proofErr w:type="spellStart"/>
      <w:r>
        <w:t>kompetencës</w:t>
      </w:r>
      <w:proofErr w:type="spellEnd"/>
      <w:r>
        <w:t xml:space="preserve"> me </w:t>
      </w:r>
      <w:proofErr w:type="spellStart"/>
      <w:r>
        <w:t>kompaninë</w:t>
      </w:r>
      <w:proofErr w:type="spellEnd"/>
      <w:r>
        <w:t xml:space="preserve"> </w:t>
      </w:r>
      <w:proofErr w:type="spellStart"/>
      <w:r>
        <w:t>që</w:t>
      </w:r>
      <w:proofErr w:type="spellEnd"/>
      <w:r>
        <w:t xml:space="preserve"> e </w:t>
      </w:r>
      <w:proofErr w:type="spellStart"/>
      <w:r>
        <w:t>menaxhon</w:t>
      </w:r>
      <w:proofErr w:type="spellEnd"/>
      <w:r>
        <w:t xml:space="preserve">, do </w:t>
      </w:r>
      <w:proofErr w:type="spellStart"/>
      <w:r>
        <w:t>të</w:t>
      </w:r>
      <w:proofErr w:type="spellEnd"/>
      <w:r>
        <w:t xml:space="preserve"> </w:t>
      </w:r>
      <w:proofErr w:type="spellStart"/>
      <w:r>
        <w:t>bënte</w:t>
      </w:r>
      <w:proofErr w:type="spellEnd"/>
      <w:r>
        <w:t xml:space="preserve"> ty </w:t>
      </w:r>
      <w:proofErr w:type="spellStart"/>
      <w:r>
        <w:t>që</w:t>
      </w:r>
      <w:proofErr w:type="spellEnd"/>
      <w:r>
        <w:t xml:space="preserve"> </w:t>
      </w:r>
      <w:proofErr w:type="spellStart"/>
      <w:r>
        <w:t>ti</w:t>
      </w:r>
      <w:proofErr w:type="spellEnd"/>
      <w:r>
        <w:t xml:space="preserve"> </w:t>
      </w:r>
      <w:proofErr w:type="spellStart"/>
      <w:r>
        <w:t>të</w:t>
      </w:r>
      <w:proofErr w:type="spellEnd"/>
      <w:r>
        <w:t xml:space="preserve"> </w:t>
      </w:r>
      <w:proofErr w:type="spellStart"/>
      <w:r>
        <w:t>merrje</w:t>
      </w:r>
      <w:proofErr w:type="spellEnd"/>
      <w:r>
        <w:t xml:space="preserve"> </w:t>
      </w:r>
      <w:proofErr w:type="spellStart"/>
      <w:r>
        <w:t>të</w:t>
      </w:r>
      <w:proofErr w:type="spellEnd"/>
      <w:r>
        <w:t xml:space="preserve"> </w:t>
      </w:r>
      <w:proofErr w:type="spellStart"/>
      <w:r>
        <w:t>ardhura</w:t>
      </w:r>
      <w:proofErr w:type="spellEnd"/>
      <w:r>
        <w:t xml:space="preserve"> </w:t>
      </w:r>
      <w:proofErr w:type="spellStart"/>
      <w:r>
        <w:t>tjera</w:t>
      </w:r>
      <w:proofErr w:type="spellEnd"/>
      <w:r>
        <w:t xml:space="preserve"> </w:t>
      </w:r>
      <w:proofErr w:type="spellStart"/>
      <w:r>
        <w:t>që</w:t>
      </w:r>
      <w:proofErr w:type="spellEnd"/>
      <w:r>
        <w:t xml:space="preserve"> </w:t>
      </w:r>
      <w:proofErr w:type="spellStart"/>
      <w:r>
        <w:t>të</w:t>
      </w:r>
      <w:proofErr w:type="spellEnd"/>
      <w:r>
        <w:t xml:space="preserve"> </w:t>
      </w:r>
      <w:proofErr w:type="spellStart"/>
      <w:r>
        <w:t>eliminoje</w:t>
      </w:r>
      <w:proofErr w:type="spellEnd"/>
      <w:r>
        <w:t xml:space="preserve"> </w:t>
      </w:r>
      <w:proofErr w:type="spellStart"/>
      <w:r>
        <w:t>dhe</w:t>
      </w:r>
      <w:proofErr w:type="spellEnd"/>
      <w:r>
        <w:t xml:space="preserve"> </w:t>
      </w:r>
      <w:proofErr w:type="spellStart"/>
      <w:r>
        <w:t>efektet</w:t>
      </w:r>
      <w:proofErr w:type="spellEnd"/>
      <w:r>
        <w:t xml:space="preserve"> negative </w:t>
      </w:r>
      <w:proofErr w:type="spellStart"/>
      <w:r>
        <w:t>që</w:t>
      </w:r>
      <w:proofErr w:type="spellEnd"/>
      <w:r>
        <w:t xml:space="preserve"> </w:t>
      </w:r>
      <w:proofErr w:type="spellStart"/>
      <w:r>
        <w:t>sjell</w:t>
      </w:r>
      <w:proofErr w:type="spellEnd"/>
      <w:r>
        <w:t xml:space="preserve"> </w:t>
      </w:r>
      <w:proofErr w:type="spellStart"/>
      <w:r>
        <w:t>një</w:t>
      </w:r>
      <w:proofErr w:type="spellEnd"/>
      <w:r>
        <w:t xml:space="preserve"> </w:t>
      </w:r>
      <w:proofErr w:type="spellStart"/>
      <w:r>
        <w:t>Lanthill</w:t>
      </w:r>
      <w:proofErr w:type="spellEnd"/>
      <w:r>
        <w:t xml:space="preserve"> </w:t>
      </w:r>
      <w:proofErr w:type="spellStart"/>
      <w:r>
        <w:t>dhe</w:t>
      </w:r>
      <w:proofErr w:type="spellEnd"/>
      <w:r>
        <w:t xml:space="preserve"> </w:t>
      </w:r>
      <w:proofErr w:type="spellStart"/>
      <w:r>
        <w:t>sigurisht</w:t>
      </w:r>
      <w:proofErr w:type="spellEnd"/>
      <w:r>
        <w:t xml:space="preserve"> </w:t>
      </w:r>
      <w:proofErr w:type="spellStart"/>
      <w:r>
        <w:t>dhe</w:t>
      </w:r>
      <w:proofErr w:type="spellEnd"/>
      <w:r>
        <w:t xml:space="preserve"> </w:t>
      </w:r>
      <w:proofErr w:type="spellStart"/>
      <w:r>
        <w:t>menaxhimin</w:t>
      </w:r>
      <w:proofErr w:type="spellEnd"/>
      <w:r>
        <w:t xml:space="preserve"> e </w:t>
      </w:r>
      <w:proofErr w:type="spellStart"/>
      <w:r>
        <w:t>kohës</w:t>
      </w:r>
      <w:proofErr w:type="spellEnd"/>
      <w:r>
        <w:t xml:space="preserve">, </w:t>
      </w:r>
      <w:proofErr w:type="spellStart"/>
      <w:r>
        <w:t>taposjen</w:t>
      </w:r>
      <w:proofErr w:type="spellEnd"/>
      <w:r>
        <w:t xml:space="preserve"> e </w:t>
      </w:r>
      <w:proofErr w:type="spellStart"/>
      <w:r>
        <w:t>tij</w:t>
      </w:r>
      <w:proofErr w:type="spellEnd"/>
      <w:r>
        <w:t xml:space="preserve"> </w:t>
      </w:r>
      <w:proofErr w:type="spellStart"/>
      <w:r>
        <w:t>në</w:t>
      </w:r>
      <w:proofErr w:type="spellEnd"/>
      <w:r>
        <w:t xml:space="preserve"> </w:t>
      </w:r>
      <w:proofErr w:type="spellStart"/>
      <w:r>
        <w:t>kohën</w:t>
      </w:r>
      <w:proofErr w:type="spellEnd"/>
      <w:r>
        <w:t xml:space="preserve"> e </w:t>
      </w:r>
      <w:proofErr w:type="spellStart"/>
      <w:r>
        <w:t>duhur</w:t>
      </w:r>
      <w:proofErr w:type="spellEnd"/>
      <w:r>
        <w:t xml:space="preserve"> </w:t>
      </w:r>
      <w:proofErr w:type="spellStart"/>
      <w:r>
        <w:t>dhe</w:t>
      </w:r>
      <w:proofErr w:type="spellEnd"/>
      <w:r>
        <w:t xml:space="preserve"> </w:t>
      </w:r>
      <w:proofErr w:type="spellStart"/>
      <w:r>
        <w:t>kthimin</w:t>
      </w:r>
      <w:proofErr w:type="spellEnd"/>
      <w:r>
        <w:t xml:space="preserve"> </w:t>
      </w:r>
      <w:proofErr w:type="spellStart"/>
      <w:r>
        <w:t>në</w:t>
      </w:r>
      <w:proofErr w:type="spellEnd"/>
      <w:r>
        <w:t xml:space="preserve"> </w:t>
      </w:r>
      <w:proofErr w:type="spellStart"/>
      <w:r>
        <w:t>një</w:t>
      </w:r>
      <w:proofErr w:type="spellEnd"/>
      <w:r>
        <w:t xml:space="preserve"> </w:t>
      </w:r>
      <w:proofErr w:type="spellStart"/>
      <w:r>
        <w:t>zonë</w:t>
      </w:r>
      <w:proofErr w:type="spellEnd"/>
      <w:r>
        <w:t xml:space="preserve"> </w:t>
      </w:r>
      <w:proofErr w:type="spellStart"/>
      <w:r>
        <w:t>gjelbërt</w:t>
      </w:r>
      <w:proofErr w:type="spellEnd"/>
      <w:r>
        <w:t xml:space="preserve">, </w:t>
      </w:r>
      <w:proofErr w:type="spellStart"/>
      <w:r>
        <w:t>siç</w:t>
      </w:r>
      <w:proofErr w:type="spellEnd"/>
      <w:r>
        <w:t xml:space="preserve"> e ka </w:t>
      </w:r>
      <w:proofErr w:type="spellStart"/>
      <w:r>
        <w:t>në</w:t>
      </w:r>
      <w:proofErr w:type="spellEnd"/>
      <w:r>
        <w:t xml:space="preserve"> </w:t>
      </w:r>
      <w:proofErr w:type="spellStart"/>
      <w:r>
        <w:t>përfundim</w:t>
      </w:r>
      <w:proofErr w:type="spellEnd"/>
      <w:r>
        <w:t xml:space="preserve">, </w:t>
      </w:r>
      <w:proofErr w:type="spellStart"/>
      <w:r>
        <w:t>ashtu</w:t>
      </w:r>
      <w:proofErr w:type="spellEnd"/>
      <w:r>
        <w:t xml:space="preserve"> </w:t>
      </w:r>
      <w:proofErr w:type="spellStart"/>
      <w:r>
        <w:t>siç</w:t>
      </w:r>
      <w:proofErr w:type="spellEnd"/>
      <w:r>
        <w:t xml:space="preserve"> po </w:t>
      </w:r>
      <w:proofErr w:type="spellStart"/>
      <w:r>
        <w:t>vazhdon</w:t>
      </w:r>
      <w:proofErr w:type="spellEnd"/>
      <w:r>
        <w:t xml:space="preserve"> ai </w:t>
      </w:r>
      <w:proofErr w:type="spellStart"/>
      <w:r>
        <w:t>që</w:t>
      </w:r>
      <w:proofErr w:type="spellEnd"/>
      <w:r>
        <w:t xml:space="preserve"> </w:t>
      </w:r>
      <w:proofErr w:type="spellStart"/>
      <w:r>
        <w:t>është</w:t>
      </w:r>
      <w:proofErr w:type="spellEnd"/>
      <w:r>
        <w:t xml:space="preserve"> </w:t>
      </w:r>
      <w:proofErr w:type="spellStart"/>
      <w:r>
        <w:t>shndërruar</w:t>
      </w:r>
      <w:proofErr w:type="spellEnd"/>
      <w:r>
        <w:t xml:space="preserve"> </w:t>
      </w:r>
      <w:proofErr w:type="spellStart"/>
      <w:r>
        <w:t>në</w:t>
      </w:r>
      <w:proofErr w:type="spellEnd"/>
      <w:r>
        <w:t xml:space="preserve"> </w:t>
      </w:r>
      <w:proofErr w:type="spellStart"/>
      <w:r>
        <w:t>fushë</w:t>
      </w:r>
      <w:proofErr w:type="spellEnd"/>
      <w:r>
        <w:t xml:space="preserve"> </w:t>
      </w:r>
      <w:proofErr w:type="spellStart"/>
      <w:r>
        <w:t>mbetje</w:t>
      </w:r>
      <w:proofErr w:type="spellEnd"/>
      <w:r>
        <w:t xml:space="preserve"> ë </w:t>
      </w:r>
      <w:proofErr w:type="spellStart"/>
      <w:r>
        <w:t>mbledhje</w:t>
      </w:r>
      <w:proofErr w:type="spellEnd"/>
      <w:r>
        <w:t xml:space="preserve">. Ajo </w:t>
      </w:r>
      <w:proofErr w:type="spellStart"/>
      <w:r>
        <w:t>pastaj</w:t>
      </w:r>
      <w:proofErr w:type="spellEnd"/>
      <w:r>
        <w:t xml:space="preserve"> ka </w:t>
      </w:r>
      <w:proofErr w:type="spellStart"/>
      <w:r>
        <w:t>pasoja</w:t>
      </w:r>
      <w:proofErr w:type="spellEnd"/>
      <w:r>
        <w:t xml:space="preserve">. </w:t>
      </w:r>
      <w:proofErr w:type="spellStart"/>
      <w:r>
        <w:t>Këtu</w:t>
      </w:r>
      <w:proofErr w:type="spellEnd"/>
      <w:r>
        <w:t xml:space="preserve"> </w:t>
      </w:r>
      <w:proofErr w:type="spellStart"/>
      <w:r>
        <w:t>vepro</w:t>
      </w:r>
      <w:proofErr w:type="spellEnd"/>
      <w:r>
        <w:t xml:space="preserve">, </w:t>
      </w:r>
      <w:proofErr w:type="spellStart"/>
      <w:r>
        <w:t>trego</w:t>
      </w:r>
      <w:proofErr w:type="spellEnd"/>
      <w:r>
        <w:t xml:space="preserve"> </w:t>
      </w:r>
      <w:proofErr w:type="spellStart"/>
      <w:r>
        <w:t>autoritetin</w:t>
      </w:r>
      <w:proofErr w:type="spellEnd"/>
      <w:r>
        <w:t xml:space="preserve"> </w:t>
      </w:r>
      <w:proofErr w:type="spellStart"/>
      <w:r>
        <w:t>tënd</w:t>
      </w:r>
      <w:proofErr w:type="spellEnd"/>
      <w:r>
        <w:t xml:space="preserve"> me </w:t>
      </w:r>
      <w:proofErr w:type="spellStart"/>
      <w:r>
        <w:t>qeverinë</w:t>
      </w:r>
      <w:proofErr w:type="spellEnd"/>
      <w:r>
        <w:t xml:space="preserve"> </w:t>
      </w:r>
      <w:proofErr w:type="spellStart"/>
      <w:r>
        <w:t>dhe</w:t>
      </w:r>
      <w:proofErr w:type="spellEnd"/>
      <w:r>
        <w:t xml:space="preserve"> </w:t>
      </w:r>
      <w:proofErr w:type="spellStart"/>
      <w:r>
        <w:t>merr</w:t>
      </w:r>
      <w:proofErr w:type="spellEnd"/>
      <w:r>
        <w:t xml:space="preserve"> </w:t>
      </w:r>
      <w:proofErr w:type="spellStart"/>
      <w:r>
        <w:t>vendimet</w:t>
      </w:r>
      <w:proofErr w:type="spellEnd"/>
      <w:r>
        <w:t xml:space="preserve"> e </w:t>
      </w:r>
      <w:proofErr w:type="spellStart"/>
      <w:r>
        <w:t>duhura</w:t>
      </w:r>
      <w:proofErr w:type="spellEnd"/>
      <w:r>
        <w:t xml:space="preserve">, se </w:t>
      </w:r>
      <w:proofErr w:type="spellStart"/>
      <w:r>
        <w:t>ti</w:t>
      </w:r>
      <w:proofErr w:type="spellEnd"/>
      <w:r>
        <w:t xml:space="preserve"> e </w:t>
      </w:r>
      <w:proofErr w:type="spellStart"/>
      <w:r>
        <w:t>ke</w:t>
      </w:r>
      <w:proofErr w:type="spellEnd"/>
      <w:r>
        <w:t xml:space="preserve"> </w:t>
      </w:r>
      <w:proofErr w:type="spellStart"/>
      <w:r>
        <w:t>në</w:t>
      </w:r>
      <w:proofErr w:type="spellEnd"/>
      <w:r>
        <w:t xml:space="preserve"> </w:t>
      </w:r>
      <w:proofErr w:type="spellStart"/>
      <w:r>
        <w:t>dorë</w:t>
      </w:r>
      <w:proofErr w:type="spellEnd"/>
      <w:r>
        <w:t xml:space="preserve"> </w:t>
      </w:r>
      <w:proofErr w:type="spellStart"/>
      <w:r>
        <w:t>pastaj</w:t>
      </w:r>
      <w:proofErr w:type="spellEnd"/>
      <w:r>
        <w:t xml:space="preserve"> </w:t>
      </w:r>
      <w:proofErr w:type="spellStart"/>
      <w:r>
        <w:t>edhe</w:t>
      </w:r>
      <w:proofErr w:type="spellEnd"/>
      <w:r>
        <w:t xml:space="preserve"> </w:t>
      </w:r>
      <w:proofErr w:type="spellStart"/>
      <w:r>
        <w:t>këtë</w:t>
      </w:r>
      <w:proofErr w:type="spellEnd"/>
      <w:r>
        <w:t xml:space="preserve"> </w:t>
      </w:r>
      <w:proofErr w:type="spellStart"/>
      <w:r>
        <w:t>gjë</w:t>
      </w:r>
      <w:proofErr w:type="spellEnd"/>
      <w:r>
        <w:t xml:space="preserve"> </w:t>
      </w:r>
      <w:proofErr w:type="spellStart"/>
      <w:r>
        <w:t>që</w:t>
      </w:r>
      <w:proofErr w:type="spellEnd"/>
      <w:r>
        <w:t xml:space="preserve"> </w:t>
      </w:r>
      <w:proofErr w:type="spellStart"/>
      <w:r>
        <w:t>s'mund</w:t>
      </w:r>
      <w:proofErr w:type="spellEnd"/>
      <w:r>
        <w:t xml:space="preserve"> </w:t>
      </w:r>
      <w:proofErr w:type="spellStart"/>
      <w:r>
        <w:t>të</w:t>
      </w:r>
      <w:proofErr w:type="spellEnd"/>
      <w:r>
        <w:t xml:space="preserve"> </w:t>
      </w:r>
      <w:proofErr w:type="spellStart"/>
      <w:r>
        <w:t>thuash</w:t>
      </w:r>
      <w:proofErr w:type="spellEnd"/>
      <w:r>
        <w:t xml:space="preserve"> ma </w:t>
      </w:r>
      <w:proofErr w:type="spellStart"/>
      <w:r>
        <w:t>bën</w:t>
      </w:r>
      <w:proofErr w:type="spellEnd"/>
      <w:r>
        <w:t xml:space="preserve"> </w:t>
      </w:r>
      <w:proofErr w:type="spellStart"/>
      <w:r>
        <w:t>mua</w:t>
      </w:r>
      <w:proofErr w:type="spellEnd"/>
      <w:r>
        <w:t xml:space="preserve">, po </w:t>
      </w:r>
      <w:proofErr w:type="spellStart"/>
      <w:r>
        <w:t>ti</w:t>
      </w:r>
      <w:proofErr w:type="spellEnd"/>
      <w:r>
        <w:t xml:space="preserve"> je sot </w:t>
      </w:r>
      <w:proofErr w:type="spellStart"/>
      <w:r>
        <w:t>kryetari</w:t>
      </w:r>
      <w:proofErr w:type="spellEnd"/>
      <w:r>
        <w:t xml:space="preserve">, </w:t>
      </w:r>
      <w:proofErr w:type="spellStart"/>
      <w:r>
        <w:t>ti</w:t>
      </w:r>
      <w:proofErr w:type="spellEnd"/>
      <w:r>
        <w:t xml:space="preserve"> je </w:t>
      </w:r>
      <w:proofErr w:type="spellStart"/>
      <w:r>
        <w:t>autoriteti</w:t>
      </w:r>
      <w:proofErr w:type="spellEnd"/>
      <w:r>
        <w:t xml:space="preserve"> </w:t>
      </w:r>
      <w:proofErr w:type="spellStart"/>
      <w:r>
        <w:t>që</w:t>
      </w:r>
      <w:proofErr w:type="spellEnd"/>
      <w:r>
        <w:t xml:space="preserve"> </w:t>
      </w:r>
      <w:proofErr w:type="spellStart"/>
      <w:r>
        <w:t>duhet</w:t>
      </w:r>
      <w:proofErr w:type="spellEnd"/>
      <w:r>
        <w:t xml:space="preserve"> ta </w:t>
      </w:r>
      <w:proofErr w:type="spellStart"/>
      <w:r>
        <w:t>bësh</w:t>
      </w:r>
      <w:proofErr w:type="spellEnd"/>
      <w:r>
        <w:t xml:space="preserve"> </w:t>
      </w:r>
      <w:proofErr w:type="spellStart"/>
      <w:r>
        <w:t>dhe</w:t>
      </w:r>
      <w:proofErr w:type="spellEnd"/>
      <w:r>
        <w:t xml:space="preserve"> </w:t>
      </w:r>
      <w:proofErr w:type="spellStart"/>
      <w:r>
        <w:t>duhet</w:t>
      </w:r>
      <w:proofErr w:type="spellEnd"/>
      <w:r>
        <w:t xml:space="preserve"> </w:t>
      </w:r>
      <w:proofErr w:type="spellStart"/>
      <w:r>
        <w:t>të</w:t>
      </w:r>
      <w:proofErr w:type="spellEnd"/>
      <w:r>
        <w:t xml:space="preserve"> </w:t>
      </w:r>
      <w:proofErr w:type="spellStart"/>
      <w:r>
        <w:t>veprosh</w:t>
      </w:r>
      <w:proofErr w:type="spellEnd"/>
      <w:r>
        <w:t xml:space="preserve">. </w:t>
      </w:r>
      <w:proofErr w:type="spellStart"/>
      <w:r>
        <w:t>Faleminderit</w:t>
      </w:r>
      <w:proofErr w:type="spellEnd"/>
      <w:r>
        <w:t xml:space="preserve">. </w:t>
      </w:r>
    </w:p>
    <w:p w14:paraId="776C1521" w14:textId="77777777" w:rsidR="002A6C30" w:rsidRDefault="002A6C30" w:rsidP="002A6C30">
      <w:pPr>
        <w:rPr>
          <w:b/>
          <w:bCs/>
        </w:rPr>
      </w:pPr>
      <w:r>
        <w:rPr>
          <w:b/>
          <w:bCs/>
        </w:rPr>
        <w:t>Kristian Shkreli:</w:t>
      </w:r>
    </w:p>
    <w:p w14:paraId="7347045C" w14:textId="77777777" w:rsidR="002A6C30" w:rsidRDefault="0010666C" w:rsidP="0010666C">
      <w:proofErr w:type="spellStart"/>
      <w:r>
        <w:t>Atëherë</w:t>
      </w:r>
      <w:proofErr w:type="spellEnd"/>
      <w:r>
        <w:t xml:space="preserve"> </w:t>
      </w:r>
      <w:proofErr w:type="spellStart"/>
      <w:r>
        <w:t>unë</w:t>
      </w:r>
      <w:proofErr w:type="spellEnd"/>
      <w:r>
        <w:t xml:space="preserve"> </w:t>
      </w:r>
      <w:proofErr w:type="spellStart"/>
      <w:r>
        <w:t>fola</w:t>
      </w:r>
      <w:proofErr w:type="spellEnd"/>
      <w:r>
        <w:t xml:space="preserve"> </w:t>
      </w:r>
      <w:proofErr w:type="spellStart"/>
      <w:r>
        <w:t>si</w:t>
      </w:r>
      <w:proofErr w:type="spellEnd"/>
      <w:r>
        <w:t xml:space="preserve"> </w:t>
      </w:r>
      <w:proofErr w:type="spellStart"/>
      <w:r>
        <w:t>kryetar</w:t>
      </w:r>
      <w:proofErr w:type="spellEnd"/>
      <w:r>
        <w:t xml:space="preserve"> </w:t>
      </w:r>
      <w:proofErr w:type="spellStart"/>
      <w:r>
        <w:t>bashkie</w:t>
      </w:r>
      <w:proofErr w:type="spellEnd"/>
      <w:r>
        <w:t xml:space="preserve"> </w:t>
      </w:r>
      <w:proofErr w:type="spellStart"/>
      <w:r>
        <w:t>dhe</w:t>
      </w:r>
      <w:proofErr w:type="spellEnd"/>
      <w:r>
        <w:t xml:space="preserve"> </w:t>
      </w:r>
      <w:proofErr w:type="spellStart"/>
      <w:r>
        <w:t>si</w:t>
      </w:r>
      <w:proofErr w:type="spellEnd"/>
      <w:r>
        <w:t xml:space="preserve"> </w:t>
      </w:r>
      <w:proofErr w:type="spellStart"/>
      <w:r>
        <w:t>banor</w:t>
      </w:r>
      <w:proofErr w:type="spellEnd"/>
      <w:r>
        <w:t xml:space="preserve"> </w:t>
      </w:r>
      <w:proofErr w:type="spellStart"/>
      <w:r>
        <w:t>i</w:t>
      </w:r>
      <w:proofErr w:type="spellEnd"/>
      <w:r>
        <w:t xml:space="preserve"> </w:t>
      </w:r>
      <w:proofErr w:type="spellStart"/>
      <w:r>
        <w:t>atij</w:t>
      </w:r>
      <w:proofErr w:type="spellEnd"/>
      <w:r>
        <w:t xml:space="preserve"> </w:t>
      </w:r>
      <w:proofErr w:type="spellStart"/>
      <w:r>
        <w:t>vendi</w:t>
      </w:r>
      <w:proofErr w:type="spellEnd"/>
      <w:r>
        <w:t xml:space="preserve">, se </w:t>
      </w:r>
      <w:proofErr w:type="spellStart"/>
      <w:r>
        <w:t>është</w:t>
      </w:r>
      <w:proofErr w:type="spellEnd"/>
      <w:r>
        <w:t xml:space="preserve"> </w:t>
      </w:r>
      <w:proofErr w:type="spellStart"/>
      <w:r>
        <w:t>bërë</w:t>
      </w:r>
      <w:proofErr w:type="spellEnd"/>
      <w:r>
        <w:t xml:space="preserve"> me </w:t>
      </w:r>
      <w:proofErr w:type="spellStart"/>
      <w:r>
        <w:t>miratimin</w:t>
      </w:r>
      <w:proofErr w:type="spellEnd"/>
      <w:r>
        <w:t xml:space="preserve"> e </w:t>
      </w:r>
      <w:proofErr w:type="spellStart"/>
      <w:r>
        <w:t>banorëve</w:t>
      </w:r>
      <w:proofErr w:type="spellEnd"/>
      <w:r>
        <w:t xml:space="preserve"> </w:t>
      </w:r>
      <w:proofErr w:type="spellStart"/>
      <w:r>
        <w:t>të</w:t>
      </w:r>
      <w:proofErr w:type="spellEnd"/>
      <w:r>
        <w:t xml:space="preserve"> </w:t>
      </w:r>
      <w:proofErr w:type="spellStart"/>
      <w:r>
        <w:t>zonës</w:t>
      </w:r>
      <w:proofErr w:type="spellEnd"/>
      <w:r>
        <w:t xml:space="preserve"> 80%, </w:t>
      </w:r>
      <w:proofErr w:type="spellStart"/>
      <w:r>
        <w:t>siç</w:t>
      </w:r>
      <w:proofErr w:type="spellEnd"/>
      <w:r>
        <w:t xml:space="preserve"> </w:t>
      </w:r>
      <w:proofErr w:type="spellStart"/>
      <w:r>
        <w:t>thoni</w:t>
      </w:r>
      <w:proofErr w:type="spellEnd"/>
      <w:r>
        <w:t xml:space="preserve"> </w:t>
      </w:r>
      <w:proofErr w:type="spellStart"/>
      <w:r>
        <w:t>ju</w:t>
      </w:r>
      <w:proofErr w:type="spellEnd"/>
      <w:r>
        <w:t xml:space="preserve">. </w:t>
      </w:r>
      <w:proofErr w:type="spellStart"/>
      <w:r>
        <w:t>Kjo</w:t>
      </w:r>
      <w:proofErr w:type="spellEnd"/>
      <w:r>
        <w:t xml:space="preserve"> </w:t>
      </w:r>
      <w:proofErr w:type="spellStart"/>
      <w:r>
        <w:t>nuk</w:t>
      </w:r>
      <w:proofErr w:type="spellEnd"/>
      <w:r>
        <w:t xml:space="preserve"> e di </w:t>
      </w:r>
      <w:proofErr w:type="spellStart"/>
      <w:r>
        <w:t>kush</w:t>
      </w:r>
      <w:proofErr w:type="spellEnd"/>
      <w:r>
        <w:t xml:space="preserve"> </w:t>
      </w:r>
      <w:proofErr w:type="spellStart"/>
      <w:r>
        <w:t>është</w:t>
      </w:r>
      <w:proofErr w:type="spellEnd"/>
      <w:r>
        <w:t xml:space="preserve"> </w:t>
      </w:r>
      <w:proofErr w:type="spellStart"/>
      <w:r>
        <w:t>inxhinier</w:t>
      </w:r>
      <w:proofErr w:type="spellEnd"/>
      <w:r>
        <w:t xml:space="preserve">, por </w:t>
      </w:r>
      <w:proofErr w:type="spellStart"/>
      <w:r>
        <w:t>unë</w:t>
      </w:r>
      <w:proofErr w:type="spellEnd"/>
      <w:r>
        <w:t xml:space="preserve"> jam </w:t>
      </w:r>
      <w:proofErr w:type="spellStart"/>
      <w:r>
        <w:t>leje</w:t>
      </w:r>
      <w:proofErr w:type="spellEnd"/>
      <w:r>
        <w:t xml:space="preserve"> </w:t>
      </w:r>
      <w:proofErr w:type="spellStart"/>
      <w:r>
        <w:t>rritur</w:t>
      </w:r>
      <w:proofErr w:type="spellEnd"/>
      <w:r>
        <w:t xml:space="preserve">, </w:t>
      </w:r>
      <w:proofErr w:type="spellStart"/>
      <w:r>
        <w:t>jetoj</w:t>
      </w:r>
      <w:proofErr w:type="spellEnd"/>
      <w:r>
        <w:t xml:space="preserve"> </w:t>
      </w:r>
      <w:proofErr w:type="spellStart"/>
      <w:r>
        <w:t>aty</w:t>
      </w:r>
      <w:proofErr w:type="spellEnd"/>
      <w:r>
        <w:t xml:space="preserve"> </w:t>
      </w:r>
      <w:proofErr w:type="spellStart"/>
      <w:r>
        <w:t>dhe</w:t>
      </w:r>
      <w:proofErr w:type="spellEnd"/>
      <w:r>
        <w:t xml:space="preserve"> jam </w:t>
      </w:r>
      <w:proofErr w:type="spellStart"/>
      <w:r>
        <w:t>tu</w:t>
      </w:r>
      <w:proofErr w:type="spellEnd"/>
      <w:r>
        <w:t xml:space="preserve"> </w:t>
      </w:r>
      <w:proofErr w:type="spellStart"/>
      <w:r>
        <w:t>rritur</w:t>
      </w:r>
      <w:proofErr w:type="spellEnd"/>
      <w:r>
        <w:t xml:space="preserve"> </w:t>
      </w:r>
      <w:proofErr w:type="spellStart"/>
      <w:r>
        <w:t>fëmijët</w:t>
      </w:r>
      <w:proofErr w:type="spellEnd"/>
      <w:r>
        <w:t xml:space="preserve"> e mi </w:t>
      </w:r>
      <w:proofErr w:type="spellStart"/>
      <w:r>
        <w:t>aty</w:t>
      </w:r>
      <w:proofErr w:type="spellEnd"/>
      <w:r>
        <w:t xml:space="preserve"> </w:t>
      </w:r>
      <w:proofErr w:type="spellStart"/>
      <w:r>
        <w:t>në</w:t>
      </w:r>
      <w:proofErr w:type="spellEnd"/>
      <w:r>
        <w:t xml:space="preserve"> </w:t>
      </w:r>
      <w:proofErr w:type="spellStart"/>
      <w:r>
        <w:t>Vaudejë</w:t>
      </w:r>
      <w:proofErr w:type="spellEnd"/>
      <w:r>
        <w:t xml:space="preserve"> </w:t>
      </w:r>
      <w:proofErr w:type="spellStart"/>
      <w:r>
        <w:t>dhe</w:t>
      </w:r>
      <w:proofErr w:type="spellEnd"/>
      <w:r>
        <w:t xml:space="preserve"> </w:t>
      </w:r>
      <w:proofErr w:type="spellStart"/>
      <w:r>
        <w:t>në</w:t>
      </w:r>
      <w:proofErr w:type="spellEnd"/>
      <w:r>
        <w:t xml:space="preserve"> </w:t>
      </w:r>
      <w:proofErr w:type="spellStart"/>
      <w:r>
        <w:t>Bushatë</w:t>
      </w:r>
      <w:proofErr w:type="spellEnd"/>
      <w:r>
        <w:t xml:space="preserve"> </w:t>
      </w:r>
      <w:proofErr w:type="spellStart"/>
      <w:r>
        <w:t>dhe</w:t>
      </w:r>
      <w:proofErr w:type="spellEnd"/>
      <w:r>
        <w:t xml:space="preserve"> </w:t>
      </w:r>
      <w:proofErr w:type="spellStart"/>
      <w:r>
        <w:t>këtë</w:t>
      </w:r>
      <w:proofErr w:type="spellEnd"/>
      <w:r>
        <w:t xml:space="preserve"> </w:t>
      </w:r>
      <w:proofErr w:type="spellStart"/>
      <w:r>
        <w:t>gjë</w:t>
      </w:r>
      <w:proofErr w:type="spellEnd"/>
      <w:r>
        <w:t xml:space="preserve"> e di </w:t>
      </w:r>
      <w:proofErr w:type="spellStart"/>
      <w:r>
        <w:t>shumë</w:t>
      </w:r>
      <w:proofErr w:type="spellEnd"/>
      <w:r>
        <w:t xml:space="preserve"> </w:t>
      </w:r>
      <w:proofErr w:type="spellStart"/>
      <w:r>
        <w:t>mirë</w:t>
      </w:r>
      <w:proofErr w:type="spellEnd"/>
      <w:r>
        <w:t xml:space="preserve">, </w:t>
      </w:r>
      <w:proofErr w:type="spellStart"/>
      <w:r>
        <w:t>sepse</w:t>
      </w:r>
      <w:proofErr w:type="spellEnd"/>
      <w:r>
        <w:t xml:space="preserve"> jam </w:t>
      </w:r>
      <w:proofErr w:type="spellStart"/>
      <w:r>
        <w:t>kenë</w:t>
      </w:r>
      <w:proofErr w:type="spellEnd"/>
      <w:r>
        <w:t xml:space="preserve"> </w:t>
      </w:r>
      <w:proofErr w:type="spellStart"/>
      <w:r>
        <w:t>banor</w:t>
      </w:r>
      <w:proofErr w:type="spellEnd"/>
      <w:r>
        <w:t xml:space="preserve"> </w:t>
      </w:r>
      <w:proofErr w:type="spellStart"/>
      <w:r>
        <w:t>aty</w:t>
      </w:r>
      <w:proofErr w:type="spellEnd"/>
      <w:r>
        <w:t xml:space="preserve">, jam </w:t>
      </w:r>
      <w:proofErr w:type="spellStart"/>
      <w:r>
        <w:t>banor</w:t>
      </w:r>
      <w:proofErr w:type="spellEnd"/>
      <w:r>
        <w:t xml:space="preserve"> </w:t>
      </w:r>
      <w:proofErr w:type="spellStart"/>
      <w:r>
        <w:t>aty</w:t>
      </w:r>
      <w:proofErr w:type="spellEnd"/>
      <w:r>
        <w:t xml:space="preserve"> </w:t>
      </w:r>
      <w:proofErr w:type="spellStart"/>
      <w:r>
        <w:t>dhe</w:t>
      </w:r>
      <w:proofErr w:type="spellEnd"/>
      <w:r>
        <w:t xml:space="preserve"> </w:t>
      </w:r>
      <w:proofErr w:type="spellStart"/>
      <w:r>
        <w:t>kjo</w:t>
      </w:r>
      <w:proofErr w:type="spellEnd"/>
      <w:r>
        <w:t xml:space="preserve"> </w:t>
      </w:r>
      <w:proofErr w:type="spellStart"/>
      <w:r>
        <w:t>nuk</w:t>
      </w:r>
      <w:proofErr w:type="spellEnd"/>
      <w:r>
        <w:t xml:space="preserve"> </w:t>
      </w:r>
      <w:proofErr w:type="spellStart"/>
      <w:r>
        <w:t>është</w:t>
      </w:r>
      <w:proofErr w:type="spellEnd"/>
      <w:r>
        <w:t xml:space="preserve"> e </w:t>
      </w:r>
      <w:proofErr w:type="spellStart"/>
      <w:r>
        <w:t>vërtetë</w:t>
      </w:r>
      <w:proofErr w:type="spellEnd"/>
      <w:r>
        <w:t xml:space="preserve">. Po </w:t>
      </w:r>
      <w:proofErr w:type="spellStart"/>
      <w:r>
        <w:t>t'i</w:t>
      </w:r>
      <w:proofErr w:type="spellEnd"/>
      <w:r>
        <w:t xml:space="preserve"> </w:t>
      </w:r>
      <w:proofErr w:type="spellStart"/>
      <w:r>
        <w:t>ishte</w:t>
      </w:r>
      <w:proofErr w:type="spellEnd"/>
      <w:r>
        <w:t xml:space="preserve"> </w:t>
      </w:r>
      <w:proofErr w:type="spellStart"/>
      <w:r>
        <w:t>pyet</w:t>
      </w:r>
      <w:proofErr w:type="spellEnd"/>
      <w:r>
        <w:t xml:space="preserve"> </w:t>
      </w:r>
      <w:proofErr w:type="spellStart"/>
      <w:r>
        <w:t>njerëzit</w:t>
      </w:r>
      <w:proofErr w:type="spellEnd"/>
      <w:r>
        <w:t xml:space="preserve"> </w:t>
      </w:r>
      <w:proofErr w:type="spellStart"/>
      <w:r>
        <w:t>dhe</w:t>
      </w:r>
      <w:proofErr w:type="spellEnd"/>
      <w:r>
        <w:t xml:space="preserve"> po </w:t>
      </w:r>
      <w:proofErr w:type="spellStart"/>
      <w:r>
        <w:t>t'u</w:t>
      </w:r>
      <w:proofErr w:type="spellEnd"/>
      <w:r>
        <w:t xml:space="preserve"> </w:t>
      </w:r>
      <w:proofErr w:type="spellStart"/>
      <w:r>
        <w:t>pyesnin</w:t>
      </w:r>
      <w:proofErr w:type="spellEnd"/>
      <w:r>
        <w:t xml:space="preserve"> </w:t>
      </w:r>
      <w:proofErr w:type="spellStart"/>
      <w:r>
        <w:t>edhe</w:t>
      </w:r>
      <w:proofErr w:type="spellEnd"/>
      <w:r>
        <w:t xml:space="preserve"> sot </w:t>
      </w:r>
      <w:proofErr w:type="spellStart"/>
      <w:r>
        <w:t>njerëzit</w:t>
      </w:r>
      <w:proofErr w:type="spellEnd"/>
      <w:r>
        <w:t xml:space="preserve">, normal </w:t>
      </w:r>
      <w:proofErr w:type="spellStart"/>
      <w:r>
        <w:t>që</w:t>
      </w:r>
      <w:proofErr w:type="spellEnd"/>
      <w:r>
        <w:t xml:space="preserve"> </w:t>
      </w:r>
      <w:proofErr w:type="spellStart"/>
      <w:r>
        <w:t>askush</w:t>
      </w:r>
      <w:proofErr w:type="spellEnd"/>
      <w:r>
        <w:t xml:space="preserve"> </w:t>
      </w:r>
      <w:proofErr w:type="spellStart"/>
      <w:r>
        <w:t>nuk</w:t>
      </w:r>
      <w:proofErr w:type="spellEnd"/>
      <w:r>
        <w:t xml:space="preserve"> e don </w:t>
      </w:r>
      <w:proofErr w:type="spellStart"/>
      <w:r>
        <w:t>Lanthildin</w:t>
      </w:r>
      <w:proofErr w:type="spellEnd"/>
      <w:r>
        <w:t xml:space="preserve"> </w:t>
      </w:r>
      <w:proofErr w:type="spellStart"/>
      <w:r>
        <w:t>në</w:t>
      </w:r>
      <w:proofErr w:type="spellEnd"/>
      <w:r>
        <w:t xml:space="preserve"> </w:t>
      </w:r>
      <w:proofErr w:type="spellStart"/>
      <w:r>
        <w:t>atë</w:t>
      </w:r>
      <w:proofErr w:type="spellEnd"/>
      <w:r>
        <w:t xml:space="preserve"> vend </w:t>
      </w:r>
      <w:proofErr w:type="spellStart"/>
      <w:r>
        <w:t>që</w:t>
      </w:r>
      <w:proofErr w:type="spellEnd"/>
      <w:r>
        <w:t xml:space="preserve"> </w:t>
      </w:r>
      <w:proofErr w:type="spellStart"/>
      <w:r>
        <w:t>është</w:t>
      </w:r>
      <w:proofErr w:type="spellEnd"/>
      <w:r>
        <w:t xml:space="preserve">. Po ta them, po ta them </w:t>
      </w:r>
      <w:proofErr w:type="spellStart"/>
      <w:r>
        <w:t>si</w:t>
      </w:r>
      <w:proofErr w:type="spellEnd"/>
      <w:r>
        <w:t xml:space="preserve"> </w:t>
      </w:r>
      <w:proofErr w:type="spellStart"/>
      <w:r>
        <w:t>thashë</w:t>
      </w:r>
      <w:proofErr w:type="spellEnd"/>
      <w:r>
        <w:t xml:space="preserve">, </w:t>
      </w:r>
      <w:proofErr w:type="spellStart"/>
      <w:r>
        <w:t>si</w:t>
      </w:r>
      <w:proofErr w:type="spellEnd"/>
      <w:r>
        <w:t xml:space="preserve"> </w:t>
      </w:r>
      <w:proofErr w:type="spellStart"/>
      <w:r>
        <w:t>banor</w:t>
      </w:r>
      <w:proofErr w:type="spellEnd"/>
      <w:r>
        <w:t xml:space="preserve"> </w:t>
      </w:r>
      <w:proofErr w:type="spellStart"/>
      <w:r>
        <w:t>dhe</w:t>
      </w:r>
      <w:proofErr w:type="spellEnd"/>
      <w:r>
        <w:t xml:space="preserve"> </w:t>
      </w:r>
      <w:proofErr w:type="spellStart"/>
      <w:r>
        <w:t>si</w:t>
      </w:r>
      <w:proofErr w:type="spellEnd"/>
      <w:r>
        <w:t xml:space="preserve"> </w:t>
      </w:r>
      <w:proofErr w:type="spellStart"/>
      <w:r>
        <w:t>kryetar</w:t>
      </w:r>
      <w:proofErr w:type="spellEnd"/>
      <w:r>
        <w:t xml:space="preserve"> </w:t>
      </w:r>
      <w:proofErr w:type="spellStart"/>
      <w:r>
        <w:t>bashkie</w:t>
      </w:r>
      <w:proofErr w:type="spellEnd"/>
      <w:r>
        <w:t xml:space="preserve"> </w:t>
      </w:r>
      <w:proofErr w:type="spellStart"/>
      <w:r>
        <w:t>dhe</w:t>
      </w:r>
      <w:proofErr w:type="spellEnd"/>
      <w:r>
        <w:t xml:space="preserve"> </w:t>
      </w:r>
      <w:proofErr w:type="spellStart"/>
      <w:r>
        <w:t>si</w:t>
      </w:r>
      <w:proofErr w:type="spellEnd"/>
      <w:r>
        <w:t xml:space="preserve"> </w:t>
      </w:r>
      <w:proofErr w:type="spellStart"/>
      <w:r>
        <w:t>një</w:t>
      </w:r>
      <w:proofErr w:type="spellEnd"/>
      <w:r>
        <w:t xml:space="preserve"> person </w:t>
      </w:r>
      <w:proofErr w:type="spellStart"/>
      <w:r>
        <w:t>që</w:t>
      </w:r>
      <w:proofErr w:type="spellEnd"/>
      <w:r>
        <w:t xml:space="preserve"> </w:t>
      </w:r>
      <w:proofErr w:type="spellStart"/>
      <w:r>
        <w:t>unë</w:t>
      </w:r>
      <w:proofErr w:type="spellEnd"/>
      <w:r>
        <w:t xml:space="preserve"> </w:t>
      </w:r>
      <w:proofErr w:type="spellStart"/>
      <w:r>
        <w:t>jetoj</w:t>
      </w:r>
      <w:proofErr w:type="spellEnd"/>
      <w:r>
        <w:t xml:space="preserve"> </w:t>
      </w:r>
      <w:proofErr w:type="spellStart"/>
      <w:r>
        <w:t>aty</w:t>
      </w:r>
      <w:proofErr w:type="spellEnd"/>
      <w:r>
        <w:t xml:space="preserve">, se </w:t>
      </w:r>
      <w:proofErr w:type="spellStart"/>
      <w:r>
        <w:t>ju</w:t>
      </w:r>
      <w:proofErr w:type="spellEnd"/>
      <w:r>
        <w:t xml:space="preserve"> </w:t>
      </w:r>
      <w:proofErr w:type="spellStart"/>
      <w:r>
        <w:t>jetoni</w:t>
      </w:r>
      <w:proofErr w:type="spellEnd"/>
      <w:r>
        <w:t xml:space="preserve"> </w:t>
      </w:r>
      <w:proofErr w:type="spellStart"/>
      <w:r>
        <w:t>në</w:t>
      </w:r>
      <w:proofErr w:type="spellEnd"/>
      <w:r>
        <w:t xml:space="preserve"> </w:t>
      </w:r>
      <w:proofErr w:type="spellStart"/>
      <w:r>
        <w:t>Tiranë</w:t>
      </w:r>
      <w:proofErr w:type="spellEnd"/>
      <w:r>
        <w:t xml:space="preserve">, </w:t>
      </w:r>
      <w:proofErr w:type="spellStart"/>
      <w:r>
        <w:t>kurse</w:t>
      </w:r>
      <w:proofErr w:type="spellEnd"/>
      <w:r>
        <w:t xml:space="preserve"> </w:t>
      </w:r>
      <w:proofErr w:type="spellStart"/>
      <w:r>
        <w:t>unë</w:t>
      </w:r>
      <w:proofErr w:type="spellEnd"/>
      <w:r>
        <w:t xml:space="preserve"> </w:t>
      </w:r>
      <w:proofErr w:type="spellStart"/>
      <w:r>
        <w:t>jetoj</w:t>
      </w:r>
      <w:proofErr w:type="spellEnd"/>
      <w:r>
        <w:t xml:space="preserve"> </w:t>
      </w:r>
      <w:proofErr w:type="spellStart"/>
      <w:r>
        <w:t>në</w:t>
      </w:r>
      <w:proofErr w:type="spellEnd"/>
      <w:r>
        <w:t xml:space="preserve"> </w:t>
      </w:r>
      <w:proofErr w:type="spellStart"/>
      <w:r>
        <w:t>Vaudejë</w:t>
      </w:r>
      <w:proofErr w:type="spellEnd"/>
      <w:r>
        <w:t xml:space="preserve">, </w:t>
      </w:r>
      <w:proofErr w:type="spellStart"/>
      <w:r>
        <w:t>aty</w:t>
      </w:r>
      <w:proofErr w:type="spellEnd"/>
      <w:r>
        <w:t xml:space="preserve"> </w:t>
      </w:r>
      <w:proofErr w:type="spellStart"/>
      <w:r>
        <w:t>ku</w:t>
      </w:r>
      <w:proofErr w:type="spellEnd"/>
      <w:r>
        <w:t xml:space="preserve"> </w:t>
      </w:r>
      <w:proofErr w:type="spellStart"/>
      <w:r>
        <w:t>është</w:t>
      </w:r>
      <w:proofErr w:type="spellEnd"/>
      <w:r>
        <w:t xml:space="preserve"> </w:t>
      </w:r>
      <w:proofErr w:type="spellStart"/>
      <w:r>
        <w:t>Lanthildi</w:t>
      </w:r>
      <w:proofErr w:type="spellEnd"/>
      <w:r>
        <w:t xml:space="preserve">. </w:t>
      </w:r>
    </w:p>
    <w:p w14:paraId="14A1754E" w14:textId="77777777" w:rsidR="00BC7FD3" w:rsidRDefault="00BC7FD3" w:rsidP="00BC7FD3">
      <w:proofErr w:type="spellStart"/>
      <w:r>
        <w:rPr>
          <w:b/>
        </w:rPr>
        <w:t>Luçiano</w:t>
      </w:r>
      <w:proofErr w:type="spellEnd"/>
      <w:r>
        <w:rPr>
          <w:b/>
        </w:rPr>
        <w:t xml:space="preserve"> </w:t>
      </w:r>
      <w:proofErr w:type="spellStart"/>
      <w:r>
        <w:rPr>
          <w:b/>
        </w:rPr>
        <w:t>Boçi</w:t>
      </w:r>
      <w:proofErr w:type="spellEnd"/>
      <w:r>
        <w:rPr>
          <w:b/>
        </w:rPr>
        <w:t>:</w:t>
      </w:r>
    </w:p>
    <w:p w14:paraId="46D96374" w14:textId="77777777" w:rsidR="00BC7FD3" w:rsidRDefault="0010666C" w:rsidP="0010666C">
      <w:r>
        <w:t xml:space="preserve">Po ta </w:t>
      </w:r>
      <w:proofErr w:type="spellStart"/>
      <w:r>
        <w:t>unë</w:t>
      </w:r>
      <w:proofErr w:type="spellEnd"/>
      <w:r>
        <w:t xml:space="preserve"> </w:t>
      </w:r>
      <w:proofErr w:type="spellStart"/>
      <w:r>
        <w:t>jetoj</w:t>
      </w:r>
      <w:proofErr w:type="spellEnd"/>
      <w:r>
        <w:t xml:space="preserve"> </w:t>
      </w:r>
      <w:proofErr w:type="spellStart"/>
      <w:r>
        <w:t>në</w:t>
      </w:r>
      <w:proofErr w:type="spellEnd"/>
      <w:r>
        <w:t xml:space="preserve"> Elbasan </w:t>
      </w:r>
      <w:proofErr w:type="spellStart"/>
      <w:r>
        <w:t>dhe</w:t>
      </w:r>
      <w:proofErr w:type="spellEnd"/>
      <w:r>
        <w:t xml:space="preserve"> </w:t>
      </w:r>
      <w:proofErr w:type="spellStart"/>
      <w:r>
        <w:t>në</w:t>
      </w:r>
      <w:proofErr w:type="spellEnd"/>
      <w:r>
        <w:t xml:space="preserve"> Vija </w:t>
      </w:r>
      <w:proofErr w:type="spellStart"/>
      <w:r>
        <w:t>Ajrore</w:t>
      </w:r>
      <w:proofErr w:type="spellEnd"/>
      <w:r>
        <w:t xml:space="preserve"> </w:t>
      </w:r>
      <w:proofErr w:type="spellStart"/>
      <w:r>
        <w:t>kam</w:t>
      </w:r>
      <w:proofErr w:type="spellEnd"/>
      <w:r>
        <w:t xml:space="preserve"> </w:t>
      </w:r>
      <w:proofErr w:type="spellStart"/>
      <w:r>
        <w:t>sa</w:t>
      </w:r>
      <w:proofErr w:type="spellEnd"/>
      <w:r>
        <w:t xml:space="preserve"> ty </w:t>
      </w:r>
      <w:proofErr w:type="spellStart"/>
      <w:r>
        <w:t>atë</w:t>
      </w:r>
      <w:proofErr w:type="spellEnd"/>
      <w:r>
        <w:t xml:space="preserve"> </w:t>
      </w:r>
      <w:proofErr w:type="spellStart"/>
      <w:r>
        <w:t>inxhinieratorin</w:t>
      </w:r>
      <w:proofErr w:type="spellEnd"/>
      <w:r>
        <w:t xml:space="preserve"> e </w:t>
      </w:r>
      <w:proofErr w:type="spellStart"/>
      <w:r>
        <w:t>famshëm</w:t>
      </w:r>
      <w:proofErr w:type="spellEnd"/>
      <w:r>
        <w:t xml:space="preserve"> </w:t>
      </w:r>
      <w:proofErr w:type="spellStart"/>
      <w:r>
        <w:t>të</w:t>
      </w:r>
      <w:proofErr w:type="spellEnd"/>
      <w:r>
        <w:t xml:space="preserve"> </w:t>
      </w:r>
      <w:proofErr w:type="spellStart"/>
      <w:r>
        <w:t>Elbasanit</w:t>
      </w:r>
      <w:proofErr w:type="spellEnd"/>
      <w:r>
        <w:t xml:space="preserve"> </w:t>
      </w:r>
      <w:proofErr w:type="spellStart"/>
      <w:r>
        <w:t>që</w:t>
      </w:r>
      <w:proofErr w:type="spellEnd"/>
      <w:r>
        <w:t xml:space="preserve"> </w:t>
      </w:r>
      <w:proofErr w:type="spellStart"/>
      <w:r>
        <w:t>kontaminon</w:t>
      </w:r>
      <w:proofErr w:type="spellEnd"/>
      <w:r>
        <w:t xml:space="preserve"> </w:t>
      </w:r>
      <w:proofErr w:type="spellStart"/>
      <w:r>
        <w:t>gjithë</w:t>
      </w:r>
      <w:proofErr w:type="spellEnd"/>
      <w:r>
        <w:t xml:space="preserve"> </w:t>
      </w:r>
      <w:proofErr w:type="spellStart"/>
      <w:r>
        <w:t>Elbasanin</w:t>
      </w:r>
      <w:proofErr w:type="spellEnd"/>
      <w:r>
        <w:t xml:space="preserve"> </w:t>
      </w:r>
      <w:proofErr w:type="spellStart"/>
      <w:r>
        <w:t>dhe</w:t>
      </w:r>
      <w:proofErr w:type="spellEnd"/>
      <w:r>
        <w:t xml:space="preserve"> </w:t>
      </w:r>
      <w:proofErr w:type="spellStart"/>
      <w:r>
        <w:t>më</w:t>
      </w:r>
      <w:proofErr w:type="spellEnd"/>
      <w:r>
        <w:t xml:space="preserve"> </w:t>
      </w:r>
      <w:proofErr w:type="spellStart"/>
      <w:r>
        <w:t>gjerë</w:t>
      </w:r>
      <w:proofErr w:type="spellEnd"/>
      <w:r>
        <w:t xml:space="preserve"> </w:t>
      </w:r>
      <w:proofErr w:type="spellStart"/>
      <w:r>
        <w:t>sesa</w:t>
      </w:r>
      <w:proofErr w:type="spellEnd"/>
      <w:r>
        <w:t xml:space="preserve"> </w:t>
      </w:r>
      <w:proofErr w:type="spellStart"/>
      <w:r>
        <w:t>Elbasani</w:t>
      </w:r>
      <w:proofErr w:type="spellEnd"/>
      <w:r>
        <w:t xml:space="preserve">. Jemi </w:t>
      </w:r>
      <w:proofErr w:type="spellStart"/>
      <w:r>
        <w:t>në</w:t>
      </w:r>
      <w:proofErr w:type="spellEnd"/>
      <w:r>
        <w:t xml:space="preserve"> </w:t>
      </w:r>
      <w:proofErr w:type="spellStart"/>
      <w:r>
        <w:t>të</w:t>
      </w:r>
      <w:proofErr w:type="spellEnd"/>
      <w:r>
        <w:t xml:space="preserve"> </w:t>
      </w:r>
      <w:proofErr w:type="spellStart"/>
      <w:r>
        <w:t>njëjtin</w:t>
      </w:r>
      <w:proofErr w:type="spellEnd"/>
      <w:r>
        <w:t xml:space="preserve">... </w:t>
      </w:r>
    </w:p>
    <w:p w14:paraId="6CF3AB23" w14:textId="77777777" w:rsidR="00BC7FD3" w:rsidRDefault="00BC7FD3" w:rsidP="00BC7FD3">
      <w:pPr>
        <w:rPr>
          <w:b/>
          <w:bCs/>
        </w:rPr>
      </w:pPr>
      <w:r>
        <w:rPr>
          <w:b/>
          <w:bCs/>
        </w:rPr>
        <w:t>Kristian Shkreli:</w:t>
      </w:r>
    </w:p>
    <w:p w14:paraId="135D528A" w14:textId="77777777" w:rsidR="00BC7FD3" w:rsidRDefault="0010666C" w:rsidP="00BC7FD3">
      <w:r>
        <w:t xml:space="preserve">Ok, </w:t>
      </w:r>
      <w:proofErr w:type="spellStart"/>
      <w:r>
        <w:t>unë</w:t>
      </w:r>
      <w:proofErr w:type="spellEnd"/>
      <w:r>
        <w:t xml:space="preserve"> </w:t>
      </w:r>
      <w:proofErr w:type="spellStart"/>
      <w:r>
        <w:t>nuk</w:t>
      </w:r>
      <w:proofErr w:type="spellEnd"/>
      <w:r>
        <w:t xml:space="preserve"> e di se </w:t>
      </w:r>
      <w:proofErr w:type="spellStart"/>
      <w:r>
        <w:t>si</w:t>
      </w:r>
      <w:proofErr w:type="spellEnd"/>
      <w:r>
        <w:t xml:space="preserve"> </w:t>
      </w:r>
      <w:proofErr w:type="spellStart"/>
      <w:r>
        <w:t>funksionon</w:t>
      </w:r>
      <w:proofErr w:type="spellEnd"/>
      <w:r>
        <w:t xml:space="preserve"> </w:t>
      </w:r>
      <w:proofErr w:type="spellStart"/>
      <w:r>
        <w:t>Elbasani</w:t>
      </w:r>
      <w:proofErr w:type="spellEnd"/>
      <w:r>
        <w:t xml:space="preserve">. </w:t>
      </w:r>
      <w:proofErr w:type="spellStart"/>
      <w:r>
        <w:t>Unë</w:t>
      </w:r>
      <w:proofErr w:type="spellEnd"/>
      <w:r>
        <w:t xml:space="preserve"> e di </w:t>
      </w:r>
      <w:proofErr w:type="spellStart"/>
      <w:r>
        <w:t>si</w:t>
      </w:r>
      <w:proofErr w:type="spellEnd"/>
      <w:r>
        <w:t xml:space="preserve"> </w:t>
      </w:r>
      <w:proofErr w:type="spellStart"/>
      <w:r>
        <w:t>funksionon</w:t>
      </w:r>
      <w:proofErr w:type="spellEnd"/>
      <w:r>
        <w:t xml:space="preserve"> </w:t>
      </w:r>
      <w:proofErr w:type="spellStart"/>
      <w:r>
        <w:t>Vaudejësi</w:t>
      </w:r>
      <w:proofErr w:type="spellEnd"/>
      <w:r>
        <w:t xml:space="preserve">. </w:t>
      </w:r>
      <w:proofErr w:type="spellStart"/>
      <w:r>
        <w:t>Faleminderit</w:t>
      </w:r>
      <w:proofErr w:type="spellEnd"/>
      <w:r>
        <w:t xml:space="preserve">, </w:t>
      </w:r>
    </w:p>
    <w:p w14:paraId="1EC2C85C" w14:textId="0099479F" w:rsidR="00BC7FD3" w:rsidRDefault="00BC7FD3" w:rsidP="00BC7FD3">
      <w:proofErr w:type="spellStart"/>
      <w:r>
        <w:rPr>
          <w:b/>
        </w:rPr>
        <w:t>Arbjan</w:t>
      </w:r>
      <w:proofErr w:type="spellEnd"/>
      <w:r>
        <w:rPr>
          <w:b/>
        </w:rPr>
        <w:t xml:space="preserve"> </w:t>
      </w:r>
      <w:proofErr w:type="spellStart"/>
      <w:r>
        <w:rPr>
          <w:b/>
        </w:rPr>
        <w:t>Mazniku</w:t>
      </w:r>
      <w:proofErr w:type="spellEnd"/>
      <w:r>
        <w:rPr>
          <w:b/>
        </w:rPr>
        <w:t>:</w:t>
      </w:r>
    </w:p>
    <w:p w14:paraId="1768F549" w14:textId="77777777" w:rsidR="00BC7FD3" w:rsidRDefault="00BC7FD3" w:rsidP="0010666C">
      <w:proofErr w:type="spellStart"/>
      <w:r>
        <w:t>Z</w:t>
      </w:r>
      <w:r w:rsidR="0010666C">
        <w:t>otëri</w:t>
      </w:r>
      <w:proofErr w:type="spellEnd"/>
      <w:r w:rsidR="0010666C">
        <w:t xml:space="preserve"> </w:t>
      </w:r>
      <w:r>
        <w:t>Curri</w:t>
      </w:r>
      <w:r w:rsidR="0010666C">
        <w:t xml:space="preserve">, </w:t>
      </w:r>
      <w:proofErr w:type="spellStart"/>
      <w:r w:rsidR="0010666C">
        <w:t>dhe</w:t>
      </w:r>
      <w:proofErr w:type="spellEnd"/>
      <w:r w:rsidR="0010666C">
        <w:t xml:space="preserve"> </w:t>
      </w:r>
      <w:proofErr w:type="spellStart"/>
      <w:r w:rsidR="0010666C">
        <w:t>ju</w:t>
      </w:r>
      <w:proofErr w:type="spellEnd"/>
      <w:r w:rsidR="0010666C">
        <w:t xml:space="preserve"> </w:t>
      </w:r>
      <w:proofErr w:type="spellStart"/>
      <w:r w:rsidR="0010666C">
        <w:t>përgjigjen</w:t>
      </w:r>
      <w:proofErr w:type="spellEnd"/>
      <w:r w:rsidR="0010666C">
        <w:t xml:space="preserve"> </w:t>
      </w:r>
      <w:proofErr w:type="spellStart"/>
      <w:r w:rsidR="0010666C">
        <w:t>tuaj</w:t>
      </w:r>
      <w:proofErr w:type="spellEnd"/>
      <w:r w:rsidR="0010666C">
        <w:t xml:space="preserve"> </w:t>
      </w:r>
      <w:proofErr w:type="spellStart"/>
      <w:r w:rsidR="0010666C">
        <w:t>që</w:t>
      </w:r>
      <w:proofErr w:type="spellEnd"/>
      <w:r w:rsidR="0010666C">
        <w:t xml:space="preserve"> </w:t>
      </w:r>
      <w:proofErr w:type="spellStart"/>
      <w:r w:rsidR="0010666C">
        <w:t>t'i</w:t>
      </w:r>
      <w:proofErr w:type="spellEnd"/>
      <w:r w:rsidR="0010666C">
        <w:t xml:space="preserve"> </w:t>
      </w:r>
      <w:proofErr w:type="spellStart"/>
      <w:r w:rsidR="0010666C">
        <w:t>japim</w:t>
      </w:r>
      <w:proofErr w:type="spellEnd"/>
      <w:r w:rsidR="0010666C">
        <w:t xml:space="preserve"> </w:t>
      </w:r>
      <w:proofErr w:type="spellStart"/>
      <w:r w:rsidR="0010666C">
        <w:t>mundë</w:t>
      </w:r>
      <w:proofErr w:type="spellEnd"/>
      <w:r w:rsidR="0010666C">
        <w:t xml:space="preserve">. </w:t>
      </w:r>
      <w:proofErr w:type="spellStart"/>
      <w:r w:rsidR="0010666C">
        <w:t>Të</w:t>
      </w:r>
      <w:proofErr w:type="spellEnd"/>
      <w:r w:rsidR="0010666C">
        <w:t xml:space="preserve"> </w:t>
      </w:r>
      <w:proofErr w:type="spellStart"/>
      <w:r w:rsidR="0010666C">
        <w:t>lutem</w:t>
      </w:r>
      <w:proofErr w:type="spellEnd"/>
      <w:r w:rsidR="0010666C">
        <w:t xml:space="preserve">, </w:t>
      </w:r>
    </w:p>
    <w:p w14:paraId="6E52280C" w14:textId="77777777" w:rsidR="00BC7FD3" w:rsidRDefault="00BC7FD3" w:rsidP="00BC7FD3">
      <w:r>
        <w:rPr>
          <w:b/>
        </w:rPr>
        <w:t>Hil Curri:</w:t>
      </w:r>
    </w:p>
    <w:p w14:paraId="3B4A9E4F" w14:textId="7D2642CA" w:rsidR="00BC7FD3" w:rsidRDefault="00BC7FD3" w:rsidP="0010666C">
      <w:proofErr w:type="spellStart"/>
      <w:r>
        <w:t>F</w:t>
      </w:r>
      <w:r w:rsidR="0010666C">
        <w:t>aleminderit</w:t>
      </w:r>
      <w:proofErr w:type="spellEnd"/>
      <w:r w:rsidR="0010666C">
        <w:t xml:space="preserve">, </w:t>
      </w:r>
      <w:proofErr w:type="spellStart"/>
      <w:r w:rsidR="0010666C">
        <w:t>zoti</w:t>
      </w:r>
      <w:proofErr w:type="spellEnd"/>
      <w:r w:rsidR="0010666C">
        <w:t xml:space="preserve"> Luciano. </w:t>
      </w:r>
      <w:r>
        <w:t xml:space="preserve"> </w:t>
      </w:r>
      <w:proofErr w:type="spellStart"/>
      <w:r w:rsidR="0010666C">
        <w:t>Unë</w:t>
      </w:r>
      <w:proofErr w:type="spellEnd"/>
      <w:r w:rsidR="0010666C">
        <w:t xml:space="preserve"> </w:t>
      </w:r>
      <w:proofErr w:type="spellStart"/>
      <w:r w:rsidR="0010666C">
        <w:t>mendoj</w:t>
      </w:r>
      <w:proofErr w:type="spellEnd"/>
      <w:r w:rsidR="0010666C">
        <w:t xml:space="preserve"> se </w:t>
      </w:r>
      <w:proofErr w:type="spellStart"/>
      <w:r w:rsidR="0010666C">
        <w:t>bashkitë</w:t>
      </w:r>
      <w:proofErr w:type="spellEnd"/>
      <w:r w:rsidR="0010666C">
        <w:t xml:space="preserve"> e </w:t>
      </w:r>
      <w:proofErr w:type="spellStart"/>
      <w:r w:rsidR="0010666C">
        <w:t>vogla</w:t>
      </w:r>
      <w:proofErr w:type="spellEnd"/>
      <w:r w:rsidR="0010666C">
        <w:t xml:space="preserve"> </w:t>
      </w:r>
      <w:proofErr w:type="spellStart"/>
      <w:r w:rsidR="0010666C">
        <w:t>janë</w:t>
      </w:r>
      <w:proofErr w:type="spellEnd"/>
      <w:r w:rsidR="0010666C">
        <w:t xml:space="preserve"> </w:t>
      </w:r>
      <w:proofErr w:type="spellStart"/>
      <w:r w:rsidR="0010666C">
        <w:t>të</w:t>
      </w:r>
      <w:proofErr w:type="spellEnd"/>
      <w:r w:rsidR="0010666C">
        <w:t xml:space="preserve"> </w:t>
      </w:r>
      <w:proofErr w:type="spellStart"/>
      <w:r w:rsidR="0010666C">
        <w:t>afta</w:t>
      </w:r>
      <w:proofErr w:type="spellEnd"/>
      <w:r w:rsidR="0010666C">
        <w:t xml:space="preserve"> </w:t>
      </w:r>
      <w:proofErr w:type="spellStart"/>
      <w:r w:rsidR="0010666C">
        <w:t>për</w:t>
      </w:r>
      <w:proofErr w:type="spellEnd"/>
      <w:r w:rsidR="0010666C">
        <w:t xml:space="preserve"> me u </w:t>
      </w:r>
      <w:proofErr w:type="spellStart"/>
      <w:r w:rsidR="0010666C">
        <w:t>zhvillu</w:t>
      </w:r>
      <w:proofErr w:type="spellEnd"/>
      <w:r w:rsidR="0010666C">
        <w:t xml:space="preserve">. Ë </w:t>
      </w:r>
      <w:proofErr w:type="spellStart"/>
      <w:r w:rsidR="0010666C">
        <w:t>pjesa</w:t>
      </w:r>
      <w:proofErr w:type="spellEnd"/>
      <w:r w:rsidR="0010666C">
        <w:t xml:space="preserve"> </w:t>
      </w:r>
      <w:proofErr w:type="spellStart"/>
      <w:r w:rsidR="0010666C">
        <w:t>kjo</w:t>
      </w:r>
      <w:proofErr w:type="spellEnd"/>
      <w:r w:rsidR="0010666C">
        <w:t xml:space="preserve"> ka </w:t>
      </w:r>
      <w:proofErr w:type="spellStart"/>
      <w:r w:rsidR="0010666C">
        <w:t>debat</w:t>
      </w:r>
      <w:proofErr w:type="spellEnd"/>
      <w:r w:rsidR="0010666C">
        <w:t xml:space="preserve">, </w:t>
      </w:r>
      <w:proofErr w:type="spellStart"/>
      <w:r w:rsidR="0010666C">
        <w:t>kjo</w:t>
      </w:r>
      <w:proofErr w:type="spellEnd"/>
      <w:r w:rsidR="0010666C">
        <w:t xml:space="preserve"> </w:t>
      </w:r>
      <w:proofErr w:type="spellStart"/>
      <w:r w:rsidR="0010666C">
        <w:t>është</w:t>
      </w:r>
      <w:proofErr w:type="spellEnd"/>
      <w:r w:rsidR="0010666C">
        <w:t xml:space="preserve"> </w:t>
      </w:r>
      <w:proofErr w:type="spellStart"/>
      <w:r w:rsidR="0010666C">
        <w:t>pjesë</w:t>
      </w:r>
      <w:proofErr w:type="spellEnd"/>
      <w:r w:rsidR="0010666C">
        <w:t xml:space="preserve"> e </w:t>
      </w:r>
      <w:proofErr w:type="spellStart"/>
      <w:r w:rsidR="0010666C">
        <w:t>Ministrisë</w:t>
      </w:r>
      <w:proofErr w:type="spellEnd"/>
      <w:r w:rsidR="0010666C">
        <w:t xml:space="preserve"> </w:t>
      </w:r>
      <w:proofErr w:type="spellStart"/>
      <w:r w:rsidR="0010666C">
        <w:t>së</w:t>
      </w:r>
      <w:proofErr w:type="spellEnd"/>
      <w:r w:rsidR="0010666C">
        <w:t xml:space="preserve"> </w:t>
      </w:r>
      <w:proofErr w:type="spellStart"/>
      <w:r w:rsidR="0010666C">
        <w:t>Financave</w:t>
      </w:r>
      <w:proofErr w:type="spellEnd"/>
      <w:r w:rsidR="0010666C">
        <w:t xml:space="preserve">, e </w:t>
      </w:r>
      <w:proofErr w:type="spellStart"/>
      <w:r w:rsidR="0010666C">
        <w:t>cila</w:t>
      </w:r>
      <w:proofErr w:type="spellEnd"/>
      <w:r w:rsidR="0010666C">
        <w:t xml:space="preserve"> e </w:t>
      </w:r>
      <w:proofErr w:type="spellStart"/>
      <w:r w:rsidR="0010666C">
        <w:t>shpërndan</w:t>
      </w:r>
      <w:proofErr w:type="spellEnd"/>
      <w:r w:rsidR="0010666C">
        <w:t xml:space="preserve"> </w:t>
      </w:r>
      <w:proofErr w:type="spellStart"/>
      <w:r w:rsidR="0010666C">
        <w:t>buxhetin</w:t>
      </w:r>
      <w:proofErr w:type="spellEnd"/>
      <w:r w:rsidR="0010666C">
        <w:t xml:space="preserve"> </w:t>
      </w:r>
      <w:proofErr w:type="spellStart"/>
      <w:r w:rsidR="0010666C">
        <w:t>për</w:t>
      </w:r>
      <w:proofErr w:type="spellEnd"/>
      <w:r w:rsidR="0010666C">
        <w:t xml:space="preserve"> </w:t>
      </w:r>
      <w:proofErr w:type="spellStart"/>
      <w:r w:rsidR="0010666C">
        <w:t>numrin</w:t>
      </w:r>
      <w:proofErr w:type="spellEnd"/>
      <w:r w:rsidR="0010666C">
        <w:t xml:space="preserve"> e </w:t>
      </w:r>
      <w:proofErr w:type="spellStart"/>
      <w:r w:rsidR="0010666C">
        <w:t>banorëve</w:t>
      </w:r>
      <w:proofErr w:type="spellEnd"/>
      <w:r w:rsidR="0010666C">
        <w:t xml:space="preserve">. Ka </w:t>
      </w:r>
      <w:proofErr w:type="spellStart"/>
      <w:r w:rsidR="0010666C">
        <w:t>një</w:t>
      </w:r>
      <w:proofErr w:type="spellEnd"/>
      <w:r w:rsidR="0010666C">
        <w:t xml:space="preserve"> </w:t>
      </w:r>
      <w:proofErr w:type="spellStart"/>
      <w:r w:rsidR="0010666C">
        <w:t>formulë</w:t>
      </w:r>
      <w:proofErr w:type="spellEnd"/>
      <w:r w:rsidR="0010666C">
        <w:t xml:space="preserve"> </w:t>
      </w:r>
      <w:proofErr w:type="spellStart"/>
      <w:r w:rsidR="0010666C">
        <w:t>të</w:t>
      </w:r>
      <w:proofErr w:type="spellEnd"/>
      <w:r w:rsidR="0010666C">
        <w:t xml:space="preserve"> </w:t>
      </w:r>
      <w:proofErr w:type="spellStart"/>
      <w:r w:rsidR="0010666C">
        <w:t>saktë</w:t>
      </w:r>
      <w:proofErr w:type="spellEnd"/>
      <w:r w:rsidR="0010666C">
        <w:t xml:space="preserve">. </w:t>
      </w:r>
      <w:proofErr w:type="spellStart"/>
      <w:r w:rsidR="0010666C">
        <w:t>Unë</w:t>
      </w:r>
      <w:proofErr w:type="spellEnd"/>
      <w:r w:rsidR="0010666C">
        <w:t xml:space="preserve"> </w:t>
      </w:r>
      <w:proofErr w:type="spellStart"/>
      <w:r w:rsidR="0010666C">
        <w:t>mendoj</w:t>
      </w:r>
      <w:proofErr w:type="spellEnd"/>
      <w:r w:rsidR="0010666C">
        <w:t xml:space="preserve"> se </w:t>
      </w:r>
      <w:proofErr w:type="spellStart"/>
      <w:r w:rsidR="0010666C">
        <w:t>disa</w:t>
      </w:r>
      <w:proofErr w:type="spellEnd"/>
      <w:r w:rsidR="0010666C">
        <w:t xml:space="preserve"> </w:t>
      </w:r>
      <w:proofErr w:type="spellStart"/>
      <w:r w:rsidR="0010666C">
        <w:t>prej</w:t>
      </w:r>
      <w:proofErr w:type="spellEnd"/>
      <w:r w:rsidR="0010666C">
        <w:t xml:space="preserve"> </w:t>
      </w:r>
      <w:proofErr w:type="spellStart"/>
      <w:r w:rsidR="0010666C">
        <w:t>tyre</w:t>
      </w:r>
      <w:proofErr w:type="spellEnd"/>
      <w:r w:rsidR="0010666C">
        <w:t xml:space="preserve"> </w:t>
      </w:r>
      <w:proofErr w:type="spellStart"/>
      <w:r w:rsidR="0010666C">
        <w:t>në</w:t>
      </w:r>
      <w:proofErr w:type="spellEnd"/>
      <w:r w:rsidR="0010666C">
        <w:t xml:space="preserve"> </w:t>
      </w:r>
      <w:proofErr w:type="spellStart"/>
      <w:r w:rsidR="0010666C">
        <w:t>atë</w:t>
      </w:r>
      <w:proofErr w:type="spellEnd"/>
      <w:r w:rsidR="0010666C">
        <w:t xml:space="preserve"> me </w:t>
      </w:r>
      <w:proofErr w:type="spellStart"/>
      <w:r w:rsidR="0010666C">
        <w:t>ba</w:t>
      </w:r>
      <w:proofErr w:type="spellEnd"/>
      <w:r w:rsidR="0010666C">
        <w:t xml:space="preserve"> </w:t>
      </w:r>
      <w:proofErr w:type="spellStart"/>
      <w:r w:rsidR="0010666C">
        <w:t>një</w:t>
      </w:r>
      <w:proofErr w:type="spellEnd"/>
      <w:r w:rsidR="0010666C">
        <w:t xml:space="preserve"> </w:t>
      </w:r>
      <w:proofErr w:type="spellStart"/>
      <w:r w:rsidR="0010666C">
        <w:t>ndarje</w:t>
      </w:r>
      <w:proofErr w:type="spellEnd"/>
      <w:r w:rsidR="0010666C">
        <w:t xml:space="preserve"> </w:t>
      </w:r>
      <w:proofErr w:type="spellStart"/>
      <w:r w:rsidR="0010666C">
        <w:t>të</w:t>
      </w:r>
      <w:proofErr w:type="spellEnd"/>
      <w:r w:rsidR="0010666C">
        <w:t xml:space="preserve"> </w:t>
      </w:r>
      <w:proofErr w:type="spellStart"/>
      <w:r w:rsidR="0010666C">
        <w:t>dytë</w:t>
      </w:r>
      <w:proofErr w:type="spellEnd"/>
      <w:r w:rsidR="0010666C">
        <w:t xml:space="preserve">, e </w:t>
      </w:r>
      <w:proofErr w:type="spellStart"/>
      <w:r w:rsidR="0010666C">
        <w:t>cila</w:t>
      </w:r>
      <w:proofErr w:type="spellEnd"/>
      <w:r w:rsidR="0010666C">
        <w:t xml:space="preserve"> </w:t>
      </w:r>
      <w:proofErr w:type="spellStart"/>
      <w:r w:rsidR="0010666C">
        <w:t>mund</w:t>
      </w:r>
      <w:proofErr w:type="spellEnd"/>
      <w:r w:rsidR="0010666C">
        <w:t xml:space="preserve"> </w:t>
      </w:r>
      <w:proofErr w:type="spellStart"/>
      <w:r w:rsidR="0010666C">
        <w:t>t'i</w:t>
      </w:r>
      <w:proofErr w:type="spellEnd"/>
      <w:r w:rsidR="0010666C">
        <w:t xml:space="preserve"> </w:t>
      </w:r>
      <w:proofErr w:type="spellStart"/>
      <w:r w:rsidR="0010666C">
        <w:t>për</w:t>
      </w:r>
      <w:proofErr w:type="spellEnd"/>
      <w:r w:rsidR="0010666C">
        <w:t xml:space="preserve"> </w:t>
      </w:r>
      <w:proofErr w:type="spellStart"/>
      <w:r w:rsidR="0010666C">
        <w:t>mund</w:t>
      </w:r>
      <w:proofErr w:type="spellEnd"/>
      <w:r w:rsidR="0010666C">
        <w:t xml:space="preserve"> </w:t>
      </w:r>
      <w:proofErr w:type="spellStart"/>
      <w:r w:rsidR="0010666C">
        <w:t>të</w:t>
      </w:r>
      <w:proofErr w:type="spellEnd"/>
      <w:r w:rsidR="0010666C">
        <w:t xml:space="preserve"> </w:t>
      </w:r>
      <w:proofErr w:type="spellStart"/>
      <w:r w:rsidR="0010666C">
        <w:t>jetë</w:t>
      </w:r>
      <w:proofErr w:type="spellEnd"/>
      <w:r w:rsidR="0010666C">
        <w:t xml:space="preserve"> </w:t>
      </w:r>
      <w:proofErr w:type="spellStart"/>
      <w:r w:rsidR="0010666C">
        <w:t>shumë</w:t>
      </w:r>
      <w:proofErr w:type="spellEnd"/>
      <w:r w:rsidR="0010666C">
        <w:t xml:space="preserve"> </w:t>
      </w:r>
      <w:proofErr w:type="spellStart"/>
      <w:r w:rsidR="0010666C">
        <w:t>efikase</w:t>
      </w:r>
      <w:proofErr w:type="spellEnd"/>
      <w:r w:rsidR="0010666C">
        <w:t xml:space="preserve"> </w:t>
      </w:r>
      <w:proofErr w:type="spellStart"/>
      <w:r w:rsidR="0010666C">
        <w:t>për</w:t>
      </w:r>
      <w:proofErr w:type="spellEnd"/>
      <w:r w:rsidR="0010666C">
        <w:t xml:space="preserve"> </w:t>
      </w:r>
      <w:proofErr w:type="spellStart"/>
      <w:r w:rsidR="0010666C">
        <w:t>bashkitë</w:t>
      </w:r>
      <w:proofErr w:type="spellEnd"/>
      <w:r w:rsidR="0010666C">
        <w:t xml:space="preserve"> </w:t>
      </w:r>
      <w:proofErr w:type="spellStart"/>
      <w:r w:rsidR="0010666C">
        <w:t>malore</w:t>
      </w:r>
      <w:proofErr w:type="spellEnd"/>
      <w:r w:rsidR="0010666C">
        <w:t xml:space="preserve">: Bashkia e </w:t>
      </w:r>
      <w:proofErr w:type="spellStart"/>
      <w:r w:rsidR="0010666C">
        <w:t>Fushërazit</w:t>
      </w:r>
      <w:proofErr w:type="spellEnd"/>
      <w:r w:rsidR="0010666C">
        <w:t xml:space="preserve">, Bashkia e </w:t>
      </w:r>
      <w:proofErr w:type="spellStart"/>
      <w:r w:rsidR="0010666C">
        <w:t>Malësisë</w:t>
      </w:r>
      <w:proofErr w:type="spellEnd"/>
      <w:r w:rsidR="0010666C">
        <w:t xml:space="preserve"> </w:t>
      </w:r>
      <w:proofErr w:type="spellStart"/>
      <w:r w:rsidR="0010666C">
        <w:t>së</w:t>
      </w:r>
      <w:proofErr w:type="spellEnd"/>
      <w:r w:rsidR="0010666C">
        <w:t xml:space="preserve"> </w:t>
      </w:r>
      <w:proofErr w:type="spellStart"/>
      <w:r w:rsidR="0010666C">
        <w:t>Madhe</w:t>
      </w:r>
      <w:proofErr w:type="spellEnd"/>
      <w:r w:rsidR="0010666C">
        <w:t xml:space="preserve">, Bashkia e </w:t>
      </w:r>
      <w:proofErr w:type="spellStart"/>
      <w:r w:rsidR="0010666C">
        <w:t>Tepelencës</w:t>
      </w:r>
      <w:proofErr w:type="spellEnd"/>
      <w:r w:rsidR="0010666C">
        <w:t xml:space="preserve">, </w:t>
      </w:r>
      <w:proofErr w:type="spellStart"/>
      <w:r w:rsidR="0010666C">
        <w:t>janë</w:t>
      </w:r>
      <w:proofErr w:type="spellEnd"/>
      <w:r w:rsidR="0010666C">
        <w:t xml:space="preserve"> </w:t>
      </w:r>
      <w:proofErr w:type="spellStart"/>
      <w:r w:rsidR="0010666C">
        <w:t>bashkia</w:t>
      </w:r>
      <w:proofErr w:type="spellEnd"/>
      <w:r w:rsidR="0010666C">
        <w:t xml:space="preserve"> me </w:t>
      </w:r>
      <w:proofErr w:type="spellStart"/>
      <w:r w:rsidR="0010666C">
        <w:t>sipërfaqe</w:t>
      </w:r>
      <w:proofErr w:type="spellEnd"/>
      <w:r w:rsidR="0010666C">
        <w:t xml:space="preserve"> </w:t>
      </w:r>
      <w:proofErr w:type="spellStart"/>
      <w:r w:rsidR="0010666C">
        <w:t>jashtëzakonisht</w:t>
      </w:r>
      <w:proofErr w:type="spellEnd"/>
      <w:r w:rsidR="0010666C">
        <w:t xml:space="preserve"> </w:t>
      </w:r>
      <w:proofErr w:type="spellStart"/>
      <w:r w:rsidR="0010666C">
        <w:t>të</w:t>
      </w:r>
      <w:proofErr w:type="spellEnd"/>
      <w:r w:rsidR="0010666C">
        <w:t xml:space="preserve"> </w:t>
      </w:r>
      <w:proofErr w:type="spellStart"/>
      <w:r w:rsidR="0010666C">
        <w:t>mëdhaja</w:t>
      </w:r>
      <w:proofErr w:type="spellEnd"/>
      <w:r w:rsidR="0010666C">
        <w:t xml:space="preserve">. </w:t>
      </w:r>
      <w:proofErr w:type="spellStart"/>
      <w:r w:rsidR="0010666C">
        <w:t>Edhe</w:t>
      </w:r>
      <w:proofErr w:type="spellEnd"/>
      <w:r w:rsidR="0010666C">
        <w:t xml:space="preserve"> </w:t>
      </w:r>
      <w:proofErr w:type="spellStart"/>
      <w:r w:rsidR="0010666C">
        <w:t>kështu</w:t>
      </w:r>
      <w:proofErr w:type="spellEnd"/>
      <w:r w:rsidR="0010666C">
        <w:t xml:space="preserve"> </w:t>
      </w:r>
      <w:proofErr w:type="spellStart"/>
      <w:r w:rsidR="0010666C">
        <w:t>që</w:t>
      </w:r>
      <w:proofErr w:type="spellEnd"/>
      <w:r w:rsidR="0010666C">
        <w:t xml:space="preserve"> </w:t>
      </w:r>
      <w:proofErr w:type="spellStart"/>
      <w:r w:rsidR="0010666C">
        <w:t>koeficienti</w:t>
      </w:r>
      <w:proofErr w:type="spellEnd"/>
      <w:r w:rsidR="0010666C">
        <w:t xml:space="preserve">, </w:t>
      </w:r>
      <w:proofErr w:type="spellStart"/>
      <w:r w:rsidR="0010666C">
        <w:t>sepse</w:t>
      </w:r>
      <w:proofErr w:type="spellEnd"/>
      <w:r w:rsidR="0010666C">
        <w:t xml:space="preserve"> </w:t>
      </w:r>
      <w:proofErr w:type="spellStart"/>
      <w:r w:rsidR="0010666C">
        <w:t>na</w:t>
      </w:r>
      <w:proofErr w:type="spellEnd"/>
      <w:r w:rsidR="0010666C">
        <w:t xml:space="preserve"> </w:t>
      </w:r>
      <w:proofErr w:type="spellStart"/>
      <w:r w:rsidR="0010666C">
        <w:t>kemi</w:t>
      </w:r>
      <w:proofErr w:type="spellEnd"/>
      <w:r w:rsidR="0010666C">
        <w:t xml:space="preserve">, ne </w:t>
      </w:r>
      <w:proofErr w:type="spellStart"/>
      <w:r w:rsidR="0010666C">
        <w:t>kemi</w:t>
      </w:r>
      <w:proofErr w:type="spellEnd"/>
      <w:r w:rsidR="0010666C">
        <w:t xml:space="preserve"> </w:t>
      </w:r>
      <w:proofErr w:type="spellStart"/>
      <w:r w:rsidR="0010666C">
        <w:t>rrugë</w:t>
      </w:r>
      <w:proofErr w:type="spellEnd"/>
      <w:r w:rsidR="0010666C">
        <w:t xml:space="preserve"> </w:t>
      </w:r>
      <w:proofErr w:type="spellStart"/>
      <w:r w:rsidR="0010666C">
        <w:t>kategorisë</w:t>
      </w:r>
      <w:proofErr w:type="spellEnd"/>
      <w:r w:rsidR="0010666C">
        <w:t xml:space="preserve"> </w:t>
      </w:r>
      <w:proofErr w:type="spellStart"/>
      <w:r w:rsidR="0010666C">
        <w:t>së</w:t>
      </w:r>
      <w:proofErr w:type="spellEnd"/>
      <w:r w:rsidR="0010666C">
        <w:t xml:space="preserve"> </w:t>
      </w:r>
      <w:proofErr w:type="spellStart"/>
      <w:r w:rsidR="0010666C">
        <w:t>gjashtë</w:t>
      </w:r>
      <w:proofErr w:type="spellEnd"/>
      <w:r w:rsidR="0010666C">
        <w:t xml:space="preserve">. </w:t>
      </w:r>
      <w:proofErr w:type="spellStart"/>
      <w:r w:rsidR="0010666C">
        <w:t>Kategoria</w:t>
      </w:r>
      <w:proofErr w:type="spellEnd"/>
      <w:r w:rsidR="0010666C">
        <w:t xml:space="preserve"> e </w:t>
      </w:r>
      <w:proofErr w:type="spellStart"/>
      <w:r w:rsidR="0010666C">
        <w:t>gjashtë</w:t>
      </w:r>
      <w:proofErr w:type="spellEnd"/>
      <w:r w:rsidR="0010666C">
        <w:t xml:space="preserve"> </w:t>
      </w:r>
      <w:proofErr w:type="spellStart"/>
      <w:r w:rsidR="0010666C">
        <w:t>është</w:t>
      </w:r>
      <w:proofErr w:type="spellEnd"/>
      <w:r w:rsidR="0010666C">
        <w:t xml:space="preserve"> </w:t>
      </w:r>
      <w:proofErr w:type="spellStart"/>
      <w:r w:rsidR="0010666C">
        <w:t>rruga</w:t>
      </w:r>
      <w:proofErr w:type="spellEnd"/>
      <w:r w:rsidR="0010666C">
        <w:t xml:space="preserve"> </w:t>
      </w:r>
      <w:proofErr w:type="spellStart"/>
      <w:r w:rsidR="0010666C">
        <w:t>më</w:t>
      </w:r>
      <w:proofErr w:type="spellEnd"/>
      <w:r w:rsidR="0010666C">
        <w:t xml:space="preserve"> e </w:t>
      </w:r>
      <w:proofErr w:type="spellStart"/>
      <w:r w:rsidR="0010666C">
        <w:t>vështirë</w:t>
      </w:r>
      <w:proofErr w:type="spellEnd"/>
      <w:r w:rsidR="0010666C">
        <w:t xml:space="preserve"> </w:t>
      </w:r>
      <w:proofErr w:type="spellStart"/>
      <w:r w:rsidR="0010666C">
        <w:t>për</w:t>
      </w:r>
      <w:proofErr w:type="spellEnd"/>
      <w:r w:rsidR="0010666C">
        <w:t xml:space="preserve"> </w:t>
      </w:r>
      <w:proofErr w:type="spellStart"/>
      <w:r w:rsidR="0010666C">
        <w:t>kalimin</w:t>
      </w:r>
      <w:proofErr w:type="spellEnd"/>
      <w:r w:rsidR="0010666C">
        <w:t xml:space="preserve"> e </w:t>
      </w:r>
      <w:proofErr w:type="spellStart"/>
      <w:r w:rsidR="0010666C">
        <w:t>mjeteve</w:t>
      </w:r>
      <w:proofErr w:type="spellEnd"/>
      <w:r w:rsidR="0010666C">
        <w:t xml:space="preserve"> </w:t>
      </w:r>
      <w:proofErr w:type="spellStart"/>
      <w:r w:rsidR="0010666C">
        <w:t>dhe</w:t>
      </w:r>
      <w:proofErr w:type="spellEnd"/>
      <w:r w:rsidR="0010666C">
        <w:t xml:space="preserve"> </w:t>
      </w:r>
      <w:proofErr w:type="spellStart"/>
      <w:r w:rsidR="0010666C">
        <w:t>kjo</w:t>
      </w:r>
      <w:proofErr w:type="spellEnd"/>
      <w:r w:rsidR="0010666C">
        <w:t xml:space="preserve"> </w:t>
      </w:r>
      <w:proofErr w:type="spellStart"/>
      <w:r w:rsidR="0010666C">
        <w:t>ndikon</w:t>
      </w:r>
      <w:proofErr w:type="spellEnd"/>
      <w:r w:rsidR="0010666C">
        <w:t xml:space="preserve"> </w:t>
      </w:r>
      <w:proofErr w:type="spellStart"/>
      <w:r w:rsidR="0010666C">
        <w:t>edhe</w:t>
      </w:r>
      <w:proofErr w:type="spellEnd"/>
      <w:r w:rsidR="0010666C">
        <w:t xml:space="preserve"> </w:t>
      </w:r>
      <w:proofErr w:type="spellStart"/>
      <w:r w:rsidR="0010666C">
        <w:t>te</w:t>
      </w:r>
      <w:proofErr w:type="spellEnd"/>
      <w:r w:rsidR="0010666C">
        <w:t xml:space="preserve"> </w:t>
      </w:r>
      <w:proofErr w:type="spellStart"/>
      <w:r w:rsidR="0010666C">
        <w:t>shtetësia</w:t>
      </w:r>
      <w:proofErr w:type="spellEnd"/>
      <w:r w:rsidR="0010666C">
        <w:t xml:space="preserve">. Nuk </w:t>
      </w:r>
      <w:proofErr w:type="spellStart"/>
      <w:r w:rsidR="0010666C">
        <w:t>ndikon</w:t>
      </w:r>
      <w:proofErr w:type="spellEnd"/>
      <w:r w:rsidR="0010666C">
        <w:t xml:space="preserve"> </w:t>
      </w:r>
      <w:proofErr w:type="spellStart"/>
      <w:r w:rsidR="0010666C">
        <w:t>vetëm</w:t>
      </w:r>
      <w:proofErr w:type="spellEnd"/>
      <w:r w:rsidR="0010666C">
        <w:t xml:space="preserve"> </w:t>
      </w:r>
      <w:proofErr w:type="spellStart"/>
      <w:r w:rsidR="0010666C">
        <w:t>direkt</w:t>
      </w:r>
      <w:proofErr w:type="spellEnd"/>
      <w:r w:rsidR="0010666C">
        <w:t xml:space="preserve"> </w:t>
      </w:r>
      <w:proofErr w:type="spellStart"/>
      <w:r w:rsidR="0010666C">
        <w:t>te</w:t>
      </w:r>
      <w:proofErr w:type="spellEnd"/>
      <w:r w:rsidR="0010666C">
        <w:t xml:space="preserve"> </w:t>
      </w:r>
      <w:proofErr w:type="spellStart"/>
      <w:r w:rsidR="0010666C">
        <w:t>bashkitë</w:t>
      </w:r>
      <w:proofErr w:type="spellEnd"/>
      <w:r w:rsidR="0010666C">
        <w:t xml:space="preserve">, </w:t>
      </w:r>
      <w:proofErr w:type="spellStart"/>
      <w:r w:rsidR="0010666C">
        <w:t>sepse</w:t>
      </w:r>
      <w:proofErr w:type="spellEnd"/>
      <w:r w:rsidR="0010666C">
        <w:t xml:space="preserve"> </w:t>
      </w:r>
      <w:proofErr w:type="spellStart"/>
      <w:r w:rsidR="0010666C">
        <w:t>shtetësia</w:t>
      </w:r>
      <w:proofErr w:type="spellEnd"/>
      <w:r w:rsidR="0010666C">
        <w:t xml:space="preserve"> </w:t>
      </w:r>
      <w:proofErr w:type="spellStart"/>
      <w:r w:rsidR="0010666C">
        <w:t>është</w:t>
      </w:r>
      <w:proofErr w:type="spellEnd"/>
      <w:r w:rsidR="0010666C">
        <w:t xml:space="preserve"> </w:t>
      </w:r>
      <w:proofErr w:type="spellStart"/>
      <w:r w:rsidR="0010666C">
        <w:t>në</w:t>
      </w:r>
      <w:proofErr w:type="spellEnd"/>
      <w:r w:rsidR="0010666C">
        <w:t xml:space="preserve"> </w:t>
      </w:r>
      <w:proofErr w:type="spellStart"/>
      <w:r w:rsidR="0010666C">
        <w:t>veti</w:t>
      </w:r>
      <w:proofErr w:type="spellEnd"/>
      <w:r w:rsidR="0010666C">
        <w:t xml:space="preserve">. </w:t>
      </w:r>
      <w:proofErr w:type="spellStart"/>
      <w:r w:rsidR="0010666C">
        <w:t>Ndikon</w:t>
      </w:r>
      <w:proofErr w:type="spellEnd"/>
      <w:r w:rsidR="0010666C">
        <w:t xml:space="preserve"> </w:t>
      </w:r>
      <w:proofErr w:type="spellStart"/>
      <w:r w:rsidR="0010666C">
        <w:t>edhe</w:t>
      </w:r>
      <w:proofErr w:type="spellEnd"/>
      <w:r w:rsidR="0010666C">
        <w:t xml:space="preserve"> </w:t>
      </w:r>
      <w:proofErr w:type="spellStart"/>
      <w:r w:rsidR="0010666C">
        <w:t>te</w:t>
      </w:r>
      <w:proofErr w:type="spellEnd"/>
      <w:r w:rsidR="0010666C">
        <w:t xml:space="preserve"> </w:t>
      </w:r>
      <w:proofErr w:type="spellStart"/>
      <w:r w:rsidR="0010666C">
        <w:t>shtetësia</w:t>
      </w:r>
      <w:proofErr w:type="spellEnd"/>
      <w:r w:rsidR="0010666C">
        <w:t xml:space="preserve">, </w:t>
      </w:r>
      <w:proofErr w:type="spellStart"/>
      <w:r w:rsidR="0010666C">
        <w:t>edhe</w:t>
      </w:r>
      <w:proofErr w:type="spellEnd"/>
      <w:r w:rsidR="0010666C">
        <w:t xml:space="preserve"> </w:t>
      </w:r>
      <w:proofErr w:type="spellStart"/>
      <w:r w:rsidR="0010666C">
        <w:t>aty</w:t>
      </w:r>
      <w:proofErr w:type="spellEnd"/>
      <w:r w:rsidR="0010666C">
        <w:t xml:space="preserve"> ne ja </w:t>
      </w:r>
      <w:proofErr w:type="spellStart"/>
      <w:r w:rsidR="0010666C">
        <w:t>bëjmë</w:t>
      </w:r>
      <w:proofErr w:type="spellEnd"/>
      <w:r w:rsidR="0010666C">
        <w:t xml:space="preserve"> me </w:t>
      </w:r>
      <w:proofErr w:type="spellStart"/>
      <w:r w:rsidR="0010666C">
        <w:t>të</w:t>
      </w:r>
      <w:proofErr w:type="spellEnd"/>
      <w:r w:rsidR="0010666C">
        <w:t xml:space="preserve"> </w:t>
      </w:r>
      <w:proofErr w:type="spellStart"/>
      <w:r w:rsidR="0010666C">
        <w:t>padrejtë</w:t>
      </w:r>
      <w:proofErr w:type="spellEnd"/>
      <w:r w:rsidR="0010666C">
        <w:t xml:space="preserve">. Po </w:t>
      </w:r>
      <w:proofErr w:type="spellStart"/>
      <w:r w:rsidR="0010666C">
        <w:t>i</w:t>
      </w:r>
      <w:proofErr w:type="spellEnd"/>
      <w:r w:rsidR="0010666C">
        <w:t xml:space="preserve"> </w:t>
      </w:r>
      <w:proofErr w:type="spellStart"/>
      <w:r w:rsidR="0010666C">
        <w:t>fusim</w:t>
      </w:r>
      <w:proofErr w:type="spellEnd"/>
      <w:r w:rsidR="0010666C">
        <w:t xml:space="preserve"> </w:t>
      </w:r>
      <w:proofErr w:type="spellStart"/>
      <w:r w:rsidR="0010666C">
        <w:t>një</w:t>
      </w:r>
      <w:proofErr w:type="spellEnd"/>
      <w:r w:rsidR="0010666C">
        <w:t xml:space="preserve">... </w:t>
      </w:r>
      <w:proofErr w:type="spellStart"/>
      <w:r w:rsidR="0010666C">
        <w:t>unë</w:t>
      </w:r>
      <w:proofErr w:type="spellEnd"/>
      <w:r w:rsidR="0010666C">
        <w:t xml:space="preserve"> </w:t>
      </w:r>
      <w:proofErr w:type="spellStart"/>
      <w:r w:rsidR="0010666C">
        <w:t>mendoj</w:t>
      </w:r>
      <w:proofErr w:type="spellEnd"/>
      <w:r w:rsidR="0010666C">
        <w:t xml:space="preserve"> </w:t>
      </w:r>
      <w:proofErr w:type="spellStart"/>
      <w:r w:rsidR="0010666C">
        <w:t>që</w:t>
      </w:r>
      <w:proofErr w:type="spellEnd"/>
      <w:r w:rsidR="0010666C">
        <w:t xml:space="preserve"> </w:t>
      </w:r>
      <w:proofErr w:type="spellStart"/>
      <w:r w:rsidR="0010666C">
        <w:t>është</w:t>
      </w:r>
      <w:proofErr w:type="spellEnd"/>
      <w:r w:rsidR="0010666C">
        <w:t xml:space="preserve"> </w:t>
      </w:r>
      <w:proofErr w:type="spellStart"/>
      <w:r w:rsidR="0010666C">
        <w:t>çështje</w:t>
      </w:r>
      <w:proofErr w:type="spellEnd"/>
      <w:r w:rsidR="0010666C">
        <w:t xml:space="preserve"> </w:t>
      </w:r>
      <w:proofErr w:type="spellStart"/>
      <w:r w:rsidR="0010666C">
        <w:t>financiare</w:t>
      </w:r>
      <w:proofErr w:type="spellEnd"/>
      <w:r w:rsidR="0010666C">
        <w:t xml:space="preserve">. I </w:t>
      </w:r>
      <w:proofErr w:type="spellStart"/>
      <w:r w:rsidR="0010666C">
        <w:t>vënoj</w:t>
      </w:r>
      <w:proofErr w:type="spellEnd"/>
      <w:r w:rsidR="0010666C">
        <w:t xml:space="preserve"> </w:t>
      </w:r>
      <w:proofErr w:type="spellStart"/>
      <w:r w:rsidR="0010666C">
        <w:t>një</w:t>
      </w:r>
      <w:proofErr w:type="spellEnd"/>
      <w:r w:rsidR="0010666C">
        <w:t xml:space="preserve"> </w:t>
      </w:r>
      <w:proofErr w:type="spellStart"/>
      <w:r w:rsidR="0010666C">
        <w:t>koeficient</w:t>
      </w:r>
      <w:proofErr w:type="spellEnd"/>
      <w:r w:rsidR="0010666C">
        <w:t xml:space="preserve"> </w:t>
      </w:r>
      <w:proofErr w:type="spellStart"/>
      <w:r w:rsidR="0010666C">
        <w:t>aty</w:t>
      </w:r>
      <w:proofErr w:type="spellEnd"/>
      <w:r w:rsidR="0010666C">
        <w:t xml:space="preserve">, </w:t>
      </w:r>
      <w:proofErr w:type="spellStart"/>
      <w:r w:rsidR="0010666C">
        <w:t>një</w:t>
      </w:r>
      <w:proofErr w:type="spellEnd"/>
      <w:r w:rsidR="0010666C">
        <w:t xml:space="preserve"> </w:t>
      </w:r>
      <w:proofErr w:type="spellStart"/>
      <w:r w:rsidR="0010666C">
        <w:t>formulë</w:t>
      </w:r>
      <w:proofErr w:type="spellEnd"/>
      <w:r w:rsidR="0010666C">
        <w:t xml:space="preserve">, </w:t>
      </w:r>
      <w:proofErr w:type="spellStart"/>
      <w:r w:rsidR="0010666C">
        <w:t>edhe</w:t>
      </w:r>
      <w:proofErr w:type="spellEnd"/>
      <w:r w:rsidR="0010666C">
        <w:t xml:space="preserve"> </w:t>
      </w:r>
      <w:proofErr w:type="spellStart"/>
      <w:r w:rsidR="0010666C">
        <w:t>të</w:t>
      </w:r>
      <w:proofErr w:type="spellEnd"/>
      <w:r w:rsidR="0010666C">
        <w:t xml:space="preserve"> </w:t>
      </w:r>
      <w:proofErr w:type="spellStart"/>
      <w:r w:rsidR="0010666C">
        <w:t>të</w:t>
      </w:r>
      <w:proofErr w:type="spellEnd"/>
      <w:r w:rsidR="0010666C">
        <w:t xml:space="preserve"> </w:t>
      </w:r>
      <w:proofErr w:type="spellStart"/>
      <w:r w:rsidR="0010666C">
        <w:t>jetë</w:t>
      </w:r>
      <w:proofErr w:type="spellEnd"/>
      <w:r w:rsidR="0010666C">
        <w:t xml:space="preserve"> e </w:t>
      </w:r>
      <w:proofErr w:type="spellStart"/>
      <w:r w:rsidR="0010666C">
        <w:t>njëjtë</w:t>
      </w:r>
      <w:proofErr w:type="spellEnd"/>
      <w:r w:rsidR="0010666C">
        <w:t xml:space="preserve"> </w:t>
      </w:r>
      <w:proofErr w:type="spellStart"/>
      <w:r w:rsidR="0010666C">
        <w:t>për</w:t>
      </w:r>
      <w:proofErr w:type="spellEnd"/>
      <w:r w:rsidR="0010666C">
        <w:t xml:space="preserve"> </w:t>
      </w:r>
      <w:proofErr w:type="spellStart"/>
      <w:r w:rsidR="0010666C">
        <w:t>tonë</w:t>
      </w:r>
      <w:proofErr w:type="spellEnd"/>
      <w:r w:rsidR="0010666C">
        <w:t xml:space="preserve"> </w:t>
      </w:r>
      <w:proofErr w:type="spellStart"/>
      <w:r w:rsidR="0010666C">
        <w:t>shqiptarët</w:t>
      </w:r>
      <w:proofErr w:type="spellEnd"/>
      <w:r w:rsidR="0010666C">
        <w:t xml:space="preserve">. Nuk </w:t>
      </w:r>
      <w:proofErr w:type="spellStart"/>
      <w:r w:rsidR="0010666C">
        <w:t>është</w:t>
      </w:r>
      <w:proofErr w:type="spellEnd"/>
      <w:r w:rsidR="0010666C">
        <w:t xml:space="preserve"> e </w:t>
      </w:r>
      <w:proofErr w:type="spellStart"/>
      <w:r w:rsidR="0010666C">
        <w:t>vërtetë</w:t>
      </w:r>
      <w:proofErr w:type="spellEnd"/>
      <w:r w:rsidR="0010666C">
        <w:t xml:space="preserve">. </w:t>
      </w:r>
      <w:proofErr w:type="spellStart"/>
      <w:r w:rsidR="0010666C">
        <w:t>Bashkitë</w:t>
      </w:r>
      <w:proofErr w:type="spellEnd"/>
      <w:r w:rsidR="0010666C">
        <w:t xml:space="preserve"> e </w:t>
      </w:r>
      <w:proofErr w:type="spellStart"/>
      <w:r w:rsidR="0010666C">
        <w:t>vogla</w:t>
      </w:r>
      <w:proofErr w:type="spellEnd"/>
      <w:r w:rsidR="0010666C">
        <w:t xml:space="preserve">, </w:t>
      </w:r>
      <w:proofErr w:type="spellStart"/>
      <w:r w:rsidR="0010666C">
        <w:t>unë</w:t>
      </w:r>
      <w:proofErr w:type="spellEnd"/>
      <w:r w:rsidR="0010666C">
        <w:t xml:space="preserve"> </w:t>
      </w:r>
      <w:proofErr w:type="spellStart"/>
      <w:r w:rsidR="0010666C">
        <w:t>mendoj</w:t>
      </w:r>
      <w:proofErr w:type="spellEnd"/>
      <w:r w:rsidR="0010666C">
        <w:t xml:space="preserve"> se </w:t>
      </w:r>
      <w:proofErr w:type="spellStart"/>
      <w:r w:rsidR="0010666C">
        <w:lastRenderedPageBreak/>
        <w:t>vetëmenaxhohen</w:t>
      </w:r>
      <w:proofErr w:type="spellEnd"/>
      <w:r w:rsidR="0010666C">
        <w:t xml:space="preserve"> </w:t>
      </w:r>
      <w:proofErr w:type="spellStart"/>
      <w:r w:rsidR="0010666C">
        <w:t>dhe</w:t>
      </w:r>
      <w:proofErr w:type="spellEnd"/>
      <w:r w:rsidR="0010666C">
        <w:t xml:space="preserve"> </w:t>
      </w:r>
      <w:proofErr w:type="spellStart"/>
      <w:r w:rsidR="0010666C">
        <w:t>janë</w:t>
      </w:r>
      <w:proofErr w:type="spellEnd"/>
      <w:r w:rsidR="0010666C">
        <w:t xml:space="preserve"> </w:t>
      </w:r>
      <w:proofErr w:type="spellStart"/>
      <w:r w:rsidR="0010666C">
        <w:t>shumë</w:t>
      </w:r>
      <w:proofErr w:type="spellEnd"/>
      <w:r w:rsidR="0010666C">
        <w:t xml:space="preserve"> </w:t>
      </w:r>
      <w:proofErr w:type="spellStart"/>
      <w:r w:rsidR="0010666C">
        <w:t>të</w:t>
      </w:r>
      <w:proofErr w:type="spellEnd"/>
      <w:r w:rsidR="0010666C">
        <w:t xml:space="preserve"> </w:t>
      </w:r>
      <w:proofErr w:type="spellStart"/>
      <w:r w:rsidR="0010666C">
        <w:t>suksesshme</w:t>
      </w:r>
      <w:proofErr w:type="spellEnd"/>
      <w:r w:rsidR="0010666C">
        <w:t xml:space="preserve">. </w:t>
      </w:r>
      <w:proofErr w:type="spellStart"/>
      <w:r w:rsidR="0010666C">
        <w:t>Unë</w:t>
      </w:r>
      <w:proofErr w:type="spellEnd"/>
      <w:r w:rsidR="0010666C">
        <w:t xml:space="preserve"> </w:t>
      </w:r>
      <w:proofErr w:type="spellStart"/>
      <w:r w:rsidR="0010666C">
        <w:t>nuk</w:t>
      </w:r>
      <w:proofErr w:type="spellEnd"/>
      <w:r w:rsidR="0010666C">
        <w:t xml:space="preserve"> e... </w:t>
      </w:r>
      <w:proofErr w:type="spellStart"/>
      <w:r w:rsidR="0010666C">
        <w:t>na</w:t>
      </w:r>
      <w:proofErr w:type="spellEnd"/>
      <w:r w:rsidR="0010666C">
        <w:t xml:space="preserve"> </w:t>
      </w:r>
      <w:proofErr w:type="spellStart"/>
      <w:r w:rsidR="0010666C">
        <w:t>nuk</w:t>
      </w:r>
      <w:proofErr w:type="spellEnd"/>
      <w:r w:rsidR="0010666C">
        <w:t xml:space="preserve"> </w:t>
      </w:r>
      <w:proofErr w:type="spellStart"/>
      <w:r w:rsidR="0010666C">
        <w:t>kena</w:t>
      </w:r>
      <w:proofErr w:type="spellEnd"/>
      <w:r w:rsidR="0010666C">
        <w:t xml:space="preserve"> </w:t>
      </w:r>
      <w:proofErr w:type="spellStart"/>
      <w:r w:rsidR="0010666C">
        <w:t>krejt</w:t>
      </w:r>
      <w:proofErr w:type="spellEnd"/>
      <w:r w:rsidR="0010666C">
        <w:t xml:space="preserve"> </w:t>
      </w:r>
      <w:proofErr w:type="spellStart"/>
      <w:r w:rsidR="0010666C">
        <w:t>bashkitë</w:t>
      </w:r>
      <w:proofErr w:type="spellEnd"/>
      <w:r w:rsidR="0010666C">
        <w:t xml:space="preserve"> e </w:t>
      </w:r>
      <w:proofErr w:type="spellStart"/>
      <w:r w:rsidR="0010666C">
        <w:t>vogla</w:t>
      </w:r>
      <w:proofErr w:type="spellEnd"/>
      <w:r w:rsidR="0010666C">
        <w:t xml:space="preserve">. </w:t>
      </w:r>
      <w:proofErr w:type="spellStart"/>
      <w:r w:rsidR="0010666C">
        <w:t>Domethënë</w:t>
      </w:r>
      <w:proofErr w:type="spellEnd"/>
      <w:r w:rsidR="0010666C">
        <w:t xml:space="preserve">, </w:t>
      </w:r>
      <w:proofErr w:type="spellStart"/>
      <w:r w:rsidR="0010666C">
        <w:t>populli</w:t>
      </w:r>
      <w:proofErr w:type="spellEnd"/>
      <w:r w:rsidR="0010666C">
        <w:t xml:space="preserve"> </w:t>
      </w:r>
      <w:proofErr w:type="spellStart"/>
      <w:r w:rsidR="0010666C">
        <w:t>fisnik</w:t>
      </w:r>
      <w:proofErr w:type="spellEnd"/>
      <w:r w:rsidR="0010666C">
        <w:t xml:space="preserve"> </w:t>
      </w:r>
      <w:proofErr w:type="spellStart"/>
      <w:r w:rsidR="0010666C">
        <w:t>i</w:t>
      </w:r>
      <w:proofErr w:type="spellEnd"/>
      <w:r w:rsidR="0010666C">
        <w:t xml:space="preserve"> </w:t>
      </w:r>
      <w:proofErr w:type="spellStart"/>
      <w:r w:rsidR="00871696">
        <w:t>Fushë</w:t>
      </w:r>
      <w:proofErr w:type="spellEnd"/>
      <w:r w:rsidR="00871696">
        <w:t xml:space="preserve"> </w:t>
      </w:r>
      <w:r w:rsidR="00871696">
        <w:t>–</w:t>
      </w:r>
      <w:r w:rsidR="00871696">
        <w:t xml:space="preserve"> </w:t>
      </w:r>
      <w:proofErr w:type="spellStart"/>
      <w:r w:rsidR="00871696">
        <w:t>Arrëz</w:t>
      </w:r>
      <w:r w:rsidR="00871696">
        <w:t>it</w:t>
      </w:r>
      <w:proofErr w:type="spellEnd"/>
      <w:r w:rsidR="00871696">
        <w:t xml:space="preserve"> </w:t>
      </w:r>
      <w:proofErr w:type="spellStart"/>
      <w:r w:rsidR="0010666C">
        <w:t>nuk</w:t>
      </w:r>
      <w:proofErr w:type="spellEnd"/>
      <w:r w:rsidR="0010666C">
        <w:t xml:space="preserve"> </w:t>
      </w:r>
      <w:proofErr w:type="spellStart"/>
      <w:r w:rsidR="0010666C">
        <w:t>quhet</w:t>
      </w:r>
      <w:proofErr w:type="spellEnd"/>
      <w:r w:rsidR="0010666C">
        <w:t xml:space="preserve"> </w:t>
      </w:r>
      <w:proofErr w:type="spellStart"/>
      <w:r w:rsidR="0010666C">
        <w:t>popull</w:t>
      </w:r>
      <w:proofErr w:type="spellEnd"/>
      <w:r w:rsidR="0010666C">
        <w:t xml:space="preserve"> </w:t>
      </w:r>
      <w:proofErr w:type="spellStart"/>
      <w:r w:rsidR="0010666C">
        <w:t>i</w:t>
      </w:r>
      <w:proofErr w:type="spellEnd"/>
      <w:r w:rsidR="0010666C">
        <w:t xml:space="preserve"> </w:t>
      </w:r>
      <w:proofErr w:type="spellStart"/>
      <w:r w:rsidR="0010666C">
        <w:t>vogël</w:t>
      </w:r>
      <w:proofErr w:type="spellEnd"/>
      <w:r w:rsidR="0010666C">
        <w:t xml:space="preserve">, ë </w:t>
      </w:r>
      <w:proofErr w:type="spellStart"/>
      <w:r w:rsidR="0010666C">
        <w:t>sepse</w:t>
      </w:r>
      <w:proofErr w:type="spellEnd"/>
      <w:r w:rsidR="0010666C">
        <w:t xml:space="preserve"> </w:t>
      </w:r>
      <w:proofErr w:type="spellStart"/>
      <w:r w:rsidR="0010666C">
        <w:t>në</w:t>
      </w:r>
      <w:proofErr w:type="spellEnd"/>
      <w:r w:rsidR="0010666C">
        <w:t xml:space="preserve"> </w:t>
      </w:r>
      <w:proofErr w:type="spellStart"/>
      <w:r w:rsidR="0010666C">
        <w:t>vite</w:t>
      </w:r>
      <w:proofErr w:type="spellEnd"/>
      <w:r w:rsidR="0010666C">
        <w:t xml:space="preserve">, </w:t>
      </w:r>
      <w:proofErr w:type="spellStart"/>
      <w:r w:rsidR="0010666C">
        <w:t>në</w:t>
      </w:r>
      <w:proofErr w:type="spellEnd"/>
      <w:r w:rsidR="0010666C">
        <w:t xml:space="preserve"> </w:t>
      </w:r>
      <w:proofErr w:type="spellStart"/>
      <w:r w:rsidR="0010666C">
        <w:t>shekuj</w:t>
      </w:r>
      <w:proofErr w:type="spellEnd"/>
      <w:r w:rsidR="0010666C">
        <w:t xml:space="preserve"> ka </w:t>
      </w:r>
      <w:proofErr w:type="spellStart"/>
      <w:r w:rsidR="0010666C">
        <w:t>pasur</w:t>
      </w:r>
      <w:proofErr w:type="spellEnd"/>
      <w:r w:rsidR="0010666C">
        <w:t xml:space="preserve"> </w:t>
      </w:r>
      <w:proofErr w:type="spellStart"/>
      <w:r w:rsidR="0010666C">
        <w:t>historinë</w:t>
      </w:r>
      <w:proofErr w:type="spellEnd"/>
      <w:r w:rsidR="0010666C">
        <w:t xml:space="preserve"> e </w:t>
      </w:r>
      <w:proofErr w:type="spellStart"/>
      <w:r w:rsidR="0010666C">
        <w:t>vetë</w:t>
      </w:r>
      <w:proofErr w:type="spellEnd"/>
      <w:r w:rsidR="0010666C">
        <w:t xml:space="preserve"> </w:t>
      </w:r>
      <w:proofErr w:type="spellStart"/>
      <w:r w:rsidR="0010666C">
        <w:t>dhe</w:t>
      </w:r>
      <w:proofErr w:type="spellEnd"/>
      <w:r w:rsidR="0010666C">
        <w:t xml:space="preserve"> duke u </w:t>
      </w:r>
      <w:proofErr w:type="spellStart"/>
      <w:r w:rsidR="0010666C">
        <w:t>ardhur</w:t>
      </w:r>
      <w:proofErr w:type="spellEnd"/>
      <w:r w:rsidR="0010666C">
        <w:t xml:space="preserve"> </w:t>
      </w:r>
      <w:proofErr w:type="spellStart"/>
      <w:r w:rsidR="0010666C">
        <w:t>nga</w:t>
      </w:r>
      <w:proofErr w:type="spellEnd"/>
      <w:r w:rsidR="0010666C">
        <w:t xml:space="preserve"> </w:t>
      </w:r>
      <w:proofErr w:type="spellStart"/>
      <w:r w:rsidR="0010666C">
        <w:t>kjo</w:t>
      </w:r>
      <w:proofErr w:type="spellEnd"/>
      <w:r w:rsidR="0010666C">
        <w:t xml:space="preserve">, </w:t>
      </w:r>
      <w:proofErr w:type="spellStart"/>
      <w:r w:rsidR="0010666C">
        <w:t>na</w:t>
      </w:r>
      <w:proofErr w:type="spellEnd"/>
      <w:r w:rsidR="0010666C">
        <w:t xml:space="preserve"> </w:t>
      </w:r>
      <w:proofErr w:type="spellStart"/>
      <w:r w:rsidR="0010666C">
        <w:t>jemi</w:t>
      </w:r>
      <w:proofErr w:type="spellEnd"/>
      <w:r w:rsidR="0010666C">
        <w:t xml:space="preserve"> </w:t>
      </w:r>
      <w:proofErr w:type="spellStart"/>
      <w:r w:rsidR="0010666C">
        <w:t>të</w:t>
      </w:r>
      <w:proofErr w:type="spellEnd"/>
      <w:r w:rsidR="0010666C">
        <w:t xml:space="preserve"> </w:t>
      </w:r>
      <w:proofErr w:type="spellStart"/>
      <w:r w:rsidR="0010666C">
        <w:t>suksesshëm</w:t>
      </w:r>
      <w:proofErr w:type="spellEnd"/>
      <w:r w:rsidR="0010666C">
        <w:t xml:space="preserve"> </w:t>
      </w:r>
      <w:proofErr w:type="spellStart"/>
      <w:r w:rsidR="0010666C">
        <w:t>edhe</w:t>
      </w:r>
      <w:proofErr w:type="spellEnd"/>
      <w:r w:rsidR="0010666C">
        <w:t xml:space="preserve"> </w:t>
      </w:r>
      <w:proofErr w:type="spellStart"/>
      <w:r w:rsidR="0010666C">
        <w:t>në</w:t>
      </w:r>
      <w:proofErr w:type="spellEnd"/>
      <w:r w:rsidR="0010666C">
        <w:t xml:space="preserve"> </w:t>
      </w:r>
      <w:proofErr w:type="spellStart"/>
      <w:r w:rsidR="0010666C">
        <w:t>fushën</w:t>
      </w:r>
      <w:proofErr w:type="spellEnd"/>
      <w:r w:rsidR="0010666C">
        <w:t xml:space="preserve"> e </w:t>
      </w:r>
      <w:proofErr w:type="spellStart"/>
      <w:r w:rsidR="0010666C">
        <w:t>biznesit</w:t>
      </w:r>
      <w:proofErr w:type="spellEnd"/>
      <w:r w:rsidR="0010666C">
        <w:t>. 7% e GDP-</w:t>
      </w:r>
      <w:proofErr w:type="spellStart"/>
      <w:r w:rsidR="0010666C">
        <w:t>së</w:t>
      </w:r>
      <w:proofErr w:type="spellEnd"/>
      <w:r w:rsidR="0010666C">
        <w:t xml:space="preserve"> </w:t>
      </w:r>
      <w:proofErr w:type="spellStart"/>
      <w:r w:rsidR="0010666C">
        <w:t>shqiptare</w:t>
      </w:r>
      <w:proofErr w:type="spellEnd"/>
      <w:r w:rsidR="0010666C">
        <w:t xml:space="preserve"> </w:t>
      </w:r>
      <w:proofErr w:type="spellStart"/>
      <w:r w:rsidR="0010666C">
        <w:t>janë</w:t>
      </w:r>
      <w:proofErr w:type="spellEnd"/>
      <w:r w:rsidR="0010666C">
        <w:t xml:space="preserve"> </w:t>
      </w:r>
      <w:proofErr w:type="spellStart"/>
      <w:r w:rsidR="0010666C">
        <w:t>biznesmenë</w:t>
      </w:r>
      <w:proofErr w:type="spellEnd"/>
      <w:r w:rsidR="0010666C">
        <w:t xml:space="preserve"> </w:t>
      </w:r>
      <w:proofErr w:type="spellStart"/>
      <w:r w:rsidR="0010666C">
        <w:t>prej</w:t>
      </w:r>
      <w:proofErr w:type="spellEnd"/>
      <w:r w:rsidR="0010666C">
        <w:t xml:space="preserve"> </w:t>
      </w:r>
      <w:proofErr w:type="spellStart"/>
      <w:r w:rsidR="0010666C">
        <w:t>Bashkisë</w:t>
      </w:r>
      <w:proofErr w:type="spellEnd"/>
      <w:r w:rsidR="0010666C">
        <w:t xml:space="preserve"> </w:t>
      </w:r>
      <w:proofErr w:type="spellStart"/>
      <w:r w:rsidR="0010666C">
        <w:t>së</w:t>
      </w:r>
      <w:proofErr w:type="spellEnd"/>
      <w:r w:rsidR="0010666C">
        <w:t xml:space="preserve"> </w:t>
      </w:r>
      <w:proofErr w:type="spellStart"/>
      <w:r w:rsidR="0010666C">
        <w:t>Fushërazit</w:t>
      </w:r>
      <w:proofErr w:type="spellEnd"/>
      <w:r w:rsidR="0010666C">
        <w:t xml:space="preserve">. </w:t>
      </w:r>
      <w:proofErr w:type="spellStart"/>
      <w:r w:rsidR="0010666C">
        <w:t>Të</w:t>
      </w:r>
      <w:proofErr w:type="spellEnd"/>
      <w:r w:rsidR="0010666C">
        <w:t xml:space="preserve"> </w:t>
      </w:r>
      <w:proofErr w:type="spellStart"/>
      <w:r w:rsidR="0010666C">
        <w:t>gjithë</w:t>
      </w:r>
      <w:proofErr w:type="spellEnd"/>
      <w:r w:rsidR="0010666C">
        <w:t xml:space="preserve"> </w:t>
      </w:r>
      <w:proofErr w:type="spellStart"/>
      <w:r w:rsidR="0010666C">
        <w:t>janë</w:t>
      </w:r>
      <w:proofErr w:type="spellEnd"/>
      <w:r w:rsidR="0010666C">
        <w:t xml:space="preserve"> </w:t>
      </w:r>
      <w:proofErr w:type="spellStart"/>
      <w:r w:rsidR="0010666C">
        <w:t>leje</w:t>
      </w:r>
      <w:proofErr w:type="spellEnd"/>
      <w:r w:rsidR="0010666C">
        <w:t xml:space="preserve"> </w:t>
      </w:r>
      <w:proofErr w:type="spellStart"/>
      <w:r w:rsidR="0010666C">
        <w:t>rritje</w:t>
      </w:r>
      <w:proofErr w:type="spellEnd"/>
      <w:r w:rsidR="0010666C">
        <w:t xml:space="preserve"> </w:t>
      </w:r>
      <w:proofErr w:type="spellStart"/>
      <w:r w:rsidR="0010666C">
        <w:t>aty</w:t>
      </w:r>
      <w:proofErr w:type="spellEnd"/>
      <w:r w:rsidR="0010666C">
        <w:t xml:space="preserve">, </w:t>
      </w:r>
      <w:proofErr w:type="spellStart"/>
      <w:r w:rsidR="0010666C">
        <w:t>janë</w:t>
      </w:r>
      <w:proofErr w:type="spellEnd"/>
      <w:r w:rsidR="0010666C">
        <w:t xml:space="preserve"> </w:t>
      </w:r>
      <w:proofErr w:type="spellStart"/>
      <w:r w:rsidR="0010666C">
        <w:t>shpërndarë</w:t>
      </w:r>
      <w:proofErr w:type="spellEnd"/>
      <w:r w:rsidR="0010666C">
        <w:t xml:space="preserve"> </w:t>
      </w:r>
      <w:proofErr w:type="spellStart"/>
      <w:r w:rsidR="0010666C">
        <w:t>në</w:t>
      </w:r>
      <w:proofErr w:type="spellEnd"/>
      <w:r w:rsidR="0010666C">
        <w:t xml:space="preserve"> </w:t>
      </w:r>
      <w:proofErr w:type="spellStart"/>
      <w:r w:rsidR="0010666C">
        <w:t>tonë</w:t>
      </w:r>
      <w:proofErr w:type="spellEnd"/>
      <w:r w:rsidR="0010666C">
        <w:t xml:space="preserve"> </w:t>
      </w:r>
      <w:proofErr w:type="spellStart"/>
      <w:r w:rsidR="0010666C">
        <w:t>Shqipërinë</w:t>
      </w:r>
      <w:proofErr w:type="spellEnd"/>
      <w:r w:rsidR="0010666C">
        <w:t xml:space="preserve"> </w:t>
      </w:r>
      <w:proofErr w:type="spellStart"/>
      <w:r w:rsidR="0010666C">
        <w:t>dhe</w:t>
      </w:r>
      <w:proofErr w:type="spellEnd"/>
      <w:r w:rsidR="0010666C">
        <w:t xml:space="preserve"> </w:t>
      </w:r>
      <w:proofErr w:type="spellStart"/>
      <w:r w:rsidR="0010666C">
        <w:t>janë</w:t>
      </w:r>
      <w:proofErr w:type="spellEnd"/>
      <w:r w:rsidR="0010666C">
        <w:t xml:space="preserve"> </w:t>
      </w:r>
      <w:proofErr w:type="spellStart"/>
      <w:r w:rsidR="0010666C">
        <w:t>të</w:t>
      </w:r>
      <w:proofErr w:type="spellEnd"/>
      <w:r w:rsidR="0010666C">
        <w:t xml:space="preserve"> </w:t>
      </w:r>
      <w:proofErr w:type="spellStart"/>
      <w:r w:rsidR="0010666C">
        <w:t>suksesshëm</w:t>
      </w:r>
      <w:proofErr w:type="spellEnd"/>
      <w:r w:rsidR="0010666C">
        <w:t xml:space="preserve">. </w:t>
      </w:r>
      <w:proofErr w:type="spellStart"/>
      <w:r w:rsidR="0010666C">
        <w:t>Pra</w:t>
      </w:r>
      <w:proofErr w:type="spellEnd"/>
      <w:r w:rsidR="0010666C">
        <w:t xml:space="preserve">, </w:t>
      </w:r>
      <w:proofErr w:type="spellStart"/>
      <w:r w:rsidR="0010666C">
        <w:t>mendoj</w:t>
      </w:r>
      <w:proofErr w:type="spellEnd"/>
      <w:r w:rsidR="0010666C">
        <w:t xml:space="preserve"> </w:t>
      </w:r>
      <w:proofErr w:type="spellStart"/>
      <w:r w:rsidR="0010666C">
        <w:t>që</w:t>
      </w:r>
      <w:proofErr w:type="spellEnd"/>
      <w:r w:rsidR="0010666C">
        <w:t xml:space="preserve"> </w:t>
      </w:r>
      <w:proofErr w:type="spellStart"/>
      <w:r w:rsidR="0010666C">
        <w:t>kjo</w:t>
      </w:r>
      <w:proofErr w:type="spellEnd"/>
      <w:r w:rsidR="0010666C">
        <w:t xml:space="preserve"> </w:t>
      </w:r>
      <w:proofErr w:type="spellStart"/>
      <w:r w:rsidR="0010666C">
        <w:t>ministra</w:t>
      </w:r>
      <w:proofErr w:type="spellEnd"/>
      <w:r w:rsidR="0010666C">
        <w:t xml:space="preserve"> me </w:t>
      </w:r>
      <w:proofErr w:type="spellStart"/>
      <w:r w:rsidR="0010666C">
        <w:t>lapsit</w:t>
      </w:r>
      <w:proofErr w:type="spellEnd"/>
      <w:r w:rsidR="0010666C">
        <w:t xml:space="preserve"> </w:t>
      </w:r>
      <w:proofErr w:type="spellStart"/>
      <w:r w:rsidR="0010666C">
        <w:t>mund</w:t>
      </w:r>
      <w:proofErr w:type="spellEnd"/>
      <w:r w:rsidR="0010666C">
        <w:t xml:space="preserve"> ta </w:t>
      </w:r>
      <w:proofErr w:type="spellStart"/>
      <w:r w:rsidR="0010666C">
        <w:t>bëjë</w:t>
      </w:r>
      <w:proofErr w:type="spellEnd"/>
      <w:r w:rsidR="0010666C">
        <w:t xml:space="preserve"> </w:t>
      </w:r>
      <w:proofErr w:type="spellStart"/>
      <w:r w:rsidR="0010666C">
        <w:t>bashkinë</w:t>
      </w:r>
      <w:proofErr w:type="spellEnd"/>
      <w:r w:rsidR="0010666C">
        <w:t xml:space="preserve"> e </w:t>
      </w:r>
      <w:proofErr w:type="spellStart"/>
      <w:r w:rsidR="0010666C">
        <w:t>Fushërazit</w:t>
      </w:r>
      <w:proofErr w:type="spellEnd"/>
      <w:r w:rsidR="0010666C">
        <w:t xml:space="preserve"> </w:t>
      </w:r>
      <w:proofErr w:type="spellStart"/>
      <w:r w:rsidR="0010666C">
        <w:t>të</w:t>
      </w:r>
      <w:proofErr w:type="spellEnd"/>
      <w:r w:rsidR="0010666C">
        <w:t xml:space="preserve"> </w:t>
      </w:r>
      <w:proofErr w:type="spellStart"/>
      <w:r w:rsidR="0010666C">
        <w:t>vogël</w:t>
      </w:r>
      <w:proofErr w:type="spellEnd"/>
      <w:r w:rsidR="0010666C">
        <w:t xml:space="preserve">. Sa </w:t>
      </w:r>
      <w:proofErr w:type="spellStart"/>
      <w:r w:rsidR="0010666C">
        <w:t>më</w:t>
      </w:r>
      <w:proofErr w:type="spellEnd"/>
      <w:r w:rsidR="0010666C">
        <w:t xml:space="preserve"> </w:t>
      </w:r>
      <w:proofErr w:type="spellStart"/>
      <w:r w:rsidR="0010666C">
        <w:t>krejt</w:t>
      </w:r>
      <w:proofErr w:type="spellEnd"/>
      <w:r w:rsidR="0010666C">
        <w:t xml:space="preserve"> </w:t>
      </w:r>
      <w:proofErr w:type="spellStart"/>
      <w:r w:rsidR="0010666C">
        <w:t>problemi</w:t>
      </w:r>
      <w:proofErr w:type="spellEnd"/>
      <w:r w:rsidR="0010666C">
        <w:t xml:space="preserve"> </w:t>
      </w:r>
      <w:proofErr w:type="spellStart"/>
      <w:r w:rsidR="0010666C">
        <w:t>është</w:t>
      </w:r>
      <w:proofErr w:type="spellEnd"/>
      <w:r w:rsidR="0010666C">
        <w:t xml:space="preserve"> </w:t>
      </w:r>
      <w:proofErr w:type="spellStart"/>
      <w:r w:rsidR="0010666C">
        <w:t>shërbimi</w:t>
      </w:r>
      <w:proofErr w:type="spellEnd"/>
      <w:r w:rsidR="0010666C">
        <w:t xml:space="preserve"> </w:t>
      </w:r>
      <w:proofErr w:type="spellStart"/>
      <w:r w:rsidR="0010666C">
        <w:t>ndaj</w:t>
      </w:r>
      <w:proofErr w:type="spellEnd"/>
      <w:r w:rsidR="0010666C">
        <w:t xml:space="preserve"> </w:t>
      </w:r>
      <w:proofErr w:type="spellStart"/>
      <w:r w:rsidR="0010666C">
        <w:t>qytetarëve</w:t>
      </w:r>
      <w:proofErr w:type="spellEnd"/>
      <w:r w:rsidR="0010666C">
        <w:t xml:space="preserve">. </w:t>
      </w:r>
      <w:proofErr w:type="spellStart"/>
      <w:r w:rsidR="0010666C">
        <w:t>Koeficientin</w:t>
      </w:r>
      <w:proofErr w:type="spellEnd"/>
      <w:r w:rsidR="0010666C">
        <w:t xml:space="preserve"> </w:t>
      </w:r>
      <w:proofErr w:type="spellStart"/>
      <w:r w:rsidR="0010666C">
        <w:t>unë</w:t>
      </w:r>
      <w:proofErr w:type="spellEnd"/>
      <w:r w:rsidR="0010666C">
        <w:t xml:space="preserve"> jam </w:t>
      </w:r>
      <w:proofErr w:type="spellStart"/>
      <w:r w:rsidR="0010666C">
        <w:t>krejtësisht</w:t>
      </w:r>
      <w:proofErr w:type="spellEnd"/>
      <w:r w:rsidR="0010666C">
        <w:t xml:space="preserve"> </w:t>
      </w:r>
      <w:proofErr w:type="spellStart"/>
      <w:r w:rsidR="0010666C">
        <w:t>dakord</w:t>
      </w:r>
      <w:proofErr w:type="spellEnd"/>
      <w:r w:rsidR="0010666C">
        <w:t xml:space="preserve"> me </w:t>
      </w:r>
      <w:proofErr w:type="spellStart"/>
      <w:r w:rsidR="0010666C">
        <w:t>ndryshu</w:t>
      </w:r>
      <w:proofErr w:type="spellEnd"/>
      <w:r w:rsidR="0010666C">
        <w:t xml:space="preserve"> </w:t>
      </w:r>
      <w:proofErr w:type="spellStart"/>
      <w:r w:rsidR="0010666C">
        <w:t>për</w:t>
      </w:r>
      <w:proofErr w:type="spellEnd"/>
      <w:r w:rsidR="0010666C">
        <w:t xml:space="preserve"> </w:t>
      </w:r>
      <w:proofErr w:type="spellStart"/>
      <w:r w:rsidR="0010666C">
        <w:t>të</w:t>
      </w:r>
      <w:proofErr w:type="spellEnd"/>
      <w:r w:rsidR="0010666C">
        <w:t xml:space="preserve"> </w:t>
      </w:r>
      <w:proofErr w:type="spellStart"/>
      <w:r w:rsidR="0010666C">
        <w:t>gjitha</w:t>
      </w:r>
      <w:proofErr w:type="spellEnd"/>
      <w:r w:rsidR="0010666C">
        <w:t xml:space="preserve"> </w:t>
      </w:r>
      <w:proofErr w:type="spellStart"/>
      <w:r w:rsidR="0010666C">
        <w:t>bashkitë</w:t>
      </w:r>
      <w:proofErr w:type="spellEnd"/>
      <w:r w:rsidR="0010666C">
        <w:t xml:space="preserve"> e </w:t>
      </w:r>
      <w:proofErr w:type="spellStart"/>
      <w:r w:rsidR="0010666C">
        <w:t>Shqipërisë</w:t>
      </w:r>
      <w:proofErr w:type="spellEnd"/>
      <w:r w:rsidR="0010666C">
        <w:t xml:space="preserve"> </w:t>
      </w:r>
      <w:proofErr w:type="spellStart"/>
      <w:r w:rsidR="0010666C">
        <w:t>që</w:t>
      </w:r>
      <w:proofErr w:type="spellEnd"/>
      <w:r w:rsidR="0010666C">
        <w:t xml:space="preserve"> </w:t>
      </w:r>
      <w:proofErr w:type="spellStart"/>
      <w:r w:rsidR="0010666C">
        <w:t>kanë</w:t>
      </w:r>
      <w:proofErr w:type="spellEnd"/>
      <w:r w:rsidR="0010666C">
        <w:t xml:space="preserve"> </w:t>
      </w:r>
      <w:proofErr w:type="spellStart"/>
      <w:r w:rsidR="0010666C">
        <w:t>karakter</w:t>
      </w:r>
      <w:proofErr w:type="spellEnd"/>
      <w:r w:rsidR="0010666C">
        <w:t xml:space="preserve"> </w:t>
      </w:r>
      <w:proofErr w:type="spellStart"/>
      <w:r w:rsidR="0010666C">
        <w:t>si</w:t>
      </w:r>
      <w:proofErr w:type="spellEnd"/>
      <w:r w:rsidR="0010666C">
        <w:t xml:space="preserve"> Bashkia e </w:t>
      </w:r>
      <w:proofErr w:type="spellStart"/>
      <w:r w:rsidR="0010666C">
        <w:t>Fushërazit</w:t>
      </w:r>
      <w:proofErr w:type="spellEnd"/>
      <w:r w:rsidR="0010666C">
        <w:t xml:space="preserve">. </w:t>
      </w:r>
      <w:proofErr w:type="spellStart"/>
      <w:r w:rsidR="0010666C">
        <w:t>Unë</w:t>
      </w:r>
      <w:proofErr w:type="spellEnd"/>
      <w:r w:rsidR="0010666C">
        <w:t xml:space="preserve"> jam </w:t>
      </w:r>
      <w:proofErr w:type="spellStart"/>
      <w:r w:rsidR="0010666C">
        <w:t>plotësisht</w:t>
      </w:r>
      <w:proofErr w:type="spellEnd"/>
      <w:r w:rsidR="0010666C">
        <w:t xml:space="preserve"> </w:t>
      </w:r>
      <w:proofErr w:type="spellStart"/>
      <w:r w:rsidR="0010666C">
        <w:t>dakord</w:t>
      </w:r>
      <w:proofErr w:type="spellEnd"/>
      <w:r w:rsidR="0010666C">
        <w:t xml:space="preserve"> </w:t>
      </w:r>
      <w:proofErr w:type="spellStart"/>
      <w:r w:rsidR="0010666C">
        <w:t>dhe</w:t>
      </w:r>
      <w:proofErr w:type="spellEnd"/>
      <w:r w:rsidR="0010666C">
        <w:t xml:space="preserve"> do </w:t>
      </w:r>
      <w:proofErr w:type="spellStart"/>
      <w:r w:rsidR="0010666C">
        <w:t>të</w:t>
      </w:r>
      <w:proofErr w:type="spellEnd"/>
      <w:r w:rsidR="0010666C">
        <w:t xml:space="preserve"> </w:t>
      </w:r>
      <w:proofErr w:type="spellStart"/>
      <w:r w:rsidR="0010666C">
        <w:t>ishte</w:t>
      </w:r>
      <w:proofErr w:type="spellEnd"/>
      <w:r w:rsidR="0010666C">
        <w:t xml:space="preserve"> </w:t>
      </w:r>
      <w:proofErr w:type="spellStart"/>
      <w:r w:rsidR="0010666C">
        <w:t>gjë</w:t>
      </w:r>
      <w:proofErr w:type="spellEnd"/>
      <w:r w:rsidR="0010666C">
        <w:t xml:space="preserve"> </w:t>
      </w:r>
      <w:proofErr w:type="spellStart"/>
      <w:r w:rsidR="0010666C">
        <w:t>shumë</w:t>
      </w:r>
      <w:proofErr w:type="spellEnd"/>
      <w:r w:rsidR="0010666C">
        <w:t xml:space="preserve"> e </w:t>
      </w:r>
      <w:proofErr w:type="spellStart"/>
      <w:r w:rsidR="0010666C">
        <w:t>drejtë</w:t>
      </w:r>
      <w:proofErr w:type="spellEnd"/>
      <w:r w:rsidR="0010666C">
        <w:t xml:space="preserve"> </w:t>
      </w:r>
      <w:proofErr w:type="spellStart"/>
      <w:r w:rsidR="0010666C">
        <w:t>që</w:t>
      </w:r>
      <w:proofErr w:type="spellEnd"/>
      <w:r w:rsidR="0010666C">
        <w:t xml:space="preserve"> </w:t>
      </w:r>
      <w:proofErr w:type="spellStart"/>
      <w:r w:rsidR="0010666C">
        <w:t>i</w:t>
      </w:r>
      <w:proofErr w:type="spellEnd"/>
      <w:r w:rsidR="0010666C">
        <w:t xml:space="preserve"> </w:t>
      </w:r>
      <w:proofErr w:type="spellStart"/>
      <w:r w:rsidR="0010666C">
        <w:t>ndikon</w:t>
      </w:r>
      <w:proofErr w:type="spellEnd"/>
      <w:r w:rsidR="0010666C">
        <w:t xml:space="preserve"> </w:t>
      </w:r>
      <w:proofErr w:type="spellStart"/>
      <w:r w:rsidR="0010666C">
        <w:t>edhe</w:t>
      </w:r>
      <w:proofErr w:type="spellEnd"/>
      <w:r w:rsidR="0010666C">
        <w:t xml:space="preserve"> </w:t>
      </w:r>
      <w:proofErr w:type="spellStart"/>
      <w:r w:rsidR="0010666C">
        <w:t>arsimit</w:t>
      </w:r>
      <w:proofErr w:type="spellEnd"/>
      <w:r w:rsidR="0010666C">
        <w:t xml:space="preserve">, </w:t>
      </w:r>
      <w:proofErr w:type="spellStart"/>
      <w:r w:rsidR="0010666C">
        <w:t>edhe</w:t>
      </w:r>
      <w:proofErr w:type="spellEnd"/>
      <w:r w:rsidR="0010666C">
        <w:t xml:space="preserve"> </w:t>
      </w:r>
      <w:proofErr w:type="spellStart"/>
      <w:r w:rsidR="0010666C">
        <w:t>shtetësisë</w:t>
      </w:r>
      <w:proofErr w:type="spellEnd"/>
      <w:r w:rsidR="0010666C">
        <w:t xml:space="preserve">, </w:t>
      </w:r>
      <w:proofErr w:type="spellStart"/>
      <w:r w:rsidR="0010666C">
        <w:t>sepse</w:t>
      </w:r>
      <w:proofErr w:type="spellEnd"/>
      <w:r w:rsidR="0010666C">
        <w:t xml:space="preserve"> </w:t>
      </w:r>
      <w:proofErr w:type="spellStart"/>
      <w:r w:rsidR="0010666C">
        <w:t>penalizohet</w:t>
      </w:r>
      <w:proofErr w:type="spellEnd"/>
      <w:r w:rsidR="0010666C">
        <w:t xml:space="preserve"> </w:t>
      </w:r>
      <w:proofErr w:type="spellStart"/>
      <w:r w:rsidR="0010666C">
        <w:t>edhe</w:t>
      </w:r>
      <w:proofErr w:type="spellEnd"/>
      <w:r w:rsidR="0010666C">
        <w:t xml:space="preserve"> </w:t>
      </w:r>
      <w:proofErr w:type="spellStart"/>
      <w:r w:rsidR="0010666C">
        <w:t>arsimi</w:t>
      </w:r>
      <w:proofErr w:type="spellEnd"/>
      <w:r w:rsidR="0010666C">
        <w:t xml:space="preserve">. </w:t>
      </w:r>
      <w:proofErr w:type="spellStart"/>
      <w:r w:rsidR="0010666C">
        <w:t>Sepse</w:t>
      </w:r>
      <w:proofErr w:type="spellEnd"/>
      <w:r w:rsidR="0010666C">
        <w:t xml:space="preserve"> </w:t>
      </w:r>
      <w:proofErr w:type="spellStart"/>
      <w:r w:rsidR="0010666C">
        <w:t>një</w:t>
      </w:r>
      <w:proofErr w:type="spellEnd"/>
      <w:r w:rsidR="0010666C">
        <w:t xml:space="preserve"> </w:t>
      </w:r>
      <w:proofErr w:type="spellStart"/>
      <w:r w:rsidR="0010666C">
        <w:t>pyetje</w:t>
      </w:r>
      <w:proofErr w:type="spellEnd"/>
      <w:r w:rsidR="0010666C">
        <w:t xml:space="preserve"> </w:t>
      </w:r>
      <w:proofErr w:type="spellStart"/>
      <w:r w:rsidR="0010666C">
        <w:t>ishte</w:t>
      </w:r>
      <w:proofErr w:type="spellEnd"/>
      <w:r w:rsidR="0010666C">
        <w:t xml:space="preserve">: a e </w:t>
      </w:r>
      <w:proofErr w:type="spellStart"/>
      <w:r w:rsidR="0010666C">
        <w:t>keni</w:t>
      </w:r>
      <w:proofErr w:type="spellEnd"/>
      <w:r w:rsidR="0010666C">
        <w:t xml:space="preserve"> </w:t>
      </w:r>
      <w:proofErr w:type="spellStart"/>
      <w:r w:rsidR="0010666C">
        <w:t>në</w:t>
      </w:r>
      <w:proofErr w:type="spellEnd"/>
      <w:r w:rsidR="0010666C">
        <w:t xml:space="preserve"> </w:t>
      </w:r>
      <w:proofErr w:type="spellStart"/>
      <w:r w:rsidR="0010666C">
        <w:t>varësi</w:t>
      </w:r>
      <w:proofErr w:type="spellEnd"/>
      <w:r w:rsidR="0010666C">
        <w:t xml:space="preserve">? Nuk e </w:t>
      </w:r>
      <w:proofErr w:type="spellStart"/>
      <w:r w:rsidR="0010666C">
        <w:t>kena</w:t>
      </w:r>
      <w:proofErr w:type="spellEnd"/>
      <w:r w:rsidR="0010666C">
        <w:t xml:space="preserve"> </w:t>
      </w:r>
      <w:proofErr w:type="spellStart"/>
      <w:r w:rsidR="0010666C">
        <w:t>në</w:t>
      </w:r>
      <w:proofErr w:type="spellEnd"/>
      <w:r w:rsidR="0010666C">
        <w:t xml:space="preserve"> </w:t>
      </w:r>
      <w:proofErr w:type="spellStart"/>
      <w:r w:rsidR="0010666C">
        <w:t>varësi</w:t>
      </w:r>
      <w:proofErr w:type="spellEnd"/>
      <w:r w:rsidR="0010666C">
        <w:t xml:space="preserve"> as </w:t>
      </w:r>
      <w:proofErr w:type="spellStart"/>
      <w:r w:rsidR="0010666C">
        <w:t>arsimin</w:t>
      </w:r>
      <w:proofErr w:type="spellEnd"/>
      <w:r w:rsidR="0010666C">
        <w:t xml:space="preserve">, as </w:t>
      </w:r>
      <w:proofErr w:type="spellStart"/>
      <w:r w:rsidR="0010666C">
        <w:t>shtetësinë</w:t>
      </w:r>
      <w:proofErr w:type="spellEnd"/>
      <w:r w:rsidR="0010666C">
        <w:t xml:space="preserve">. </w:t>
      </w:r>
      <w:proofErr w:type="spellStart"/>
      <w:r w:rsidR="0010666C">
        <w:t>Kështu</w:t>
      </w:r>
      <w:proofErr w:type="spellEnd"/>
      <w:r w:rsidR="0010666C">
        <w:t xml:space="preserve"> </w:t>
      </w:r>
      <w:proofErr w:type="spellStart"/>
      <w:r w:rsidR="0010666C">
        <w:t>që</w:t>
      </w:r>
      <w:proofErr w:type="spellEnd"/>
      <w:r w:rsidR="0010666C">
        <w:t xml:space="preserve"> </w:t>
      </w:r>
      <w:proofErr w:type="spellStart"/>
      <w:r w:rsidR="0010666C">
        <w:t>nuk</w:t>
      </w:r>
      <w:proofErr w:type="spellEnd"/>
      <w:r w:rsidR="0010666C">
        <w:t xml:space="preserve"> </w:t>
      </w:r>
      <w:proofErr w:type="spellStart"/>
      <w:r w:rsidR="0010666C">
        <w:t>janë</w:t>
      </w:r>
      <w:proofErr w:type="spellEnd"/>
      <w:r w:rsidR="0010666C">
        <w:t xml:space="preserve"> </w:t>
      </w:r>
      <w:proofErr w:type="spellStart"/>
      <w:r w:rsidR="0010666C">
        <w:t>kompetenca</w:t>
      </w:r>
      <w:proofErr w:type="spellEnd"/>
      <w:r w:rsidR="0010666C">
        <w:t xml:space="preserve">, </w:t>
      </w:r>
      <w:proofErr w:type="spellStart"/>
      <w:r w:rsidR="0010666C">
        <w:t>edhe</w:t>
      </w:r>
      <w:proofErr w:type="spellEnd"/>
      <w:r w:rsidR="0010666C">
        <w:t xml:space="preserve"> </w:t>
      </w:r>
      <w:proofErr w:type="spellStart"/>
      <w:r w:rsidR="0010666C">
        <w:t>të</w:t>
      </w:r>
      <w:proofErr w:type="spellEnd"/>
      <w:r w:rsidR="0010666C">
        <w:t xml:space="preserve"> </w:t>
      </w:r>
      <w:proofErr w:type="spellStart"/>
      <w:r w:rsidR="0010666C">
        <w:t>mund</w:t>
      </w:r>
      <w:proofErr w:type="spellEnd"/>
      <w:r w:rsidR="0010666C">
        <w:t xml:space="preserve"> </w:t>
      </w:r>
      <w:proofErr w:type="spellStart"/>
      <w:r w:rsidR="0010666C">
        <w:t>të</w:t>
      </w:r>
      <w:proofErr w:type="spellEnd"/>
      <w:r w:rsidR="0010666C">
        <w:t xml:space="preserve"> </w:t>
      </w:r>
      <w:proofErr w:type="spellStart"/>
      <w:r w:rsidR="0010666C">
        <w:t>na</w:t>
      </w:r>
      <w:proofErr w:type="spellEnd"/>
      <w:r w:rsidR="0010666C">
        <w:t xml:space="preserve"> </w:t>
      </w:r>
      <w:proofErr w:type="spellStart"/>
      <w:r w:rsidR="0010666C">
        <w:t>shtohen</w:t>
      </w:r>
      <w:proofErr w:type="spellEnd"/>
      <w:r w:rsidR="0010666C">
        <w:t xml:space="preserve">, po </w:t>
      </w:r>
      <w:proofErr w:type="spellStart"/>
      <w:r w:rsidR="0010666C">
        <w:t>nuk</w:t>
      </w:r>
      <w:proofErr w:type="spellEnd"/>
      <w:r w:rsidR="0010666C">
        <w:t xml:space="preserve"> </w:t>
      </w:r>
      <w:proofErr w:type="spellStart"/>
      <w:r w:rsidR="0010666C">
        <w:t>i</w:t>
      </w:r>
      <w:proofErr w:type="spellEnd"/>
      <w:r w:rsidR="0010666C">
        <w:t xml:space="preserve"> </w:t>
      </w:r>
      <w:proofErr w:type="spellStart"/>
      <w:r w:rsidR="0010666C">
        <w:t>kena</w:t>
      </w:r>
      <w:proofErr w:type="spellEnd"/>
      <w:r w:rsidR="0010666C">
        <w:t xml:space="preserve"> sot, </w:t>
      </w:r>
      <w:proofErr w:type="spellStart"/>
      <w:r w:rsidR="0010666C">
        <w:t>përse</w:t>
      </w:r>
      <w:proofErr w:type="spellEnd"/>
      <w:r w:rsidR="0010666C">
        <w:t xml:space="preserve"> </w:t>
      </w:r>
      <w:proofErr w:type="spellStart"/>
      <w:r w:rsidR="0010666C">
        <w:t>nuk</w:t>
      </w:r>
      <w:proofErr w:type="spellEnd"/>
      <w:r w:rsidR="0010666C">
        <w:t xml:space="preserve"> </w:t>
      </w:r>
      <w:proofErr w:type="spellStart"/>
      <w:r w:rsidR="0010666C">
        <w:t>i</w:t>
      </w:r>
      <w:proofErr w:type="spellEnd"/>
      <w:r w:rsidR="0010666C">
        <w:t xml:space="preserve"> </w:t>
      </w:r>
      <w:proofErr w:type="spellStart"/>
      <w:r w:rsidR="0010666C">
        <w:t>kena</w:t>
      </w:r>
      <w:proofErr w:type="spellEnd"/>
      <w:r w:rsidR="0010666C">
        <w:t xml:space="preserve">? Po </w:t>
      </w:r>
      <w:proofErr w:type="spellStart"/>
      <w:r w:rsidR="0010666C">
        <w:t>dhe</w:t>
      </w:r>
      <w:proofErr w:type="spellEnd"/>
      <w:r w:rsidR="0010666C">
        <w:t xml:space="preserve"> </w:t>
      </w:r>
      <w:proofErr w:type="spellStart"/>
      <w:r w:rsidR="0010666C">
        <w:t>dëmtohen</w:t>
      </w:r>
      <w:proofErr w:type="spellEnd"/>
      <w:r w:rsidR="0010666C">
        <w:t xml:space="preserve"> </w:t>
      </w:r>
      <w:proofErr w:type="spellStart"/>
      <w:r w:rsidR="0010666C">
        <w:t>edhe</w:t>
      </w:r>
      <w:proofErr w:type="spellEnd"/>
      <w:r w:rsidR="0010666C">
        <w:t xml:space="preserve"> </w:t>
      </w:r>
      <w:proofErr w:type="spellStart"/>
      <w:r w:rsidR="0010666C">
        <w:t>ato</w:t>
      </w:r>
      <w:proofErr w:type="spellEnd"/>
      <w:r w:rsidR="0010666C">
        <w:t xml:space="preserve"> </w:t>
      </w:r>
      <w:proofErr w:type="spellStart"/>
      <w:r w:rsidR="0010666C">
        <w:t>në</w:t>
      </w:r>
      <w:proofErr w:type="spellEnd"/>
      <w:r w:rsidR="0010666C">
        <w:t xml:space="preserve"> </w:t>
      </w:r>
      <w:proofErr w:type="spellStart"/>
      <w:r w:rsidR="0010666C">
        <w:t>buxhetin</w:t>
      </w:r>
      <w:proofErr w:type="spellEnd"/>
      <w:r w:rsidR="0010666C">
        <w:t xml:space="preserve"> e </w:t>
      </w:r>
      <w:proofErr w:type="spellStart"/>
      <w:r w:rsidR="0010666C">
        <w:t>tyre</w:t>
      </w:r>
      <w:proofErr w:type="spellEnd"/>
      <w:r w:rsidR="0010666C">
        <w:t xml:space="preserve">, se </w:t>
      </w:r>
      <w:proofErr w:type="spellStart"/>
      <w:r w:rsidR="0010666C">
        <w:t>ambulanca</w:t>
      </w:r>
      <w:proofErr w:type="spellEnd"/>
      <w:r w:rsidR="0010666C">
        <w:t xml:space="preserve"> e </w:t>
      </w:r>
      <w:proofErr w:type="spellStart"/>
      <w:r w:rsidR="0010666C">
        <w:t>merr</w:t>
      </w:r>
      <w:proofErr w:type="spellEnd"/>
      <w:r w:rsidR="0010666C">
        <w:t xml:space="preserve"> </w:t>
      </w:r>
      <w:proofErr w:type="spellStart"/>
      <w:r w:rsidR="0010666C">
        <w:t>sëmurin</w:t>
      </w:r>
      <w:proofErr w:type="spellEnd"/>
      <w:r w:rsidR="0010666C">
        <w:t xml:space="preserve"> me </w:t>
      </w:r>
      <w:proofErr w:type="spellStart"/>
      <w:r w:rsidR="0010666C">
        <w:t>kilometra</w:t>
      </w:r>
      <w:proofErr w:type="spellEnd"/>
      <w:r w:rsidR="0010666C">
        <w:t xml:space="preserve"> </w:t>
      </w:r>
      <w:proofErr w:type="spellStart"/>
      <w:r w:rsidR="0010666C">
        <w:t>të</w:t>
      </w:r>
      <w:proofErr w:type="spellEnd"/>
      <w:r w:rsidR="0010666C">
        <w:t xml:space="preserve"> </w:t>
      </w:r>
      <w:proofErr w:type="spellStart"/>
      <w:r w:rsidR="0010666C">
        <w:t>tëra</w:t>
      </w:r>
      <w:proofErr w:type="spellEnd"/>
      <w:r w:rsidR="0010666C">
        <w:t xml:space="preserve"> </w:t>
      </w:r>
      <w:proofErr w:type="spellStart"/>
      <w:r w:rsidR="0010666C">
        <w:t>në</w:t>
      </w:r>
      <w:proofErr w:type="spellEnd"/>
      <w:r w:rsidR="0010666C">
        <w:t xml:space="preserve"> </w:t>
      </w:r>
      <w:proofErr w:type="spellStart"/>
      <w:r w:rsidR="0010666C">
        <w:t>rrugë</w:t>
      </w:r>
      <w:proofErr w:type="spellEnd"/>
      <w:r w:rsidR="0010666C">
        <w:t xml:space="preserve"> </w:t>
      </w:r>
      <w:proofErr w:type="spellStart"/>
      <w:r w:rsidR="0010666C">
        <w:t>në</w:t>
      </w:r>
      <w:proofErr w:type="spellEnd"/>
      <w:r w:rsidR="0010666C">
        <w:t xml:space="preserve"> </w:t>
      </w:r>
      <w:proofErr w:type="spellStart"/>
      <w:r w:rsidR="0010666C">
        <w:t>gjashtë</w:t>
      </w:r>
      <w:proofErr w:type="spellEnd"/>
      <w:r w:rsidR="0010666C">
        <w:t xml:space="preserve"> </w:t>
      </w:r>
      <w:proofErr w:type="spellStart"/>
      <w:r w:rsidR="0010666C">
        <w:t>të</w:t>
      </w:r>
      <w:proofErr w:type="spellEnd"/>
      <w:r w:rsidR="0010666C">
        <w:t xml:space="preserve"> </w:t>
      </w:r>
      <w:proofErr w:type="spellStart"/>
      <w:r w:rsidR="0010666C">
        <w:t>kategorisë</w:t>
      </w:r>
      <w:proofErr w:type="spellEnd"/>
      <w:r w:rsidR="0010666C">
        <w:t xml:space="preserve"> </w:t>
      </w:r>
      <w:proofErr w:type="spellStart"/>
      <w:r w:rsidR="0010666C">
        <w:t>së</w:t>
      </w:r>
      <w:proofErr w:type="spellEnd"/>
      <w:r w:rsidR="0010666C">
        <w:t xml:space="preserve"> </w:t>
      </w:r>
      <w:proofErr w:type="spellStart"/>
      <w:r w:rsidR="0010666C">
        <w:t>gjashtë</w:t>
      </w:r>
      <w:proofErr w:type="spellEnd"/>
      <w:r w:rsidR="0010666C">
        <w:t xml:space="preserve">. Ë </w:t>
      </w:r>
      <w:proofErr w:type="spellStart"/>
      <w:r w:rsidR="0010666C">
        <w:t>kjo</w:t>
      </w:r>
      <w:proofErr w:type="spellEnd"/>
      <w:r w:rsidR="0010666C">
        <w:t xml:space="preserve"> </w:t>
      </w:r>
      <w:proofErr w:type="spellStart"/>
      <w:r w:rsidR="0010666C">
        <w:t>më</w:t>
      </w:r>
      <w:proofErr w:type="spellEnd"/>
      <w:r w:rsidR="0010666C">
        <w:t xml:space="preserve"> </w:t>
      </w:r>
      <w:proofErr w:type="spellStart"/>
      <w:r w:rsidR="0010666C">
        <w:t>fal</w:t>
      </w:r>
      <w:proofErr w:type="spellEnd"/>
      <w:r w:rsidR="0010666C">
        <w:t xml:space="preserve">, </w:t>
      </w:r>
      <w:proofErr w:type="spellStart"/>
      <w:r w:rsidR="0010666C">
        <w:t>unë</w:t>
      </w:r>
      <w:proofErr w:type="spellEnd"/>
      <w:r w:rsidR="0010666C">
        <w:t xml:space="preserve"> </w:t>
      </w:r>
      <w:proofErr w:type="spellStart"/>
      <w:r w:rsidR="0010666C">
        <w:t>të</w:t>
      </w:r>
      <w:proofErr w:type="spellEnd"/>
      <w:r w:rsidR="0010666C">
        <w:t xml:space="preserve"> </w:t>
      </w:r>
      <w:proofErr w:type="spellStart"/>
      <w:r w:rsidR="0010666C">
        <w:t>katër</w:t>
      </w:r>
      <w:proofErr w:type="spellEnd"/>
      <w:r w:rsidR="0010666C">
        <w:t xml:space="preserve"> </w:t>
      </w:r>
      <w:proofErr w:type="spellStart"/>
      <w:r w:rsidR="0010666C">
        <w:t>pyetjeve</w:t>
      </w:r>
      <w:proofErr w:type="spellEnd"/>
      <w:r w:rsidR="0010666C">
        <w:t xml:space="preserve"> </w:t>
      </w:r>
      <w:proofErr w:type="spellStart"/>
      <w:r w:rsidR="0010666C">
        <w:t>si</w:t>
      </w:r>
      <w:proofErr w:type="spellEnd"/>
      <w:r w:rsidR="0010666C">
        <w:t xml:space="preserve">... </w:t>
      </w:r>
    </w:p>
    <w:p w14:paraId="1D0A6897" w14:textId="77777777" w:rsidR="00BC7FD3" w:rsidRDefault="00BC7FD3" w:rsidP="00BC7FD3">
      <w:proofErr w:type="spellStart"/>
      <w:r>
        <w:rPr>
          <w:b/>
        </w:rPr>
        <w:t>Arbjan</w:t>
      </w:r>
      <w:proofErr w:type="spellEnd"/>
      <w:r>
        <w:rPr>
          <w:b/>
        </w:rPr>
        <w:t xml:space="preserve"> </w:t>
      </w:r>
      <w:proofErr w:type="spellStart"/>
      <w:r>
        <w:rPr>
          <w:b/>
        </w:rPr>
        <w:t>Mazniku</w:t>
      </w:r>
      <w:proofErr w:type="spellEnd"/>
      <w:r>
        <w:rPr>
          <w:b/>
        </w:rPr>
        <w:t>:</w:t>
      </w:r>
    </w:p>
    <w:p w14:paraId="1AE3A05D" w14:textId="77777777" w:rsidR="00245782" w:rsidRDefault="0010666C" w:rsidP="0010666C">
      <w:r>
        <w:t xml:space="preserve">Ok, </w:t>
      </w:r>
      <w:proofErr w:type="spellStart"/>
      <w:r>
        <w:t>atëherë</w:t>
      </w:r>
      <w:proofErr w:type="spellEnd"/>
      <w:r>
        <w:t xml:space="preserve"> </w:t>
      </w:r>
      <w:proofErr w:type="spellStart"/>
      <w:r>
        <w:t>unë</w:t>
      </w:r>
      <w:proofErr w:type="spellEnd"/>
      <w:r>
        <w:t xml:space="preserve"> do </w:t>
      </w:r>
      <w:proofErr w:type="spellStart"/>
      <w:r>
        <w:t>të</w:t>
      </w:r>
      <w:proofErr w:type="spellEnd"/>
      <w:r>
        <w:t xml:space="preserve"> them </w:t>
      </w:r>
      <w:proofErr w:type="spellStart"/>
      <w:r>
        <w:t>vetëm</w:t>
      </w:r>
      <w:proofErr w:type="spellEnd"/>
      <w:r>
        <w:t xml:space="preserve"> </w:t>
      </w:r>
      <w:proofErr w:type="spellStart"/>
      <w:r>
        <w:t>dy</w:t>
      </w:r>
      <w:proofErr w:type="spellEnd"/>
      <w:r>
        <w:t xml:space="preserve"> </w:t>
      </w:r>
      <w:proofErr w:type="spellStart"/>
      <w:r>
        <w:t>gjëra</w:t>
      </w:r>
      <w:proofErr w:type="spellEnd"/>
      <w:r>
        <w:t xml:space="preserve"> </w:t>
      </w:r>
      <w:proofErr w:type="spellStart"/>
      <w:r>
        <w:t>shkurtimisht</w:t>
      </w:r>
      <w:proofErr w:type="spellEnd"/>
      <w:r>
        <w:t xml:space="preserve">, </w:t>
      </w:r>
      <w:proofErr w:type="spellStart"/>
      <w:r>
        <w:t>sepse</w:t>
      </w:r>
      <w:proofErr w:type="spellEnd"/>
      <w:r>
        <w:t xml:space="preserve"> </w:t>
      </w:r>
      <w:proofErr w:type="spellStart"/>
      <w:r>
        <w:t>kemi</w:t>
      </w:r>
      <w:proofErr w:type="spellEnd"/>
      <w:r>
        <w:t xml:space="preserve"> pare. Dua </w:t>
      </w:r>
      <w:proofErr w:type="spellStart"/>
      <w:r>
        <w:t>t'ju</w:t>
      </w:r>
      <w:proofErr w:type="spellEnd"/>
      <w:r>
        <w:t xml:space="preserve"> </w:t>
      </w:r>
      <w:proofErr w:type="spellStart"/>
      <w:r>
        <w:t>falënderoj</w:t>
      </w:r>
      <w:proofErr w:type="spellEnd"/>
      <w:r>
        <w:t xml:space="preserve"> </w:t>
      </w:r>
      <w:proofErr w:type="spellStart"/>
      <w:r>
        <w:t>secilit</w:t>
      </w:r>
      <w:proofErr w:type="spellEnd"/>
      <w:r>
        <w:t xml:space="preserve"> </w:t>
      </w:r>
      <w:proofErr w:type="spellStart"/>
      <w:r>
        <w:t>prej</w:t>
      </w:r>
      <w:proofErr w:type="spellEnd"/>
      <w:r>
        <w:t xml:space="preserve"> </w:t>
      </w:r>
      <w:proofErr w:type="spellStart"/>
      <w:r>
        <w:t>jush</w:t>
      </w:r>
      <w:proofErr w:type="spellEnd"/>
      <w:r>
        <w:t xml:space="preserve"> </w:t>
      </w:r>
      <w:proofErr w:type="spellStart"/>
      <w:r>
        <w:t>për</w:t>
      </w:r>
      <w:proofErr w:type="spellEnd"/>
      <w:r>
        <w:t xml:space="preserve"> </w:t>
      </w:r>
      <w:proofErr w:type="spellStart"/>
      <w:r>
        <w:t>kontributin</w:t>
      </w:r>
      <w:proofErr w:type="spellEnd"/>
      <w:r>
        <w:t xml:space="preserve">, ë </w:t>
      </w:r>
      <w:proofErr w:type="spellStart"/>
      <w:r>
        <w:t>dhe</w:t>
      </w:r>
      <w:proofErr w:type="spellEnd"/>
      <w:r>
        <w:t xml:space="preserve"> </w:t>
      </w:r>
      <w:proofErr w:type="spellStart"/>
      <w:r>
        <w:t>të</w:t>
      </w:r>
      <w:proofErr w:type="spellEnd"/>
      <w:r>
        <w:t xml:space="preserve"> </w:t>
      </w:r>
      <w:proofErr w:type="spellStart"/>
      <w:r>
        <w:t>gjithë</w:t>
      </w:r>
      <w:proofErr w:type="spellEnd"/>
      <w:r>
        <w:t xml:space="preserve"> </w:t>
      </w:r>
      <w:proofErr w:type="spellStart"/>
      <w:r>
        <w:t>njerëzit</w:t>
      </w:r>
      <w:proofErr w:type="spellEnd"/>
      <w:r>
        <w:t xml:space="preserve"> </w:t>
      </w:r>
      <w:proofErr w:type="spellStart"/>
      <w:r>
        <w:t>që</w:t>
      </w:r>
      <w:proofErr w:type="spellEnd"/>
      <w:r>
        <w:t xml:space="preserve"> </w:t>
      </w:r>
      <w:proofErr w:type="spellStart"/>
      <w:r>
        <w:t>ndjejnë</w:t>
      </w:r>
      <w:proofErr w:type="spellEnd"/>
      <w:r>
        <w:t xml:space="preserve"> </w:t>
      </w:r>
      <w:proofErr w:type="spellStart"/>
      <w:r>
        <w:t>deri</w:t>
      </w:r>
      <w:proofErr w:type="spellEnd"/>
      <w:r>
        <w:t xml:space="preserve"> </w:t>
      </w:r>
      <w:proofErr w:type="spellStart"/>
      <w:r>
        <w:t>në</w:t>
      </w:r>
      <w:proofErr w:type="spellEnd"/>
      <w:r>
        <w:t xml:space="preserve"> fund </w:t>
      </w:r>
      <w:proofErr w:type="spellStart"/>
      <w:r>
        <w:t>këta</w:t>
      </w:r>
      <w:proofErr w:type="spellEnd"/>
      <w:r>
        <w:t xml:space="preserve"> </w:t>
      </w:r>
      <w:proofErr w:type="spellStart"/>
      <w:r>
        <w:t>pak</w:t>
      </w:r>
      <w:proofErr w:type="spellEnd"/>
      <w:r>
        <w:t xml:space="preserve"> </w:t>
      </w:r>
      <w:proofErr w:type="spellStart"/>
      <w:r>
        <w:t>stoikët</w:t>
      </w:r>
      <w:proofErr w:type="spellEnd"/>
      <w:r>
        <w:t xml:space="preserve"> </w:t>
      </w:r>
      <w:proofErr w:type="spellStart"/>
      <w:r>
        <w:t>që</w:t>
      </w:r>
      <w:proofErr w:type="spellEnd"/>
      <w:r>
        <w:t xml:space="preserve"> </w:t>
      </w:r>
      <w:proofErr w:type="spellStart"/>
      <w:r>
        <w:t>mbetën</w:t>
      </w:r>
      <w:proofErr w:type="spellEnd"/>
      <w:r>
        <w:t xml:space="preserve"> </w:t>
      </w:r>
      <w:proofErr w:type="spellStart"/>
      <w:r>
        <w:t>deri</w:t>
      </w:r>
      <w:proofErr w:type="spellEnd"/>
      <w:r>
        <w:t xml:space="preserve"> </w:t>
      </w:r>
      <w:proofErr w:type="spellStart"/>
      <w:r>
        <w:t>në</w:t>
      </w:r>
      <w:proofErr w:type="spellEnd"/>
      <w:r>
        <w:t xml:space="preserve"> fund. </w:t>
      </w:r>
      <w:proofErr w:type="spellStart"/>
      <w:r>
        <w:t>Mësoj</w:t>
      </w:r>
      <w:proofErr w:type="spellEnd"/>
      <w:r>
        <w:t xml:space="preserve"> </w:t>
      </w:r>
      <w:proofErr w:type="spellStart"/>
      <w:r>
        <w:t>dy</w:t>
      </w:r>
      <w:proofErr w:type="spellEnd"/>
      <w:r>
        <w:t xml:space="preserve"> </w:t>
      </w:r>
      <w:proofErr w:type="spellStart"/>
      <w:r>
        <w:t>të</w:t>
      </w:r>
      <w:proofErr w:type="spellEnd"/>
      <w:r>
        <w:t xml:space="preserve"> </w:t>
      </w:r>
      <w:proofErr w:type="spellStart"/>
      <w:r>
        <w:t>dhëna</w:t>
      </w:r>
      <w:proofErr w:type="spellEnd"/>
      <w:r>
        <w:t xml:space="preserve"> </w:t>
      </w:r>
      <w:proofErr w:type="spellStart"/>
      <w:r>
        <w:t>që</w:t>
      </w:r>
      <w:proofErr w:type="spellEnd"/>
      <w:r>
        <w:t xml:space="preserve"> </w:t>
      </w:r>
      <w:proofErr w:type="spellStart"/>
      <w:r>
        <w:t>bëjnë</w:t>
      </w:r>
      <w:proofErr w:type="spellEnd"/>
      <w:r>
        <w:t xml:space="preserve"> </w:t>
      </w:r>
      <w:proofErr w:type="spellStart"/>
      <w:r>
        <w:t>sens</w:t>
      </w:r>
      <w:proofErr w:type="spellEnd"/>
      <w:r>
        <w:t xml:space="preserve"> </w:t>
      </w:r>
      <w:proofErr w:type="spellStart"/>
      <w:r>
        <w:t>t'i</w:t>
      </w:r>
      <w:proofErr w:type="spellEnd"/>
      <w:r>
        <w:t xml:space="preserve"> </w:t>
      </w:r>
      <w:proofErr w:type="spellStart"/>
      <w:r>
        <w:t>themi</w:t>
      </w:r>
      <w:proofErr w:type="spellEnd"/>
      <w:r>
        <w:t xml:space="preserve"> </w:t>
      </w:r>
      <w:proofErr w:type="spellStart"/>
      <w:r>
        <w:t>përsa</w:t>
      </w:r>
      <w:proofErr w:type="spellEnd"/>
      <w:r>
        <w:t xml:space="preserve"> </w:t>
      </w:r>
      <w:proofErr w:type="spellStart"/>
      <w:r>
        <w:t>i</w:t>
      </w:r>
      <w:proofErr w:type="spellEnd"/>
      <w:r>
        <w:t xml:space="preserve"> </w:t>
      </w:r>
      <w:proofErr w:type="spellStart"/>
      <w:r>
        <w:t>përket</w:t>
      </w:r>
      <w:proofErr w:type="spellEnd"/>
      <w:r>
        <w:t xml:space="preserve"> </w:t>
      </w:r>
      <w:proofErr w:type="spellStart"/>
      <w:r>
        <w:t>të</w:t>
      </w:r>
      <w:proofErr w:type="spellEnd"/>
      <w:r>
        <w:t xml:space="preserve"> </w:t>
      </w:r>
      <w:proofErr w:type="spellStart"/>
      <w:r>
        <w:t>rekordeve</w:t>
      </w:r>
      <w:proofErr w:type="spellEnd"/>
      <w:r>
        <w:t xml:space="preserve">. Ë </w:t>
      </w:r>
      <w:proofErr w:type="spellStart"/>
      <w:r>
        <w:t>kemi</w:t>
      </w:r>
      <w:proofErr w:type="spellEnd"/>
      <w:r>
        <w:t xml:space="preserve"> </w:t>
      </w:r>
      <w:proofErr w:type="spellStart"/>
      <w:r>
        <w:t>dëgjuar</w:t>
      </w:r>
      <w:proofErr w:type="spellEnd"/>
      <w:r>
        <w:t xml:space="preserve"> </w:t>
      </w:r>
      <w:proofErr w:type="spellStart"/>
      <w:r>
        <w:t>shumë</w:t>
      </w:r>
      <w:proofErr w:type="spellEnd"/>
      <w:r>
        <w:t xml:space="preserve"> </w:t>
      </w:r>
      <w:proofErr w:type="spellStart"/>
      <w:r>
        <w:t>për</w:t>
      </w:r>
      <w:proofErr w:type="spellEnd"/>
      <w:r>
        <w:t xml:space="preserve"> </w:t>
      </w:r>
      <w:proofErr w:type="spellStart"/>
      <w:r>
        <w:t>shpenzimet</w:t>
      </w:r>
      <w:proofErr w:type="spellEnd"/>
      <w:r>
        <w:t xml:space="preserve"> </w:t>
      </w:r>
      <w:proofErr w:type="spellStart"/>
      <w:r>
        <w:t>për</w:t>
      </w:r>
      <w:proofErr w:type="spellEnd"/>
      <w:r>
        <w:t xml:space="preserve"> </w:t>
      </w:r>
      <w:proofErr w:type="spellStart"/>
      <w:r>
        <w:t>buxhetet</w:t>
      </w:r>
      <w:proofErr w:type="spellEnd"/>
      <w:r>
        <w:t xml:space="preserve"> </w:t>
      </w:r>
      <w:proofErr w:type="spellStart"/>
      <w:r>
        <w:t>dhe</w:t>
      </w:r>
      <w:proofErr w:type="spellEnd"/>
      <w:r>
        <w:t xml:space="preserve"> </w:t>
      </w:r>
      <w:proofErr w:type="spellStart"/>
      <w:r>
        <w:t>personalin</w:t>
      </w:r>
      <w:proofErr w:type="spellEnd"/>
      <w:r>
        <w:t xml:space="preserve">, por </w:t>
      </w:r>
      <w:proofErr w:type="spellStart"/>
      <w:r>
        <w:t>një</w:t>
      </w:r>
      <w:proofErr w:type="spellEnd"/>
      <w:r>
        <w:t xml:space="preserve"> </w:t>
      </w:r>
      <w:proofErr w:type="spellStart"/>
      <w:r>
        <w:t>dhënë</w:t>
      </w:r>
      <w:proofErr w:type="spellEnd"/>
      <w:r>
        <w:t xml:space="preserve"> </w:t>
      </w:r>
      <w:proofErr w:type="spellStart"/>
      <w:r>
        <w:t>që</w:t>
      </w:r>
      <w:proofErr w:type="spellEnd"/>
      <w:r>
        <w:t xml:space="preserve"> </w:t>
      </w:r>
      <w:proofErr w:type="spellStart"/>
      <w:r>
        <w:t>vlen</w:t>
      </w:r>
      <w:proofErr w:type="spellEnd"/>
      <w:r>
        <w:t xml:space="preserve"> </w:t>
      </w:r>
      <w:proofErr w:type="spellStart"/>
      <w:r>
        <w:t>të</w:t>
      </w:r>
      <w:proofErr w:type="spellEnd"/>
      <w:r>
        <w:t xml:space="preserve"> </w:t>
      </w:r>
      <w:proofErr w:type="spellStart"/>
      <w:r>
        <w:t>thuhet</w:t>
      </w:r>
      <w:proofErr w:type="spellEnd"/>
      <w:r>
        <w:t xml:space="preserve"> </w:t>
      </w:r>
      <w:proofErr w:type="spellStart"/>
      <w:r>
        <w:t>është</w:t>
      </w:r>
      <w:proofErr w:type="spellEnd"/>
      <w:r>
        <w:t xml:space="preserve"> </w:t>
      </w:r>
      <w:proofErr w:type="spellStart"/>
      <w:r>
        <w:t>fjala</w:t>
      </w:r>
      <w:proofErr w:type="spellEnd"/>
      <w:r>
        <w:t xml:space="preserve"> </w:t>
      </w:r>
      <w:proofErr w:type="spellStart"/>
      <w:r>
        <w:t>që</w:t>
      </w:r>
      <w:proofErr w:type="spellEnd"/>
      <w:r>
        <w:t xml:space="preserve"> </w:t>
      </w:r>
      <w:proofErr w:type="spellStart"/>
      <w:r>
        <w:t>bie</w:t>
      </w:r>
      <w:proofErr w:type="spellEnd"/>
      <w:r>
        <w:t xml:space="preserve"> </w:t>
      </w:r>
      <w:proofErr w:type="spellStart"/>
      <w:r>
        <w:t>që</w:t>
      </w:r>
      <w:proofErr w:type="spellEnd"/>
      <w:r>
        <w:t xml:space="preserve"> Bashkia e </w:t>
      </w:r>
      <w:proofErr w:type="spellStart"/>
      <w:r>
        <w:t>Shkodrës</w:t>
      </w:r>
      <w:proofErr w:type="spellEnd"/>
      <w:r>
        <w:t xml:space="preserve"> </w:t>
      </w:r>
      <w:proofErr w:type="spellStart"/>
      <w:r>
        <w:t>shpenzon</w:t>
      </w:r>
      <w:proofErr w:type="spellEnd"/>
      <w:r>
        <w:t xml:space="preserve"> </w:t>
      </w:r>
      <w:proofErr w:type="spellStart"/>
      <w:r>
        <w:t>për</w:t>
      </w:r>
      <w:proofErr w:type="spellEnd"/>
      <w:r>
        <w:t xml:space="preserve"> </w:t>
      </w:r>
      <w:proofErr w:type="spellStart"/>
      <w:r>
        <w:t>paga</w:t>
      </w:r>
      <w:proofErr w:type="spellEnd"/>
      <w:r>
        <w:t xml:space="preserve"> </w:t>
      </w:r>
      <w:proofErr w:type="spellStart"/>
      <w:r>
        <w:t>personel</w:t>
      </w:r>
      <w:proofErr w:type="spellEnd"/>
      <w:r>
        <w:t xml:space="preserve"> 39.2% </w:t>
      </w:r>
      <w:proofErr w:type="spellStart"/>
      <w:r>
        <w:t>të</w:t>
      </w:r>
      <w:proofErr w:type="spellEnd"/>
      <w:r>
        <w:t xml:space="preserve"> </w:t>
      </w:r>
      <w:proofErr w:type="spellStart"/>
      <w:r>
        <w:t>buxhetit</w:t>
      </w:r>
      <w:proofErr w:type="spellEnd"/>
      <w:r>
        <w:t xml:space="preserve"> </w:t>
      </w:r>
      <w:proofErr w:type="spellStart"/>
      <w:r>
        <w:t>të</w:t>
      </w:r>
      <w:proofErr w:type="spellEnd"/>
      <w:r>
        <w:t xml:space="preserve"> vet: </w:t>
      </w:r>
      <w:proofErr w:type="spellStart"/>
      <w:r>
        <w:t>Vaudejës</w:t>
      </w:r>
      <w:proofErr w:type="spellEnd"/>
      <w:r>
        <w:t xml:space="preserve"> 56.6%, </w:t>
      </w:r>
      <w:proofErr w:type="spellStart"/>
      <w:r>
        <w:t>Malësia</w:t>
      </w:r>
      <w:proofErr w:type="spellEnd"/>
      <w:r>
        <w:t xml:space="preserve"> e </w:t>
      </w:r>
      <w:proofErr w:type="spellStart"/>
      <w:r>
        <w:t>Madhe</w:t>
      </w:r>
      <w:proofErr w:type="spellEnd"/>
      <w:r>
        <w:t xml:space="preserve"> 57%, Puka 71.6% </w:t>
      </w:r>
      <w:proofErr w:type="spellStart"/>
      <w:r>
        <w:t>dhe</w:t>
      </w:r>
      <w:proofErr w:type="spellEnd"/>
      <w:r>
        <w:t xml:space="preserve"> </w:t>
      </w:r>
      <w:proofErr w:type="spellStart"/>
      <w:r>
        <w:t>Fushërazi</w:t>
      </w:r>
      <w:proofErr w:type="spellEnd"/>
      <w:r>
        <w:t xml:space="preserve"> 77.8%. </w:t>
      </w:r>
      <w:proofErr w:type="spellStart"/>
      <w:r>
        <w:t>Pra</w:t>
      </w:r>
      <w:proofErr w:type="spellEnd"/>
      <w:r>
        <w:t xml:space="preserve">, </w:t>
      </w:r>
      <w:proofErr w:type="spellStart"/>
      <w:r>
        <w:t>kur</w:t>
      </w:r>
      <w:proofErr w:type="spellEnd"/>
      <w:r>
        <w:t xml:space="preserve"> ne </w:t>
      </w:r>
      <w:proofErr w:type="spellStart"/>
      <w:r>
        <w:t>flasim</w:t>
      </w:r>
      <w:proofErr w:type="spellEnd"/>
      <w:r>
        <w:t xml:space="preserve"> </w:t>
      </w:r>
      <w:proofErr w:type="spellStart"/>
      <w:r>
        <w:t>për</w:t>
      </w:r>
      <w:proofErr w:type="spellEnd"/>
      <w:r>
        <w:t xml:space="preserve"> </w:t>
      </w:r>
      <w:proofErr w:type="spellStart"/>
      <w:r>
        <w:t>mënyrën</w:t>
      </w:r>
      <w:proofErr w:type="spellEnd"/>
      <w:r>
        <w:t xml:space="preserve"> se </w:t>
      </w:r>
      <w:proofErr w:type="spellStart"/>
      <w:r>
        <w:t>si</w:t>
      </w:r>
      <w:proofErr w:type="spellEnd"/>
      <w:r>
        <w:t xml:space="preserve"> </w:t>
      </w:r>
      <w:proofErr w:type="spellStart"/>
      <w:r>
        <w:t>shpenzohen</w:t>
      </w:r>
      <w:proofErr w:type="spellEnd"/>
      <w:r>
        <w:t xml:space="preserve"> </w:t>
      </w:r>
      <w:proofErr w:type="spellStart"/>
      <w:r>
        <w:t>paratë</w:t>
      </w:r>
      <w:proofErr w:type="spellEnd"/>
      <w:r>
        <w:t xml:space="preserve"> </w:t>
      </w:r>
      <w:proofErr w:type="spellStart"/>
      <w:r>
        <w:t>dhe</w:t>
      </w:r>
      <w:proofErr w:type="spellEnd"/>
      <w:r>
        <w:t xml:space="preserve"> </w:t>
      </w:r>
      <w:proofErr w:type="spellStart"/>
      <w:r>
        <w:t>si</w:t>
      </w:r>
      <w:proofErr w:type="spellEnd"/>
      <w:r>
        <w:t xml:space="preserve"> </w:t>
      </w:r>
      <w:proofErr w:type="spellStart"/>
      <w:r>
        <w:t>është</w:t>
      </w:r>
      <w:proofErr w:type="spellEnd"/>
      <w:r>
        <w:t xml:space="preserve"> </w:t>
      </w:r>
      <w:proofErr w:type="spellStart"/>
      <w:r>
        <w:t>raporti</w:t>
      </w:r>
      <w:proofErr w:type="spellEnd"/>
      <w:r>
        <w:t xml:space="preserve"> midis </w:t>
      </w:r>
      <w:proofErr w:type="spellStart"/>
      <w:r>
        <w:t>parave</w:t>
      </w:r>
      <w:proofErr w:type="spellEnd"/>
      <w:r>
        <w:t xml:space="preserve"> </w:t>
      </w:r>
      <w:proofErr w:type="spellStart"/>
      <w:r>
        <w:t>që</w:t>
      </w:r>
      <w:proofErr w:type="spellEnd"/>
      <w:r>
        <w:t xml:space="preserve"> </w:t>
      </w:r>
      <w:proofErr w:type="spellStart"/>
      <w:r>
        <w:t>shpenzohen</w:t>
      </w:r>
      <w:proofErr w:type="spellEnd"/>
      <w:r>
        <w:t xml:space="preserve"> </w:t>
      </w:r>
      <w:proofErr w:type="spellStart"/>
      <w:r>
        <w:t>për</w:t>
      </w:r>
      <w:proofErr w:type="spellEnd"/>
      <w:r>
        <w:t xml:space="preserve"> </w:t>
      </w:r>
      <w:proofErr w:type="spellStart"/>
      <w:r>
        <w:t>paga</w:t>
      </w:r>
      <w:proofErr w:type="spellEnd"/>
      <w:r>
        <w:t xml:space="preserve">, </w:t>
      </w:r>
      <w:proofErr w:type="spellStart"/>
      <w:r>
        <w:t>investime</w:t>
      </w:r>
      <w:proofErr w:type="spellEnd"/>
      <w:r>
        <w:t xml:space="preserve"> </w:t>
      </w:r>
      <w:proofErr w:type="spellStart"/>
      <w:r>
        <w:t>dhe</w:t>
      </w:r>
      <w:proofErr w:type="spellEnd"/>
      <w:r>
        <w:t xml:space="preserve"> </w:t>
      </w:r>
      <w:proofErr w:type="spellStart"/>
      <w:r>
        <w:t>sigurime</w:t>
      </w:r>
      <w:proofErr w:type="spellEnd"/>
      <w:r>
        <w:t xml:space="preserve">, </w:t>
      </w:r>
      <w:proofErr w:type="spellStart"/>
      <w:r>
        <w:t>kemi</w:t>
      </w:r>
      <w:proofErr w:type="spellEnd"/>
      <w:r>
        <w:t xml:space="preserve"> </w:t>
      </w:r>
      <w:proofErr w:type="spellStart"/>
      <w:r>
        <w:t>një</w:t>
      </w:r>
      <w:proofErr w:type="spellEnd"/>
      <w:r>
        <w:t xml:space="preserve"> </w:t>
      </w:r>
      <w:proofErr w:type="spellStart"/>
      <w:r>
        <w:t>linjë</w:t>
      </w:r>
      <w:proofErr w:type="spellEnd"/>
      <w:r>
        <w:t xml:space="preserve"> </w:t>
      </w:r>
      <w:proofErr w:type="spellStart"/>
      <w:r>
        <w:t>qartësisht</w:t>
      </w:r>
      <w:proofErr w:type="spellEnd"/>
      <w:r>
        <w:t xml:space="preserve"> </w:t>
      </w:r>
      <w:proofErr w:type="spellStart"/>
      <w:r>
        <w:t>që</w:t>
      </w:r>
      <w:proofErr w:type="spellEnd"/>
      <w:r>
        <w:t xml:space="preserve"> me </w:t>
      </w:r>
      <w:proofErr w:type="spellStart"/>
      <w:r>
        <w:t>sa</w:t>
      </w:r>
      <w:proofErr w:type="spellEnd"/>
      <w:r>
        <w:t xml:space="preserve"> </w:t>
      </w:r>
      <w:proofErr w:type="spellStart"/>
      <w:r>
        <w:t>duket</w:t>
      </w:r>
      <w:proofErr w:type="spellEnd"/>
      <w:r>
        <w:t xml:space="preserve"> jo </w:t>
      </w:r>
      <w:proofErr w:type="spellStart"/>
      <w:r>
        <w:t>vetëm</w:t>
      </w:r>
      <w:proofErr w:type="spellEnd"/>
      <w:r>
        <w:t xml:space="preserve"> </w:t>
      </w:r>
      <w:proofErr w:type="spellStart"/>
      <w:r>
        <w:t>që</w:t>
      </w:r>
      <w:proofErr w:type="spellEnd"/>
      <w:r>
        <w:t xml:space="preserve"> </w:t>
      </w:r>
      <w:proofErr w:type="spellStart"/>
      <w:r>
        <w:t>është</w:t>
      </w:r>
      <w:proofErr w:type="spellEnd"/>
      <w:r>
        <w:t xml:space="preserve"> </w:t>
      </w:r>
      <w:proofErr w:type="spellStart"/>
      <w:r>
        <w:t>përputhje</w:t>
      </w:r>
      <w:proofErr w:type="spellEnd"/>
      <w:r>
        <w:t xml:space="preserve"> me </w:t>
      </w:r>
      <w:proofErr w:type="spellStart"/>
      <w:r>
        <w:t>madhësinë</w:t>
      </w:r>
      <w:proofErr w:type="spellEnd"/>
      <w:r>
        <w:t xml:space="preserve">, por </w:t>
      </w:r>
      <w:proofErr w:type="spellStart"/>
      <w:r>
        <w:t>që</w:t>
      </w:r>
      <w:proofErr w:type="spellEnd"/>
      <w:r>
        <w:t xml:space="preserve"> ka </w:t>
      </w:r>
      <w:proofErr w:type="spellStart"/>
      <w:r>
        <w:t>përputhje</w:t>
      </w:r>
      <w:proofErr w:type="spellEnd"/>
      <w:r>
        <w:t xml:space="preserve"> </w:t>
      </w:r>
      <w:proofErr w:type="spellStart"/>
      <w:r>
        <w:t>edhe</w:t>
      </w:r>
      <w:proofErr w:type="spellEnd"/>
      <w:r>
        <w:t xml:space="preserve"> me </w:t>
      </w:r>
      <w:proofErr w:type="spellStart"/>
      <w:r>
        <w:t>vijimësinë</w:t>
      </w:r>
      <w:proofErr w:type="spellEnd"/>
      <w:r>
        <w:t xml:space="preserve"> </w:t>
      </w:r>
      <w:proofErr w:type="spellStart"/>
      <w:r>
        <w:t>politike</w:t>
      </w:r>
      <w:proofErr w:type="spellEnd"/>
      <w:r>
        <w:t xml:space="preserve">. Ë </w:t>
      </w:r>
      <w:proofErr w:type="spellStart"/>
      <w:r>
        <w:t>elementi</w:t>
      </w:r>
      <w:proofErr w:type="spellEnd"/>
      <w:r>
        <w:t xml:space="preserve"> </w:t>
      </w:r>
      <w:proofErr w:type="spellStart"/>
      <w:r>
        <w:t>i</w:t>
      </w:r>
      <w:proofErr w:type="spellEnd"/>
      <w:r>
        <w:t xml:space="preserve"> </w:t>
      </w:r>
      <w:proofErr w:type="spellStart"/>
      <w:r>
        <w:t>dytë</w:t>
      </w:r>
      <w:proofErr w:type="spellEnd"/>
      <w:r>
        <w:t xml:space="preserve"> </w:t>
      </w:r>
      <w:proofErr w:type="spellStart"/>
      <w:r>
        <w:t>që</w:t>
      </w:r>
      <w:proofErr w:type="spellEnd"/>
      <w:r>
        <w:t xml:space="preserve"> </w:t>
      </w:r>
      <w:proofErr w:type="spellStart"/>
      <w:r>
        <w:t>lidhet</w:t>
      </w:r>
      <w:proofErr w:type="spellEnd"/>
      <w:r>
        <w:t xml:space="preserve"> me </w:t>
      </w:r>
      <w:proofErr w:type="spellStart"/>
      <w:r>
        <w:t>stafet</w:t>
      </w:r>
      <w:proofErr w:type="spellEnd"/>
      <w:r>
        <w:t xml:space="preserve">: Bashkia e </w:t>
      </w:r>
      <w:proofErr w:type="spellStart"/>
      <w:r>
        <w:t>Shkodrës</w:t>
      </w:r>
      <w:proofErr w:type="spellEnd"/>
      <w:r>
        <w:t xml:space="preserve"> ka 10 </w:t>
      </w:r>
      <w:proofErr w:type="spellStart"/>
      <w:r>
        <w:t>në</w:t>
      </w:r>
      <w:proofErr w:type="spellEnd"/>
      <w:r>
        <w:t xml:space="preserve"> total, ka 10.34 </w:t>
      </w:r>
      <w:proofErr w:type="spellStart"/>
      <w:r>
        <w:t>punonjës</w:t>
      </w:r>
      <w:proofErr w:type="spellEnd"/>
      <w:r>
        <w:t xml:space="preserve"> </w:t>
      </w:r>
      <w:proofErr w:type="spellStart"/>
      <w:r>
        <w:t>çdo</w:t>
      </w:r>
      <w:proofErr w:type="spellEnd"/>
      <w:r>
        <w:t xml:space="preserve"> 1.000 </w:t>
      </w:r>
      <w:proofErr w:type="spellStart"/>
      <w:r>
        <w:t>banor</w:t>
      </w:r>
      <w:proofErr w:type="spellEnd"/>
      <w:r>
        <w:t xml:space="preserve">, </w:t>
      </w:r>
      <w:proofErr w:type="spellStart"/>
      <w:r>
        <w:t>ndërkohë</w:t>
      </w:r>
      <w:proofErr w:type="spellEnd"/>
      <w:r>
        <w:t xml:space="preserve"> </w:t>
      </w:r>
      <w:proofErr w:type="spellStart"/>
      <w:r>
        <w:t>që</w:t>
      </w:r>
      <w:proofErr w:type="spellEnd"/>
      <w:r>
        <w:t xml:space="preserve"> </w:t>
      </w:r>
      <w:proofErr w:type="spellStart"/>
      <w:r>
        <w:t>punonjësit</w:t>
      </w:r>
      <w:proofErr w:type="spellEnd"/>
      <w:r>
        <w:t xml:space="preserve"> e </w:t>
      </w:r>
      <w:proofErr w:type="spellStart"/>
      <w:r>
        <w:t>aparatit</w:t>
      </w:r>
      <w:proofErr w:type="spellEnd"/>
      <w:r>
        <w:t xml:space="preserve">, </w:t>
      </w:r>
      <w:proofErr w:type="spellStart"/>
      <w:r>
        <w:t>ata</w:t>
      </w:r>
      <w:proofErr w:type="spellEnd"/>
      <w:r>
        <w:t xml:space="preserve"> </w:t>
      </w:r>
      <w:proofErr w:type="spellStart"/>
      <w:r>
        <w:t>që</w:t>
      </w:r>
      <w:proofErr w:type="spellEnd"/>
      <w:r>
        <w:t xml:space="preserve"> </w:t>
      </w:r>
      <w:proofErr w:type="spellStart"/>
      <w:r>
        <w:t>rrinë</w:t>
      </w:r>
      <w:proofErr w:type="spellEnd"/>
      <w:r>
        <w:t xml:space="preserve"> </w:t>
      </w:r>
      <w:proofErr w:type="spellStart"/>
      <w:r>
        <w:t>në</w:t>
      </w:r>
      <w:proofErr w:type="spellEnd"/>
      <w:r>
        <w:t xml:space="preserve"> </w:t>
      </w:r>
      <w:proofErr w:type="spellStart"/>
      <w:r>
        <w:t>zyrë</w:t>
      </w:r>
      <w:proofErr w:type="spellEnd"/>
      <w:r>
        <w:t xml:space="preserve"> </w:t>
      </w:r>
      <w:proofErr w:type="spellStart"/>
      <w:r>
        <w:t>që</w:t>
      </w:r>
      <w:proofErr w:type="spellEnd"/>
      <w:r>
        <w:t xml:space="preserve"> </w:t>
      </w:r>
      <w:proofErr w:type="spellStart"/>
      <w:r>
        <w:t>i</w:t>
      </w:r>
      <w:proofErr w:type="spellEnd"/>
      <w:r>
        <w:t xml:space="preserve"> </w:t>
      </w:r>
      <w:proofErr w:type="spellStart"/>
      <w:r>
        <w:t>kemi</w:t>
      </w:r>
      <w:proofErr w:type="spellEnd"/>
      <w:r>
        <w:t xml:space="preserve"> </w:t>
      </w:r>
      <w:proofErr w:type="spellStart"/>
      <w:r>
        <w:t>pasur</w:t>
      </w:r>
      <w:proofErr w:type="spellEnd"/>
      <w:r>
        <w:t xml:space="preserve"> me </w:t>
      </w:r>
      <w:proofErr w:type="spellStart"/>
      <w:r>
        <w:t>rak</w:t>
      </w:r>
      <w:proofErr w:type="spellEnd"/>
      <w:r>
        <w:t xml:space="preserve"> </w:t>
      </w:r>
      <w:proofErr w:type="spellStart"/>
      <w:r>
        <w:t>shumë</w:t>
      </w:r>
      <w:proofErr w:type="spellEnd"/>
      <w:r>
        <w:t xml:space="preserve">, </w:t>
      </w:r>
      <w:proofErr w:type="spellStart"/>
      <w:r>
        <w:t>janë</w:t>
      </w:r>
      <w:proofErr w:type="spellEnd"/>
      <w:r>
        <w:t xml:space="preserve"> 1.19 </w:t>
      </w:r>
      <w:proofErr w:type="spellStart"/>
      <w:r>
        <w:t>për</w:t>
      </w:r>
      <w:proofErr w:type="spellEnd"/>
      <w:r>
        <w:t xml:space="preserve"> </w:t>
      </w:r>
      <w:proofErr w:type="spellStart"/>
      <w:r>
        <w:t>çdo</w:t>
      </w:r>
      <w:proofErr w:type="spellEnd"/>
      <w:r>
        <w:t xml:space="preserve"> 1.000 </w:t>
      </w:r>
      <w:proofErr w:type="spellStart"/>
      <w:r>
        <w:t>banor</w:t>
      </w:r>
      <w:proofErr w:type="spellEnd"/>
      <w:r>
        <w:t xml:space="preserve">. Bashkia e </w:t>
      </w:r>
      <w:proofErr w:type="spellStart"/>
      <w:r>
        <w:t>Vaudejës</w:t>
      </w:r>
      <w:proofErr w:type="spellEnd"/>
      <w:r>
        <w:t xml:space="preserve"> ka 22.22 </w:t>
      </w:r>
      <w:proofErr w:type="spellStart"/>
      <w:r>
        <w:t>për</w:t>
      </w:r>
      <w:proofErr w:type="spellEnd"/>
      <w:r>
        <w:t xml:space="preserve"> </w:t>
      </w:r>
      <w:proofErr w:type="spellStart"/>
      <w:r>
        <w:t>çdo</w:t>
      </w:r>
      <w:proofErr w:type="spellEnd"/>
      <w:r>
        <w:t xml:space="preserve"> 1.000 </w:t>
      </w:r>
      <w:proofErr w:type="spellStart"/>
      <w:r>
        <w:t>banor</w:t>
      </w:r>
      <w:proofErr w:type="spellEnd"/>
      <w:r>
        <w:t xml:space="preserve"> </w:t>
      </w:r>
      <w:proofErr w:type="spellStart"/>
      <w:r>
        <w:t>dhe</w:t>
      </w:r>
      <w:proofErr w:type="spellEnd"/>
      <w:r>
        <w:t xml:space="preserve"> </w:t>
      </w:r>
      <w:proofErr w:type="spellStart"/>
      <w:r>
        <w:t>punonjësit</w:t>
      </w:r>
      <w:proofErr w:type="spellEnd"/>
      <w:r>
        <w:t xml:space="preserve"> e </w:t>
      </w:r>
      <w:proofErr w:type="spellStart"/>
      <w:r>
        <w:t>aparatit</w:t>
      </w:r>
      <w:proofErr w:type="spellEnd"/>
      <w:r>
        <w:t xml:space="preserve"> ka 8.20 </w:t>
      </w:r>
      <w:proofErr w:type="spellStart"/>
      <w:r>
        <w:t>për</w:t>
      </w:r>
      <w:proofErr w:type="spellEnd"/>
      <w:r>
        <w:t xml:space="preserve"> 1.000 </w:t>
      </w:r>
      <w:proofErr w:type="spellStart"/>
      <w:r>
        <w:t>banor</w:t>
      </w:r>
      <w:proofErr w:type="spellEnd"/>
      <w:r>
        <w:t xml:space="preserve">. </w:t>
      </w:r>
      <w:proofErr w:type="spellStart"/>
      <w:r>
        <w:t>Malësia</w:t>
      </w:r>
      <w:proofErr w:type="spellEnd"/>
      <w:r>
        <w:t xml:space="preserve"> e </w:t>
      </w:r>
      <w:proofErr w:type="spellStart"/>
      <w:r>
        <w:t>Madhe</w:t>
      </w:r>
      <w:proofErr w:type="spellEnd"/>
      <w:r>
        <w:t xml:space="preserve"> ka 23 </w:t>
      </w:r>
      <w:proofErr w:type="spellStart"/>
      <w:r>
        <w:t>dhe</w:t>
      </w:r>
      <w:proofErr w:type="spellEnd"/>
      <w:r>
        <w:t xml:space="preserve"> 7 </w:t>
      </w:r>
      <w:proofErr w:type="spellStart"/>
      <w:r>
        <w:t>nga</w:t>
      </w:r>
      <w:proofErr w:type="spellEnd"/>
      <w:r>
        <w:t xml:space="preserve"> </w:t>
      </w:r>
      <w:proofErr w:type="spellStart"/>
      <w:r>
        <w:t>aparati</w:t>
      </w:r>
      <w:proofErr w:type="spellEnd"/>
      <w:r>
        <w:t xml:space="preserve">. </w:t>
      </w:r>
      <w:proofErr w:type="spellStart"/>
      <w:r>
        <w:t>Fushërazi</w:t>
      </w:r>
      <w:proofErr w:type="spellEnd"/>
      <w:r>
        <w:t xml:space="preserve"> ka 62 </w:t>
      </w:r>
      <w:proofErr w:type="spellStart"/>
      <w:r>
        <w:t>për</w:t>
      </w:r>
      <w:proofErr w:type="spellEnd"/>
      <w:r>
        <w:t xml:space="preserve"> </w:t>
      </w:r>
      <w:proofErr w:type="spellStart"/>
      <w:r>
        <w:t>çdo</w:t>
      </w:r>
      <w:proofErr w:type="spellEnd"/>
      <w:r>
        <w:t xml:space="preserve"> 1.000 </w:t>
      </w:r>
      <w:proofErr w:type="spellStart"/>
      <w:r>
        <w:t>banor</w:t>
      </w:r>
      <w:proofErr w:type="spellEnd"/>
      <w:r>
        <w:t xml:space="preserve">, </w:t>
      </w:r>
      <w:proofErr w:type="spellStart"/>
      <w:r>
        <w:t>staf</w:t>
      </w:r>
      <w:proofErr w:type="spellEnd"/>
      <w:r>
        <w:t xml:space="preserve">. </w:t>
      </w:r>
      <w:proofErr w:type="spellStart"/>
      <w:r>
        <w:t>Pra</w:t>
      </w:r>
      <w:proofErr w:type="spellEnd"/>
      <w:r>
        <w:t xml:space="preserve">, ka </w:t>
      </w:r>
      <w:proofErr w:type="spellStart"/>
      <w:r>
        <w:t>gjashtë</w:t>
      </w:r>
      <w:proofErr w:type="spellEnd"/>
      <w:r>
        <w:t xml:space="preserve"> </w:t>
      </w:r>
      <w:proofErr w:type="spellStart"/>
      <w:r>
        <w:t>herë</w:t>
      </w:r>
      <w:proofErr w:type="spellEnd"/>
      <w:r>
        <w:t xml:space="preserve"> </w:t>
      </w:r>
      <w:proofErr w:type="spellStart"/>
      <w:r>
        <w:t>më</w:t>
      </w:r>
      <w:proofErr w:type="spellEnd"/>
      <w:r>
        <w:t xml:space="preserve"> </w:t>
      </w:r>
      <w:proofErr w:type="spellStart"/>
      <w:r>
        <w:t>shumë</w:t>
      </w:r>
      <w:proofErr w:type="spellEnd"/>
      <w:r>
        <w:t xml:space="preserve"> se Shkodra </w:t>
      </w:r>
      <w:proofErr w:type="spellStart"/>
      <w:r>
        <w:t>banorë</w:t>
      </w:r>
      <w:proofErr w:type="spellEnd"/>
      <w:r>
        <w:t xml:space="preserve"> </w:t>
      </w:r>
      <w:proofErr w:type="spellStart"/>
      <w:r>
        <w:t>për</w:t>
      </w:r>
      <w:proofErr w:type="spellEnd"/>
      <w:r>
        <w:t xml:space="preserve"> </w:t>
      </w:r>
      <w:proofErr w:type="spellStart"/>
      <w:r>
        <w:t>çdo</w:t>
      </w:r>
      <w:proofErr w:type="spellEnd"/>
      <w:r>
        <w:t xml:space="preserve">... </w:t>
      </w:r>
      <w:proofErr w:type="spellStart"/>
      <w:r>
        <w:t>më</w:t>
      </w:r>
      <w:proofErr w:type="spellEnd"/>
      <w:r>
        <w:t xml:space="preserve"> </w:t>
      </w:r>
      <w:proofErr w:type="spellStart"/>
      <w:r>
        <w:t>fal</w:t>
      </w:r>
      <w:proofErr w:type="spellEnd"/>
      <w:r>
        <w:t xml:space="preserve">, </w:t>
      </w:r>
      <w:proofErr w:type="spellStart"/>
      <w:r>
        <w:t>staf</w:t>
      </w:r>
      <w:proofErr w:type="spellEnd"/>
      <w:r>
        <w:t xml:space="preserve"> </w:t>
      </w:r>
      <w:proofErr w:type="spellStart"/>
      <w:r>
        <w:t>për</w:t>
      </w:r>
      <w:proofErr w:type="spellEnd"/>
      <w:r>
        <w:t xml:space="preserve"> </w:t>
      </w:r>
      <w:proofErr w:type="spellStart"/>
      <w:r>
        <w:t>çdo</w:t>
      </w:r>
      <w:proofErr w:type="spellEnd"/>
      <w:r>
        <w:t xml:space="preserve"> 1.000 </w:t>
      </w:r>
      <w:proofErr w:type="spellStart"/>
      <w:r>
        <w:t>banor</w:t>
      </w:r>
      <w:proofErr w:type="spellEnd"/>
      <w:r>
        <w:t xml:space="preserve">. </w:t>
      </w:r>
      <w:proofErr w:type="spellStart"/>
      <w:r>
        <w:t>Gjashtë</w:t>
      </w:r>
      <w:proofErr w:type="spellEnd"/>
      <w:r>
        <w:t xml:space="preserve"> </w:t>
      </w:r>
      <w:proofErr w:type="spellStart"/>
      <w:r>
        <w:t>herë</w:t>
      </w:r>
      <w:proofErr w:type="spellEnd"/>
      <w:r>
        <w:t xml:space="preserve"> </w:t>
      </w:r>
      <w:proofErr w:type="spellStart"/>
      <w:r>
        <w:t>më</w:t>
      </w:r>
      <w:proofErr w:type="spellEnd"/>
      <w:r>
        <w:t xml:space="preserve"> </w:t>
      </w:r>
      <w:proofErr w:type="spellStart"/>
      <w:r>
        <w:t>shumë</w:t>
      </w:r>
      <w:proofErr w:type="spellEnd"/>
      <w:r>
        <w:t xml:space="preserve">. Puka ka 59.27, </w:t>
      </w:r>
      <w:proofErr w:type="spellStart"/>
      <w:r>
        <w:t>është</w:t>
      </w:r>
      <w:proofErr w:type="spellEnd"/>
      <w:r>
        <w:t xml:space="preserve"> </w:t>
      </w:r>
      <w:proofErr w:type="spellStart"/>
      <w:r>
        <w:t>gati</w:t>
      </w:r>
      <w:proofErr w:type="spellEnd"/>
      <w:r>
        <w:t xml:space="preserve"> </w:t>
      </w:r>
      <w:proofErr w:type="spellStart"/>
      <w:r>
        <w:t>aty</w:t>
      </w:r>
      <w:proofErr w:type="spellEnd"/>
      <w:r>
        <w:t xml:space="preserve"> </w:t>
      </w:r>
      <w:proofErr w:type="spellStart"/>
      <w:r>
        <w:t>aty</w:t>
      </w:r>
      <w:proofErr w:type="spellEnd"/>
      <w:r>
        <w:t xml:space="preserve">. </w:t>
      </w:r>
      <w:proofErr w:type="spellStart"/>
      <w:r>
        <w:t>Në</w:t>
      </w:r>
      <w:proofErr w:type="spellEnd"/>
      <w:r>
        <w:t xml:space="preserve"> </w:t>
      </w:r>
      <w:proofErr w:type="spellStart"/>
      <w:r>
        <w:t>aparat</w:t>
      </w:r>
      <w:proofErr w:type="spellEnd"/>
      <w:r>
        <w:t xml:space="preserve"> ka 14.63, ka po </w:t>
      </w:r>
      <w:proofErr w:type="spellStart"/>
      <w:r>
        <w:t>gjithashtu</w:t>
      </w:r>
      <w:proofErr w:type="spellEnd"/>
      <w:r>
        <w:t xml:space="preserve"> </w:t>
      </w:r>
      <w:proofErr w:type="spellStart"/>
      <w:r>
        <w:t>gjashtë</w:t>
      </w:r>
      <w:proofErr w:type="spellEnd"/>
      <w:r>
        <w:t xml:space="preserve"> </w:t>
      </w:r>
      <w:proofErr w:type="spellStart"/>
      <w:r>
        <w:t>herë</w:t>
      </w:r>
      <w:proofErr w:type="spellEnd"/>
      <w:r>
        <w:t xml:space="preserve"> </w:t>
      </w:r>
      <w:proofErr w:type="spellStart"/>
      <w:r>
        <w:t>më</w:t>
      </w:r>
      <w:proofErr w:type="spellEnd"/>
      <w:r>
        <w:t xml:space="preserve"> </w:t>
      </w:r>
      <w:proofErr w:type="spellStart"/>
      <w:r>
        <w:t>shumë</w:t>
      </w:r>
      <w:proofErr w:type="spellEnd"/>
      <w:r>
        <w:t xml:space="preserve">. </w:t>
      </w:r>
      <w:proofErr w:type="spellStart"/>
      <w:r>
        <w:t>Në</w:t>
      </w:r>
      <w:proofErr w:type="spellEnd"/>
      <w:r>
        <w:t xml:space="preserve"> </w:t>
      </w:r>
      <w:proofErr w:type="spellStart"/>
      <w:r>
        <w:t>nivel</w:t>
      </w:r>
      <w:proofErr w:type="spellEnd"/>
      <w:r>
        <w:t xml:space="preserve"> </w:t>
      </w:r>
      <w:proofErr w:type="spellStart"/>
      <w:r>
        <w:t>aparati</w:t>
      </w:r>
      <w:proofErr w:type="spellEnd"/>
      <w:r>
        <w:t xml:space="preserve"> </w:t>
      </w:r>
      <w:proofErr w:type="spellStart"/>
      <w:r>
        <w:t>janë</w:t>
      </w:r>
      <w:proofErr w:type="spellEnd"/>
      <w:r>
        <w:t xml:space="preserve"> 14 </w:t>
      </w:r>
      <w:proofErr w:type="spellStart"/>
      <w:r>
        <w:t>herë</w:t>
      </w:r>
      <w:proofErr w:type="spellEnd"/>
      <w:r>
        <w:t xml:space="preserve"> </w:t>
      </w:r>
      <w:proofErr w:type="spellStart"/>
      <w:r>
        <w:t>më</w:t>
      </w:r>
      <w:proofErr w:type="spellEnd"/>
      <w:r>
        <w:t xml:space="preserve"> </w:t>
      </w:r>
      <w:proofErr w:type="spellStart"/>
      <w:r>
        <w:t>shumë</w:t>
      </w:r>
      <w:proofErr w:type="spellEnd"/>
      <w:r>
        <w:t xml:space="preserve">. </w:t>
      </w:r>
      <w:proofErr w:type="spellStart"/>
      <w:r>
        <w:t>Fushërazi</w:t>
      </w:r>
      <w:proofErr w:type="spellEnd"/>
      <w:r>
        <w:t xml:space="preserve"> e ka 17 </w:t>
      </w:r>
      <w:proofErr w:type="spellStart"/>
      <w:r>
        <w:t>herë</w:t>
      </w:r>
      <w:proofErr w:type="spellEnd"/>
      <w:r>
        <w:t xml:space="preserve"> </w:t>
      </w:r>
      <w:proofErr w:type="spellStart"/>
      <w:r>
        <w:t>më</w:t>
      </w:r>
      <w:proofErr w:type="spellEnd"/>
      <w:r>
        <w:t xml:space="preserve"> </w:t>
      </w:r>
      <w:proofErr w:type="spellStart"/>
      <w:r>
        <w:t>shumë</w:t>
      </w:r>
      <w:proofErr w:type="spellEnd"/>
      <w:r>
        <w:t xml:space="preserve"> se Shkodra, po </w:t>
      </w:r>
      <w:proofErr w:type="spellStart"/>
      <w:r>
        <w:t>marr</w:t>
      </w:r>
      <w:proofErr w:type="spellEnd"/>
      <w:r>
        <w:t xml:space="preserve"> </w:t>
      </w:r>
      <w:proofErr w:type="spellStart"/>
      <w:r>
        <w:t>si</w:t>
      </w:r>
      <w:proofErr w:type="spellEnd"/>
      <w:r>
        <w:t xml:space="preserve"> </w:t>
      </w:r>
      <w:proofErr w:type="spellStart"/>
      <w:r>
        <w:t>referencë</w:t>
      </w:r>
      <w:proofErr w:type="spellEnd"/>
      <w:r>
        <w:t xml:space="preserve">, </w:t>
      </w:r>
      <w:proofErr w:type="spellStart"/>
      <w:r>
        <w:t>ndërkohë</w:t>
      </w:r>
      <w:proofErr w:type="spellEnd"/>
      <w:r>
        <w:t xml:space="preserve"> </w:t>
      </w:r>
      <w:proofErr w:type="spellStart"/>
      <w:r>
        <w:t>që</w:t>
      </w:r>
      <w:proofErr w:type="spellEnd"/>
      <w:r>
        <w:t xml:space="preserve"> </w:t>
      </w:r>
      <w:proofErr w:type="spellStart"/>
      <w:r>
        <w:t>Malësia</w:t>
      </w:r>
      <w:proofErr w:type="spellEnd"/>
      <w:r>
        <w:t xml:space="preserve"> e </w:t>
      </w:r>
      <w:proofErr w:type="spellStart"/>
      <w:r>
        <w:t>Madhe</w:t>
      </w:r>
      <w:proofErr w:type="spellEnd"/>
      <w:r>
        <w:t xml:space="preserve"> </w:t>
      </w:r>
      <w:proofErr w:type="spellStart"/>
      <w:r>
        <w:t>dhe</w:t>
      </w:r>
      <w:proofErr w:type="spellEnd"/>
      <w:r>
        <w:t xml:space="preserve"> </w:t>
      </w:r>
      <w:proofErr w:type="spellStart"/>
      <w:r>
        <w:t>Vaudejës</w:t>
      </w:r>
      <w:proofErr w:type="spellEnd"/>
      <w:r>
        <w:t xml:space="preserve"> </w:t>
      </w:r>
      <w:proofErr w:type="spellStart"/>
      <w:r>
        <w:t>janë</w:t>
      </w:r>
      <w:proofErr w:type="spellEnd"/>
      <w:r>
        <w:t xml:space="preserve"> 76 </w:t>
      </w:r>
      <w:proofErr w:type="spellStart"/>
      <w:r>
        <w:t>herë</w:t>
      </w:r>
      <w:proofErr w:type="spellEnd"/>
      <w:r>
        <w:t xml:space="preserve"> </w:t>
      </w:r>
      <w:proofErr w:type="spellStart"/>
      <w:r>
        <w:t>më</w:t>
      </w:r>
      <w:proofErr w:type="spellEnd"/>
      <w:r>
        <w:t xml:space="preserve"> </w:t>
      </w:r>
      <w:proofErr w:type="spellStart"/>
      <w:r>
        <w:t>shumë</w:t>
      </w:r>
      <w:proofErr w:type="spellEnd"/>
      <w:r>
        <w:t xml:space="preserve"> </w:t>
      </w:r>
      <w:proofErr w:type="spellStart"/>
      <w:r>
        <w:t>për</w:t>
      </w:r>
      <w:proofErr w:type="spellEnd"/>
      <w:r>
        <w:t xml:space="preserve"> </w:t>
      </w:r>
      <w:proofErr w:type="spellStart"/>
      <w:r>
        <w:t>vetëm</w:t>
      </w:r>
      <w:proofErr w:type="spellEnd"/>
      <w:r>
        <w:t xml:space="preserve"> </w:t>
      </w:r>
      <w:proofErr w:type="spellStart"/>
      <w:r>
        <w:t>funksionin</w:t>
      </w:r>
      <w:proofErr w:type="spellEnd"/>
      <w:r>
        <w:t xml:space="preserve"> e </w:t>
      </w:r>
      <w:proofErr w:type="spellStart"/>
      <w:r>
        <w:t>aparatit</w:t>
      </w:r>
      <w:proofErr w:type="spellEnd"/>
      <w:r>
        <w:t xml:space="preserve">. </w:t>
      </w:r>
      <w:proofErr w:type="spellStart"/>
      <w:r>
        <w:t>Që</w:t>
      </w:r>
      <w:proofErr w:type="spellEnd"/>
      <w:r>
        <w:t xml:space="preserve"> do </w:t>
      </w:r>
      <w:proofErr w:type="spellStart"/>
      <w:r>
        <w:t>të</w:t>
      </w:r>
      <w:proofErr w:type="spellEnd"/>
      <w:r>
        <w:t xml:space="preserve"> </w:t>
      </w:r>
      <w:proofErr w:type="spellStart"/>
      <w:r>
        <w:t>thotë</w:t>
      </w:r>
      <w:proofErr w:type="spellEnd"/>
      <w:r>
        <w:t xml:space="preserve"> </w:t>
      </w:r>
      <w:proofErr w:type="spellStart"/>
      <w:r>
        <w:t>kemi</w:t>
      </w:r>
      <w:proofErr w:type="spellEnd"/>
      <w:r>
        <w:t xml:space="preserve"> </w:t>
      </w:r>
      <w:proofErr w:type="spellStart"/>
      <w:r>
        <w:t>një</w:t>
      </w:r>
      <w:proofErr w:type="spellEnd"/>
      <w:r>
        <w:t xml:space="preserve"> </w:t>
      </w:r>
      <w:proofErr w:type="spellStart"/>
      <w:r>
        <w:t>korelacion</w:t>
      </w:r>
      <w:proofErr w:type="spellEnd"/>
      <w:r>
        <w:t xml:space="preserve"> </w:t>
      </w:r>
      <w:proofErr w:type="spellStart"/>
      <w:r>
        <w:t>dhe</w:t>
      </w:r>
      <w:proofErr w:type="spellEnd"/>
      <w:r>
        <w:t xml:space="preserve"> </w:t>
      </w:r>
      <w:proofErr w:type="spellStart"/>
      <w:r>
        <w:t>deri</w:t>
      </w:r>
      <w:proofErr w:type="spellEnd"/>
      <w:r>
        <w:t xml:space="preserve"> </w:t>
      </w:r>
      <w:proofErr w:type="spellStart"/>
      <w:r>
        <w:t>diku</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dhe</w:t>
      </w:r>
      <w:proofErr w:type="spellEnd"/>
      <w:r>
        <w:t xml:space="preserve"> e </w:t>
      </w:r>
      <w:proofErr w:type="spellStart"/>
      <w:r>
        <w:t>shpjegueshme</w:t>
      </w:r>
      <w:proofErr w:type="spellEnd"/>
      <w:r>
        <w:t xml:space="preserve">, por </w:t>
      </w:r>
      <w:proofErr w:type="spellStart"/>
      <w:r>
        <w:t>për</w:t>
      </w:r>
      <w:proofErr w:type="spellEnd"/>
      <w:r>
        <w:t xml:space="preserve"> </w:t>
      </w:r>
      <w:proofErr w:type="spellStart"/>
      <w:r>
        <w:t>disa</w:t>
      </w:r>
      <w:proofErr w:type="spellEnd"/>
      <w:r>
        <w:t xml:space="preserve"> </w:t>
      </w:r>
      <w:proofErr w:type="spellStart"/>
      <w:r>
        <w:t>nga</w:t>
      </w:r>
      <w:proofErr w:type="spellEnd"/>
      <w:r>
        <w:t xml:space="preserve"> </w:t>
      </w:r>
      <w:proofErr w:type="spellStart"/>
      <w:r>
        <w:t>gjërat</w:t>
      </w:r>
      <w:proofErr w:type="spellEnd"/>
      <w:r>
        <w:t xml:space="preserve">. Por ama </w:t>
      </w:r>
      <w:proofErr w:type="spellStart"/>
      <w:r>
        <w:t>logjika</w:t>
      </w:r>
      <w:proofErr w:type="spellEnd"/>
      <w:r>
        <w:t xml:space="preserve"> </w:t>
      </w:r>
      <w:proofErr w:type="spellStart"/>
      <w:r>
        <w:t>që</w:t>
      </w:r>
      <w:proofErr w:type="spellEnd"/>
      <w:r>
        <w:t xml:space="preserve"> </w:t>
      </w:r>
      <w:proofErr w:type="spellStart"/>
      <w:r>
        <w:t>për</w:t>
      </w:r>
      <w:proofErr w:type="spellEnd"/>
      <w:r>
        <w:t xml:space="preserve"> </w:t>
      </w:r>
      <w:proofErr w:type="spellStart"/>
      <w:r>
        <w:t>të</w:t>
      </w:r>
      <w:proofErr w:type="spellEnd"/>
      <w:r>
        <w:t xml:space="preserve"> </w:t>
      </w:r>
      <w:proofErr w:type="spellStart"/>
      <w:r>
        <w:t>njëjtat</w:t>
      </w:r>
      <w:proofErr w:type="spellEnd"/>
      <w:r>
        <w:t xml:space="preserve"> </w:t>
      </w:r>
      <w:proofErr w:type="spellStart"/>
      <w:r>
        <w:t>funksione</w:t>
      </w:r>
      <w:proofErr w:type="spellEnd"/>
      <w:r>
        <w:t xml:space="preserve">, </w:t>
      </w:r>
      <w:proofErr w:type="spellStart"/>
      <w:r>
        <w:t>për</w:t>
      </w:r>
      <w:proofErr w:type="spellEnd"/>
      <w:r>
        <w:t xml:space="preserve"> </w:t>
      </w:r>
      <w:proofErr w:type="spellStart"/>
      <w:r>
        <w:t>të</w:t>
      </w:r>
      <w:proofErr w:type="spellEnd"/>
      <w:r>
        <w:t xml:space="preserve"> </w:t>
      </w:r>
      <w:proofErr w:type="spellStart"/>
      <w:r>
        <w:t>njëjtat</w:t>
      </w:r>
      <w:proofErr w:type="spellEnd"/>
      <w:r>
        <w:t xml:space="preserve"> </w:t>
      </w:r>
      <w:proofErr w:type="spellStart"/>
      <w:r>
        <w:t>shërbime</w:t>
      </w:r>
      <w:proofErr w:type="spellEnd"/>
      <w:r>
        <w:t xml:space="preserve">, me </w:t>
      </w:r>
      <w:proofErr w:type="spellStart"/>
      <w:r>
        <w:t>të</w:t>
      </w:r>
      <w:proofErr w:type="spellEnd"/>
      <w:r>
        <w:t xml:space="preserve"> </w:t>
      </w:r>
      <w:proofErr w:type="spellStart"/>
      <w:r>
        <w:t>njëjtat</w:t>
      </w:r>
      <w:proofErr w:type="spellEnd"/>
      <w:r>
        <w:t xml:space="preserve"> </w:t>
      </w:r>
      <w:proofErr w:type="spellStart"/>
      <w:r>
        <w:t>rrethana</w:t>
      </w:r>
      <w:proofErr w:type="spellEnd"/>
      <w:r>
        <w:t xml:space="preserve">, Shkodra e </w:t>
      </w:r>
      <w:proofErr w:type="spellStart"/>
      <w:r>
        <w:t>bën</w:t>
      </w:r>
      <w:proofErr w:type="spellEnd"/>
      <w:r>
        <w:t xml:space="preserve"> </w:t>
      </w:r>
      <w:proofErr w:type="spellStart"/>
      <w:r>
        <w:t>punën</w:t>
      </w:r>
      <w:proofErr w:type="spellEnd"/>
      <w:r>
        <w:t xml:space="preserve"> me </w:t>
      </w:r>
      <w:proofErr w:type="spellStart"/>
      <w:r>
        <w:t>ke</w:t>
      </w:r>
      <w:proofErr w:type="spellEnd"/>
      <w:r>
        <w:t xml:space="preserve"> </w:t>
      </w:r>
      <w:proofErr w:type="spellStart"/>
      <w:r>
        <w:t>aparati</w:t>
      </w:r>
      <w:proofErr w:type="spellEnd"/>
      <w:r>
        <w:t xml:space="preserve"> </w:t>
      </w:r>
      <w:proofErr w:type="spellStart"/>
      <w:r>
        <w:t>një</w:t>
      </w:r>
      <w:proofErr w:type="spellEnd"/>
      <w:r>
        <w:t xml:space="preserve"> </w:t>
      </w:r>
      <w:proofErr w:type="spellStart"/>
      <w:r>
        <w:t>njeri</w:t>
      </w:r>
      <w:proofErr w:type="spellEnd"/>
      <w:r>
        <w:t xml:space="preserve"> </w:t>
      </w:r>
      <w:proofErr w:type="spellStart"/>
      <w:r>
        <w:t>për</w:t>
      </w:r>
      <w:proofErr w:type="spellEnd"/>
      <w:r>
        <w:t xml:space="preserve"> 1.000 </w:t>
      </w:r>
      <w:proofErr w:type="spellStart"/>
      <w:r>
        <w:t>banor</w:t>
      </w:r>
      <w:proofErr w:type="spellEnd"/>
      <w:r>
        <w:t xml:space="preserve">, </w:t>
      </w:r>
      <w:proofErr w:type="spellStart"/>
      <w:r>
        <w:t>të</w:t>
      </w:r>
      <w:proofErr w:type="spellEnd"/>
      <w:r>
        <w:t xml:space="preserve"> </w:t>
      </w:r>
      <w:proofErr w:type="spellStart"/>
      <w:r>
        <w:t>njëjtat</w:t>
      </w:r>
      <w:proofErr w:type="spellEnd"/>
      <w:r>
        <w:t xml:space="preserve"> </w:t>
      </w:r>
      <w:proofErr w:type="spellStart"/>
      <w:r>
        <w:t>funksione</w:t>
      </w:r>
      <w:proofErr w:type="spellEnd"/>
      <w:r>
        <w:t xml:space="preserve"> </w:t>
      </w:r>
      <w:proofErr w:type="spellStart"/>
      <w:r>
        <w:t>të</w:t>
      </w:r>
      <w:proofErr w:type="spellEnd"/>
      <w:r>
        <w:t xml:space="preserve"> </w:t>
      </w:r>
      <w:proofErr w:type="spellStart"/>
      <w:r>
        <w:t>aparatit</w:t>
      </w:r>
      <w:proofErr w:type="spellEnd"/>
      <w:r>
        <w:t xml:space="preserve"> </w:t>
      </w:r>
      <w:proofErr w:type="spellStart"/>
      <w:r>
        <w:t>Fushërazi</w:t>
      </w:r>
      <w:proofErr w:type="spellEnd"/>
      <w:r>
        <w:t xml:space="preserve"> </w:t>
      </w:r>
      <w:proofErr w:type="spellStart"/>
      <w:r>
        <w:t>i</w:t>
      </w:r>
      <w:proofErr w:type="spellEnd"/>
      <w:r>
        <w:t xml:space="preserve"> </w:t>
      </w:r>
      <w:proofErr w:type="spellStart"/>
      <w:r>
        <w:t>bën</w:t>
      </w:r>
      <w:proofErr w:type="spellEnd"/>
      <w:r>
        <w:t xml:space="preserve"> me 17 </w:t>
      </w:r>
      <w:proofErr w:type="spellStart"/>
      <w:r>
        <w:t>veta</w:t>
      </w:r>
      <w:proofErr w:type="spellEnd"/>
      <w:r>
        <w:t xml:space="preserve">. </w:t>
      </w:r>
      <w:proofErr w:type="spellStart"/>
      <w:r>
        <w:t>Ke</w:t>
      </w:r>
      <w:proofErr w:type="spellEnd"/>
      <w:r>
        <w:t xml:space="preserve"> </w:t>
      </w:r>
      <w:proofErr w:type="spellStart"/>
      <w:r>
        <w:t>stafin</w:t>
      </w:r>
      <w:proofErr w:type="spellEnd"/>
      <w:r>
        <w:t xml:space="preserve"> total, me </w:t>
      </w:r>
      <w:proofErr w:type="spellStart"/>
      <w:r>
        <w:t>gjithë</w:t>
      </w:r>
      <w:proofErr w:type="spellEnd"/>
      <w:r>
        <w:t xml:space="preserve"> </w:t>
      </w:r>
      <w:proofErr w:type="spellStart"/>
      <w:r>
        <w:t>stafin</w:t>
      </w:r>
      <w:proofErr w:type="spellEnd"/>
      <w:r>
        <w:t xml:space="preserve"> e </w:t>
      </w:r>
      <w:proofErr w:type="spellStart"/>
      <w:r>
        <w:t>shërbimeve</w:t>
      </w:r>
      <w:proofErr w:type="spellEnd"/>
      <w:r>
        <w:t xml:space="preserve">, me Shkodra e </w:t>
      </w:r>
      <w:proofErr w:type="spellStart"/>
      <w:r>
        <w:t>bën</w:t>
      </w:r>
      <w:proofErr w:type="spellEnd"/>
      <w:r>
        <w:t xml:space="preserve"> 10.34, </w:t>
      </w:r>
      <w:proofErr w:type="spellStart"/>
      <w:r>
        <w:t>Fushërazi</w:t>
      </w:r>
      <w:proofErr w:type="spellEnd"/>
      <w:r>
        <w:t xml:space="preserve"> e </w:t>
      </w:r>
      <w:proofErr w:type="spellStart"/>
      <w:r>
        <w:t>bën</w:t>
      </w:r>
      <w:proofErr w:type="spellEnd"/>
      <w:r>
        <w:t xml:space="preserve"> me 62 </w:t>
      </w:r>
      <w:proofErr w:type="spellStart"/>
      <w:r>
        <w:t>për</w:t>
      </w:r>
      <w:proofErr w:type="spellEnd"/>
      <w:r>
        <w:t xml:space="preserve"> 1.000 </w:t>
      </w:r>
      <w:proofErr w:type="spellStart"/>
      <w:r>
        <w:t>banor</w:t>
      </w:r>
      <w:proofErr w:type="spellEnd"/>
      <w:r>
        <w:t xml:space="preserve">. </w:t>
      </w:r>
      <w:proofErr w:type="spellStart"/>
      <w:r>
        <w:t>Pra</w:t>
      </w:r>
      <w:proofErr w:type="spellEnd"/>
      <w:r>
        <w:t xml:space="preserve">, </w:t>
      </w:r>
      <w:proofErr w:type="spellStart"/>
      <w:r>
        <w:t>unë</w:t>
      </w:r>
      <w:proofErr w:type="spellEnd"/>
      <w:r>
        <w:t xml:space="preserve"> </w:t>
      </w:r>
      <w:proofErr w:type="spellStart"/>
      <w:r>
        <w:t>besoj</w:t>
      </w:r>
      <w:proofErr w:type="spellEnd"/>
      <w:r>
        <w:t xml:space="preserve"> </w:t>
      </w:r>
      <w:proofErr w:type="spellStart"/>
      <w:r>
        <w:t>që</w:t>
      </w:r>
      <w:proofErr w:type="spellEnd"/>
      <w:r>
        <w:t xml:space="preserve"> </w:t>
      </w:r>
      <w:proofErr w:type="spellStart"/>
      <w:r>
        <w:t>këto</w:t>
      </w:r>
      <w:proofErr w:type="spellEnd"/>
      <w:r>
        <w:t xml:space="preserve"> </w:t>
      </w:r>
      <w:proofErr w:type="spellStart"/>
      <w:r>
        <w:t>janë</w:t>
      </w:r>
      <w:proofErr w:type="spellEnd"/>
      <w:r>
        <w:t xml:space="preserve"> </w:t>
      </w:r>
      <w:proofErr w:type="spellStart"/>
      <w:r>
        <w:t>dy-tre</w:t>
      </w:r>
      <w:proofErr w:type="spellEnd"/>
      <w:r>
        <w:t xml:space="preserve"> </w:t>
      </w:r>
      <w:proofErr w:type="spellStart"/>
      <w:r>
        <w:t>të</w:t>
      </w:r>
      <w:proofErr w:type="spellEnd"/>
      <w:r>
        <w:t xml:space="preserve"> </w:t>
      </w:r>
      <w:proofErr w:type="spellStart"/>
      <w:r>
        <w:t>dhëna</w:t>
      </w:r>
      <w:proofErr w:type="spellEnd"/>
      <w:r>
        <w:t xml:space="preserve"> </w:t>
      </w:r>
      <w:proofErr w:type="spellStart"/>
      <w:r>
        <w:t>që</w:t>
      </w:r>
      <w:proofErr w:type="spellEnd"/>
      <w:r>
        <w:t xml:space="preserve"> </w:t>
      </w:r>
      <w:proofErr w:type="spellStart"/>
      <w:r>
        <w:t>na</w:t>
      </w:r>
      <w:proofErr w:type="spellEnd"/>
      <w:r>
        <w:t xml:space="preserve"> </w:t>
      </w:r>
      <w:proofErr w:type="spellStart"/>
      <w:r>
        <w:t>japin</w:t>
      </w:r>
      <w:proofErr w:type="spellEnd"/>
      <w:r>
        <w:t xml:space="preserve"> </w:t>
      </w:r>
      <w:proofErr w:type="spellStart"/>
      <w:r>
        <w:t>një</w:t>
      </w:r>
      <w:proofErr w:type="spellEnd"/>
      <w:r>
        <w:t xml:space="preserve"> ide </w:t>
      </w:r>
      <w:proofErr w:type="spellStart"/>
      <w:r>
        <w:t>të</w:t>
      </w:r>
      <w:proofErr w:type="spellEnd"/>
      <w:r>
        <w:t xml:space="preserve"> </w:t>
      </w:r>
      <w:proofErr w:type="spellStart"/>
      <w:r>
        <w:t>logjikës</w:t>
      </w:r>
      <w:proofErr w:type="spellEnd"/>
      <w:r>
        <w:t xml:space="preserve"> </w:t>
      </w:r>
      <w:proofErr w:type="spellStart"/>
      <w:r>
        <w:t>së</w:t>
      </w:r>
      <w:proofErr w:type="spellEnd"/>
      <w:r>
        <w:t xml:space="preserve"> </w:t>
      </w:r>
      <w:proofErr w:type="spellStart"/>
      <w:r>
        <w:t>tentativës</w:t>
      </w:r>
      <w:proofErr w:type="spellEnd"/>
      <w:r>
        <w:t xml:space="preserve"> </w:t>
      </w:r>
      <w:proofErr w:type="spellStart"/>
      <w:r>
        <w:t>tonë</w:t>
      </w:r>
      <w:proofErr w:type="spellEnd"/>
      <w:r>
        <w:t xml:space="preserve"> </w:t>
      </w:r>
      <w:proofErr w:type="spellStart"/>
      <w:r>
        <w:t>për</w:t>
      </w:r>
      <w:proofErr w:type="spellEnd"/>
      <w:r>
        <w:t xml:space="preserve"> </w:t>
      </w:r>
      <w:proofErr w:type="spellStart"/>
      <w:r>
        <w:t>të</w:t>
      </w:r>
      <w:proofErr w:type="spellEnd"/>
      <w:r>
        <w:t xml:space="preserve"> </w:t>
      </w:r>
      <w:proofErr w:type="spellStart"/>
      <w:r>
        <w:t>diskutuar</w:t>
      </w:r>
      <w:proofErr w:type="spellEnd"/>
      <w:r>
        <w:t xml:space="preserve"> </w:t>
      </w:r>
      <w:proofErr w:type="spellStart"/>
      <w:r>
        <w:t>për</w:t>
      </w:r>
      <w:proofErr w:type="spellEnd"/>
      <w:r>
        <w:t xml:space="preserve"> </w:t>
      </w:r>
      <w:proofErr w:type="spellStart"/>
      <w:r>
        <w:t>raportin</w:t>
      </w:r>
      <w:proofErr w:type="spellEnd"/>
      <w:r>
        <w:t xml:space="preserve"> midis </w:t>
      </w:r>
      <w:proofErr w:type="spellStart"/>
      <w:r>
        <w:t>funksionalitetit</w:t>
      </w:r>
      <w:proofErr w:type="spellEnd"/>
      <w:r>
        <w:t xml:space="preserve">, </w:t>
      </w:r>
      <w:proofErr w:type="spellStart"/>
      <w:r>
        <w:t>efiçencës</w:t>
      </w:r>
      <w:proofErr w:type="spellEnd"/>
      <w:r>
        <w:t xml:space="preserve">, por </w:t>
      </w:r>
      <w:proofErr w:type="spellStart"/>
      <w:r>
        <w:t>dhe</w:t>
      </w:r>
      <w:proofErr w:type="spellEnd"/>
      <w:r>
        <w:t xml:space="preserve"> </w:t>
      </w:r>
      <w:proofErr w:type="spellStart"/>
      <w:r>
        <w:t>afërsisë</w:t>
      </w:r>
      <w:proofErr w:type="spellEnd"/>
      <w:r>
        <w:t xml:space="preserve"> </w:t>
      </w:r>
      <w:proofErr w:type="spellStart"/>
      <w:r>
        <w:t>së</w:t>
      </w:r>
      <w:proofErr w:type="spellEnd"/>
      <w:r>
        <w:t xml:space="preserve"> </w:t>
      </w:r>
      <w:proofErr w:type="spellStart"/>
      <w:r>
        <w:t>shërbimit</w:t>
      </w:r>
      <w:proofErr w:type="spellEnd"/>
      <w:r>
        <w:t xml:space="preserve">. Duke </w:t>
      </w:r>
      <w:proofErr w:type="spellStart"/>
      <w:r>
        <w:t>ju</w:t>
      </w:r>
      <w:proofErr w:type="spellEnd"/>
      <w:r>
        <w:t xml:space="preserve"> </w:t>
      </w:r>
      <w:proofErr w:type="spellStart"/>
      <w:r>
        <w:t>falënderuar</w:t>
      </w:r>
      <w:proofErr w:type="spellEnd"/>
      <w:r>
        <w:t xml:space="preserve"> </w:t>
      </w:r>
      <w:proofErr w:type="spellStart"/>
      <w:r>
        <w:t>sërish</w:t>
      </w:r>
      <w:proofErr w:type="spellEnd"/>
      <w:r>
        <w:t xml:space="preserve">, </w:t>
      </w:r>
      <w:proofErr w:type="spellStart"/>
      <w:r>
        <w:t>mendoj</w:t>
      </w:r>
      <w:proofErr w:type="spellEnd"/>
      <w:r>
        <w:t xml:space="preserve"> se </w:t>
      </w:r>
      <w:proofErr w:type="spellStart"/>
      <w:r>
        <w:t>pjesa</w:t>
      </w:r>
      <w:proofErr w:type="spellEnd"/>
      <w:r>
        <w:t xml:space="preserve"> </w:t>
      </w:r>
      <w:proofErr w:type="spellStart"/>
      <w:r>
        <w:t>më</w:t>
      </w:r>
      <w:proofErr w:type="spellEnd"/>
      <w:r>
        <w:t xml:space="preserve"> e </w:t>
      </w:r>
      <w:proofErr w:type="spellStart"/>
      <w:r>
        <w:t>madhe</w:t>
      </w:r>
      <w:proofErr w:type="spellEnd"/>
      <w:r>
        <w:t xml:space="preserve"> e </w:t>
      </w:r>
      <w:proofErr w:type="spellStart"/>
      <w:r>
        <w:t>gjërave</w:t>
      </w:r>
      <w:proofErr w:type="spellEnd"/>
      <w:r>
        <w:t xml:space="preserve"> </w:t>
      </w:r>
      <w:proofErr w:type="spellStart"/>
      <w:r>
        <w:t>dolën</w:t>
      </w:r>
      <w:proofErr w:type="spellEnd"/>
      <w:r>
        <w:t xml:space="preserve"> </w:t>
      </w:r>
      <w:proofErr w:type="spellStart"/>
      <w:r>
        <w:t>dhe</w:t>
      </w:r>
      <w:proofErr w:type="spellEnd"/>
      <w:r>
        <w:t xml:space="preserve"> </w:t>
      </w:r>
      <w:proofErr w:type="spellStart"/>
      <w:r>
        <w:t>ju</w:t>
      </w:r>
      <w:proofErr w:type="spellEnd"/>
      <w:r>
        <w:t xml:space="preserve"> </w:t>
      </w:r>
      <w:proofErr w:type="spellStart"/>
      <w:r>
        <w:t>falënderoj</w:t>
      </w:r>
      <w:proofErr w:type="spellEnd"/>
      <w:r>
        <w:t xml:space="preserve"> </w:t>
      </w:r>
      <w:proofErr w:type="spellStart"/>
      <w:r>
        <w:t>sërish</w:t>
      </w:r>
      <w:proofErr w:type="spellEnd"/>
      <w:r>
        <w:t xml:space="preserve"> </w:t>
      </w:r>
      <w:proofErr w:type="spellStart"/>
      <w:r>
        <w:t>për</w:t>
      </w:r>
      <w:proofErr w:type="spellEnd"/>
      <w:r>
        <w:t xml:space="preserve"> </w:t>
      </w:r>
      <w:proofErr w:type="spellStart"/>
      <w:r>
        <w:t>kontributin</w:t>
      </w:r>
      <w:proofErr w:type="spellEnd"/>
      <w:r>
        <w:t xml:space="preserve">. </w:t>
      </w:r>
    </w:p>
    <w:p w14:paraId="2A5DAF3C" w14:textId="77777777" w:rsidR="00245782" w:rsidRDefault="00245782" w:rsidP="00245782">
      <w:proofErr w:type="spellStart"/>
      <w:r>
        <w:rPr>
          <w:b/>
        </w:rPr>
        <w:lastRenderedPageBreak/>
        <w:t>Luçiano</w:t>
      </w:r>
      <w:proofErr w:type="spellEnd"/>
      <w:r>
        <w:rPr>
          <w:b/>
        </w:rPr>
        <w:t xml:space="preserve"> </w:t>
      </w:r>
      <w:proofErr w:type="spellStart"/>
      <w:r>
        <w:rPr>
          <w:b/>
        </w:rPr>
        <w:t>Boçi</w:t>
      </w:r>
      <w:proofErr w:type="spellEnd"/>
      <w:r>
        <w:rPr>
          <w:b/>
        </w:rPr>
        <w:t>:</w:t>
      </w:r>
    </w:p>
    <w:p w14:paraId="2BEE4159" w14:textId="77777777" w:rsidR="00245782" w:rsidRDefault="0010666C" w:rsidP="0010666C">
      <w:proofErr w:type="spellStart"/>
      <w:r>
        <w:t>Dhe</w:t>
      </w:r>
      <w:proofErr w:type="spellEnd"/>
      <w:r>
        <w:t xml:space="preserve"> </w:t>
      </w:r>
      <w:proofErr w:type="spellStart"/>
      <w:r>
        <w:t>unë</w:t>
      </w:r>
      <w:proofErr w:type="spellEnd"/>
      <w:r>
        <w:t xml:space="preserve"> jo, Pil, do e </w:t>
      </w:r>
      <w:proofErr w:type="spellStart"/>
      <w:r>
        <w:t>mbyllim</w:t>
      </w:r>
      <w:proofErr w:type="spellEnd"/>
      <w:r>
        <w:t xml:space="preserve">. Jo, se jo, jo, jo, jo, jo, jo, </w:t>
      </w:r>
      <w:proofErr w:type="spellStart"/>
      <w:r>
        <w:t>janë</w:t>
      </w:r>
      <w:proofErr w:type="spellEnd"/>
      <w:r>
        <w:t xml:space="preserve"> </w:t>
      </w:r>
      <w:proofErr w:type="spellStart"/>
      <w:r>
        <w:t>një</w:t>
      </w:r>
      <w:proofErr w:type="spellEnd"/>
      <w:r>
        <w:t xml:space="preserve"> </w:t>
      </w:r>
      <w:proofErr w:type="spellStart"/>
      <w:r>
        <w:t>minutë</w:t>
      </w:r>
      <w:proofErr w:type="spellEnd"/>
      <w:r>
        <w:t xml:space="preserve">. </w:t>
      </w:r>
      <w:proofErr w:type="spellStart"/>
      <w:r>
        <w:t>Edhe</w:t>
      </w:r>
      <w:proofErr w:type="spellEnd"/>
      <w:r>
        <w:t xml:space="preserve"> </w:t>
      </w:r>
      <w:proofErr w:type="spellStart"/>
      <w:r>
        <w:t>unë</w:t>
      </w:r>
      <w:proofErr w:type="spellEnd"/>
      <w:r>
        <w:t xml:space="preserve"> </w:t>
      </w:r>
      <w:proofErr w:type="spellStart"/>
      <w:r>
        <w:t>dua</w:t>
      </w:r>
      <w:proofErr w:type="spellEnd"/>
      <w:r>
        <w:t xml:space="preserve"> </w:t>
      </w:r>
      <w:proofErr w:type="spellStart"/>
      <w:r>
        <w:t>të</w:t>
      </w:r>
      <w:proofErr w:type="spellEnd"/>
      <w:r>
        <w:t xml:space="preserve">... </w:t>
      </w:r>
      <w:proofErr w:type="spellStart"/>
      <w:r>
        <w:t>Që</w:t>
      </w:r>
      <w:proofErr w:type="spellEnd"/>
      <w:r>
        <w:t xml:space="preserve"> </w:t>
      </w:r>
      <w:proofErr w:type="spellStart"/>
      <w:r>
        <w:t>s'ka</w:t>
      </w:r>
      <w:proofErr w:type="spellEnd"/>
      <w:r>
        <w:t xml:space="preserve"> </w:t>
      </w:r>
      <w:proofErr w:type="spellStart"/>
      <w:r>
        <w:t>mundësi</w:t>
      </w:r>
      <w:proofErr w:type="spellEnd"/>
      <w:r>
        <w:t xml:space="preserve">, </w:t>
      </w:r>
      <w:proofErr w:type="spellStart"/>
      <w:r>
        <w:t>që</w:t>
      </w:r>
      <w:proofErr w:type="spellEnd"/>
      <w:r>
        <w:t xml:space="preserve"> </w:t>
      </w:r>
      <w:proofErr w:type="spellStart"/>
      <w:r>
        <w:t>s'ka</w:t>
      </w:r>
      <w:proofErr w:type="spellEnd"/>
      <w:r>
        <w:t xml:space="preserve"> </w:t>
      </w:r>
      <w:proofErr w:type="spellStart"/>
      <w:r>
        <w:t>mundësi</w:t>
      </w:r>
      <w:proofErr w:type="spellEnd"/>
      <w:r>
        <w:t xml:space="preserve">, e </w:t>
      </w:r>
      <w:proofErr w:type="spellStart"/>
      <w:r>
        <w:t>lën</w:t>
      </w:r>
      <w:proofErr w:type="spellEnd"/>
      <w:r>
        <w:t xml:space="preserve">, po </w:t>
      </w:r>
      <w:proofErr w:type="spellStart"/>
      <w:r>
        <w:t>ishte</w:t>
      </w:r>
      <w:proofErr w:type="spellEnd"/>
      <w:r>
        <w:t xml:space="preserve"> </w:t>
      </w:r>
      <w:proofErr w:type="spellStart"/>
      <w:r>
        <w:t>krejt</w:t>
      </w:r>
      <w:proofErr w:type="spellEnd"/>
      <w:r>
        <w:t xml:space="preserve"> e </w:t>
      </w:r>
      <w:proofErr w:type="spellStart"/>
      <w:r>
        <w:t>pasaktë</w:t>
      </w:r>
      <w:proofErr w:type="spellEnd"/>
      <w:r>
        <w:t xml:space="preserve">. Jo, </w:t>
      </w:r>
      <w:proofErr w:type="spellStart"/>
      <w:r>
        <w:t>mirë</w:t>
      </w:r>
      <w:proofErr w:type="spellEnd"/>
      <w:r>
        <w:t xml:space="preserve">, </w:t>
      </w:r>
      <w:proofErr w:type="spellStart"/>
      <w:r>
        <w:t>janë</w:t>
      </w:r>
      <w:proofErr w:type="spellEnd"/>
      <w:r>
        <w:t xml:space="preserve"> </w:t>
      </w:r>
      <w:proofErr w:type="spellStart"/>
      <w:r>
        <w:t>një</w:t>
      </w:r>
      <w:proofErr w:type="spellEnd"/>
      <w:r>
        <w:t xml:space="preserve"> </w:t>
      </w:r>
      <w:proofErr w:type="spellStart"/>
      <w:r>
        <w:t>minutë</w:t>
      </w:r>
      <w:proofErr w:type="spellEnd"/>
      <w:r>
        <w:t xml:space="preserve">. Jo, </w:t>
      </w:r>
      <w:proofErr w:type="spellStart"/>
      <w:r>
        <w:t>pse</w:t>
      </w:r>
      <w:proofErr w:type="spellEnd"/>
      <w:r>
        <w:t xml:space="preserve"> jo, se </w:t>
      </w:r>
      <w:proofErr w:type="spellStart"/>
      <w:r>
        <w:t>jeni</w:t>
      </w:r>
      <w:proofErr w:type="spellEnd"/>
      <w:r>
        <w:t xml:space="preserve"> </w:t>
      </w:r>
      <w:proofErr w:type="spellStart"/>
      <w:r>
        <w:t>edhe</w:t>
      </w:r>
      <w:proofErr w:type="spellEnd"/>
      <w:r>
        <w:t xml:space="preserve"> </w:t>
      </w:r>
      <w:proofErr w:type="spellStart"/>
      <w:r>
        <w:t>përpara</w:t>
      </w:r>
      <w:proofErr w:type="spellEnd"/>
      <w:r>
        <w:t xml:space="preserve"> </w:t>
      </w:r>
      <w:proofErr w:type="spellStart"/>
      <w:r>
        <w:t>dhe</w:t>
      </w:r>
      <w:proofErr w:type="spellEnd"/>
      <w:r>
        <w:t xml:space="preserve"> </w:t>
      </w:r>
      <w:proofErr w:type="spellStart"/>
      <w:r>
        <w:t>njëherë</w:t>
      </w:r>
      <w:proofErr w:type="spellEnd"/>
      <w:r>
        <w:t xml:space="preserve">. </w:t>
      </w:r>
      <w:proofErr w:type="spellStart"/>
      <w:r>
        <w:t>Zoti</w:t>
      </w:r>
      <w:proofErr w:type="spellEnd"/>
      <w:r>
        <w:t xml:space="preserve"> Curri, </w:t>
      </w:r>
      <w:proofErr w:type="spellStart"/>
      <w:r>
        <w:t>dua</w:t>
      </w:r>
      <w:proofErr w:type="spellEnd"/>
      <w:r>
        <w:t xml:space="preserve"> </w:t>
      </w:r>
      <w:proofErr w:type="spellStart"/>
      <w:r>
        <w:t>t'ju</w:t>
      </w:r>
      <w:proofErr w:type="spellEnd"/>
      <w:r>
        <w:t xml:space="preserve"> </w:t>
      </w:r>
      <w:proofErr w:type="spellStart"/>
      <w:r>
        <w:t>falënderoj</w:t>
      </w:r>
      <w:proofErr w:type="spellEnd"/>
      <w:r>
        <w:t xml:space="preserve"> </w:t>
      </w:r>
      <w:proofErr w:type="spellStart"/>
      <w:r>
        <w:t>së</w:t>
      </w:r>
      <w:proofErr w:type="spellEnd"/>
      <w:r>
        <w:t xml:space="preserve"> </w:t>
      </w:r>
      <w:proofErr w:type="spellStart"/>
      <w:r>
        <w:t>pari</w:t>
      </w:r>
      <w:proofErr w:type="spellEnd"/>
      <w:r>
        <w:t xml:space="preserve"> </w:t>
      </w:r>
      <w:proofErr w:type="spellStart"/>
      <w:r>
        <w:t>për</w:t>
      </w:r>
      <w:proofErr w:type="spellEnd"/>
      <w:r>
        <w:t xml:space="preserve"> </w:t>
      </w:r>
      <w:proofErr w:type="spellStart"/>
      <w:r>
        <w:t>mendimet</w:t>
      </w:r>
      <w:proofErr w:type="spellEnd"/>
      <w:r>
        <w:t xml:space="preserve"> </w:t>
      </w:r>
      <w:proofErr w:type="spellStart"/>
      <w:r>
        <w:t>që</w:t>
      </w:r>
      <w:proofErr w:type="spellEnd"/>
      <w:r>
        <w:t xml:space="preserve"> </w:t>
      </w:r>
      <w:proofErr w:type="spellStart"/>
      <w:r>
        <w:t>shprehët</w:t>
      </w:r>
      <w:proofErr w:type="spellEnd"/>
      <w:r>
        <w:t xml:space="preserve"> </w:t>
      </w:r>
      <w:proofErr w:type="spellStart"/>
      <w:r>
        <w:t>këtu</w:t>
      </w:r>
      <w:proofErr w:type="spellEnd"/>
      <w:r>
        <w:t xml:space="preserve">, </w:t>
      </w:r>
      <w:proofErr w:type="spellStart"/>
      <w:r>
        <w:t>për</w:t>
      </w:r>
      <w:proofErr w:type="spellEnd"/>
      <w:r>
        <w:t xml:space="preserve"> </w:t>
      </w:r>
      <w:proofErr w:type="spellStart"/>
      <w:r>
        <w:t>shqetësimet</w:t>
      </w:r>
      <w:proofErr w:type="spellEnd"/>
      <w:r>
        <w:t xml:space="preserve">, </w:t>
      </w:r>
      <w:proofErr w:type="spellStart"/>
      <w:r>
        <w:t>deri</w:t>
      </w:r>
      <w:proofErr w:type="spellEnd"/>
      <w:r>
        <w:t xml:space="preserve"> </w:t>
      </w:r>
      <w:proofErr w:type="spellStart"/>
      <w:r>
        <w:t>diku</w:t>
      </w:r>
      <w:proofErr w:type="spellEnd"/>
      <w:r>
        <w:t xml:space="preserve"> </w:t>
      </w:r>
      <w:proofErr w:type="spellStart"/>
      <w:r>
        <w:t>edhe</w:t>
      </w:r>
      <w:proofErr w:type="spellEnd"/>
      <w:r>
        <w:t xml:space="preserve"> </w:t>
      </w:r>
      <w:proofErr w:type="spellStart"/>
      <w:r>
        <w:t>për</w:t>
      </w:r>
      <w:proofErr w:type="spellEnd"/>
      <w:r>
        <w:t xml:space="preserve"> </w:t>
      </w:r>
      <w:proofErr w:type="spellStart"/>
      <w:r>
        <w:t>ato</w:t>
      </w:r>
      <w:proofErr w:type="spellEnd"/>
      <w:r>
        <w:t xml:space="preserve"> </w:t>
      </w:r>
      <w:proofErr w:type="spellStart"/>
      <w:r>
        <w:t>që</w:t>
      </w:r>
      <w:proofErr w:type="spellEnd"/>
      <w:r>
        <w:t xml:space="preserve"> </w:t>
      </w:r>
      <w:proofErr w:type="spellStart"/>
      <w:r>
        <w:t>i</w:t>
      </w:r>
      <w:proofErr w:type="spellEnd"/>
      <w:r>
        <w:t xml:space="preserve"> </w:t>
      </w:r>
      <w:proofErr w:type="spellStart"/>
      <w:r>
        <w:t>konsideroni</w:t>
      </w:r>
      <w:proofErr w:type="spellEnd"/>
      <w:r>
        <w:t xml:space="preserve"> </w:t>
      </w:r>
      <w:proofErr w:type="spellStart"/>
      <w:r>
        <w:t>anë</w:t>
      </w:r>
      <w:proofErr w:type="spellEnd"/>
      <w:r>
        <w:t xml:space="preserve"> </w:t>
      </w:r>
      <w:proofErr w:type="spellStart"/>
      <w:r>
        <w:t>pozitive</w:t>
      </w:r>
      <w:proofErr w:type="spellEnd"/>
      <w:r>
        <w:t xml:space="preserve"> </w:t>
      </w:r>
      <w:proofErr w:type="spellStart"/>
      <w:r>
        <w:t>në</w:t>
      </w:r>
      <w:proofErr w:type="spellEnd"/>
      <w:r>
        <w:t xml:space="preserve"> </w:t>
      </w:r>
      <w:proofErr w:type="spellStart"/>
      <w:r>
        <w:t>drejtimin</w:t>
      </w:r>
      <w:proofErr w:type="spellEnd"/>
      <w:r>
        <w:t xml:space="preserve"> </w:t>
      </w:r>
      <w:proofErr w:type="spellStart"/>
      <w:r>
        <w:t>tuaj</w:t>
      </w:r>
      <w:proofErr w:type="spellEnd"/>
      <w:r>
        <w:t xml:space="preserve">. </w:t>
      </w:r>
      <w:proofErr w:type="spellStart"/>
      <w:r>
        <w:t>Zoti</w:t>
      </w:r>
      <w:proofErr w:type="spellEnd"/>
      <w:r>
        <w:t xml:space="preserve"> Curri, </w:t>
      </w:r>
      <w:proofErr w:type="spellStart"/>
      <w:r>
        <w:t>janë</w:t>
      </w:r>
      <w:proofErr w:type="spellEnd"/>
      <w:r>
        <w:t xml:space="preserve"> </w:t>
      </w:r>
      <w:proofErr w:type="spellStart"/>
      <w:r>
        <w:t>një</w:t>
      </w:r>
      <w:proofErr w:type="spellEnd"/>
      <w:r>
        <w:t xml:space="preserve"> </w:t>
      </w:r>
      <w:proofErr w:type="spellStart"/>
      <w:r>
        <w:t>minutë</w:t>
      </w:r>
      <w:proofErr w:type="spellEnd"/>
      <w:r>
        <w:t xml:space="preserve">. Ë </w:t>
      </w:r>
      <w:proofErr w:type="spellStart"/>
      <w:r>
        <w:t>i</w:t>
      </w:r>
      <w:proofErr w:type="spellEnd"/>
      <w:r>
        <w:t xml:space="preserve"> </w:t>
      </w:r>
      <w:proofErr w:type="spellStart"/>
      <w:r>
        <w:t>kam</w:t>
      </w:r>
      <w:proofErr w:type="spellEnd"/>
      <w:r>
        <w:t xml:space="preserve">, </w:t>
      </w:r>
      <w:proofErr w:type="spellStart"/>
      <w:r>
        <w:t>janë</w:t>
      </w:r>
      <w:proofErr w:type="spellEnd"/>
      <w:r>
        <w:t xml:space="preserve"> </w:t>
      </w:r>
      <w:proofErr w:type="spellStart"/>
      <w:r>
        <w:t>një</w:t>
      </w:r>
      <w:proofErr w:type="spellEnd"/>
      <w:r>
        <w:t xml:space="preserve"> </w:t>
      </w:r>
      <w:proofErr w:type="spellStart"/>
      <w:r>
        <w:t>minutë</w:t>
      </w:r>
      <w:proofErr w:type="spellEnd"/>
      <w:r>
        <w:t xml:space="preserve"> ta </w:t>
      </w:r>
      <w:proofErr w:type="spellStart"/>
      <w:r>
        <w:t>mbaroj</w:t>
      </w:r>
      <w:proofErr w:type="spellEnd"/>
      <w:r>
        <w:t xml:space="preserve">, </w:t>
      </w:r>
      <w:proofErr w:type="spellStart"/>
      <w:r>
        <w:t>një</w:t>
      </w:r>
      <w:proofErr w:type="spellEnd"/>
      <w:r>
        <w:t xml:space="preserve"> </w:t>
      </w:r>
      <w:proofErr w:type="spellStart"/>
      <w:r>
        <w:t>minutë</w:t>
      </w:r>
      <w:proofErr w:type="spellEnd"/>
      <w:r>
        <w:t xml:space="preserve"> ta </w:t>
      </w:r>
      <w:proofErr w:type="spellStart"/>
      <w:r>
        <w:t>mbaroj</w:t>
      </w:r>
      <w:proofErr w:type="spellEnd"/>
      <w:r>
        <w:t xml:space="preserve">, se </w:t>
      </w:r>
      <w:proofErr w:type="spellStart"/>
      <w:r>
        <w:t>i</w:t>
      </w:r>
      <w:proofErr w:type="spellEnd"/>
      <w:r>
        <w:t xml:space="preserve"> </w:t>
      </w:r>
      <w:proofErr w:type="spellStart"/>
      <w:r>
        <w:t>kam</w:t>
      </w:r>
      <w:proofErr w:type="spellEnd"/>
      <w:r>
        <w:t xml:space="preserve"> </w:t>
      </w:r>
      <w:proofErr w:type="spellStart"/>
      <w:r>
        <w:t>dëgjuar</w:t>
      </w:r>
      <w:proofErr w:type="spellEnd"/>
      <w:r>
        <w:t xml:space="preserve"> </w:t>
      </w:r>
      <w:proofErr w:type="spellStart"/>
      <w:r>
        <w:t>shpesh</w:t>
      </w:r>
      <w:proofErr w:type="spellEnd"/>
      <w:r>
        <w:t xml:space="preserve"> </w:t>
      </w:r>
      <w:proofErr w:type="spellStart"/>
      <w:r>
        <w:t>këto</w:t>
      </w:r>
      <w:proofErr w:type="spellEnd"/>
      <w:r>
        <w:t xml:space="preserve"> </w:t>
      </w:r>
      <w:proofErr w:type="spellStart"/>
      <w:r>
        <w:t>dhëna</w:t>
      </w:r>
      <w:proofErr w:type="spellEnd"/>
      <w:r>
        <w:t xml:space="preserve">. Kur </w:t>
      </w:r>
      <w:proofErr w:type="spellStart"/>
      <w:r>
        <w:t>janë</w:t>
      </w:r>
      <w:proofErr w:type="spellEnd"/>
      <w:r>
        <w:t xml:space="preserve"> </w:t>
      </w:r>
      <w:proofErr w:type="spellStart"/>
      <w:r>
        <w:t>në</w:t>
      </w:r>
      <w:proofErr w:type="spellEnd"/>
      <w:r>
        <w:t xml:space="preserve"> favor, </w:t>
      </w:r>
      <w:proofErr w:type="spellStart"/>
      <w:r>
        <w:t>i</w:t>
      </w:r>
      <w:proofErr w:type="spellEnd"/>
      <w:r>
        <w:t xml:space="preserve"> </w:t>
      </w:r>
      <w:proofErr w:type="spellStart"/>
      <w:r>
        <w:t>referohen</w:t>
      </w:r>
      <w:proofErr w:type="spellEnd"/>
      <w:r>
        <w:t xml:space="preserve">; </w:t>
      </w:r>
      <w:proofErr w:type="spellStart"/>
      <w:r>
        <w:t>kur</w:t>
      </w:r>
      <w:proofErr w:type="spellEnd"/>
      <w:r>
        <w:t xml:space="preserve"> </w:t>
      </w:r>
      <w:proofErr w:type="spellStart"/>
      <w:r>
        <w:t>s'janë</w:t>
      </w:r>
      <w:proofErr w:type="spellEnd"/>
      <w:r>
        <w:t xml:space="preserve"> </w:t>
      </w:r>
      <w:proofErr w:type="spellStart"/>
      <w:r>
        <w:t>në</w:t>
      </w:r>
      <w:proofErr w:type="spellEnd"/>
      <w:r>
        <w:t xml:space="preserve"> favor, </w:t>
      </w:r>
      <w:proofErr w:type="spellStart"/>
      <w:r>
        <w:t>nuk</w:t>
      </w:r>
      <w:proofErr w:type="spellEnd"/>
      <w:r>
        <w:t xml:space="preserve"> </w:t>
      </w:r>
      <w:proofErr w:type="spellStart"/>
      <w:r>
        <w:t>i</w:t>
      </w:r>
      <w:proofErr w:type="spellEnd"/>
      <w:r>
        <w:t xml:space="preserve"> </w:t>
      </w:r>
      <w:proofErr w:type="spellStart"/>
      <w:r>
        <w:t>referohen</w:t>
      </w:r>
      <w:proofErr w:type="spellEnd"/>
      <w:r>
        <w:t xml:space="preserve">. </w:t>
      </w:r>
      <w:proofErr w:type="spellStart"/>
      <w:r>
        <w:t>Zoti</w:t>
      </w:r>
      <w:proofErr w:type="spellEnd"/>
      <w:r>
        <w:t xml:space="preserve"> Curri, </w:t>
      </w:r>
      <w:proofErr w:type="spellStart"/>
      <w:r>
        <w:t>të</w:t>
      </w:r>
      <w:proofErr w:type="spellEnd"/>
      <w:r>
        <w:t xml:space="preserve"> </w:t>
      </w:r>
      <w:proofErr w:type="spellStart"/>
      <w:r>
        <w:t>lutem</w:t>
      </w:r>
      <w:proofErr w:type="spellEnd"/>
      <w:r>
        <w:t xml:space="preserve">, </w:t>
      </w:r>
      <w:proofErr w:type="spellStart"/>
      <w:r>
        <w:t>tani</w:t>
      </w:r>
      <w:proofErr w:type="spellEnd"/>
      <w:r>
        <w:t xml:space="preserve"> ta </w:t>
      </w:r>
      <w:proofErr w:type="spellStart"/>
      <w:r>
        <w:t>mbaroj</w:t>
      </w:r>
      <w:proofErr w:type="spellEnd"/>
      <w:r>
        <w:t xml:space="preserve"> </w:t>
      </w:r>
      <w:proofErr w:type="spellStart"/>
      <w:r>
        <w:t>unë</w:t>
      </w:r>
      <w:proofErr w:type="spellEnd"/>
      <w:r>
        <w:t xml:space="preserve">, </w:t>
      </w:r>
      <w:proofErr w:type="spellStart"/>
      <w:r>
        <w:t>domethënë</w:t>
      </w:r>
      <w:proofErr w:type="spellEnd"/>
      <w:r>
        <w:t xml:space="preserve">, se e </w:t>
      </w:r>
      <w:proofErr w:type="spellStart"/>
      <w:r>
        <w:t>kam</w:t>
      </w:r>
      <w:proofErr w:type="spellEnd"/>
      <w:r>
        <w:t xml:space="preserve"> </w:t>
      </w:r>
      <w:proofErr w:type="spellStart"/>
      <w:r>
        <w:t>përvojën</w:t>
      </w:r>
      <w:proofErr w:type="spellEnd"/>
      <w:r>
        <w:t xml:space="preserve"> e </w:t>
      </w:r>
      <w:proofErr w:type="spellStart"/>
      <w:r>
        <w:t>ballafaqimit</w:t>
      </w:r>
      <w:proofErr w:type="spellEnd"/>
      <w:r>
        <w:t xml:space="preserve"> </w:t>
      </w:r>
      <w:proofErr w:type="spellStart"/>
      <w:r>
        <w:t>dhe</w:t>
      </w:r>
      <w:proofErr w:type="spellEnd"/>
      <w:r>
        <w:t xml:space="preserve"> e </w:t>
      </w:r>
      <w:proofErr w:type="spellStart"/>
      <w:r>
        <w:t>kam</w:t>
      </w:r>
      <w:proofErr w:type="spellEnd"/>
      <w:r>
        <w:t xml:space="preserve"> </w:t>
      </w:r>
      <w:proofErr w:type="spellStart"/>
      <w:r>
        <w:t>një</w:t>
      </w:r>
      <w:proofErr w:type="spellEnd"/>
      <w:r>
        <w:t xml:space="preserve"> </w:t>
      </w:r>
      <w:proofErr w:type="spellStart"/>
      <w:r>
        <w:t>çik</w:t>
      </w:r>
      <w:proofErr w:type="spellEnd"/>
      <w:r>
        <w:t xml:space="preserve"> </w:t>
      </w:r>
      <w:proofErr w:type="spellStart"/>
      <w:r>
        <w:t>më</w:t>
      </w:r>
      <w:proofErr w:type="spellEnd"/>
      <w:r>
        <w:t xml:space="preserve"> </w:t>
      </w:r>
      <w:proofErr w:type="spellStart"/>
      <w:r>
        <w:t>të</w:t>
      </w:r>
      <w:proofErr w:type="spellEnd"/>
      <w:r>
        <w:t xml:space="preserve"> </w:t>
      </w:r>
      <w:proofErr w:type="spellStart"/>
      <w:r>
        <w:t>gjatë</w:t>
      </w:r>
      <w:proofErr w:type="spellEnd"/>
      <w:r>
        <w:t xml:space="preserve">. </w:t>
      </w:r>
      <w:proofErr w:type="spellStart"/>
      <w:r>
        <w:t>Ti</w:t>
      </w:r>
      <w:proofErr w:type="spellEnd"/>
      <w:r>
        <w:t xml:space="preserve"> e </w:t>
      </w:r>
      <w:proofErr w:type="spellStart"/>
      <w:r>
        <w:t>ke</w:t>
      </w:r>
      <w:proofErr w:type="spellEnd"/>
      <w:r>
        <w:t xml:space="preserve"> </w:t>
      </w:r>
      <w:proofErr w:type="spellStart"/>
      <w:r>
        <w:t>në</w:t>
      </w:r>
      <w:proofErr w:type="spellEnd"/>
      <w:r>
        <w:t xml:space="preserve"> </w:t>
      </w:r>
      <w:proofErr w:type="spellStart"/>
      <w:r>
        <w:t>një</w:t>
      </w:r>
      <w:proofErr w:type="spellEnd"/>
      <w:r>
        <w:t xml:space="preserve"> moment. </w:t>
      </w:r>
      <w:proofErr w:type="spellStart"/>
      <w:r>
        <w:t>Unë</w:t>
      </w:r>
      <w:proofErr w:type="spellEnd"/>
      <w:r>
        <w:t xml:space="preserve"> </w:t>
      </w:r>
      <w:proofErr w:type="spellStart"/>
      <w:r>
        <w:t>kam</w:t>
      </w:r>
      <w:proofErr w:type="spellEnd"/>
      <w:r>
        <w:t xml:space="preserve"> </w:t>
      </w:r>
      <w:proofErr w:type="spellStart"/>
      <w:r>
        <w:t>kaq</w:t>
      </w:r>
      <w:proofErr w:type="spellEnd"/>
      <w:r>
        <w:t xml:space="preserve"> </w:t>
      </w:r>
      <w:proofErr w:type="spellStart"/>
      <w:r>
        <w:t>dëgjesa</w:t>
      </w:r>
      <w:proofErr w:type="spellEnd"/>
      <w:r>
        <w:t xml:space="preserve"> </w:t>
      </w:r>
      <w:proofErr w:type="spellStart"/>
      <w:r>
        <w:t>që</w:t>
      </w:r>
      <w:proofErr w:type="spellEnd"/>
      <w:r>
        <w:t xml:space="preserve"> e </w:t>
      </w:r>
      <w:proofErr w:type="spellStart"/>
      <w:r>
        <w:t>bëj</w:t>
      </w:r>
      <w:proofErr w:type="spellEnd"/>
      <w:r>
        <w:t xml:space="preserve"> </w:t>
      </w:r>
      <w:proofErr w:type="spellStart"/>
      <w:r>
        <w:t>këtë</w:t>
      </w:r>
      <w:proofErr w:type="spellEnd"/>
      <w:r>
        <w:t xml:space="preserve"> </w:t>
      </w:r>
      <w:proofErr w:type="spellStart"/>
      <w:r>
        <w:t>punë</w:t>
      </w:r>
      <w:proofErr w:type="spellEnd"/>
      <w:r>
        <w:t xml:space="preserve"> </w:t>
      </w:r>
      <w:proofErr w:type="spellStart"/>
      <w:r>
        <w:t>edhe</w:t>
      </w:r>
      <w:proofErr w:type="spellEnd"/>
      <w:r>
        <w:t xml:space="preserve"> </w:t>
      </w:r>
      <w:proofErr w:type="spellStart"/>
      <w:r>
        <w:t>më</w:t>
      </w:r>
      <w:proofErr w:type="spellEnd"/>
      <w:r>
        <w:t xml:space="preserve"> </w:t>
      </w:r>
      <w:proofErr w:type="spellStart"/>
      <w:r>
        <w:t>përdoret</w:t>
      </w:r>
      <w:proofErr w:type="spellEnd"/>
      <w:r>
        <w:t xml:space="preserve"> </w:t>
      </w:r>
      <w:proofErr w:type="spellStart"/>
      <w:r>
        <w:t>njëherë</w:t>
      </w:r>
      <w:proofErr w:type="spellEnd"/>
      <w:r>
        <w:t xml:space="preserve"> </w:t>
      </w:r>
      <w:proofErr w:type="spellStart"/>
      <w:r>
        <w:t>kështu</w:t>
      </w:r>
      <w:proofErr w:type="spellEnd"/>
      <w:r>
        <w:t xml:space="preserve">, </w:t>
      </w:r>
      <w:proofErr w:type="spellStart"/>
      <w:r>
        <w:t>njëherë</w:t>
      </w:r>
      <w:proofErr w:type="spellEnd"/>
      <w:r>
        <w:t xml:space="preserve"> </w:t>
      </w:r>
      <w:proofErr w:type="spellStart"/>
      <w:r>
        <w:t>kështu</w:t>
      </w:r>
      <w:proofErr w:type="spellEnd"/>
      <w:r>
        <w:t xml:space="preserve">, </w:t>
      </w:r>
      <w:proofErr w:type="spellStart"/>
      <w:r>
        <w:t>domethënë</w:t>
      </w:r>
      <w:proofErr w:type="spellEnd"/>
      <w:r>
        <w:t xml:space="preserve">, </w:t>
      </w:r>
      <w:proofErr w:type="spellStart"/>
      <w:r>
        <w:t>dhe</w:t>
      </w:r>
      <w:proofErr w:type="spellEnd"/>
      <w:r>
        <w:t xml:space="preserve"> </w:t>
      </w:r>
      <w:proofErr w:type="spellStart"/>
      <w:r>
        <w:t>kjo</w:t>
      </w:r>
      <w:proofErr w:type="spellEnd"/>
      <w:r>
        <w:t xml:space="preserve"> </w:t>
      </w:r>
      <w:proofErr w:type="spellStart"/>
      <w:r>
        <w:t>nuk</w:t>
      </w:r>
      <w:proofErr w:type="spellEnd"/>
      <w:r>
        <w:t xml:space="preserve"> </w:t>
      </w:r>
      <w:proofErr w:type="spellStart"/>
      <w:r>
        <w:t>tregon</w:t>
      </w:r>
      <w:proofErr w:type="spellEnd"/>
      <w:r>
        <w:t xml:space="preserve"> </w:t>
      </w:r>
      <w:proofErr w:type="spellStart"/>
      <w:r>
        <w:t>asgjë</w:t>
      </w:r>
      <w:proofErr w:type="spellEnd"/>
      <w:r>
        <w:t xml:space="preserve">, </w:t>
      </w:r>
      <w:proofErr w:type="spellStart"/>
      <w:r>
        <w:t>sepse</w:t>
      </w:r>
      <w:proofErr w:type="spellEnd"/>
      <w:r>
        <w:t xml:space="preserve"> </w:t>
      </w:r>
      <w:proofErr w:type="spellStart"/>
      <w:r>
        <w:t>unë</w:t>
      </w:r>
      <w:proofErr w:type="spellEnd"/>
      <w:r>
        <w:t xml:space="preserve"> e </w:t>
      </w:r>
      <w:proofErr w:type="spellStart"/>
      <w:r>
        <w:t>shpreha</w:t>
      </w:r>
      <w:proofErr w:type="spellEnd"/>
      <w:r>
        <w:t xml:space="preserve">, ë </w:t>
      </w:r>
      <w:proofErr w:type="spellStart"/>
      <w:r>
        <w:t>fshihet</w:t>
      </w:r>
      <w:proofErr w:type="spellEnd"/>
      <w:r>
        <w:t xml:space="preserve"> pas </w:t>
      </w:r>
      <w:proofErr w:type="spellStart"/>
      <w:r>
        <w:t>numrave</w:t>
      </w:r>
      <w:proofErr w:type="spellEnd"/>
      <w:r>
        <w:t xml:space="preserve"> </w:t>
      </w:r>
      <w:proofErr w:type="spellStart"/>
      <w:r>
        <w:t>kostoja</w:t>
      </w:r>
      <w:proofErr w:type="spellEnd"/>
      <w:r>
        <w:t xml:space="preserve"> e </w:t>
      </w:r>
      <w:proofErr w:type="spellStart"/>
      <w:r>
        <w:t>shërbimit</w:t>
      </w:r>
      <w:proofErr w:type="spellEnd"/>
      <w:r>
        <w:t xml:space="preserve"> </w:t>
      </w:r>
      <w:proofErr w:type="spellStart"/>
      <w:r>
        <w:t>për</w:t>
      </w:r>
      <w:proofErr w:type="spellEnd"/>
      <w:r>
        <w:t xml:space="preserve"> </w:t>
      </w:r>
      <w:proofErr w:type="spellStart"/>
      <w:r>
        <w:t>shkak</w:t>
      </w:r>
      <w:proofErr w:type="spellEnd"/>
      <w:r>
        <w:t xml:space="preserve"> </w:t>
      </w:r>
      <w:proofErr w:type="spellStart"/>
      <w:r>
        <w:t>të</w:t>
      </w:r>
      <w:proofErr w:type="spellEnd"/>
      <w:r>
        <w:t xml:space="preserve"> </w:t>
      </w:r>
      <w:proofErr w:type="spellStart"/>
      <w:r>
        <w:t>lartësisë</w:t>
      </w:r>
      <w:proofErr w:type="spellEnd"/>
      <w:r>
        <w:t xml:space="preserve">, </w:t>
      </w:r>
      <w:proofErr w:type="spellStart"/>
      <w:r>
        <w:t>varfërisë</w:t>
      </w:r>
      <w:proofErr w:type="spellEnd"/>
      <w:r>
        <w:t xml:space="preserve">, </w:t>
      </w:r>
      <w:proofErr w:type="spellStart"/>
      <w:r>
        <w:t>distancës</w:t>
      </w:r>
      <w:proofErr w:type="spellEnd"/>
      <w:r>
        <w:t xml:space="preserve"> </w:t>
      </w:r>
      <w:proofErr w:type="spellStart"/>
      <w:r>
        <w:t>nga</w:t>
      </w:r>
      <w:proofErr w:type="spellEnd"/>
      <w:r>
        <w:t xml:space="preserve"> </w:t>
      </w:r>
      <w:proofErr w:type="spellStart"/>
      <w:r>
        <w:t>territori</w:t>
      </w:r>
      <w:proofErr w:type="spellEnd"/>
      <w:r>
        <w:t xml:space="preserve"> </w:t>
      </w:r>
      <w:proofErr w:type="spellStart"/>
      <w:r>
        <w:t>dhe</w:t>
      </w:r>
      <w:proofErr w:type="spellEnd"/>
      <w:r>
        <w:t xml:space="preserve"> </w:t>
      </w:r>
      <w:proofErr w:type="spellStart"/>
      <w:r>
        <w:t>gjëra</w:t>
      </w:r>
      <w:proofErr w:type="spellEnd"/>
      <w:r>
        <w:t xml:space="preserve"> </w:t>
      </w:r>
      <w:proofErr w:type="spellStart"/>
      <w:r>
        <w:t>që</w:t>
      </w:r>
      <w:proofErr w:type="spellEnd"/>
      <w:r>
        <w:t xml:space="preserve"> </w:t>
      </w:r>
      <w:proofErr w:type="spellStart"/>
      <w:r>
        <w:t>ekzistojnë</w:t>
      </w:r>
      <w:proofErr w:type="spellEnd"/>
      <w:r>
        <w:t xml:space="preserve"> kudo </w:t>
      </w:r>
      <w:proofErr w:type="spellStart"/>
      <w:r>
        <w:t>në</w:t>
      </w:r>
      <w:proofErr w:type="spellEnd"/>
      <w:r>
        <w:t xml:space="preserve"> </w:t>
      </w:r>
      <w:proofErr w:type="spellStart"/>
      <w:r>
        <w:t>zonat</w:t>
      </w:r>
      <w:proofErr w:type="spellEnd"/>
      <w:r>
        <w:t xml:space="preserve"> </w:t>
      </w:r>
      <w:proofErr w:type="spellStart"/>
      <w:r>
        <w:t>malore</w:t>
      </w:r>
      <w:proofErr w:type="spellEnd"/>
      <w:r>
        <w:t xml:space="preserve">, </w:t>
      </w:r>
      <w:proofErr w:type="spellStart"/>
      <w:r>
        <w:t>në</w:t>
      </w:r>
      <w:proofErr w:type="spellEnd"/>
      <w:r>
        <w:t xml:space="preserve"> </w:t>
      </w:r>
      <w:proofErr w:type="spellStart"/>
      <w:r>
        <w:t>të</w:t>
      </w:r>
      <w:proofErr w:type="spellEnd"/>
      <w:r>
        <w:t xml:space="preserve"> </w:t>
      </w:r>
      <w:proofErr w:type="spellStart"/>
      <w:r>
        <w:t>gjithë</w:t>
      </w:r>
      <w:proofErr w:type="spellEnd"/>
      <w:r>
        <w:t xml:space="preserve"> </w:t>
      </w:r>
      <w:proofErr w:type="spellStart"/>
      <w:r>
        <w:t>territoret</w:t>
      </w:r>
      <w:proofErr w:type="spellEnd"/>
      <w:r>
        <w:t xml:space="preserve"> e </w:t>
      </w:r>
      <w:proofErr w:type="spellStart"/>
      <w:r>
        <w:t>Evropës</w:t>
      </w:r>
      <w:proofErr w:type="spellEnd"/>
      <w:r>
        <w:t xml:space="preserve"> apo </w:t>
      </w:r>
      <w:proofErr w:type="spellStart"/>
      <w:r>
        <w:t>të</w:t>
      </w:r>
      <w:proofErr w:type="spellEnd"/>
      <w:r>
        <w:t xml:space="preserve"> </w:t>
      </w:r>
      <w:proofErr w:type="spellStart"/>
      <w:r>
        <w:t>vendeve</w:t>
      </w:r>
      <w:proofErr w:type="spellEnd"/>
      <w:r>
        <w:t xml:space="preserve"> </w:t>
      </w:r>
      <w:proofErr w:type="spellStart"/>
      <w:r>
        <w:t>fqinjë</w:t>
      </w:r>
      <w:proofErr w:type="spellEnd"/>
      <w:r>
        <w:t xml:space="preserve">. </w:t>
      </w:r>
      <w:proofErr w:type="spellStart"/>
      <w:r>
        <w:t>Dhe</w:t>
      </w:r>
      <w:proofErr w:type="spellEnd"/>
      <w:r>
        <w:t xml:space="preserve"> </w:t>
      </w:r>
      <w:proofErr w:type="spellStart"/>
      <w:r>
        <w:t>zgjidhjet</w:t>
      </w:r>
      <w:proofErr w:type="spellEnd"/>
      <w:r>
        <w:t xml:space="preserve"> </w:t>
      </w:r>
      <w:proofErr w:type="spellStart"/>
      <w:r>
        <w:t>janë</w:t>
      </w:r>
      <w:proofErr w:type="spellEnd"/>
      <w:r>
        <w:t xml:space="preserve"> </w:t>
      </w:r>
      <w:proofErr w:type="spellStart"/>
      <w:r>
        <w:t>mbështetjet</w:t>
      </w:r>
      <w:proofErr w:type="spellEnd"/>
      <w:r>
        <w:t xml:space="preserve"> </w:t>
      </w:r>
      <w:proofErr w:type="spellStart"/>
      <w:r>
        <w:t>financiare</w:t>
      </w:r>
      <w:proofErr w:type="spellEnd"/>
      <w:r>
        <w:t xml:space="preserve">, </w:t>
      </w:r>
      <w:proofErr w:type="spellStart"/>
      <w:r>
        <w:t>nuk</w:t>
      </w:r>
      <w:proofErr w:type="spellEnd"/>
      <w:r>
        <w:t xml:space="preserve"> </w:t>
      </w:r>
      <w:proofErr w:type="spellStart"/>
      <w:r>
        <w:t>janë</w:t>
      </w:r>
      <w:proofErr w:type="spellEnd"/>
      <w:r>
        <w:t xml:space="preserve"> </w:t>
      </w:r>
      <w:proofErr w:type="spellStart"/>
      <w:r>
        <w:t>tregimi</w:t>
      </w:r>
      <w:proofErr w:type="spellEnd"/>
      <w:r>
        <w:t xml:space="preserve"> </w:t>
      </w:r>
      <w:proofErr w:type="spellStart"/>
      <w:r>
        <w:t>i</w:t>
      </w:r>
      <w:proofErr w:type="spellEnd"/>
      <w:r>
        <w:t xml:space="preserve"> </w:t>
      </w:r>
      <w:proofErr w:type="spellStart"/>
      <w:r>
        <w:t>këtyre</w:t>
      </w:r>
      <w:proofErr w:type="spellEnd"/>
      <w:r>
        <w:t xml:space="preserve"> </w:t>
      </w:r>
      <w:proofErr w:type="spellStart"/>
      <w:r>
        <w:t>raporteve</w:t>
      </w:r>
      <w:proofErr w:type="spellEnd"/>
      <w:r>
        <w:t xml:space="preserve"> </w:t>
      </w:r>
      <w:proofErr w:type="spellStart"/>
      <w:r>
        <w:t>si</w:t>
      </w:r>
      <w:proofErr w:type="spellEnd"/>
      <w:r>
        <w:t xml:space="preserve"> argumenta </w:t>
      </w:r>
      <w:proofErr w:type="spellStart"/>
      <w:r>
        <w:t>për</w:t>
      </w:r>
      <w:proofErr w:type="spellEnd"/>
      <w:r>
        <w:t xml:space="preserve"> </w:t>
      </w:r>
      <w:proofErr w:type="spellStart"/>
      <w:r>
        <w:t>të</w:t>
      </w:r>
      <w:proofErr w:type="spellEnd"/>
      <w:r>
        <w:t xml:space="preserve"> </w:t>
      </w:r>
      <w:proofErr w:type="spellStart"/>
      <w:r>
        <w:t>dalë</w:t>
      </w:r>
      <w:proofErr w:type="spellEnd"/>
      <w:r>
        <w:t xml:space="preserve"> </w:t>
      </w:r>
      <w:proofErr w:type="spellStart"/>
      <w:r>
        <w:t>në</w:t>
      </w:r>
      <w:proofErr w:type="spellEnd"/>
      <w:r>
        <w:t xml:space="preserve"> </w:t>
      </w:r>
      <w:proofErr w:type="spellStart"/>
      <w:r>
        <w:t>përfundimin</w:t>
      </w:r>
      <w:proofErr w:type="spellEnd"/>
      <w:r>
        <w:t xml:space="preserve"> </w:t>
      </w:r>
      <w:proofErr w:type="spellStart"/>
      <w:r>
        <w:t>që</w:t>
      </w:r>
      <w:proofErr w:type="spellEnd"/>
      <w:r>
        <w:t xml:space="preserve"> </w:t>
      </w:r>
      <w:proofErr w:type="spellStart"/>
      <w:r>
        <w:t>kjo</w:t>
      </w:r>
      <w:proofErr w:type="spellEnd"/>
      <w:r>
        <w:t xml:space="preserve"> </w:t>
      </w:r>
      <w:proofErr w:type="spellStart"/>
      <w:r>
        <w:t>bashki</w:t>
      </w:r>
      <w:proofErr w:type="spellEnd"/>
      <w:r>
        <w:t xml:space="preserve"> e </w:t>
      </w:r>
      <w:proofErr w:type="spellStart"/>
      <w:r>
        <w:t>vogël</w:t>
      </w:r>
      <w:proofErr w:type="spellEnd"/>
      <w:r>
        <w:t xml:space="preserve"> </w:t>
      </w:r>
      <w:proofErr w:type="spellStart"/>
      <w:r>
        <w:t>duhet</w:t>
      </w:r>
      <w:proofErr w:type="spellEnd"/>
      <w:r>
        <w:t xml:space="preserve"> </w:t>
      </w:r>
      <w:proofErr w:type="spellStart"/>
      <w:r>
        <w:t>t'i</w:t>
      </w:r>
      <w:proofErr w:type="spellEnd"/>
      <w:r>
        <w:t xml:space="preserve"> </w:t>
      </w:r>
      <w:proofErr w:type="spellStart"/>
      <w:r>
        <w:t>bashkohet</w:t>
      </w:r>
      <w:proofErr w:type="spellEnd"/>
      <w:r>
        <w:t xml:space="preserve"> </w:t>
      </w:r>
      <w:proofErr w:type="spellStart"/>
      <w:r>
        <w:t>një</w:t>
      </w:r>
      <w:proofErr w:type="spellEnd"/>
      <w:r>
        <w:t xml:space="preserve"> </w:t>
      </w:r>
      <w:proofErr w:type="spellStart"/>
      <w:r>
        <w:t>bashkie</w:t>
      </w:r>
      <w:proofErr w:type="spellEnd"/>
      <w:r>
        <w:t xml:space="preserve"> </w:t>
      </w:r>
      <w:proofErr w:type="spellStart"/>
      <w:r>
        <w:t>më</w:t>
      </w:r>
      <w:proofErr w:type="spellEnd"/>
      <w:r>
        <w:t xml:space="preserve"> </w:t>
      </w:r>
      <w:proofErr w:type="spellStart"/>
      <w:r>
        <w:t>të</w:t>
      </w:r>
      <w:proofErr w:type="spellEnd"/>
      <w:r>
        <w:t xml:space="preserve"> </w:t>
      </w:r>
      <w:proofErr w:type="spellStart"/>
      <w:r>
        <w:t>madhe</w:t>
      </w:r>
      <w:proofErr w:type="spellEnd"/>
      <w:r>
        <w:t xml:space="preserve"> </w:t>
      </w:r>
      <w:proofErr w:type="spellStart"/>
      <w:r>
        <w:t>për</w:t>
      </w:r>
      <w:proofErr w:type="spellEnd"/>
      <w:r>
        <w:t xml:space="preserve"> </w:t>
      </w:r>
      <w:proofErr w:type="spellStart"/>
      <w:r>
        <w:t>të</w:t>
      </w:r>
      <w:proofErr w:type="spellEnd"/>
      <w:r>
        <w:t xml:space="preserve"> </w:t>
      </w:r>
      <w:proofErr w:type="spellStart"/>
      <w:r>
        <w:t>krijuar</w:t>
      </w:r>
      <w:proofErr w:type="spellEnd"/>
      <w:r>
        <w:t xml:space="preserve"> </w:t>
      </w:r>
      <w:proofErr w:type="spellStart"/>
      <w:r>
        <w:t>ekonominë</w:t>
      </w:r>
      <w:proofErr w:type="spellEnd"/>
      <w:r>
        <w:t xml:space="preserve"> e </w:t>
      </w:r>
      <w:proofErr w:type="spellStart"/>
      <w:r>
        <w:t>shkallës</w:t>
      </w:r>
      <w:proofErr w:type="spellEnd"/>
      <w:r>
        <w:t xml:space="preserve">, </w:t>
      </w:r>
      <w:proofErr w:type="spellStart"/>
      <w:r>
        <w:t>për</w:t>
      </w:r>
      <w:proofErr w:type="spellEnd"/>
      <w:r>
        <w:t xml:space="preserve"> </w:t>
      </w:r>
      <w:proofErr w:type="spellStart"/>
      <w:r>
        <w:t>të</w:t>
      </w:r>
      <w:proofErr w:type="spellEnd"/>
      <w:r>
        <w:t xml:space="preserve"> </w:t>
      </w:r>
      <w:proofErr w:type="spellStart"/>
      <w:r>
        <w:t>ulur</w:t>
      </w:r>
      <w:proofErr w:type="spellEnd"/>
      <w:r>
        <w:t xml:space="preserve"> </w:t>
      </w:r>
      <w:proofErr w:type="spellStart"/>
      <w:r>
        <w:t>kostot</w:t>
      </w:r>
      <w:proofErr w:type="spellEnd"/>
      <w:r>
        <w:t xml:space="preserve">. Tek e </w:t>
      </w:r>
      <w:proofErr w:type="spellStart"/>
      <w:r>
        <w:t>fundit</w:t>
      </w:r>
      <w:proofErr w:type="spellEnd"/>
      <w:r>
        <w:t xml:space="preserve">, ajo </w:t>
      </w:r>
      <w:proofErr w:type="spellStart"/>
      <w:r>
        <w:t>kosto</w:t>
      </w:r>
      <w:proofErr w:type="spellEnd"/>
      <w:r>
        <w:t xml:space="preserve"> </w:t>
      </w:r>
      <w:proofErr w:type="spellStart"/>
      <w:r>
        <w:t>mund</w:t>
      </w:r>
      <w:proofErr w:type="spellEnd"/>
      <w:r>
        <w:t xml:space="preserve"> </w:t>
      </w:r>
      <w:proofErr w:type="spellStart"/>
      <w:r>
        <w:t>të</w:t>
      </w:r>
      <w:proofErr w:type="spellEnd"/>
      <w:r>
        <w:t xml:space="preserve"> </w:t>
      </w:r>
      <w:proofErr w:type="spellStart"/>
      <w:r>
        <w:t>jetë</w:t>
      </w:r>
      <w:proofErr w:type="spellEnd"/>
      <w:r>
        <w:t xml:space="preserve"> e </w:t>
      </w:r>
      <w:proofErr w:type="spellStart"/>
      <w:r>
        <w:t>shprehur</w:t>
      </w:r>
      <w:proofErr w:type="spellEnd"/>
      <w:r>
        <w:t xml:space="preserve"> me </w:t>
      </w:r>
      <w:proofErr w:type="spellStart"/>
      <w:r>
        <w:t>numër</w:t>
      </w:r>
      <w:proofErr w:type="spellEnd"/>
      <w:r>
        <w:t xml:space="preserve"> </w:t>
      </w:r>
      <w:proofErr w:type="spellStart"/>
      <w:r>
        <w:t>punonjësish</w:t>
      </w:r>
      <w:proofErr w:type="spellEnd"/>
      <w:r>
        <w:t xml:space="preserve"> </w:t>
      </w:r>
      <w:proofErr w:type="spellStart"/>
      <w:r>
        <w:t>për</w:t>
      </w:r>
      <w:proofErr w:type="spellEnd"/>
      <w:r>
        <w:t xml:space="preserve"> </w:t>
      </w:r>
      <w:proofErr w:type="spellStart"/>
      <w:r>
        <w:t>banorë</w:t>
      </w:r>
      <w:proofErr w:type="spellEnd"/>
      <w:r>
        <w:t xml:space="preserve">, </w:t>
      </w:r>
      <w:proofErr w:type="spellStart"/>
      <w:r>
        <w:t>të</w:t>
      </w:r>
      <w:proofErr w:type="spellEnd"/>
      <w:r>
        <w:t xml:space="preserve"> </w:t>
      </w:r>
      <w:proofErr w:type="spellStart"/>
      <w:r>
        <w:t>duket</w:t>
      </w:r>
      <w:proofErr w:type="spellEnd"/>
      <w:r>
        <w:t xml:space="preserve"> </w:t>
      </w:r>
      <w:proofErr w:type="spellStart"/>
      <w:r>
        <w:t>shumë</w:t>
      </w:r>
      <w:proofErr w:type="spellEnd"/>
      <w:r>
        <w:t xml:space="preserve"> e </w:t>
      </w:r>
      <w:proofErr w:type="spellStart"/>
      <w:r>
        <w:t>madhe</w:t>
      </w:r>
      <w:proofErr w:type="spellEnd"/>
      <w:r>
        <w:t xml:space="preserve">, por </w:t>
      </w:r>
      <w:proofErr w:type="spellStart"/>
      <w:r>
        <w:t>në</w:t>
      </w:r>
      <w:proofErr w:type="spellEnd"/>
      <w:r>
        <w:t xml:space="preserve"> </w:t>
      </w:r>
      <w:proofErr w:type="spellStart"/>
      <w:r>
        <w:t>qoftë</w:t>
      </w:r>
      <w:proofErr w:type="spellEnd"/>
      <w:r>
        <w:t xml:space="preserve"> se ajo </w:t>
      </w:r>
      <w:proofErr w:type="spellStart"/>
      <w:r>
        <w:t>arrin</w:t>
      </w:r>
      <w:proofErr w:type="spellEnd"/>
      <w:r>
        <w:t xml:space="preserve"> </w:t>
      </w:r>
      <w:proofErr w:type="spellStart"/>
      <w:r>
        <w:t>të</w:t>
      </w:r>
      <w:proofErr w:type="spellEnd"/>
      <w:r>
        <w:t xml:space="preserve"> </w:t>
      </w:r>
      <w:proofErr w:type="spellStart"/>
      <w:r>
        <w:t>realizojë</w:t>
      </w:r>
      <w:proofErr w:type="spellEnd"/>
      <w:r>
        <w:t xml:space="preserve"> </w:t>
      </w:r>
      <w:proofErr w:type="spellStart"/>
      <w:r>
        <w:t>shërbimin</w:t>
      </w:r>
      <w:proofErr w:type="spellEnd"/>
      <w:r>
        <w:t xml:space="preserve"> </w:t>
      </w:r>
      <w:proofErr w:type="spellStart"/>
      <w:r>
        <w:t>tek</w:t>
      </w:r>
      <w:proofErr w:type="spellEnd"/>
      <w:r>
        <w:t xml:space="preserve"> </w:t>
      </w:r>
      <w:proofErr w:type="spellStart"/>
      <w:r>
        <w:t>qytetari</w:t>
      </w:r>
      <w:proofErr w:type="spellEnd"/>
      <w:r>
        <w:t xml:space="preserve"> </w:t>
      </w:r>
      <w:proofErr w:type="spellStart"/>
      <w:r>
        <w:t>fundor</w:t>
      </w:r>
      <w:proofErr w:type="spellEnd"/>
      <w:r>
        <w:t xml:space="preserve">, bravo. Bashkia </w:t>
      </w:r>
      <w:proofErr w:type="spellStart"/>
      <w:r>
        <w:t>është</w:t>
      </w:r>
      <w:proofErr w:type="spellEnd"/>
      <w:r>
        <w:t xml:space="preserve"> </w:t>
      </w:r>
      <w:proofErr w:type="spellStart"/>
      <w:r>
        <w:t>shërbim</w:t>
      </w:r>
      <w:proofErr w:type="spellEnd"/>
      <w:r>
        <w:t xml:space="preserve">. Bashkia </w:t>
      </w:r>
      <w:proofErr w:type="spellStart"/>
      <w:r>
        <w:t>nuk</w:t>
      </w:r>
      <w:proofErr w:type="spellEnd"/>
      <w:r>
        <w:t xml:space="preserve"> </w:t>
      </w:r>
      <w:proofErr w:type="spellStart"/>
      <w:r>
        <w:t>është</w:t>
      </w:r>
      <w:proofErr w:type="spellEnd"/>
      <w:r>
        <w:t xml:space="preserve"> </w:t>
      </w:r>
      <w:proofErr w:type="spellStart"/>
      <w:r>
        <w:t>ndërmarrje</w:t>
      </w:r>
      <w:proofErr w:type="spellEnd"/>
      <w:r>
        <w:t xml:space="preserve"> </w:t>
      </w:r>
      <w:proofErr w:type="spellStart"/>
      <w:r>
        <w:t>fitimprurëse</w:t>
      </w:r>
      <w:proofErr w:type="spellEnd"/>
      <w:r>
        <w:t xml:space="preserve">. Ka </w:t>
      </w:r>
      <w:proofErr w:type="spellStart"/>
      <w:r>
        <w:t>bashki</w:t>
      </w:r>
      <w:proofErr w:type="spellEnd"/>
      <w:r>
        <w:t xml:space="preserve"> </w:t>
      </w:r>
      <w:proofErr w:type="spellStart"/>
      <w:r>
        <w:t>të</w:t>
      </w:r>
      <w:proofErr w:type="spellEnd"/>
      <w:r>
        <w:t xml:space="preserve"> </w:t>
      </w:r>
      <w:proofErr w:type="spellStart"/>
      <w:r>
        <w:t>pasura</w:t>
      </w:r>
      <w:proofErr w:type="spellEnd"/>
      <w:r>
        <w:t xml:space="preserve"> </w:t>
      </w:r>
      <w:proofErr w:type="spellStart"/>
      <w:r>
        <w:t>që</w:t>
      </w:r>
      <w:proofErr w:type="spellEnd"/>
      <w:r>
        <w:t xml:space="preserve"> </w:t>
      </w:r>
      <w:proofErr w:type="spellStart"/>
      <w:r>
        <w:t>dalin</w:t>
      </w:r>
      <w:proofErr w:type="spellEnd"/>
      <w:r>
        <w:t xml:space="preserve"> </w:t>
      </w:r>
      <w:proofErr w:type="spellStart"/>
      <w:r>
        <w:t>edhe</w:t>
      </w:r>
      <w:proofErr w:type="spellEnd"/>
      <w:r>
        <w:t xml:space="preserve"> </w:t>
      </w:r>
      <w:proofErr w:type="spellStart"/>
      <w:r>
        <w:t>mirë</w:t>
      </w:r>
      <w:proofErr w:type="spellEnd"/>
      <w:r>
        <w:t xml:space="preserve"> </w:t>
      </w:r>
      <w:proofErr w:type="spellStart"/>
      <w:r>
        <w:t>nga</w:t>
      </w:r>
      <w:proofErr w:type="spellEnd"/>
      <w:r>
        <w:t xml:space="preserve"> ana </w:t>
      </w:r>
      <w:proofErr w:type="spellStart"/>
      <w:r>
        <w:t>ekonomike</w:t>
      </w:r>
      <w:proofErr w:type="spellEnd"/>
      <w:r>
        <w:t xml:space="preserve">, por </w:t>
      </w:r>
      <w:proofErr w:type="spellStart"/>
      <w:r>
        <w:t>është</w:t>
      </w:r>
      <w:proofErr w:type="spellEnd"/>
      <w:r>
        <w:t xml:space="preserve"> ai </w:t>
      </w:r>
      <w:proofErr w:type="spellStart"/>
      <w:r>
        <w:t>fondi</w:t>
      </w:r>
      <w:proofErr w:type="spellEnd"/>
      <w:r>
        <w:t xml:space="preserve"> </w:t>
      </w:r>
      <w:proofErr w:type="spellStart"/>
      <w:r>
        <w:t>i</w:t>
      </w:r>
      <w:proofErr w:type="spellEnd"/>
      <w:r>
        <w:t xml:space="preserve"> </w:t>
      </w:r>
      <w:proofErr w:type="spellStart"/>
      <w:r>
        <w:t>barazisë</w:t>
      </w:r>
      <w:proofErr w:type="spellEnd"/>
      <w:r>
        <w:t xml:space="preserve"> </w:t>
      </w:r>
      <w:proofErr w:type="spellStart"/>
      <w:r>
        <w:t>që</w:t>
      </w:r>
      <w:proofErr w:type="spellEnd"/>
      <w:r>
        <w:t xml:space="preserve"> </w:t>
      </w:r>
      <w:proofErr w:type="spellStart"/>
      <w:r>
        <w:t>shumë</w:t>
      </w:r>
      <w:proofErr w:type="spellEnd"/>
      <w:r>
        <w:t xml:space="preserve"> </w:t>
      </w:r>
      <w:proofErr w:type="spellStart"/>
      <w:r>
        <w:t>lekë</w:t>
      </w:r>
      <w:proofErr w:type="spellEnd"/>
      <w:r>
        <w:t xml:space="preserve"> </w:t>
      </w:r>
      <w:proofErr w:type="spellStart"/>
      <w:r>
        <w:t>kalojnë</w:t>
      </w:r>
      <w:proofErr w:type="spellEnd"/>
      <w:r>
        <w:t xml:space="preserve"> </w:t>
      </w:r>
      <w:proofErr w:type="spellStart"/>
      <w:r>
        <w:t>pastaj</w:t>
      </w:r>
      <w:proofErr w:type="spellEnd"/>
      <w:r>
        <w:t xml:space="preserve"> </w:t>
      </w:r>
      <w:proofErr w:type="spellStart"/>
      <w:r>
        <w:t>tek</w:t>
      </w:r>
      <w:proofErr w:type="spellEnd"/>
      <w:r>
        <w:t xml:space="preserve"> </w:t>
      </w:r>
      <w:proofErr w:type="spellStart"/>
      <w:r>
        <w:t>bashkitë</w:t>
      </w:r>
      <w:proofErr w:type="spellEnd"/>
      <w:r>
        <w:t xml:space="preserve"> </w:t>
      </w:r>
      <w:proofErr w:type="spellStart"/>
      <w:r>
        <w:t>malore</w:t>
      </w:r>
      <w:proofErr w:type="spellEnd"/>
      <w:r>
        <w:t xml:space="preserve">, </w:t>
      </w:r>
      <w:proofErr w:type="spellStart"/>
      <w:r>
        <w:t>sepse</w:t>
      </w:r>
      <w:proofErr w:type="spellEnd"/>
      <w:r>
        <w:t xml:space="preserve"> </w:t>
      </w:r>
      <w:proofErr w:type="spellStart"/>
      <w:r>
        <w:t>misioni</w:t>
      </w:r>
      <w:proofErr w:type="spellEnd"/>
      <w:r>
        <w:t xml:space="preserve"> </w:t>
      </w:r>
      <w:proofErr w:type="spellStart"/>
      <w:r>
        <w:t>është</w:t>
      </w:r>
      <w:proofErr w:type="spellEnd"/>
      <w:r>
        <w:t xml:space="preserve"> </w:t>
      </w:r>
      <w:proofErr w:type="spellStart"/>
      <w:r>
        <w:t>shërbimi</w:t>
      </w:r>
      <w:proofErr w:type="spellEnd"/>
      <w:r>
        <w:t xml:space="preserve">, </w:t>
      </w:r>
      <w:proofErr w:type="spellStart"/>
      <w:r>
        <w:t>ruajtja</w:t>
      </w:r>
      <w:proofErr w:type="spellEnd"/>
      <w:r>
        <w:t xml:space="preserve"> e </w:t>
      </w:r>
      <w:proofErr w:type="spellStart"/>
      <w:r>
        <w:t>territorit</w:t>
      </w:r>
      <w:proofErr w:type="spellEnd"/>
      <w:r>
        <w:t xml:space="preserve">, </w:t>
      </w:r>
      <w:proofErr w:type="spellStart"/>
      <w:r>
        <w:t>ruajtja</w:t>
      </w:r>
      <w:proofErr w:type="spellEnd"/>
      <w:r>
        <w:t xml:space="preserve"> e </w:t>
      </w:r>
      <w:proofErr w:type="spellStart"/>
      <w:r>
        <w:t>banorëve</w:t>
      </w:r>
      <w:proofErr w:type="spellEnd"/>
      <w:r>
        <w:t xml:space="preserve"> </w:t>
      </w:r>
      <w:proofErr w:type="spellStart"/>
      <w:r>
        <w:t>në</w:t>
      </w:r>
      <w:proofErr w:type="spellEnd"/>
      <w:r>
        <w:t xml:space="preserve"> </w:t>
      </w:r>
      <w:proofErr w:type="spellStart"/>
      <w:r>
        <w:t>ato</w:t>
      </w:r>
      <w:proofErr w:type="spellEnd"/>
      <w:r>
        <w:t xml:space="preserve"> zona, </w:t>
      </w:r>
      <w:proofErr w:type="spellStart"/>
      <w:r>
        <w:t>në</w:t>
      </w:r>
      <w:proofErr w:type="spellEnd"/>
      <w:r>
        <w:t xml:space="preserve"> </w:t>
      </w:r>
      <w:proofErr w:type="spellStart"/>
      <w:r>
        <w:t>ato</w:t>
      </w:r>
      <w:proofErr w:type="spellEnd"/>
      <w:r>
        <w:t xml:space="preserve"> </w:t>
      </w:r>
      <w:proofErr w:type="spellStart"/>
      <w:r>
        <w:t>dy</w:t>
      </w:r>
      <w:proofErr w:type="spellEnd"/>
      <w:r>
        <w:t xml:space="preserve"> </w:t>
      </w:r>
      <w:proofErr w:type="spellStart"/>
      <w:r>
        <w:t>fshatra</w:t>
      </w:r>
      <w:proofErr w:type="spellEnd"/>
      <w:r>
        <w:t xml:space="preserve"> </w:t>
      </w:r>
      <w:proofErr w:type="spellStart"/>
      <w:r>
        <w:t>që</w:t>
      </w:r>
      <w:proofErr w:type="spellEnd"/>
      <w:r>
        <w:t xml:space="preserve"> </w:t>
      </w:r>
      <w:proofErr w:type="spellStart"/>
      <w:r>
        <w:t>s'kanë</w:t>
      </w:r>
      <w:proofErr w:type="spellEnd"/>
      <w:r>
        <w:t xml:space="preserve"> </w:t>
      </w:r>
      <w:proofErr w:type="spellStart"/>
      <w:r>
        <w:t>lidhje</w:t>
      </w:r>
      <w:proofErr w:type="spellEnd"/>
      <w:r>
        <w:t xml:space="preserve">, </w:t>
      </w:r>
      <w:proofErr w:type="spellStart"/>
      <w:r>
        <w:t>që</w:t>
      </w:r>
      <w:proofErr w:type="spellEnd"/>
      <w:r>
        <w:t xml:space="preserve"> </w:t>
      </w:r>
      <w:proofErr w:type="spellStart"/>
      <w:r>
        <w:t>sakrifikojnë</w:t>
      </w:r>
      <w:proofErr w:type="spellEnd"/>
      <w:r>
        <w:t xml:space="preserve"> se </w:t>
      </w:r>
      <w:proofErr w:type="spellStart"/>
      <w:r>
        <w:t>s'kanë</w:t>
      </w:r>
      <w:proofErr w:type="spellEnd"/>
      <w:r>
        <w:t xml:space="preserve"> </w:t>
      </w:r>
      <w:proofErr w:type="spellStart"/>
      <w:r>
        <w:t>shërbim</w:t>
      </w:r>
      <w:proofErr w:type="spellEnd"/>
      <w:r>
        <w:t xml:space="preserve"> </w:t>
      </w:r>
      <w:proofErr w:type="spellStart"/>
      <w:r>
        <w:t>shëndetësor</w:t>
      </w:r>
      <w:proofErr w:type="spellEnd"/>
      <w:r>
        <w:t xml:space="preserve">, </w:t>
      </w:r>
      <w:proofErr w:type="spellStart"/>
      <w:r>
        <w:t>s'kanë</w:t>
      </w:r>
      <w:proofErr w:type="spellEnd"/>
      <w:r>
        <w:t xml:space="preserve"> </w:t>
      </w:r>
      <w:proofErr w:type="spellStart"/>
      <w:r>
        <w:t>shërbim</w:t>
      </w:r>
      <w:proofErr w:type="spellEnd"/>
      <w:r>
        <w:t xml:space="preserve"> </w:t>
      </w:r>
      <w:proofErr w:type="spellStart"/>
      <w:r>
        <w:t>arsimor</w:t>
      </w:r>
      <w:proofErr w:type="spellEnd"/>
      <w:r>
        <w:t xml:space="preserve">, </w:t>
      </w:r>
      <w:proofErr w:type="spellStart"/>
      <w:r>
        <w:t>s'kanë</w:t>
      </w:r>
      <w:proofErr w:type="spellEnd"/>
      <w:r>
        <w:t xml:space="preserve"> </w:t>
      </w:r>
      <w:proofErr w:type="spellStart"/>
      <w:r>
        <w:t>shërbime</w:t>
      </w:r>
      <w:proofErr w:type="spellEnd"/>
      <w:r>
        <w:t xml:space="preserve"> </w:t>
      </w:r>
      <w:proofErr w:type="spellStart"/>
      <w:r>
        <w:t>të</w:t>
      </w:r>
      <w:proofErr w:type="spellEnd"/>
      <w:r>
        <w:t xml:space="preserve"> </w:t>
      </w:r>
      <w:proofErr w:type="spellStart"/>
      <w:r>
        <w:t>tjera</w:t>
      </w:r>
      <w:proofErr w:type="spellEnd"/>
      <w:r>
        <w:t xml:space="preserve">. </w:t>
      </w:r>
      <w:proofErr w:type="spellStart"/>
      <w:r>
        <w:t>Dhe</w:t>
      </w:r>
      <w:proofErr w:type="spellEnd"/>
      <w:r>
        <w:t xml:space="preserve"> </w:t>
      </w:r>
      <w:proofErr w:type="spellStart"/>
      <w:r>
        <w:t>ky</w:t>
      </w:r>
      <w:proofErr w:type="spellEnd"/>
      <w:r>
        <w:t xml:space="preserve"> </w:t>
      </w:r>
      <w:proofErr w:type="spellStart"/>
      <w:r>
        <w:t>këndvështrim</w:t>
      </w:r>
      <w:proofErr w:type="spellEnd"/>
      <w:r>
        <w:t xml:space="preserve"> uniform </w:t>
      </w:r>
      <w:proofErr w:type="spellStart"/>
      <w:r>
        <w:t>që</w:t>
      </w:r>
      <w:proofErr w:type="spellEnd"/>
      <w:r>
        <w:t xml:space="preserve"> </w:t>
      </w:r>
      <w:proofErr w:type="spellStart"/>
      <w:r>
        <w:t>i</w:t>
      </w:r>
      <w:proofErr w:type="spellEnd"/>
      <w:r>
        <w:t xml:space="preserve"> </w:t>
      </w:r>
      <w:proofErr w:type="spellStart"/>
      <w:r>
        <w:t>vë</w:t>
      </w:r>
      <w:proofErr w:type="spellEnd"/>
      <w:r>
        <w:t xml:space="preserve"> </w:t>
      </w:r>
      <w:proofErr w:type="spellStart"/>
      <w:r>
        <w:t>një</w:t>
      </w:r>
      <w:proofErr w:type="spellEnd"/>
      <w:r>
        <w:t xml:space="preserve"> </w:t>
      </w:r>
      <w:proofErr w:type="spellStart"/>
      <w:r>
        <w:t>rrafsh</w:t>
      </w:r>
      <w:proofErr w:type="spellEnd"/>
      <w:r>
        <w:t xml:space="preserve"> </w:t>
      </w:r>
      <w:proofErr w:type="spellStart"/>
      <w:r>
        <w:t>të</w:t>
      </w:r>
      <w:proofErr w:type="spellEnd"/>
      <w:r>
        <w:t xml:space="preserve"> </w:t>
      </w:r>
      <w:proofErr w:type="spellStart"/>
      <w:r>
        <w:t>gjithë</w:t>
      </w:r>
      <w:proofErr w:type="spellEnd"/>
      <w:r>
        <w:t xml:space="preserve"> </w:t>
      </w:r>
      <w:proofErr w:type="spellStart"/>
      <w:r>
        <w:t>ndryshimeve</w:t>
      </w:r>
      <w:proofErr w:type="spellEnd"/>
      <w:r>
        <w:t xml:space="preserve"> </w:t>
      </w:r>
      <w:proofErr w:type="spellStart"/>
      <w:r>
        <w:t>specifike</w:t>
      </w:r>
      <w:proofErr w:type="spellEnd"/>
      <w:r>
        <w:t xml:space="preserve"> </w:t>
      </w:r>
      <w:proofErr w:type="spellStart"/>
      <w:r>
        <w:t>shumë</w:t>
      </w:r>
      <w:proofErr w:type="spellEnd"/>
      <w:r>
        <w:t xml:space="preserve"> </w:t>
      </w:r>
      <w:proofErr w:type="spellStart"/>
      <w:r>
        <w:t>i</w:t>
      </w:r>
      <w:proofErr w:type="spellEnd"/>
      <w:r>
        <w:t xml:space="preserve"> </w:t>
      </w:r>
      <w:proofErr w:type="spellStart"/>
      <w:r>
        <w:t>rëndë</w:t>
      </w:r>
      <w:proofErr w:type="spellEnd"/>
      <w:r>
        <w:t xml:space="preserve">, </w:t>
      </w:r>
      <w:proofErr w:type="spellStart"/>
      <w:r>
        <w:t>sepse</w:t>
      </w:r>
      <w:proofErr w:type="spellEnd"/>
      <w:r>
        <w:t xml:space="preserve"> </w:t>
      </w:r>
      <w:proofErr w:type="spellStart"/>
      <w:r>
        <w:t>prandaj</w:t>
      </w:r>
      <w:proofErr w:type="spellEnd"/>
      <w:r>
        <w:t xml:space="preserve"> ne </w:t>
      </w:r>
      <w:proofErr w:type="spellStart"/>
      <w:r>
        <w:t>bëjmë</w:t>
      </w:r>
      <w:proofErr w:type="spellEnd"/>
      <w:r>
        <w:t xml:space="preserve"> </w:t>
      </w:r>
      <w:proofErr w:type="spellStart"/>
      <w:r>
        <w:t>dëgjesa</w:t>
      </w:r>
      <w:proofErr w:type="spellEnd"/>
      <w:r>
        <w:t xml:space="preserve"> </w:t>
      </w:r>
      <w:proofErr w:type="spellStart"/>
      <w:r>
        <w:t>në</w:t>
      </w:r>
      <w:proofErr w:type="spellEnd"/>
      <w:r>
        <w:t xml:space="preserve"> </w:t>
      </w:r>
      <w:proofErr w:type="spellStart"/>
      <w:r>
        <w:t>qarqe</w:t>
      </w:r>
      <w:proofErr w:type="spellEnd"/>
      <w:r>
        <w:t xml:space="preserve">. </w:t>
      </w:r>
      <w:proofErr w:type="spellStart"/>
      <w:r>
        <w:t>Kanë</w:t>
      </w:r>
      <w:proofErr w:type="spellEnd"/>
      <w:r>
        <w:t xml:space="preserve"> </w:t>
      </w:r>
      <w:proofErr w:type="spellStart"/>
      <w:r>
        <w:t>specifikat</w:t>
      </w:r>
      <w:proofErr w:type="spellEnd"/>
      <w:r>
        <w:t xml:space="preserve"> e </w:t>
      </w:r>
      <w:proofErr w:type="spellStart"/>
      <w:r>
        <w:t>tyre</w:t>
      </w:r>
      <w:proofErr w:type="spellEnd"/>
      <w:r>
        <w:t xml:space="preserve"> </w:t>
      </w:r>
      <w:proofErr w:type="spellStart"/>
      <w:r>
        <w:t>qarqet</w:t>
      </w:r>
      <w:proofErr w:type="spellEnd"/>
      <w:r>
        <w:t xml:space="preserve">, </w:t>
      </w:r>
      <w:proofErr w:type="spellStart"/>
      <w:r>
        <w:t>kanë</w:t>
      </w:r>
      <w:proofErr w:type="spellEnd"/>
      <w:r>
        <w:t xml:space="preserve"> </w:t>
      </w:r>
      <w:proofErr w:type="spellStart"/>
      <w:r>
        <w:t>kërkesat</w:t>
      </w:r>
      <w:proofErr w:type="spellEnd"/>
      <w:r>
        <w:t xml:space="preserve"> e </w:t>
      </w:r>
      <w:proofErr w:type="spellStart"/>
      <w:r>
        <w:t>tyre</w:t>
      </w:r>
      <w:proofErr w:type="spellEnd"/>
      <w:r>
        <w:t xml:space="preserve">. Nuk </w:t>
      </w:r>
      <w:proofErr w:type="spellStart"/>
      <w:r>
        <w:t>është</w:t>
      </w:r>
      <w:proofErr w:type="spellEnd"/>
      <w:r>
        <w:t xml:space="preserve"> </w:t>
      </w:r>
      <w:proofErr w:type="spellStart"/>
      <w:r>
        <w:t>njësoj</w:t>
      </w:r>
      <w:proofErr w:type="spellEnd"/>
      <w:r>
        <w:t xml:space="preserve"> </w:t>
      </w:r>
      <w:proofErr w:type="spellStart"/>
      <w:r>
        <w:t>shërbimin</w:t>
      </w:r>
      <w:proofErr w:type="spellEnd"/>
      <w:r>
        <w:t xml:space="preserve"> </w:t>
      </w:r>
      <w:proofErr w:type="spellStart"/>
      <w:r>
        <w:t>bregdet</w:t>
      </w:r>
      <w:proofErr w:type="spellEnd"/>
      <w:r>
        <w:t xml:space="preserve"> </w:t>
      </w:r>
      <w:proofErr w:type="spellStart"/>
      <w:r>
        <w:t>i</w:t>
      </w:r>
      <w:proofErr w:type="spellEnd"/>
      <w:r>
        <w:t xml:space="preserve"> </w:t>
      </w:r>
      <w:proofErr w:type="spellStart"/>
      <w:r>
        <w:t>banorit</w:t>
      </w:r>
      <w:proofErr w:type="spellEnd"/>
      <w:r>
        <w:t xml:space="preserve"> apo </w:t>
      </w:r>
      <w:proofErr w:type="spellStart"/>
      <w:r>
        <w:t>në</w:t>
      </w:r>
      <w:proofErr w:type="spellEnd"/>
      <w:r>
        <w:t xml:space="preserve"> </w:t>
      </w:r>
      <w:proofErr w:type="spellStart"/>
      <w:r>
        <w:t>qendër</w:t>
      </w:r>
      <w:proofErr w:type="spellEnd"/>
      <w:r>
        <w:t xml:space="preserve"> </w:t>
      </w:r>
      <w:proofErr w:type="spellStart"/>
      <w:r>
        <w:t>të</w:t>
      </w:r>
      <w:proofErr w:type="spellEnd"/>
      <w:r>
        <w:t xml:space="preserve"> </w:t>
      </w:r>
      <w:proofErr w:type="spellStart"/>
      <w:r>
        <w:t>Tiranës</w:t>
      </w:r>
      <w:proofErr w:type="spellEnd"/>
      <w:r>
        <w:t xml:space="preserve"> me </w:t>
      </w:r>
      <w:proofErr w:type="spellStart"/>
      <w:r>
        <w:t>banorin</w:t>
      </w:r>
      <w:proofErr w:type="spellEnd"/>
      <w:r>
        <w:t xml:space="preserve"> </w:t>
      </w:r>
      <w:proofErr w:type="spellStart"/>
      <w:r>
        <w:t>në</w:t>
      </w:r>
      <w:proofErr w:type="spellEnd"/>
      <w:r>
        <w:t xml:space="preserve"> Dukagjin apo </w:t>
      </w:r>
      <w:proofErr w:type="spellStart"/>
      <w:r>
        <w:t>në</w:t>
      </w:r>
      <w:proofErr w:type="spellEnd"/>
      <w:r>
        <w:t xml:space="preserve"> </w:t>
      </w:r>
      <w:proofErr w:type="spellStart"/>
      <w:r>
        <w:t>Fushëarës</w:t>
      </w:r>
      <w:proofErr w:type="spellEnd"/>
      <w:r>
        <w:t xml:space="preserve"> apo </w:t>
      </w:r>
      <w:proofErr w:type="spellStart"/>
      <w:r>
        <w:t>në</w:t>
      </w:r>
      <w:proofErr w:type="spellEnd"/>
      <w:r>
        <w:t xml:space="preserve"> </w:t>
      </w:r>
      <w:proofErr w:type="spellStart"/>
      <w:r>
        <w:t>Pukë</w:t>
      </w:r>
      <w:proofErr w:type="spellEnd"/>
      <w:r>
        <w:t xml:space="preserve">, ka apo </w:t>
      </w:r>
      <w:proofErr w:type="spellStart"/>
      <w:r>
        <w:t>në</w:t>
      </w:r>
      <w:proofErr w:type="spellEnd"/>
      <w:r>
        <w:t xml:space="preserve"> </w:t>
      </w:r>
      <w:proofErr w:type="spellStart"/>
      <w:r>
        <w:t>Malësinë</w:t>
      </w:r>
      <w:proofErr w:type="spellEnd"/>
      <w:r>
        <w:t xml:space="preserve"> e </w:t>
      </w:r>
      <w:proofErr w:type="spellStart"/>
      <w:r>
        <w:t>Madhe</w:t>
      </w:r>
      <w:proofErr w:type="spellEnd"/>
      <w:r>
        <w:t xml:space="preserve">. </w:t>
      </w:r>
      <w:proofErr w:type="spellStart"/>
      <w:r>
        <w:t>Sigurisht</w:t>
      </w:r>
      <w:proofErr w:type="spellEnd"/>
      <w:r>
        <w:t xml:space="preserve"> ka </w:t>
      </w:r>
      <w:proofErr w:type="spellStart"/>
      <w:r>
        <w:t>kosto</w:t>
      </w:r>
      <w:proofErr w:type="spellEnd"/>
      <w:r>
        <w:t xml:space="preserve">. </w:t>
      </w:r>
      <w:proofErr w:type="spellStart"/>
      <w:r>
        <w:t>Kostot</w:t>
      </w:r>
      <w:proofErr w:type="spellEnd"/>
      <w:r>
        <w:t xml:space="preserve"> </w:t>
      </w:r>
      <w:proofErr w:type="spellStart"/>
      <w:r>
        <w:t>janë</w:t>
      </w:r>
      <w:proofErr w:type="spellEnd"/>
      <w:r>
        <w:t xml:space="preserve"> me </w:t>
      </w:r>
      <w:proofErr w:type="spellStart"/>
      <w:r>
        <w:t>burime</w:t>
      </w:r>
      <w:proofErr w:type="spellEnd"/>
      <w:r>
        <w:t xml:space="preserve"> </w:t>
      </w:r>
      <w:proofErr w:type="spellStart"/>
      <w:r>
        <w:t>njerëzore</w:t>
      </w:r>
      <w:proofErr w:type="spellEnd"/>
      <w:r>
        <w:t xml:space="preserve">, </w:t>
      </w:r>
      <w:proofErr w:type="spellStart"/>
      <w:r>
        <w:t>patjetër</w:t>
      </w:r>
      <w:proofErr w:type="spellEnd"/>
      <w:r>
        <w:t xml:space="preserve">, se </w:t>
      </w:r>
      <w:proofErr w:type="spellStart"/>
      <w:r>
        <w:t>shndërrohen</w:t>
      </w:r>
      <w:proofErr w:type="spellEnd"/>
      <w:r>
        <w:t xml:space="preserve"> para. Nuk </w:t>
      </w:r>
      <w:proofErr w:type="spellStart"/>
      <w:r>
        <w:t>janë</w:t>
      </w:r>
      <w:proofErr w:type="spellEnd"/>
      <w:r>
        <w:t xml:space="preserve"> </w:t>
      </w:r>
      <w:proofErr w:type="spellStart"/>
      <w:r>
        <w:t>vetëm</w:t>
      </w:r>
      <w:proofErr w:type="spellEnd"/>
      <w:r>
        <w:t xml:space="preserve"> para </w:t>
      </w:r>
      <w:proofErr w:type="spellStart"/>
      <w:r>
        <w:t>të</w:t>
      </w:r>
      <w:proofErr w:type="spellEnd"/>
      <w:r>
        <w:t xml:space="preserve"> </w:t>
      </w:r>
      <w:proofErr w:type="spellStart"/>
      <w:r>
        <w:t>thata</w:t>
      </w:r>
      <w:proofErr w:type="spellEnd"/>
      <w:r>
        <w:t xml:space="preserve">. </w:t>
      </w:r>
      <w:proofErr w:type="spellStart"/>
      <w:r>
        <w:t>Janë</w:t>
      </w:r>
      <w:proofErr w:type="spellEnd"/>
      <w:r>
        <w:t xml:space="preserve"> </w:t>
      </w:r>
      <w:proofErr w:type="spellStart"/>
      <w:r>
        <w:t>njerëz</w:t>
      </w:r>
      <w:proofErr w:type="spellEnd"/>
      <w:r>
        <w:t xml:space="preserve"> </w:t>
      </w:r>
      <w:proofErr w:type="spellStart"/>
      <w:r>
        <w:t>që</w:t>
      </w:r>
      <w:proofErr w:type="spellEnd"/>
      <w:r>
        <w:t xml:space="preserve"> </w:t>
      </w:r>
      <w:proofErr w:type="spellStart"/>
      <w:r>
        <w:t>japin</w:t>
      </w:r>
      <w:proofErr w:type="spellEnd"/>
      <w:r>
        <w:t xml:space="preserve"> </w:t>
      </w:r>
      <w:proofErr w:type="spellStart"/>
      <w:r>
        <w:t>shërbimet</w:t>
      </w:r>
      <w:proofErr w:type="spellEnd"/>
      <w:r>
        <w:t xml:space="preserve"> </w:t>
      </w:r>
      <w:proofErr w:type="spellStart"/>
      <w:r>
        <w:t>që</w:t>
      </w:r>
      <w:proofErr w:type="spellEnd"/>
      <w:r>
        <w:t xml:space="preserve"> </w:t>
      </w:r>
      <w:proofErr w:type="spellStart"/>
      <w:r>
        <w:t>janë</w:t>
      </w:r>
      <w:proofErr w:type="spellEnd"/>
      <w:r>
        <w:t xml:space="preserve"> </w:t>
      </w:r>
      <w:proofErr w:type="spellStart"/>
      <w:r>
        <w:t>shërbime</w:t>
      </w:r>
      <w:proofErr w:type="spellEnd"/>
      <w:r>
        <w:t xml:space="preserve"> </w:t>
      </w:r>
      <w:proofErr w:type="spellStart"/>
      <w:r>
        <w:t>specifike</w:t>
      </w:r>
      <w:proofErr w:type="spellEnd"/>
      <w:r>
        <w:t xml:space="preserve"> me </w:t>
      </w:r>
      <w:proofErr w:type="spellStart"/>
      <w:r>
        <w:t>numër</w:t>
      </w:r>
      <w:proofErr w:type="spellEnd"/>
      <w:r>
        <w:t xml:space="preserve"> </w:t>
      </w:r>
      <w:proofErr w:type="spellStart"/>
      <w:r>
        <w:t>më</w:t>
      </w:r>
      <w:proofErr w:type="spellEnd"/>
      <w:r>
        <w:t xml:space="preserve"> </w:t>
      </w:r>
      <w:proofErr w:type="spellStart"/>
      <w:r>
        <w:t>të</w:t>
      </w:r>
      <w:proofErr w:type="spellEnd"/>
      <w:r>
        <w:t xml:space="preserve"> </w:t>
      </w:r>
      <w:proofErr w:type="spellStart"/>
      <w:r>
        <w:t>vogël</w:t>
      </w:r>
      <w:proofErr w:type="spellEnd"/>
      <w:r>
        <w:t xml:space="preserve">, </w:t>
      </w:r>
      <w:proofErr w:type="spellStart"/>
      <w:r>
        <w:t>që</w:t>
      </w:r>
      <w:proofErr w:type="spellEnd"/>
      <w:r>
        <w:t xml:space="preserve"> </w:t>
      </w:r>
      <w:proofErr w:type="spellStart"/>
      <w:r>
        <w:t>rrisin</w:t>
      </w:r>
      <w:proofErr w:type="spellEnd"/>
      <w:r>
        <w:t xml:space="preserve"> </w:t>
      </w:r>
      <w:proofErr w:type="spellStart"/>
      <w:r>
        <w:t>kostot</w:t>
      </w:r>
      <w:proofErr w:type="spellEnd"/>
      <w:r>
        <w:t xml:space="preserve">. </w:t>
      </w:r>
      <w:proofErr w:type="spellStart"/>
      <w:r>
        <w:t>Prandaj</w:t>
      </w:r>
      <w:proofErr w:type="spellEnd"/>
      <w:r>
        <w:t xml:space="preserve"> </w:t>
      </w:r>
      <w:proofErr w:type="spellStart"/>
      <w:r>
        <w:t>mos</w:t>
      </w:r>
      <w:proofErr w:type="spellEnd"/>
      <w:r>
        <w:t xml:space="preserve"> u </w:t>
      </w:r>
      <w:proofErr w:type="spellStart"/>
      <w:r>
        <w:t>mërzit</w:t>
      </w:r>
      <w:proofErr w:type="spellEnd"/>
      <w:r>
        <w:t xml:space="preserve"> </w:t>
      </w:r>
      <w:proofErr w:type="spellStart"/>
      <w:r>
        <w:t>nga</w:t>
      </w:r>
      <w:proofErr w:type="spellEnd"/>
      <w:r>
        <w:t xml:space="preserve"> </w:t>
      </w:r>
      <w:proofErr w:type="spellStart"/>
      <w:r>
        <w:t>ky</w:t>
      </w:r>
      <w:proofErr w:type="spellEnd"/>
      <w:r>
        <w:t xml:space="preserve"> </w:t>
      </w:r>
      <w:proofErr w:type="spellStart"/>
      <w:r>
        <w:t>lloj</w:t>
      </w:r>
      <w:proofErr w:type="spellEnd"/>
      <w:r>
        <w:t xml:space="preserve"> </w:t>
      </w:r>
      <w:proofErr w:type="spellStart"/>
      <w:r>
        <w:t>këndvështrimi</w:t>
      </w:r>
      <w:proofErr w:type="spellEnd"/>
      <w:r>
        <w:t xml:space="preserve">, se e </w:t>
      </w:r>
      <w:proofErr w:type="spellStart"/>
      <w:r>
        <w:t>kemi</w:t>
      </w:r>
      <w:proofErr w:type="spellEnd"/>
      <w:r>
        <w:t xml:space="preserve"> </w:t>
      </w:r>
      <w:proofErr w:type="spellStart"/>
      <w:r>
        <w:t>dëgjuar</w:t>
      </w:r>
      <w:proofErr w:type="spellEnd"/>
      <w:r>
        <w:t xml:space="preserve"> </w:t>
      </w:r>
      <w:proofErr w:type="spellStart"/>
      <w:r>
        <w:t>shpesh</w:t>
      </w:r>
      <w:proofErr w:type="spellEnd"/>
      <w:r>
        <w:t xml:space="preserve"> </w:t>
      </w:r>
      <w:proofErr w:type="spellStart"/>
      <w:r>
        <w:t>edhe</w:t>
      </w:r>
      <w:proofErr w:type="spellEnd"/>
      <w:r>
        <w:t xml:space="preserve"> ne </w:t>
      </w:r>
      <w:proofErr w:type="spellStart"/>
      <w:r>
        <w:t>jemi</w:t>
      </w:r>
      <w:proofErr w:type="spellEnd"/>
      <w:r>
        <w:t xml:space="preserve"> </w:t>
      </w:r>
      <w:proofErr w:type="spellStart"/>
      <w:r>
        <w:t>mësuar</w:t>
      </w:r>
      <w:proofErr w:type="spellEnd"/>
      <w:r>
        <w:t xml:space="preserve"> </w:t>
      </w:r>
      <w:proofErr w:type="spellStart"/>
      <w:r>
        <w:t>si</w:t>
      </w:r>
      <w:proofErr w:type="spellEnd"/>
      <w:r>
        <w:t xml:space="preserve"> </w:t>
      </w:r>
      <w:proofErr w:type="spellStart"/>
      <w:r>
        <w:t>pjesë</w:t>
      </w:r>
      <w:proofErr w:type="spellEnd"/>
      <w:r>
        <w:t xml:space="preserve"> e </w:t>
      </w:r>
      <w:proofErr w:type="spellStart"/>
      <w:r>
        <w:t>komisionit</w:t>
      </w:r>
      <w:proofErr w:type="spellEnd"/>
      <w:r>
        <w:t xml:space="preserve"> </w:t>
      </w:r>
      <w:proofErr w:type="spellStart"/>
      <w:r>
        <w:t>dhe</w:t>
      </w:r>
      <w:proofErr w:type="spellEnd"/>
      <w:r>
        <w:t xml:space="preserve"> e </w:t>
      </w:r>
      <w:proofErr w:type="spellStart"/>
      <w:r>
        <w:t>ekspertëve</w:t>
      </w:r>
      <w:proofErr w:type="spellEnd"/>
      <w:r>
        <w:t xml:space="preserve">. Po, </w:t>
      </w:r>
      <w:proofErr w:type="spellStart"/>
      <w:r>
        <w:t>meqënëse</w:t>
      </w:r>
      <w:proofErr w:type="spellEnd"/>
      <w:r>
        <w:t xml:space="preserve"> </w:t>
      </w:r>
      <w:proofErr w:type="spellStart"/>
      <w:r>
        <w:t>ke</w:t>
      </w:r>
      <w:proofErr w:type="spellEnd"/>
      <w:r>
        <w:t xml:space="preserve"> </w:t>
      </w:r>
      <w:proofErr w:type="spellStart"/>
      <w:r>
        <w:t>nderin</w:t>
      </w:r>
      <w:proofErr w:type="spellEnd"/>
      <w:r>
        <w:t xml:space="preserve"> ta </w:t>
      </w:r>
      <w:proofErr w:type="spellStart"/>
      <w:r>
        <w:t>mbyllësh</w:t>
      </w:r>
      <w:proofErr w:type="spellEnd"/>
      <w:r>
        <w:t xml:space="preserve">, </w:t>
      </w:r>
      <w:proofErr w:type="spellStart"/>
      <w:r>
        <w:t>edhe</w:t>
      </w:r>
      <w:proofErr w:type="spellEnd"/>
      <w:r>
        <w:t xml:space="preserve"> </w:t>
      </w:r>
      <w:proofErr w:type="spellStart"/>
      <w:r>
        <w:t>unë</w:t>
      </w:r>
      <w:proofErr w:type="spellEnd"/>
      <w:r>
        <w:t xml:space="preserve"> ta </w:t>
      </w:r>
      <w:proofErr w:type="spellStart"/>
      <w:r>
        <w:t>kaloj</w:t>
      </w:r>
      <w:proofErr w:type="spellEnd"/>
      <w:r>
        <w:t xml:space="preserve"> </w:t>
      </w:r>
      <w:proofErr w:type="spellStart"/>
      <w:r>
        <w:t>nderin</w:t>
      </w:r>
      <w:proofErr w:type="spellEnd"/>
      <w:r>
        <w:t xml:space="preserve"> ta </w:t>
      </w:r>
      <w:proofErr w:type="spellStart"/>
      <w:r>
        <w:t>bësh</w:t>
      </w:r>
      <w:proofErr w:type="spellEnd"/>
      <w:r>
        <w:t xml:space="preserve">, ta </w:t>
      </w:r>
      <w:proofErr w:type="spellStart"/>
      <w:r>
        <w:t>realizosh</w:t>
      </w:r>
      <w:proofErr w:type="spellEnd"/>
      <w:r>
        <w:t xml:space="preserve"> </w:t>
      </w:r>
      <w:proofErr w:type="spellStart"/>
      <w:r>
        <w:t>deri</w:t>
      </w:r>
      <w:proofErr w:type="spellEnd"/>
      <w:r>
        <w:t xml:space="preserve"> </w:t>
      </w:r>
      <w:proofErr w:type="spellStart"/>
      <w:r>
        <w:t>në</w:t>
      </w:r>
      <w:proofErr w:type="spellEnd"/>
      <w:r>
        <w:t xml:space="preserve"> fund. </w:t>
      </w:r>
    </w:p>
    <w:p w14:paraId="2F46FE48" w14:textId="77777777" w:rsidR="00245782" w:rsidRDefault="00245782" w:rsidP="00245782">
      <w:r>
        <w:rPr>
          <w:b/>
        </w:rPr>
        <w:t>Hil Curri:</w:t>
      </w:r>
    </w:p>
    <w:p w14:paraId="05124D91" w14:textId="3DD6AC37" w:rsidR="00245782" w:rsidRDefault="0010666C" w:rsidP="0010666C">
      <w:r>
        <w:t xml:space="preserve">Me </w:t>
      </w:r>
      <w:proofErr w:type="spellStart"/>
      <w:r>
        <w:t>zotin</w:t>
      </w:r>
      <w:proofErr w:type="spellEnd"/>
      <w:r>
        <w:t xml:space="preserve"> </w:t>
      </w:r>
      <w:proofErr w:type="spellStart"/>
      <w:r w:rsidR="00871696">
        <w:t>Maznikun</w:t>
      </w:r>
      <w:proofErr w:type="spellEnd"/>
      <w:r>
        <w:t xml:space="preserve"> e </w:t>
      </w:r>
      <w:proofErr w:type="spellStart"/>
      <w:r>
        <w:t>kena</w:t>
      </w:r>
      <w:proofErr w:type="spellEnd"/>
      <w:r>
        <w:t xml:space="preserve"> </w:t>
      </w:r>
      <w:proofErr w:type="spellStart"/>
      <w:r>
        <w:t>ba</w:t>
      </w:r>
      <w:proofErr w:type="spellEnd"/>
      <w:r>
        <w:t xml:space="preserve"> </w:t>
      </w:r>
      <w:proofErr w:type="spellStart"/>
      <w:r>
        <w:t>dhe</w:t>
      </w:r>
      <w:proofErr w:type="spellEnd"/>
      <w:r>
        <w:t xml:space="preserve"> </w:t>
      </w:r>
      <w:proofErr w:type="spellStart"/>
      <w:r>
        <w:t>herë</w:t>
      </w:r>
      <w:proofErr w:type="spellEnd"/>
      <w:r>
        <w:t xml:space="preserve"> </w:t>
      </w:r>
      <w:proofErr w:type="spellStart"/>
      <w:r>
        <w:t>të</w:t>
      </w:r>
      <w:proofErr w:type="spellEnd"/>
      <w:r>
        <w:t xml:space="preserve"> </w:t>
      </w:r>
      <w:proofErr w:type="spellStart"/>
      <w:r>
        <w:t>tjera</w:t>
      </w:r>
      <w:proofErr w:type="spellEnd"/>
      <w:r>
        <w:t xml:space="preserve"> </w:t>
      </w:r>
      <w:proofErr w:type="spellStart"/>
      <w:r>
        <w:t>këtë</w:t>
      </w:r>
      <w:proofErr w:type="spellEnd"/>
      <w:r>
        <w:t xml:space="preserve"> </w:t>
      </w:r>
      <w:proofErr w:type="spellStart"/>
      <w:r>
        <w:t>muhabet</w:t>
      </w:r>
      <w:proofErr w:type="spellEnd"/>
      <w:r>
        <w:t xml:space="preserve">. </w:t>
      </w:r>
      <w:proofErr w:type="spellStart"/>
      <w:r>
        <w:t>Unë</w:t>
      </w:r>
      <w:proofErr w:type="spellEnd"/>
      <w:r>
        <w:t xml:space="preserve"> </w:t>
      </w:r>
      <w:proofErr w:type="spellStart"/>
      <w:r>
        <w:t>kjo</w:t>
      </w:r>
      <w:proofErr w:type="spellEnd"/>
      <w:r>
        <w:t xml:space="preserve"> </w:t>
      </w:r>
      <w:proofErr w:type="spellStart"/>
      <w:r>
        <w:t>ky</w:t>
      </w:r>
      <w:proofErr w:type="spellEnd"/>
      <w:r>
        <w:t xml:space="preserve"> </w:t>
      </w:r>
      <w:proofErr w:type="spellStart"/>
      <w:r>
        <w:t>flet</w:t>
      </w:r>
      <w:proofErr w:type="spellEnd"/>
      <w:r>
        <w:t xml:space="preserve"> me census. Bashkia e </w:t>
      </w:r>
      <w:proofErr w:type="spellStart"/>
      <w:r>
        <w:t>Fushërazit</w:t>
      </w:r>
      <w:proofErr w:type="spellEnd"/>
      <w:r>
        <w:t xml:space="preserve"> ka 320 me </w:t>
      </w:r>
      <w:proofErr w:type="spellStart"/>
      <w:r>
        <w:t>administratë</w:t>
      </w:r>
      <w:proofErr w:type="spellEnd"/>
      <w:r>
        <w:t xml:space="preserve">, me </w:t>
      </w:r>
      <w:proofErr w:type="spellStart"/>
      <w:r>
        <w:t>shërbime</w:t>
      </w:r>
      <w:proofErr w:type="spellEnd"/>
      <w:r>
        <w:t xml:space="preserve">, me </w:t>
      </w:r>
      <w:proofErr w:type="spellStart"/>
      <w:r>
        <w:t>gjithçka</w:t>
      </w:r>
      <w:proofErr w:type="spellEnd"/>
      <w:r>
        <w:t xml:space="preserve">, </w:t>
      </w:r>
      <w:proofErr w:type="spellStart"/>
      <w:r>
        <w:t>zjarrfikëse</w:t>
      </w:r>
      <w:proofErr w:type="spellEnd"/>
      <w:r>
        <w:t xml:space="preserve">, </w:t>
      </w:r>
      <w:proofErr w:type="spellStart"/>
      <w:r>
        <w:t>shërbim</w:t>
      </w:r>
      <w:proofErr w:type="spellEnd"/>
      <w:r>
        <w:t xml:space="preserve"> </w:t>
      </w:r>
      <w:proofErr w:type="spellStart"/>
      <w:r>
        <w:t>pyjor</w:t>
      </w:r>
      <w:proofErr w:type="spellEnd"/>
      <w:r>
        <w:t xml:space="preserve">. Ë ne </w:t>
      </w:r>
      <w:proofErr w:type="spellStart"/>
      <w:r>
        <w:t>kemi</w:t>
      </w:r>
      <w:proofErr w:type="spellEnd"/>
      <w:r>
        <w:t xml:space="preserve"> 650 km </w:t>
      </w:r>
      <w:proofErr w:type="spellStart"/>
      <w:r>
        <w:t>rrugë</w:t>
      </w:r>
      <w:proofErr w:type="spellEnd"/>
      <w:r>
        <w:t xml:space="preserve">. Kemi </w:t>
      </w:r>
      <w:proofErr w:type="spellStart"/>
      <w:r>
        <w:t>mungesë</w:t>
      </w:r>
      <w:proofErr w:type="spellEnd"/>
      <w:r>
        <w:t xml:space="preserve"> </w:t>
      </w:r>
      <w:proofErr w:type="spellStart"/>
      <w:r>
        <w:t>punuesit</w:t>
      </w:r>
      <w:proofErr w:type="spellEnd"/>
      <w:r>
        <w:t xml:space="preserve"> </w:t>
      </w:r>
      <w:proofErr w:type="spellStart"/>
      <w:r>
        <w:t>në</w:t>
      </w:r>
      <w:proofErr w:type="spellEnd"/>
      <w:r>
        <w:t xml:space="preserve"> </w:t>
      </w:r>
      <w:proofErr w:type="spellStart"/>
      <w:r>
        <w:t>bazë</w:t>
      </w:r>
      <w:proofErr w:type="spellEnd"/>
      <w:r>
        <w:t xml:space="preserve"> </w:t>
      </w:r>
      <w:proofErr w:type="spellStart"/>
      <w:r>
        <w:t>të</w:t>
      </w:r>
      <w:proofErr w:type="spellEnd"/>
      <w:r>
        <w:t xml:space="preserve"> </w:t>
      </w:r>
      <w:proofErr w:type="spellStart"/>
      <w:r>
        <w:t>l</w:t>
      </w:r>
      <w:r w:rsidR="00245782">
        <w:t>igjit</w:t>
      </w:r>
      <w:proofErr w:type="spellEnd"/>
      <w:r>
        <w:t xml:space="preserve">. Kemi </w:t>
      </w:r>
      <w:proofErr w:type="spellStart"/>
      <w:r>
        <w:t>mungesë</w:t>
      </w:r>
      <w:proofErr w:type="spellEnd"/>
      <w:r>
        <w:t xml:space="preserve"> </w:t>
      </w:r>
      <w:proofErr w:type="spellStart"/>
      <w:r>
        <w:t>të</w:t>
      </w:r>
      <w:proofErr w:type="spellEnd"/>
      <w:r>
        <w:t xml:space="preserve"> </w:t>
      </w:r>
      <w:proofErr w:type="spellStart"/>
      <w:r>
        <w:t>shërbimit</w:t>
      </w:r>
      <w:proofErr w:type="spellEnd"/>
      <w:r>
        <w:t xml:space="preserve"> </w:t>
      </w:r>
      <w:proofErr w:type="spellStart"/>
      <w:r>
        <w:t>pyjor</w:t>
      </w:r>
      <w:proofErr w:type="spellEnd"/>
      <w:r>
        <w:t xml:space="preserve">. Kemi </w:t>
      </w:r>
      <w:proofErr w:type="spellStart"/>
      <w:r>
        <w:t>prapë</w:t>
      </w:r>
      <w:proofErr w:type="spellEnd"/>
      <w:r>
        <w:t xml:space="preserve"> </w:t>
      </w:r>
      <w:proofErr w:type="spellStart"/>
      <w:r>
        <w:t>siç</w:t>
      </w:r>
      <w:proofErr w:type="spellEnd"/>
      <w:r>
        <w:t xml:space="preserve"> </w:t>
      </w:r>
      <w:proofErr w:type="spellStart"/>
      <w:r>
        <w:t>shton</w:t>
      </w:r>
      <w:proofErr w:type="spellEnd"/>
      <w:r>
        <w:t xml:space="preserve"> </w:t>
      </w:r>
      <w:proofErr w:type="spellStart"/>
      <w:r>
        <w:t>ky</w:t>
      </w:r>
      <w:proofErr w:type="spellEnd"/>
      <w:r>
        <w:t xml:space="preserve"> </w:t>
      </w:r>
      <w:proofErr w:type="spellStart"/>
      <w:r>
        <w:t>numri</w:t>
      </w:r>
      <w:proofErr w:type="spellEnd"/>
      <w:r>
        <w:t xml:space="preserve">. Nuk </w:t>
      </w:r>
      <w:proofErr w:type="spellStart"/>
      <w:r>
        <w:t>është</w:t>
      </w:r>
      <w:proofErr w:type="spellEnd"/>
      <w:r>
        <w:t xml:space="preserve"> e </w:t>
      </w:r>
      <w:proofErr w:type="spellStart"/>
      <w:r>
        <w:t>vërtetë</w:t>
      </w:r>
      <w:proofErr w:type="spellEnd"/>
      <w:r>
        <w:t xml:space="preserve"> as </w:t>
      </w:r>
      <w:proofErr w:type="spellStart"/>
      <w:r>
        <w:t>censusi</w:t>
      </w:r>
      <w:proofErr w:type="spellEnd"/>
      <w:r>
        <w:t xml:space="preserve"> </w:t>
      </w:r>
      <w:proofErr w:type="spellStart"/>
      <w:r>
        <w:t>si</w:t>
      </w:r>
      <w:proofErr w:type="spellEnd"/>
      <w:r>
        <w:t xml:space="preserve"> </w:t>
      </w:r>
      <w:proofErr w:type="spellStart"/>
      <w:r>
        <w:t>kanë</w:t>
      </w:r>
      <w:proofErr w:type="spellEnd"/>
      <w:r>
        <w:t xml:space="preserve"> </w:t>
      </w:r>
      <w:proofErr w:type="spellStart"/>
      <w:r>
        <w:t>ba</w:t>
      </w:r>
      <w:proofErr w:type="spellEnd"/>
      <w:r>
        <w:t xml:space="preserve">, po </w:t>
      </w:r>
      <w:proofErr w:type="spellStart"/>
      <w:r>
        <w:t>problemi</w:t>
      </w:r>
      <w:proofErr w:type="spellEnd"/>
      <w:r>
        <w:t xml:space="preserve"> </w:t>
      </w:r>
      <w:proofErr w:type="spellStart"/>
      <w:r>
        <w:t>është</w:t>
      </w:r>
      <w:proofErr w:type="spellEnd"/>
      <w:r>
        <w:t xml:space="preserve"> se </w:t>
      </w:r>
      <w:proofErr w:type="spellStart"/>
      <w:r>
        <w:t>nuk</w:t>
      </w:r>
      <w:proofErr w:type="spellEnd"/>
      <w:r>
        <w:t xml:space="preserve"> e </w:t>
      </w:r>
      <w:proofErr w:type="spellStart"/>
      <w:r>
        <w:t>kena</w:t>
      </w:r>
      <w:proofErr w:type="spellEnd"/>
      <w:r>
        <w:t xml:space="preserve"> </w:t>
      </w:r>
      <w:proofErr w:type="spellStart"/>
      <w:r>
        <w:t>ba</w:t>
      </w:r>
      <w:proofErr w:type="spellEnd"/>
      <w:r>
        <w:t xml:space="preserve"> </w:t>
      </w:r>
      <w:proofErr w:type="spellStart"/>
      <w:r>
        <w:t>dhe</w:t>
      </w:r>
      <w:proofErr w:type="spellEnd"/>
      <w:r>
        <w:t xml:space="preserve"> do </w:t>
      </w:r>
      <w:proofErr w:type="spellStart"/>
      <w:r>
        <w:t>të</w:t>
      </w:r>
      <w:proofErr w:type="spellEnd"/>
      <w:r>
        <w:t xml:space="preserve"> </w:t>
      </w:r>
      <w:proofErr w:type="spellStart"/>
      <w:r>
        <w:t>bëni</w:t>
      </w:r>
      <w:proofErr w:type="spellEnd"/>
      <w:r>
        <w:t xml:space="preserve"> census </w:t>
      </w:r>
      <w:proofErr w:type="spellStart"/>
      <w:r>
        <w:t>tjetër</w:t>
      </w:r>
      <w:proofErr w:type="spellEnd"/>
      <w:r>
        <w:t xml:space="preserve"> </w:t>
      </w:r>
      <w:proofErr w:type="spellStart"/>
      <w:r>
        <w:t>për</w:t>
      </w:r>
      <w:proofErr w:type="spellEnd"/>
      <w:r>
        <w:t xml:space="preserve"> me </w:t>
      </w:r>
      <w:proofErr w:type="spellStart"/>
      <w:r>
        <w:t>vërtetuar</w:t>
      </w:r>
      <w:proofErr w:type="spellEnd"/>
      <w:r>
        <w:t xml:space="preserve"> </w:t>
      </w:r>
      <w:proofErr w:type="spellStart"/>
      <w:r>
        <w:t>të</w:t>
      </w:r>
      <w:proofErr w:type="spellEnd"/>
      <w:r>
        <w:t xml:space="preserve"> </w:t>
      </w:r>
      <w:proofErr w:type="spellStart"/>
      <w:r>
        <w:t>parin</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ky</w:t>
      </w:r>
      <w:proofErr w:type="spellEnd"/>
      <w:r>
        <w:t xml:space="preserve"> 25.000 </w:t>
      </w:r>
      <w:proofErr w:type="spellStart"/>
      <w:r>
        <w:t>banorë</w:t>
      </w:r>
      <w:proofErr w:type="spellEnd"/>
      <w:r>
        <w:t xml:space="preserve">, Bashkia e </w:t>
      </w:r>
      <w:proofErr w:type="spellStart"/>
      <w:r>
        <w:t>Shkodrës</w:t>
      </w:r>
      <w:proofErr w:type="spellEnd"/>
      <w:r>
        <w:t xml:space="preserve">, Bashkia e </w:t>
      </w:r>
      <w:proofErr w:type="spellStart"/>
      <w:r>
        <w:t>Shkodrës</w:t>
      </w:r>
      <w:proofErr w:type="spellEnd"/>
      <w:r>
        <w:t xml:space="preserve"> e ka </w:t>
      </w:r>
      <w:proofErr w:type="spellStart"/>
      <w:r>
        <w:t>luksin</w:t>
      </w:r>
      <w:proofErr w:type="spellEnd"/>
      <w:r>
        <w:t xml:space="preserve"> </w:t>
      </w:r>
      <w:proofErr w:type="spellStart"/>
      <w:r>
        <w:t>për</w:t>
      </w:r>
      <w:proofErr w:type="spellEnd"/>
      <w:r>
        <w:t xml:space="preserve"> me ne </w:t>
      </w:r>
      <w:proofErr w:type="spellStart"/>
      <w:r>
        <w:t>i</w:t>
      </w:r>
      <w:proofErr w:type="spellEnd"/>
      <w:r>
        <w:t xml:space="preserve"> </w:t>
      </w:r>
      <w:proofErr w:type="spellStart"/>
      <w:r>
        <w:t>kemi</w:t>
      </w:r>
      <w:proofErr w:type="spellEnd"/>
      <w:r>
        <w:t xml:space="preserve"> </w:t>
      </w:r>
      <w:proofErr w:type="spellStart"/>
      <w:r>
        <w:t>shërbimet</w:t>
      </w:r>
      <w:proofErr w:type="spellEnd"/>
      <w:r>
        <w:t xml:space="preserve"> e </w:t>
      </w:r>
      <w:proofErr w:type="spellStart"/>
      <w:r>
        <w:t>pastrim-zgjerimit</w:t>
      </w:r>
      <w:proofErr w:type="spellEnd"/>
      <w:r>
        <w:t xml:space="preserve">, </w:t>
      </w:r>
      <w:proofErr w:type="spellStart"/>
      <w:r>
        <w:t>shërbimet</w:t>
      </w:r>
      <w:proofErr w:type="spellEnd"/>
      <w:r>
        <w:t xml:space="preserve"> </w:t>
      </w:r>
      <w:proofErr w:type="spellStart"/>
      <w:r>
        <w:t>i</w:t>
      </w:r>
      <w:proofErr w:type="spellEnd"/>
      <w:r>
        <w:t xml:space="preserve"> </w:t>
      </w:r>
      <w:proofErr w:type="spellStart"/>
      <w:r>
        <w:t>kemi</w:t>
      </w:r>
      <w:proofErr w:type="spellEnd"/>
      <w:r>
        <w:t xml:space="preserve"> </w:t>
      </w:r>
      <w:proofErr w:type="spellStart"/>
      <w:r>
        <w:t>marrë</w:t>
      </w:r>
      <w:proofErr w:type="spellEnd"/>
      <w:r>
        <w:t xml:space="preserve"> me </w:t>
      </w:r>
      <w:proofErr w:type="spellStart"/>
      <w:r>
        <w:t>bashkisë</w:t>
      </w:r>
      <w:proofErr w:type="spellEnd"/>
      <w:r>
        <w:t xml:space="preserve"> </w:t>
      </w:r>
      <w:proofErr w:type="spellStart"/>
      <w:r>
        <w:t>dhe</w:t>
      </w:r>
      <w:proofErr w:type="spellEnd"/>
      <w:r>
        <w:t xml:space="preserve"> </w:t>
      </w:r>
      <w:proofErr w:type="spellStart"/>
      <w:r>
        <w:t>kjo</w:t>
      </w:r>
      <w:proofErr w:type="spellEnd"/>
      <w:r>
        <w:t xml:space="preserve"> </w:t>
      </w:r>
      <w:proofErr w:type="spellStart"/>
      <w:r>
        <w:t>është</w:t>
      </w:r>
      <w:proofErr w:type="spellEnd"/>
      <w:r>
        <w:t xml:space="preserve"> </w:t>
      </w:r>
      <w:proofErr w:type="spellStart"/>
      <w:r>
        <w:t>në</w:t>
      </w:r>
      <w:proofErr w:type="spellEnd"/>
      <w:r>
        <w:t xml:space="preserve"> </w:t>
      </w:r>
      <w:proofErr w:type="spellStart"/>
      <w:r>
        <w:t>numrin</w:t>
      </w:r>
      <w:proofErr w:type="spellEnd"/>
      <w:r>
        <w:t xml:space="preserve">. Po me 320 </w:t>
      </w:r>
      <w:proofErr w:type="spellStart"/>
      <w:r>
        <w:t>punuesi</w:t>
      </w:r>
      <w:proofErr w:type="spellEnd"/>
      <w:r>
        <w:t xml:space="preserve">, 315 </w:t>
      </w:r>
      <w:proofErr w:type="spellStart"/>
      <w:r>
        <w:t>punuesi</w:t>
      </w:r>
      <w:proofErr w:type="spellEnd"/>
      <w:r>
        <w:t xml:space="preserve"> ka Bashkia e </w:t>
      </w:r>
      <w:proofErr w:type="spellStart"/>
      <w:r>
        <w:t>Fushërazit</w:t>
      </w:r>
      <w:proofErr w:type="spellEnd"/>
      <w:r>
        <w:t xml:space="preserve"> </w:t>
      </w:r>
      <w:proofErr w:type="spellStart"/>
      <w:r>
        <w:t>bashkë</w:t>
      </w:r>
      <w:proofErr w:type="spellEnd"/>
      <w:r>
        <w:t xml:space="preserve"> me </w:t>
      </w:r>
      <w:proofErr w:type="spellStart"/>
      <w:r>
        <w:t>administratën</w:t>
      </w:r>
      <w:proofErr w:type="spellEnd"/>
      <w:r>
        <w:t xml:space="preserve">, duke e </w:t>
      </w:r>
      <w:proofErr w:type="spellStart"/>
      <w:r>
        <w:t>pjesëtuar</w:t>
      </w:r>
      <w:proofErr w:type="spellEnd"/>
      <w:r>
        <w:t xml:space="preserve"> </w:t>
      </w:r>
      <w:proofErr w:type="spellStart"/>
      <w:r>
        <w:t>zoti</w:t>
      </w:r>
      <w:proofErr w:type="spellEnd"/>
      <w:r>
        <w:t xml:space="preserve"> </w:t>
      </w:r>
      <w:proofErr w:type="spellStart"/>
      <w:r>
        <w:t>Mazdigo</w:t>
      </w:r>
      <w:proofErr w:type="spellEnd"/>
      <w:r>
        <w:t xml:space="preserve"> me </w:t>
      </w:r>
      <w:proofErr w:type="spellStart"/>
      <w:r>
        <w:t>kë</w:t>
      </w:r>
      <w:proofErr w:type="spellEnd"/>
      <w:r>
        <w:t xml:space="preserve"> 5.000 </w:t>
      </w:r>
      <w:proofErr w:type="spellStart"/>
      <w:r>
        <w:t>banorët</w:t>
      </w:r>
      <w:proofErr w:type="spellEnd"/>
      <w:r>
        <w:t xml:space="preserve"> </w:t>
      </w:r>
      <w:proofErr w:type="spellStart"/>
      <w:r>
        <w:t>që</w:t>
      </w:r>
      <w:proofErr w:type="spellEnd"/>
      <w:r>
        <w:t xml:space="preserve"> ka me census, </w:t>
      </w:r>
      <w:proofErr w:type="spellStart"/>
      <w:r>
        <w:t>i</w:t>
      </w:r>
      <w:proofErr w:type="spellEnd"/>
      <w:r>
        <w:t xml:space="preserve"> del </w:t>
      </w:r>
      <w:proofErr w:type="spellStart"/>
      <w:r>
        <w:t>kjo</w:t>
      </w:r>
      <w:proofErr w:type="spellEnd"/>
      <w:r>
        <w:t xml:space="preserve"> </w:t>
      </w:r>
      <w:proofErr w:type="spellStart"/>
      <w:r>
        <w:lastRenderedPageBreak/>
        <w:t>mesatare</w:t>
      </w:r>
      <w:proofErr w:type="spellEnd"/>
      <w:r>
        <w:t xml:space="preserve"> 60%. </w:t>
      </w:r>
      <w:proofErr w:type="spellStart"/>
      <w:r>
        <w:t>Pra</w:t>
      </w:r>
      <w:proofErr w:type="spellEnd"/>
      <w:r>
        <w:t xml:space="preserve">, </w:t>
      </w:r>
      <w:proofErr w:type="spellStart"/>
      <w:r>
        <w:t>edhe</w:t>
      </w:r>
      <w:proofErr w:type="spellEnd"/>
      <w:r>
        <w:t xml:space="preserve"> me </w:t>
      </w:r>
      <w:proofErr w:type="spellStart"/>
      <w:r>
        <w:t>rregull</w:t>
      </w:r>
      <w:proofErr w:type="spellEnd"/>
      <w:r>
        <w:t xml:space="preserve"> </w:t>
      </w:r>
      <w:proofErr w:type="spellStart"/>
      <w:r>
        <w:t>treshi</w:t>
      </w:r>
      <w:proofErr w:type="spellEnd"/>
      <w:r>
        <w:t xml:space="preserve"> </w:t>
      </w:r>
      <w:proofErr w:type="spellStart"/>
      <w:r>
        <w:t>nuk</w:t>
      </w:r>
      <w:proofErr w:type="spellEnd"/>
      <w:r>
        <w:t xml:space="preserve"> del </w:t>
      </w:r>
      <w:proofErr w:type="spellStart"/>
      <w:r>
        <w:t>këtu</w:t>
      </w:r>
      <w:proofErr w:type="spellEnd"/>
      <w:r>
        <w:t xml:space="preserve">. </w:t>
      </w:r>
      <w:proofErr w:type="spellStart"/>
      <w:r>
        <w:t>Kështu</w:t>
      </w:r>
      <w:proofErr w:type="spellEnd"/>
      <w:r>
        <w:t xml:space="preserve"> </w:t>
      </w:r>
      <w:proofErr w:type="spellStart"/>
      <w:r>
        <w:t>që</w:t>
      </w:r>
      <w:proofErr w:type="spellEnd"/>
      <w:r>
        <w:t xml:space="preserve"> ë </w:t>
      </w:r>
      <w:proofErr w:type="spellStart"/>
      <w:r>
        <w:t>i</w:t>
      </w:r>
      <w:proofErr w:type="spellEnd"/>
      <w:r>
        <w:t xml:space="preserve"> del 17 </w:t>
      </w:r>
      <w:proofErr w:type="spellStart"/>
      <w:r>
        <w:t>më</w:t>
      </w:r>
      <w:proofErr w:type="spellEnd"/>
      <w:r>
        <w:t xml:space="preserve"> e </w:t>
      </w:r>
      <w:proofErr w:type="spellStart"/>
      <w:r>
        <w:t>larta</w:t>
      </w:r>
      <w:proofErr w:type="spellEnd"/>
      <w:r>
        <w:t xml:space="preserve">, </w:t>
      </w:r>
      <w:proofErr w:type="spellStart"/>
      <w:r>
        <w:t>shërbimi</w:t>
      </w:r>
      <w:proofErr w:type="spellEnd"/>
      <w:r>
        <w:t xml:space="preserve"> </w:t>
      </w:r>
      <w:proofErr w:type="spellStart"/>
      <w:r>
        <w:t>më</w:t>
      </w:r>
      <w:proofErr w:type="spellEnd"/>
      <w:r>
        <w:t xml:space="preserve"> </w:t>
      </w:r>
      <w:proofErr w:type="spellStart"/>
      <w:r>
        <w:t>i</w:t>
      </w:r>
      <w:proofErr w:type="spellEnd"/>
      <w:r>
        <w:t xml:space="preserve"> </w:t>
      </w:r>
      <w:proofErr w:type="spellStart"/>
      <w:r>
        <w:t>lartë</w:t>
      </w:r>
      <w:proofErr w:type="spellEnd"/>
      <w:r>
        <w:t xml:space="preserve">. Po </w:t>
      </w:r>
      <w:proofErr w:type="spellStart"/>
      <w:r>
        <w:t>kam</w:t>
      </w:r>
      <w:proofErr w:type="spellEnd"/>
      <w:r>
        <w:t xml:space="preserve"> </w:t>
      </w:r>
      <w:proofErr w:type="spellStart"/>
      <w:r>
        <w:t>sa</w:t>
      </w:r>
      <w:proofErr w:type="spellEnd"/>
      <w:r>
        <w:t xml:space="preserve"> </w:t>
      </w:r>
      <w:proofErr w:type="spellStart"/>
      <w:r>
        <w:t>gjithë</w:t>
      </w:r>
      <w:proofErr w:type="spellEnd"/>
      <w:r>
        <w:t xml:space="preserve"> </w:t>
      </w:r>
      <w:proofErr w:type="spellStart"/>
      <w:r>
        <w:t>Shqipëria</w:t>
      </w:r>
      <w:proofErr w:type="spellEnd"/>
      <w:r>
        <w:t xml:space="preserve">, </w:t>
      </w:r>
      <w:proofErr w:type="spellStart"/>
      <w:r>
        <w:t>sa</w:t>
      </w:r>
      <w:proofErr w:type="spellEnd"/>
      <w:r>
        <w:t xml:space="preserve"> </w:t>
      </w:r>
      <w:proofErr w:type="spellStart"/>
      <w:r>
        <w:t>gjithë</w:t>
      </w:r>
      <w:proofErr w:type="spellEnd"/>
      <w:r>
        <w:t xml:space="preserve"> </w:t>
      </w:r>
      <w:proofErr w:type="spellStart"/>
      <w:r>
        <w:t>qarkun</w:t>
      </w:r>
      <w:proofErr w:type="spellEnd"/>
      <w:r>
        <w:t xml:space="preserve"> </w:t>
      </w:r>
      <w:proofErr w:type="spellStart"/>
      <w:r>
        <w:t>kam</w:t>
      </w:r>
      <w:proofErr w:type="spellEnd"/>
      <w:r>
        <w:t xml:space="preserve"> </w:t>
      </w:r>
      <w:proofErr w:type="spellStart"/>
      <w:r>
        <w:t>rrugë</w:t>
      </w:r>
      <w:proofErr w:type="spellEnd"/>
      <w:r>
        <w:t xml:space="preserve"> ë </w:t>
      </w:r>
      <w:proofErr w:type="spellStart"/>
      <w:r>
        <w:t>në</w:t>
      </w:r>
      <w:proofErr w:type="spellEnd"/>
      <w:r>
        <w:t xml:space="preserve"> </w:t>
      </w:r>
      <w:proofErr w:type="spellStart"/>
      <w:r>
        <w:t>në</w:t>
      </w:r>
      <w:proofErr w:type="spellEnd"/>
      <w:r>
        <w:t xml:space="preserve"> </w:t>
      </w:r>
      <w:proofErr w:type="spellStart"/>
      <w:r>
        <w:t>fshatra</w:t>
      </w:r>
      <w:proofErr w:type="spellEnd"/>
      <w:r>
        <w:t xml:space="preserve">, </w:t>
      </w:r>
      <w:proofErr w:type="spellStart"/>
      <w:r>
        <w:t>në</w:t>
      </w:r>
      <w:proofErr w:type="spellEnd"/>
      <w:r>
        <w:t xml:space="preserve"> </w:t>
      </w:r>
      <w:proofErr w:type="spellStart"/>
      <w:r>
        <w:t>njësi</w:t>
      </w:r>
      <w:proofErr w:type="spellEnd"/>
      <w:r>
        <w:t xml:space="preserve"> administrative. </w:t>
      </w:r>
      <w:proofErr w:type="spellStart"/>
      <w:r>
        <w:t>Kjo</w:t>
      </w:r>
      <w:proofErr w:type="spellEnd"/>
      <w:r>
        <w:t xml:space="preserve"> </w:t>
      </w:r>
      <w:proofErr w:type="spellStart"/>
      <w:r>
        <w:t>nuk</w:t>
      </w:r>
      <w:proofErr w:type="spellEnd"/>
      <w:r>
        <w:t xml:space="preserve"> </w:t>
      </w:r>
      <w:proofErr w:type="spellStart"/>
      <w:r>
        <w:t>është</w:t>
      </w:r>
      <w:proofErr w:type="spellEnd"/>
      <w:r>
        <w:t xml:space="preserve"> e </w:t>
      </w:r>
      <w:proofErr w:type="spellStart"/>
      <w:r>
        <w:t>vërtetë</w:t>
      </w:r>
      <w:proofErr w:type="spellEnd"/>
      <w:r>
        <w:t xml:space="preserve">. Na </w:t>
      </w:r>
      <w:proofErr w:type="spellStart"/>
      <w:r>
        <w:t>kena</w:t>
      </w:r>
      <w:proofErr w:type="spellEnd"/>
      <w:r>
        <w:t xml:space="preserve"> </w:t>
      </w:r>
      <w:proofErr w:type="spellStart"/>
      <w:r>
        <w:t>ba</w:t>
      </w:r>
      <w:proofErr w:type="spellEnd"/>
      <w:r>
        <w:t xml:space="preserve"> </w:t>
      </w:r>
      <w:proofErr w:type="spellStart"/>
      <w:r>
        <w:t>dhe</w:t>
      </w:r>
      <w:proofErr w:type="spellEnd"/>
      <w:r>
        <w:t xml:space="preserve"> </w:t>
      </w:r>
      <w:proofErr w:type="spellStart"/>
      <w:r>
        <w:t>herë</w:t>
      </w:r>
      <w:proofErr w:type="spellEnd"/>
      <w:r>
        <w:t xml:space="preserve"> </w:t>
      </w:r>
      <w:proofErr w:type="spellStart"/>
      <w:r>
        <w:t>si</w:t>
      </w:r>
      <w:proofErr w:type="spellEnd"/>
      <w:r>
        <w:t xml:space="preserve"> ë </w:t>
      </w:r>
      <w:proofErr w:type="spellStart"/>
      <w:r>
        <w:t>pastaj</w:t>
      </w:r>
      <w:proofErr w:type="spellEnd"/>
      <w:r>
        <w:t xml:space="preserve"> </w:t>
      </w:r>
      <w:proofErr w:type="spellStart"/>
      <w:r>
        <w:t>bashkia</w:t>
      </w:r>
      <w:proofErr w:type="spellEnd"/>
      <w:r>
        <w:t xml:space="preserve">, Bashkia e </w:t>
      </w:r>
      <w:proofErr w:type="spellStart"/>
      <w:r>
        <w:t>Shkodrës</w:t>
      </w:r>
      <w:proofErr w:type="spellEnd"/>
      <w:r>
        <w:t xml:space="preserve"> </w:t>
      </w:r>
      <w:proofErr w:type="spellStart"/>
      <w:r>
        <w:t>mbrapa</w:t>
      </w:r>
      <w:proofErr w:type="spellEnd"/>
      <w:r>
        <w:t xml:space="preserve"> </w:t>
      </w:r>
      <w:proofErr w:type="spellStart"/>
      <w:r>
        <w:t>t'i</w:t>
      </w:r>
      <w:proofErr w:type="spellEnd"/>
      <w:r>
        <w:t xml:space="preserve"> </w:t>
      </w:r>
      <w:proofErr w:type="spellStart"/>
      <w:r>
        <w:t>mos</w:t>
      </w:r>
      <w:proofErr w:type="spellEnd"/>
      <w:r>
        <w:t xml:space="preserve"> e </w:t>
      </w:r>
      <w:proofErr w:type="spellStart"/>
      <w:r>
        <w:t>imulentë</w:t>
      </w:r>
      <w:proofErr w:type="spellEnd"/>
      <w:r>
        <w:t xml:space="preserve"> 80% me </w:t>
      </w:r>
      <w:proofErr w:type="spellStart"/>
      <w:r>
        <w:t>fondet</w:t>
      </w:r>
      <w:proofErr w:type="spellEnd"/>
      <w:r>
        <w:t xml:space="preserve"> e </w:t>
      </w:r>
      <w:proofErr w:type="spellStart"/>
      <w:r>
        <w:t>pushtetit</w:t>
      </w:r>
      <w:proofErr w:type="spellEnd"/>
      <w:r>
        <w:t xml:space="preserve"> </w:t>
      </w:r>
      <w:proofErr w:type="spellStart"/>
      <w:r>
        <w:t>të</w:t>
      </w:r>
      <w:proofErr w:type="spellEnd"/>
      <w:r>
        <w:t xml:space="preserve"> </w:t>
      </w:r>
      <w:proofErr w:type="spellStart"/>
      <w:r>
        <w:t>shtetit</w:t>
      </w:r>
      <w:proofErr w:type="spellEnd"/>
      <w:r>
        <w:t xml:space="preserve">. 80%. </w:t>
      </w:r>
      <w:proofErr w:type="spellStart"/>
      <w:r>
        <w:t>Ç'të</w:t>
      </w:r>
      <w:proofErr w:type="spellEnd"/>
      <w:r>
        <w:t xml:space="preserve"> </w:t>
      </w:r>
      <w:proofErr w:type="spellStart"/>
      <w:r>
        <w:t>bëjë</w:t>
      </w:r>
      <w:proofErr w:type="spellEnd"/>
      <w:r>
        <w:t xml:space="preserve"> Bashkia e </w:t>
      </w:r>
      <w:proofErr w:type="spellStart"/>
      <w:r>
        <w:t>Shkodrës</w:t>
      </w:r>
      <w:proofErr w:type="spellEnd"/>
      <w:r>
        <w:t xml:space="preserve">? I </w:t>
      </w:r>
      <w:proofErr w:type="spellStart"/>
      <w:r>
        <w:t>merr</w:t>
      </w:r>
      <w:proofErr w:type="spellEnd"/>
      <w:r>
        <w:t xml:space="preserve"> </w:t>
      </w:r>
      <w:proofErr w:type="spellStart"/>
      <w:r>
        <w:t>mënyrën</w:t>
      </w:r>
      <w:proofErr w:type="spellEnd"/>
      <w:r>
        <w:t xml:space="preserve"> ne </w:t>
      </w:r>
      <w:proofErr w:type="spellStart"/>
      <w:r>
        <w:t>na</w:t>
      </w:r>
      <w:proofErr w:type="spellEnd"/>
      <w:r>
        <w:t xml:space="preserve"> </w:t>
      </w:r>
      <w:proofErr w:type="spellStart"/>
      <w:r>
        <w:t>kolegë</w:t>
      </w:r>
      <w:proofErr w:type="spellEnd"/>
      <w:r>
        <w:t xml:space="preserve"> me </w:t>
      </w:r>
      <w:proofErr w:type="spellStart"/>
      <w:r>
        <w:t>zotinin</w:t>
      </w:r>
      <w:proofErr w:type="spellEnd"/>
      <w:r>
        <w:t xml:space="preserve">, po do </w:t>
      </w:r>
      <w:proofErr w:type="spellStart"/>
      <w:r>
        <w:t>të</w:t>
      </w:r>
      <w:proofErr w:type="spellEnd"/>
      <w:r>
        <w:t xml:space="preserve"> </w:t>
      </w:r>
      <w:proofErr w:type="spellStart"/>
      <w:r>
        <w:t>jetë</w:t>
      </w:r>
      <w:proofErr w:type="spellEnd"/>
      <w:r>
        <w:t xml:space="preserve"> </w:t>
      </w:r>
      <w:proofErr w:type="spellStart"/>
      <w:r>
        <w:t>edhe</w:t>
      </w:r>
      <w:proofErr w:type="spellEnd"/>
      <w:r>
        <w:t xml:space="preserve"> </w:t>
      </w:r>
      <w:proofErr w:type="spellStart"/>
      <w:r>
        <w:t>një</w:t>
      </w:r>
      <w:proofErr w:type="spellEnd"/>
      <w:r>
        <w:t xml:space="preserve"> </w:t>
      </w:r>
      <w:proofErr w:type="spellStart"/>
      <w:r>
        <w:t>shpërndarje</w:t>
      </w:r>
      <w:proofErr w:type="spellEnd"/>
      <w:r>
        <w:t xml:space="preserve"> </w:t>
      </w:r>
      <w:proofErr w:type="spellStart"/>
      <w:r>
        <w:t>harmonike</w:t>
      </w:r>
      <w:proofErr w:type="spellEnd"/>
      <w:r>
        <w:t xml:space="preserve"> </w:t>
      </w:r>
      <w:proofErr w:type="spellStart"/>
      <w:r>
        <w:t>gjeografike</w:t>
      </w:r>
      <w:proofErr w:type="spellEnd"/>
      <w:r>
        <w:t xml:space="preserve"> </w:t>
      </w:r>
      <w:proofErr w:type="spellStart"/>
      <w:r>
        <w:t>që</w:t>
      </w:r>
      <w:proofErr w:type="spellEnd"/>
      <w:r>
        <w:t xml:space="preserve"> ne e </w:t>
      </w:r>
      <w:proofErr w:type="spellStart"/>
      <w:r>
        <w:t>mbrojmë</w:t>
      </w:r>
      <w:proofErr w:type="spellEnd"/>
      <w:r>
        <w:t xml:space="preserve"> </w:t>
      </w:r>
      <w:proofErr w:type="spellStart"/>
      <w:r>
        <w:t>atë</w:t>
      </w:r>
      <w:proofErr w:type="spellEnd"/>
      <w:r>
        <w:t xml:space="preserve"> </w:t>
      </w:r>
      <w:proofErr w:type="spellStart"/>
      <w:r>
        <w:t>territor</w:t>
      </w:r>
      <w:proofErr w:type="spellEnd"/>
      <w:r>
        <w:t xml:space="preserve">, e </w:t>
      </w:r>
      <w:proofErr w:type="spellStart"/>
      <w:r>
        <w:t>mbrojmë</w:t>
      </w:r>
      <w:proofErr w:type="spellEnd"/>
      <w:r>
        <w:t xml:space="preserve"> me </w:t>
      </w:r>
      <w:proofErr w:type="spellStart"/>
      <w:r>
        <w:t>vullnetarë</w:t>
      </w:r>
      <w:proofErr w:type="spellEnd"/>
      <w:r>
        <w:t xml:space="preserve">. </w:t>
      </w:r>
      <w:proofErr w:type="spellStart"/>
      <w:r>
        <w:t>Okej</w:t>
      </w:r>
      <w:proofErr w:type="spellEnd"/>
      <w:r>
        <w:t xml:space="preserve">. </w:t>
      </w:r>
      <w:proofErr w:type="spellStart"/>
      <w:r>
        <w:t>Pra</w:t>
      </w:r>
      <w:proofErr w:type="spellEnd"/>
      <w:r>
        <w:t xml:space="preserve">, </w:t>
      </w:r>
      <w:proofErr w:type="spellStart"/>
      <w:r>
        <w:t>këto</w:t>
      </w:r>
      <w:proofErr w:type="spellEnd"/>
      <w:r>
        <w:t xml:space="preserve"> </w:t>
      </w:r>
      <w:proofErr w:type="spellStart"/>
      <w:r>
        <w:t>këto</w:t>
      </w:r>
      <w:proofErr w:type="spellEnd"/>
      <w:r>
        <w:t xml:space="preserve"> </w:t>
      </w:r>
      <w:proofErr w:type="spellStart"/>
      <w:r>
        <w:t>punonjës</w:t>
      </w:r>
      <w:proofErr w:type="spellEnd"/>
      <w:r>
        <w:t xml:space="preserve"> </w:t>
      </w:r>
      <w:proofErr w:type="spellStart"/>
      <w:r>
        <w:t>bëjnë</w:t>
      </w:r>
      <w:proofErr w:type="spellEnd"/>
      <w:r>
        <w:t xml:space="preserve"> </w:t>
      </w:r>
      <w:proofErr w:type="spellStart"/>
      <w:r>
        <w:t>gjithë</w:t>
      </w:r>
      <w:proofErr w:type="spellEnd"/>
      <w:r>
        <w:t xml:space="preserve"> </w:t>
      </w:r>
      <w:proofErr w:type="spellStart"/>
      <w:r>
        <w:t>llojet</w:t>
      </w:r>
      <w:proofErr w:type="spellEnd"/>
      <w:r>
        <w:t xml:space="preserve"> e </w:t>
      </w:r>
      <w:proofErr w:type="spellStart"/>
      <w:r>
        <w:t>punëve</w:t>
      </w:r>
      <w:proofErr w:type="spellEnd"/>
      <w:r>
        <w:t xml:space="preserve"> </w:t>
      </w:r>
      <w:proofErr w:type="spellStart"/>
      <w:r>
        <w:t>në</w:t>
      </w:r>
      <w:proofErr w:type="spellEnd"/>
      <w:r>
        <w:t xml:space="preserve"> </w:t>
      </w:r>
      <w:proofErr w:type="spellStart"/>
      <w:r>
        <w:t>atë</w:t>
      </w:r>
      <w:proofErr w:type="spellEnd"/>
      <w:r>
        <w:t xml:space="preserve"> </w:t>
      </w:r>
      <w:proofErr w:type="spellStart"/>
      <w:r>
        <w:t>komunitet</w:t>
      </w:r>
      <w:proofErr w:type="spellEnd"/>
      <w:r>
        <w:t xml:space="preserve">. </w:t>
      </w:r>
      <w:proofErr w:type="spellStart"/>
      <w:r>
        <w:t>Pra</w:t>
      </w:r>
      <w:proofErr w:type="spellEnd"/>
      <w:r>
        <w:t xml:space="preserve">, </w:t>
      </w:r>
      <w:proofErr w:type="spellStart"/>
      <w:r>
        <w:t>mbrojnë</w:t>
      </w:r>
      <w:proofErr w:type="spellEnd"/>
      <w:r>
        <w:t xml:space="preserve"> </w:t>
      </w:r>
      <w:proofErr w:type="spellStart"/>
      <w:r>
        <w:t>edhe</w:t>
      </w:r>
      <w:proofErr w:type="spellEnd"/>
      <w:r>
        <w:t xml:space="preserve"> </w:t>
      </w:r>
      <w:proofErr w:type="spellStart"/>
      <w:r>
        <w:t>komunitetin</w:t>
      </w:r>
      <w:proofErr w:type="spellEnd"/>
      <w:r>
        <w:t xml:space="preserve"> </w:t>
      </w:r>
      <w:proofErr w:type="spellStart"/>
      <w:r>
        <w:t>nga</w:t>
      </w:r>
      <w:proofErr w:type="spellEnd"/>
      <w:r>
        <w:t xml:space="preserve"> </w:t>
      </w:r>
      <w:proofErr w:type="spellStart"/>
      <w:r>
        <w:t>emergjencat</w:t>
      </w:r>
      <w:proofErr w:type="spellEnd"/>
      <w:r>
        <w:t xml:space="preserve">, </w:t>
      </w:r>
      <w:proofErr w:type="spellStart"/>
      <w:r>
        <w:t>nga</w:t>
      </w:r>
      <w:proofErr w:type="spellEnd"/>
      <w:r>
        <w:t xml:space="preserve"> </w:t>
      </w:r>
      <w:proofErr w:type="spellStart"/>
      <w:r>
        <w:t>zjarret</w:t>
      </w:r>
      <w:proofErr w:type="spellEnd"/>
      <w:r>
        <w:t xml:space="preserve"> </w:t>
      </w:r>
      <w:proofErr w:type="spellStart"/>
      <w:r>
        <w:t>edhe</w:t>
      </w:r>
      <w:proofErr w:type="spellEnd"/>
      <w:r>
        <w:t xml:space="preserve"> </w:t>
      </w:r>
      <w:proofErr w:type="spellStart"/>
      <w:r>
        <w:t>nga</w:t>
      </w:r>
      <w:proofErr w:type="spellEnd"/>
      <w:r>
        <w:t xml:space="preserve"> </w:t>
      </w:r>
      <w:proofErr w:type="spellStart"/>
      <w:r>
        <w:t>kjo</w:t>
      </w:r>
      <w:proofErr w:type="spellEnd"/>
      <w:r>
        <w:t xml:space="preserve">. </w:t>
      </w:r>
      <w:proofErr w:type="spellStart"/>
      <w:r>
        <w:t>Dhe</w:t>
      </w:r>
      <w:proofErr w:type="spellEnd"/>
      <w:r>
        <w:t xml:space="preserve"> </w:t>
      </w:r>
      <w:proofErr w:type="spellStart"/>
      <w:r>
        <w:t>nuk</w:t>
      </w:r>
      <w:proofErr w:type="spellEnd"/>
      <w:r>
        <w:t xml:space="preserve"> </w:t>
      </w:r>
      <w:proofErr w:type="spellStart"/>
      <w:r>
        <w:t>është</w:t>
      </w:r>
      <w:proofErr w:type="spellEnd"/>
      <w:r>
        <w:t xml:space="preserve"> e </w:t>
      </w:r>
      <w:proofErr w:type="spellStart"/>
      <w:r>
        <w:t>vërtetë</w:t>
      </w:r>
      <w:proofErr w:type="spellEnd"/>
      <w:r>
        <w:t xml:space="preserve"> se </w:t>
      </w:r>
      <w:proofErr w:type="spellStart"/>
      <w:r>
        <w:t>nuk</w:t>
      </w:r>
      <w:proofErr w:type="spellEnd"/>
      <w:r>
        <w:t xml:space="preserve"> </w:t>
      </w:r>
      <w:proofErr w:type="spellStart"/>
      <w:r>
        <w:t>është</w:t>
      </w:r>
      <w:proofErr w:type="spellEnd"/>
      <w:r>
        <w:t xml:space="preserve"> </w:t>
      </w:r>
      <w:proofErr w:type="spellStart"/>
      <w:r>
        <w:t>numri</w:t>
      </w:r>
      <w:proofErr w:type="spellEnd"/>
      <w:r>
        <w:t xml:space="preserve"> </w:t>
      </w:r>
      <w:proofErr w:type="spellStart"/>
      <w:r>
        <w:t>kaq</w:t>
      </w:r>
      <w:proofErr w:type="spellEnd"/>
      <w:r>
        <w:t xml:space="preserve"> </w:t>
      </w:r>
      <w:proofErr w:type="spellStart"/>
      <w:r>
        <w:t>dhe</w:t>
      </w:r>
      <w:proofErr w:type="spellEnd"/>
      <w:r>
        <w:t xml:space="preserve"> </w:t>
      </w:r>
      <w:proofErr w:type="spellStart"/>
      <w:r>
        <w:t>nuk</w:t>
      </w:r>
      <w:proofErr w:type="spellEnd"/>
      <w:r>
        <w:t xml:space="preserve"> </w:t>
      </w:r>
      <w:proofErr w:type="spellStart"/>
      <w:r>
        <w:t>është</w:t>
      </w:r>
      <w:proofErr w:type="spellEnd"/>
      <w:r>
        <w:t xml:space="preserve"> Bashkia e </w:t>
      </w:r>
      <w:proofErr w:type="spellStart"/>
      <w:r>
        <w:t>Fushërazit</w:t>
      </w:r>
      <w:proofErr w:type="spellEnd"/>
      <w:r>
        <w:t xml:space="preserve"> me 17 me 62. </w:t>
      </w:r>
      <w:proofErr w:type="spellStart"/>
      <w:r>
        <w:t>Kështu</w:t>
      </w:r>
      <w:proofErr w:type="spellEnd"/>
      <w:r>
        <w:t xml:space="preserve"> </w:t>
      </w:r>
      <w:proofErr w:type="spellStart"/>
      <w:r>
        <w:t>që</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për</w:t>
      </w:r>
      <w:proofErr w:type="spellEnd"/>
      <w:r>
        <w:t xml:space="preserve"> ty </w:t>
      </w:r>
      <w:proofErr w:type="spellStart"/>
      <w:r>
        <w:t>është</w:t>
      </w:r>
      <w:proofErr w:type="spellEnd"/>
      <w:r>
        <w:t xml:space="preserve">, </w:t>
      </w:r>
      <w:proofErr w:type="spellStart"/>
      <w:r>
        <w:t>për</w:t>
      </w:r>
      <w:proofErr w:type="spellEnd"/>
      <w:r>
        <w:t xml:space="preserve"> </w:t>
      </w:r>
      <w:proofErr w:type="spellStart"/>
      <w:r>
        <w:t>mua</w:t>
      </w:r>
      <w:proofErr w:type="spellEnd"/>
      <w:r>
        <w:t xml:space="preserve"> </w:t>
      </w:r>
      <w:proofErr w:type="spellStart"/>
      <w:r>
        <w:t>nuk</w:t>
      </w:r>
      <w:proofErr w:type="spellEnd"/>
      <w:r>
        <w:t xml:space="preserve"> </w:t>
      </w:r>
      <w:proofErr w:type="spellStart"/>
      <w:r>
        <w:t>është</w:t>
      </w:r>
      <w:proofErr w:type="spellEnd"/>
      <w:r>
        <w:t xml:space="preserve">. </w:t>
      </w:r>
    </w:p>
    <w:p w14:paraId="4CD88126" w14:textId="77777777" w:rsidR="00245782" w:rsidRDefault="00245782" w:rsidP="00245782">
      <w:proofErr w:type="spellStart"/>
      <w:r>
        <w:rPr>
          <w:b/>
        </w:rPr>
        <w:t>Arbjan</w:t>
      </w:r>
      <w:proofErr w:type="spellEnd"/>
      <w:r>
        <w:rPr>
          <w:b/>
        </w:rPr>
        <w:t xml:space="preserve"> </w:t>
      </w:r>
      <w:proofErr w:type="spellStart"/>
      <w:r>
        <w:rPr>
          <w:b/>
        </w:rPr>
        <w:t>Mazniku</w:t>
      </w:r>
      <w:proofErr w:type="spellEnd"/>
      <w:r>
        <w:rPr>
          <w:b/>
        </w:rPr>
        <w:t>:</w:t>
      </w:r>
    </w:p>
    <w:p w14:paraId="37D3899E" w14:textId="4ECC0CC2" w:rsidR="0010666C" w:rsidRDefault="0010666C" w:rsidP="0010666C">
      <w:proofErr w:type="spellStart"/>
      <w:r>
        <w:t>Në</w:t>
      </w:r>
      <w:proofErr w:type="spellEnd"/>
      <w:r>
        <w:t xml:space="preserve"> </w:t>
      </w:r>
      <w:proofErr w:type="spellStart"/>
      <w:r>
        <w:t>qoftë</w:t>
      </w:r>
      <w:proofErr w:type="spellEnd"/>
      <w:r>
        <w:t xml:space="preserve"> se </w:t>
      </w:r>
      <w:proofErr w:type="spellStart"/>
      <w:r>
        <w:t>është</w:t>
      </w:r>
      <w:proofErr w:type="spellEnd"/>
      <w:r>
        <w:t xml:space="preserve">, </w:t>
      </w:r>
      <w:proofErr w:type="spellStart"/>
      <w:r>
        <w:t>unë</w:t>
      </w:r>
      <w:proofErr w:type="spellEnd"/>
      <w:r>
        <w:t xml:space="preserve"> </w:t>
      </w:r>
      <w:proofErr w:type="spellStart"/>
      <w:r>
        <w:t>unë</w:t>
      </w:r>
      <w:proofErr w:type="spellEnd"/>
      <w:r>
        <w:t xml:space="preserve"> </w:t>
      </w:r>
      <w:proofErr w:type="spellStart"/>
      <w:r>
        <w:t>hil</w:t>
      </w:r>
      <w:proofErr w:type="spellEnd"/>
      <w:r>
        <w:t xml:space="preserve">. </w:t>
      </w:r>
      <w:proofErr w:type="spellStart"/>
      <w:r>
        <w:t>Dëgjo</w:t>
      </w:r>
      <w:proofErr w:type="spellEnd"/>
      <w:r>
        <w:t xml:space="preserve">, </w:t>
      </w:r>
      <w:proofErr w:type="spellStart"/>
      <w:r>
        <w:t>unë</w:t>
      </w:r>
      <w:proofErr w:type="spellEnd"/>
      <w:r>
        <w:t xml:space="preserve"> </w:t>
      </w:r>
      <w:proofErr w:type="spellStart"/>
      <w:r>
        <w:t>s'kisha</w:t>
      </w:r>
      <w:proofErr w:type="spellEnd"/>
      <w:r>
        <w:t xml:space="preserve"> </w:t>
      </w:r>
      <w:proofErr w:type="spellStart"/>
      <w:r>
        <w:t>bërë</w:t>
      </w:r>
      <w:proofErr w:type="spellEnd"/>
      <w:r>
        <w:t xml:space="preserve"> </w:t>
      </w:r>
      <w:proofErr w:type="spellStart"/>
      <w:r>
        <w:t>vetëm</w:t>
      </w:r>
      <w:proofErr w:type="spellEnd"/>
      <w:r>
        <w:t xml:space="preserve"> </w:t>
      </w:r>
      <w:proofErr w:type="spellStart"/>
      <w:r>
        <w:t>ndërhyrje</w:t>
      </w:r>
      <w:proofErr w:type="spellEnd"/>
      <w:r>
        <w:t xml:space="preserve">. Se </w:t>
      </w:r>
      <w:proofErr w:type="spellStart"/>
      <w:r>
        <w:t>unë</w:t>
      </w:r>
      <w:proofErr w:type="spellEnd"/>
      <w:r>
        <w:t xml:space="preserve"> </w:t>
      </w:r>
      <w:proofErr w:type="spellStart"/>
      <w:r>
        <w:t>dona</w:t>
      </w:r>
      <w:proofErr w:type="spellEnd"/>
      <w:r>
        <w:t xml:space="preserve"> ë </w:t>
      </w:r>
      <w:proofErr w:type="spellStart"/>
      <w:r>
        <w:t>ke</w:t>
      </w:r>
      <w:proofErr w:type="spellEnd"/>
      <w:r>
        <w:t xml:space="preserve"> </w:t>
      </w:r>
      <w:proofErr w:type="spellStart"/>
      <w:r>
        <w:t>numrat</w:t>
      </w:r>
      <w:proofErr w:type="spellEnd"/>
      <w:r>
        <w:t xml:space="preserve">, </w:t>
      </w:r>
      <w:proofErr w:type="spellStart"/>
      <w:r>
        <w:t>nuk</w:t>
      </w:r>
      <w:proofErr w:type="spellEnd"/>
      <w:r>
        <w:t xml:space="preserve"> </w:t>
      </w:r>
      <w:proofErr w:type="spellStart"/>
      <w:r>
        <w:t>prapë</w:t>
      </w:r>
      <w:proofErr w:type="spellEnd"/>
      <w:r>
        <w:t xml:space="preserve"> </w:t>
      </w:r>
      <w:proofErr w:type="spellStart"/>
      <w:r>
        <w:t>lëviz</w:t>
      </w:r>
      <w:proofErr w:type="spellEnd"/>
      <w:r>
        <w:t xml:space="preserve"> </w:t>
      </w:r>
      <w:proofErr w:type="spellStart"/>
      <w:r>
        <w:t>gjë</w:t>
      </w:r>
      <w:proofErr w:type="spellEnd"/>
      <w:r>
        <w:t xml:space="preserve">. </w:t>
      </w:r>
      <w:proofErr w:type="spellStart"/>
      <w:r>
        <w:t>Dhe</w:t>
      </w:r>
      <w:proofErr w:type="spellEnd"/>
      <w:r>
        <w:t xml:space="preserve"> po them, </w:t>
      </w:r>
      <w:proofErr w:type="spellStart"/>
      <w:r>
        <w:t>unë</w:t>
      </w:r>
      <w:proofErr w:type="spellEnd"/>
      <w:r>
        <w:t xml:space="preserve"> </w:t>
      </w:r>
      <w:proofErr w:type="spellStart"/>
      <w:r>
        <w:t>kam</w:t>
      </w:r>
      <w:proofErr w:type="spellEnd"/>
      <w:r>
        <w:t xml:space="preserve"> </w:t>
      </w:r>
      <w:proofErr w:type="spellStart"/>
      <w:r>
        <w:t>përdorur</w:t>
      </w:r>
      <w:proofErr w:type="spellEnd"/>
      <w:r>
        <w:t xml:space="preserve"> </w:t>
      </w:r>
      <w:proofErr w:type="spellStart"/>
      <w:r>
        <w:t>një</w:t>
      </w:r>
      <w:proofErr w:type="spellEnd"/>
      <w:r>
        <w:t xml:space="preserve"> </w:t>
      </w:r>
      <w:proofErr w:type="spellStart"/>
      <w:r>
        <w:t>kutë</w:t>
      </w:r>
      <w:proofErr w:type="spellEnd"/>
      <w:r>
        <w:t xml:space="preserve">. Jo, jo, </w:t>
      </w:r>
      <w:proofErr w:type="spellStart"/>
      <w:r>
        <w:t>një</w:t>
      </w:r>
      <w:proofErr w:type="spellEnd"/>
      <w:r>
        <w:t xml:space="preserve"> </w:t>
      </w:r>
      <w:proofErr w:type="spellStart"/>
      <w:r>
        <w:t>kutë</w:t>
      </w:r>
      <w:proofErr w:type="spellEnd"/>
      <w:r>
        <w:t xml:space="preserve">, </w:t>
      </w:r>
      <w:proofErr w:type="spellStart"/>
      <w:r>
        <w:t>një</w:t>
      </w:r>
      <w:proofErr w:type="spellEnd"/>
      <w:r>
        <w:t xml:space="preserve"> </w:t>
      </w:r>
      <w:proofErr w:type="spellStart"/>
      <w:r>
        <w:t>matje</w:t>
      </w:r>
      <w:proofErr w:type="spellEnd"/>
      <w:r>
        <w:t xml:space="preserve">. </w:t>
      </w:r>
      <w:proofErr w:type="spellStart"/>
      <w:r>
        <w:t>Dhe</w:t>
      </w:r>
      <w:proofErr w:type="spellEnd"/>
      <w:r>
        <w:t xml:space="preserve"> </w:t>
      </w:r>
      <w:proofErr w:type="spellStart"/>
      <w:r>
        <w:t>meqënëse</w:t>
      </w:r>
      <w:proofErr w:type="spellEnd"/>
      <w:r>
        <w:t xml:space="preserve"> </w:t>
      </w:r>
      <w:proofErr w:type="spellStart"/>
      <w:r>
        <w:t>përmendët</w:t>
      </w:r>
      <w:proofErr w:type="spellEnd"/>
      <w:r>
        <w:t xml:space="preserve"> </w:t>
      </w:r>
      <w:proofErr w:type="spellStart"/>
      <w:r>
        <w:t>të</w:t>
      </w:r>
      <w:proofErr w:type="spellEnd"/>
      <w:r>
        <w:t xml:space="preserve"> </w:t>
      </w:r>
      <w:proofErr w:type="spellStart"/>
      <w:r>
        <w:t>ardhurat</w:t>
      </w:r>
      <w:proofErr w:type="spellEnd"/>
      <w:r>
        <w:t xml:space="preserve">, Bashkia e </w:t>
      </w:r>
      <w:proofErr w:type="spellStart"/>
      <w:r>
        <w:t>Shkodrës</w:t>
      </w:r>
      <w:proofErr w:type="spellEnd"/>
      <w:r>
        <w:t xml:space="preserve"> ka 43% </w:t>
      </w:r>
      <w:proofErr w:type="spellStart"/>
      <w:r>
        <w:t>i</w:t>
      </w:r>
      <w:proofErr w:type="spellEnd"/>
      <w:r>
        <w:t xml:space="preserve"> </w:t>
      </w:r>
      <w:proofErr w:type="spellStart"/>
      <w:r>
        <w:t>merr</w:t>
      </w:r>
      <w:proofErr w:type="spellEnd"/>
      <w:r>
        <w:t xml:space="preserve"> </w:t>
      </w:r>
      <w:proofErr w:type="spellStart"/>
      <w:r>
        <w:t>nga</w:t>
      </w:r>
      <w:proofErr w:type="spellEnd"/>
      <w:r>
        <w:t xml:space="preserve"> </w:t>
      </w:r>
      <w:proofErr w:type="spellStart"/>
      <w:r>
        <w:t>buxheti</w:t>
      </w:r>
      <w:proofErr w:type="spellEnd"/>
      <w:r>
        <w:t xml:space="preserve">, 58% </w:t>
      </w:r>
      <w:proofErr w:type="spellStart"/>
      <w:r>
        <w:t>i</w:t>
      </w:r>
      <w:proofErr w:type="spellEnd"/>
      <w:r>
        <w:t xml:space="preserve"> </w:t>
      </w:r>
      <w:proofErr w:type="spellStart"/>
      <w:r>
        <w:t>më</w:t>
      </w:r>
      <w:proofErr w:type="spellEnd"/>
      <w:r>
        <w:t xml:space="preserve"> </w:t>
      </w:r>
      <w:proofErr w:type="spellStart"/>
      <w:r>
        <w:t>fal</w:t>
      </w:r>
      <w:proofErr w:type="spellEnd"/>
      <w:r>
        <w:t xml:space="preserve">, 43% </w:t>
      </w:r>
      <w:proofErr w:type="spellStart"/>
      <w:r>
        <w:t>i</w:t>
      </w:r>
      <w:proofErr w:type="spellEnd"/>
      <w:r>
        <w:t xml:space="preserve"> ka </w:t>
      </w:r>
      <w:proofErr w:type="spellStart"/>
      <w:r>
        <w:t>të</w:t>
      </w:r>
      <w:proofErr w:type="spellEnd"/>
      <w:r>
        <w:t xml:space="preserve"> </w:t>
      </w:r>
      <w:proofErr w:type="spellStart"/>
      <w:r>
        <w:t>ardhurat</w:t>
      </w:r>
      <w:proofErr w:type="spellEnd"/>
      <w:r>
        <w:t xml:space="preserve"> e </w:t>
      </w:r>
      <w:proofErr w:type="spellStart"/>
      <w:r>
        <w:t>veta</w:t>
      </w:r>
      <w:proofErr w:type="spellEnd"/>
      <w:r>
        <w:t xml:space="preserve">, 44, 58% </w:t>
      </w:r>
      <w:proofErr w:type="spellStart"/>
      <w:r>
        <w:t>i</w:t>
      </w:r>
      <w:proofErr w:type="spellEnd"/>
      <w:r>
        <w:t xml:space="preserve"> </w:t>
      </w:r>
      <w:proofErr w:type="spellStart"/>
      <w:r>
        <w:t>merr</w:t>
      </w:r>
      <w:proofErr w:type="spellEnd"/>
      <w:r>
        <w:t xml:space="preserve"> </w:t>
      </w:r>
      <w:proofErr w:type="spellStart"/>
      <w:r>
        <w:t>nga</w:t>
      </w:r>
      <w:proofErr w:type="spellEnd"/>
      <w:r>
        <w:t xml:space="preserve"> </w:t>
      </w:r>
      <w:proofErr w:type="spellStart"/>
      <w:r>
        <w:t>buxheti</w:t>
      </w:r>
      <w:proofErr w:type="spellEnd"/>
      <w:r>
        <w:t xml:space="preserve">. </w:t>
      </w:r>
      <w:proofErr w:type="spellStart"/>
      <w:r>
        <w:t>Ndërkohë</w:t>
      </w:r>
      <w:proofErr w:type="spellEnd"/>
      <w:r>
        <w:t xml:space="preserve"> </w:t>
      </w:r>
      <w:proofErr w:type="spellStart"/>
      <w:r>
        <w:t>që</w:t>
      </w:r>
      <w:proofErr w:type="spellEnd"/>
      <w:r>
        <w:t xml:space="preserve"> ë </w:t>
      </w:r>
      <w:proofErr w:type="spellStart"/>
      <w:r>
        <w:t>Vaudejës</w:t>
      </w:r>
      <w:proofErr w:type="spellEnd"/>
      <w:r>
        <w:t xml:space="preserve"> </w:t>
      </w:r>
      <w:proofErr w:type="spellStart"/>
      <w:r>
        <w:t>është</w:t>
      </w:r>
      <w:proofErr w:type="spellEnd"/>
      <w:r>
        <w:t xml:space="preserve"> 20 me 75, </w:t>
      </w:r>
      <w:proofErr w:type="spellStart"/>
      <w:r>
        <w:t>Malësia</w:t>
      </w:r>
      <w:proofErr w:type="spellEnd"/>
      <w:r>
        <w:t xml:space="preserve"> e </w:t>
      </w:r>
      <w:proofErr w:type="spellStart"/>
      <w:r>
        <w:t>Madhe</w:t>
      </w:r>
      <w:proofErr w:type="spellEnd"/>
      <w:r>
        <w:t xml:space="preserve"> </w:t>
      </w:r>
      <w:proofErr w:type="spellStart"/>
      <w:r>
        <w:t>është</w:t>
      </w:r>
      <w:proofErr w:type="spellEnd"/>
      <w:r>
        <w:t xml:space="preserve"> 11 me 87, Puka </w:t>
      </w:r>
      <w:proofErr w:type="spellStart"/>
      <w:r>
        <w:t>është</w:t>
      </w:r>
      <w:proofErr w:type="spellEnd"/>
      <w:r>
        <w:t xml:space="preserve"> 8 me 78 </w:t>
      </w:r>
      <w:proofErr w:type="spellStart"/>
      <w:r>
        <w:t>dhe</w:t>
      </w:r>
      <w:proofErr w:type="spellEnd"/>
      <w:r>
        <w:t xml:space="preserve"> </w:t>
      </w:r>
      <w:proofErr w:type="spellStart"/>
      <w:r>
        <w:t>Fushërazi</w:t>
      </w:r>
      <w:proofErr w:type="spellEnd"/>
      <w:r>
        <w:t xml:space="preserve"> </w:t>
      </w:r>
      <w:proofErr w:type="spellStart"/>
      <w:r>
        <w:t>është</w:t>
      </w:r>
      <w:proofErr w:type="spellEnd"/>
      <w:r>
        <w:t xml:space="preserve"> 11 me 84. </w:t>
      </w:r>
      <w:proofErr w:type="spellStart"/>
      <w:r>
        <w:t>Pra</w:t>
      </w:r>
      <w:proofErr w:type="spellEnd"/>
      <w:r>
        <w:t xml:space="preserve">, </w:t>
      </w:r>
      <w:proofErr w:type="spellStart"/>
      <w:r>
        <w:t>merrni</w:t>
      </w:r>
      <w:proofErr w:type="spellEnd"/>
      <w:r>
        <w:t xml:space="preserve"> </w:t>
      </w:r>
      <w:proofErr w:type="spellStart"/>
      <w:r>
        <w:t>nga</w:t>
      </w:r>
      <w:proofErr w:type="spellEnd"/>
      <w:r>
        <w:t xml:space="preserve"> </w:t>
      </w:r>
      <w:proofErr w:type="spellStart"/>
      <w:r>
        <w:t>buxheti</w:t>
      </w:r>
      <w:proofErr w:type="spellEnd"/>
      <w:r>
        <w:t xml:space="preserve"> </w:t>
      </w:r>
      <w:proofErr w:type="spellStart"/>
      <w:r>
        <w:t>i</w:t>
      </w:r>
      <w:proofErr w:type="spellEnd"/>
      <w:r>
        <w:t xml:space="preserve"> </w:t>
      </w:r>
      <w:proofErr w:type="spellStart"/>
      <w:r>
        <w:t>shtetit</w:t>
      </w:r>
      <w:proofErr w:type="spellEnd"/>
      <w:r>
        <w:t xml:space="preserve"> 84% </w:t>
      </w:r>
      <w:proofErr w:type="spellStart"/>
      <w:r>
        <w:t>të</w:t>
      </w:r>
      <w:proofErr w:type="spellEnd"/>
      <w:r>
        <w:t xml:space="preserve"> </w:t>
      </w:r>
      <w:proofErr w:type="spellStart"/>
      <w:r>
        <w:t>buxhetit</w:t>
      </w:r>
      <w:proofErr w:type="spellEnd"/>
      <w:r>
        <w:t xml:space="preserve"> </w:t>
      </w:r>
      <w:proofErr w:type="spellStart"/>
      <w:r>
        <w:t>ju</w:t>
      </w:r>
      <w:proofErr w:type="spellEnd"/>
      <w:r>
        <w:t xml:space="preserve">, </w:t>
      </w:r>
      <w:proofErr w:type="spellStart"/>
      <w:r>
        <w:t>ndërkohë</w:t>
      </w:r>
      <w:proofErr w:type="spellEnd"/>
      <w:r>
        <w:t xml:space="preserve"> </w:t>
      </w:r>
      <w:proofErr w:type="spellStart"/>
      <w:r>
        <w:t>që</w:t>
      </w:r>
      <w:proofErr w:type="spellEnd"/>
      <w:r>
        <w:t xml:space="preserve"> Shkodra </w:t>
      </w:r>
      <w:proofErr w:type="spellStart"/>
      <w:r>
        <w:t>merr</w:t>
      </w:r>
      <w:proofErr w:type="spellEnd"/>
      <w:r>
        <w:t xml:space="preserve"> 58%. </w:t>
      </w:r>
      <w:proofErr w:type="spellStart"/>
      <w:r>
        <w:t>Dhe</w:t>
      </w:r>
      <w:proofErr w:type="spellEnd"/>
      <w:r>
        <w:t xml:space="preserve"> </w:t>
      </w:r>
      <w:proofErr w:type="spellStart"/>
      <w:r>
        <w:t>meqënëse</w:t>
      </w:r>
      <w:proofErr w:type="spellEnd"/>
      <w:r>
        <w:t xml:space="preserve"> e </w:t>
      </w:r>
      <w:proofErr w:type="spellStart"/>
      <w:r>
        <w:t>hapëm</w:t>
      </w:r>
      <w:proofErr w:type="spellEnd"/>
      <w:r>
        <w:t xml:space="preserve"> </w:t>
      </w:r>
      <w:proofErr w:type="spellStart"/>
      <w:r>
        <w:t>prapë</w:t>
      </w:r>
      <w:proofErr w:type="spellEnd"/>
      <w:r>
        <w:t xml:space="preserve"> </w:t>
      </w:r>
      <w:proofErr w:type="spellStart"/>
      <w:r>
        <w:t>së</w:t>
      </w:r>
      <w:proofErr w:type="spellEnd"/>
      <w:r>
        <w:t xml:space="preserve"> </w:t>
      </w:r>
      <w:proofErr w:type="spellStart"/>
      <w:r>
        <w:t>fundit</w:t>
      </w:r>
      <w:proofErr w:type="spellEnd"/>
      <w:r>
        <w:t xml:space="preserve"> </w:t>
      </w:r>
      <w:proofErr w:type="spellStart"/>
      <w:r>
        <w:t>të</w:t>
      </w:r>
      <w:proofErr w:type="spellEnd"/>
      <w:r>
        <w:t xml:space="preserve"> </w:t>
      </w:r>
      <w:proofErr w:type="spellStart"/>
      <w:r>
        <w:t>dhënë</w:t>
      </w:r>
      <w:proofErr w:type="spellEnd"/>
      <w:r>
        <w:t xml:space="preserve">, </w:t>
      </w:r>
      <w:proofErr w:type="spellStart"/>
      <w:r>
        <w:t>çdo</w:t>
      </w:r>
      <w:proofErr w:type="spellEnd"/>
      <w:r>
        <w:t xml:space="preserve"> </w:t>
      </w:r>
      <w:proofErr w:type="spellStart"/>
      <w:r>
        <w:t>qytetar</w:t>
      </w:r>
      <w:proofErr w:type="spellEnd"/>
      <w:r>
        <w:t xml:space="preserve"> </w:t>
      </w:r>
      <w:proofErr w:type="spellStart"/>
      <w:r>
        <w:t>i</w:t>
      </w:r>
      <w:proofErr w:type="spellEnd"/>
      <w:r>
        <w:t xml:space="preserve"> </w:t>
      </w:r>
      <w:proofErr w:type="spellStart"/>
      <w:r>
        <w:t>Shkodrës</w:t>
      </w:r>
      <w:proofErr w:type="spellEnd"/>
      <w:r>
        <w:t xml:space="preserve"> </w:t>
      </w:r>
      <w:proofErr w:type="spellStart"/>
      <w:r>
        <w:t>pagon</w:t>
      </w:r>
      <w:proofErr w:type="spellEnd"/>
      <w:r>
        <w:t xml:space="preserve"> </w:t>
      </w:r>
      <w:proofErr w:type="spellStart"/>
      <w:r>
        <w:t>ose</w:t>
      </w:r>
      <w:proofErr w:type="spellEnd"/>
      <w:r>
        <w:t xml:space="preserve"> </w:t>
      </w:r>
      <w:proofErr w:type="spellStart"/>
      <w:r>
        <w:t>i</w:t>
      </w:r>
      <w:proofErr w:type="spellEnd"/>
      <w:r>
        <w:t xml:space="preserve"> </w:t>
      </w:r>
      <w:proofErr w:type="spellStart"/>
      <w:r>
        <w:t>kushton</w:t>
      </w:r>
      <w:proofErr w:type="spellEnd"/>
      <w:r>
        <w:t xml:space="preserve"> </w:t>
      </w:r>
      <w:proofErr w:type="spellStart"/>
      <w:r>
        <w:t>çdo</w:t>
      </w:r>
      <w:proofErr w:type="spellEnd"/>
      <w:r>
        <w:t xml:space="preserve"> </w:t>
      </w:r>
      <w:proofErr w:type="spellStart"/>
      <w:r>
        <w:t>qytetari</w:t>
      </w:r>
      <w:proofErr w:type="spellEnd"/>
      <w:r>
        <w:t xml:space="preserve"> </w:t>
      </w:r>
      <w:proofErr w:type="spellStart"/>
      <w:r>
        <w:t>të</w:t>
      </w:r>
      <w:proofErr w:type="spellEnd"/>
      <w:r>
        <w:t xml:space="preserve"> </w:t>
      </w:r>
      <w:proofErr w:type="spellStart"/>
      <w:r>
        <w:t>Shkodrës</w:t>
      </w:r>
      <w:proofErr w:type="spellEnd"/>
      <w:r>
        <w:t xml:space="preserve"> 10.000 </w:t>
      </w:r>
      <w:proofErr w:type="spellStart"/>
      <w:r>
        <w:t>lekë</w:t>
      </w:r>
      <w:proofErr w:type="spellEnd"/>
      <w:r>
        <w:t xml:space="preserve"> </w:t>
      </w:r>
      <w:proofErr w:type="spellStart"/>
      <w:r>
        <w:t>të</w:t>
      </w:r>
      <w:proofErr w:type="spellEnd"/>
      <w:r>
        <w:t xml:space="preserve"> </w:t>
      </w:r>
      <w:proofErr w:type="spellStart"/>
      <w:r>
        <w:t>reja</w:t>
      </w:r>
      <w:proofErr w:type="spellEnd"/>
      <w:r>
        <w:t xml:space="preserve"> </w:t>
      </w:r>
      <w:proofErr w:type="spellStart"/>
      <w:r>
        <w:t>në</w:t>
      </w:r>
      <w:proofErr w:type="spellEnd"/>
      <w:r>
        <w:t xml:space="preserve"> vit </w:t>
      </w:r>
      <w:proofErr w:type="spellStart"/>
      <w:r>
        <w:t>stafi</w:t>
      </w:r>
      <w:proofErr w:type="spellEnd"/>
      <w:r>
        <w:t xml:space="preserve">. </w:t>
      </w:r>
      <w:proofErr w:type="spellStart"/>
      <w:r>
        <w:t>Çdo</w:t>
      </w:r>
      <w:proofErr w:type="spellEnd"/>
      <w:r>
        <w:t xml:space="preserve"> </w:t>
      </w:r>
      <w:proofErr w:type="spellStart"/>
      <w:r>
        <w:t>qytetari</w:t>
      </w:r>
      <w:proofErr w:type="spellEnd"/>
      <w:r>
        <w:t xml:space="preserve"> </w:t>
      </w:r>
      <w:proofErr w:type="spellStart"/>
      <w:r>
        <w:t>të</w:t>
      </w:r>
      <w:proofErr w:type="spellEnd"/>
      <w:r>
        <w:t xml:space="preserve"> </w:t>
      </w:r>
      <w:proofErr w:type="spellStart"/>
      <w:r>
        <w:t>Fushëarës</w:t>
      </w:r>
      <w:proofErr w:type="spellEnd"/>
      <w:r>
        <w:t xml:space="preserve"> </w:t>
      </w:r>
      <w:proofErr w:type="spellStart"/>
      <w:r>
        <w:t>i</w:t>
      </w:r>
      <w:proofErr w:type="spellEnd"/>
      <w:r>
        <w:t xml:space="preserve"> </w:t>
      </w:r>
      <w:proofErr w:type="spellStart"/>
      <w:r>
        <w:t>kushton</w:t>
      </w:r>
      <w:proofErr w:type="spellEnd"/>
      <w:r>
        <w:t xml:space="preserve"> 50.000 </w:t>
      </w:r>
      <w:proofErr w:type="spellStart"/>
      <w:r>
        <w:t>lekë</w:t>
      </w:r>
      <w:proofErr w:type="spellEnd"/>
      <w:r>
        <w:t xml:space="preserve"> </w:t>
      </w:r>
      <w:proofErr w:type="spellStart"/>
      <w:r>
        <w:t>stafi</w:t>
      </w:r>
      <w:proofErr w:type="spellEnd"/>
      <w:r>
        <w:t xml:space="preserve"> </w:t>
      </w:r>
      <w:proofErr w:type="spellStart"/>
      <w:r>
        <w:t>për</w:t>
      </w:r>
      <w:proofErr w:type="spellEnd"/>
      <w:r>
        <w:t xml:space="preserve"> </w:t>
      </w:r>
      <w:proofErr w:type="spellStart"/>
      <w:r>
        <w:t>për</w:t>
      </w:r>
      <w:proofErr w:type="spellEnd"/>
      <w:r>
        <w:t xml:space="preserve"> </w:t>
      </w:r>
      <w:proofErr w:type="spellStart"/>
      <w:r>
        <w:t>staf</w:t>
      </w:r>
      <w:proofErr w:type="spellEnd"/>
      <w:r>
        <w:t xml:space="preserve"> </w:t>
      </w:r>
      <w:proofErr w:type="spellStart"/>
      <w:r>
        <w:t>bashkie</w:t>
      </w:r>
      <w:proofErr w:type="spellEnd"/>
      <w:r>
        <w:t xml:space="preserve">. </w:t>
      </w:r>
      <w:proofErr w:type="spellStart"/>
      <w:r>
        <w:t>Kështu</w:t>
      </w:r>
      <w:proofErr w:type="spellEnd"/>
      <w:r>
        <w:t xml:space="preserve"> </w:t>
      </w:r>
      <w:proofErr w:type="spellStart"/>
      <w:r>
        <w:t>që</w:t>
      </w:r>
      <w:proofErr w:type="spellEnd"/>
      <w:r>
        <w:t xml:space="preserve"> </w:t>
      </w:r>
      <w:proofErr w:type="spellStart"/>
      <w:r>
        <w:t>thjesht</w:t>
      </w:r>
      <w:proofErr w:type="spellEnd"/>
      <w:r>
        <w:t xml:space="preserve"> </w:t>
      </w:r>
      <w:proofErr w:type="spellStart"/>
      <w:r>
        <w:t>për</w:t>
      </w:r>
      <w:proofErr w:type="spellEnd"/>
      <w:r>
        <w:t xml:space="preserve"> </w:t>
      </w:r>
      <w:proofErr w:type="spellStart"/>
      <w:r>
        <w:t>të</w:t>
      </w:r>
      <w:proofErr w:type="spellEnd"/>
      <w:r>
        <w:t xml:space="preserve"> </w:t>
      </w:r>
      <w:proofErr w:type="spellStart"/>
      <w:r>
        <w:t>thënë</w:t>
      </w:r>
      <w:proofErr w:type="spellEnd"/>
      <w:r>
        <w:t xml:space="preserve"> </w:t>
      </w:r>
      <w:proofErr w:type="spellStart"/>
      <w:r>
        <w:t>dhe</w:t>
      </w:r>
      <w:proofErr w:type="spellEnd"/>
      <w:r>
        <w:t xml:space="preserve"> </w:t>
      </w:r>
      <w:proofErr w:type="spellStart"/>
      <w:r>
        <w:t>këto</w:t>
      </w:r>
      <w:proofErr w:type="spellEnd"/>
      <w:r>
        <w:t xml:space="preserve"> </w:t>
      </w:r>
      <w:proofErr w:type="spellStart"/>
      <w:r>
        <w:t>janë</w:t>
      </w:r>
      <w:proofErr w:type="spellEnd"/>
      <w:r>
        <w:t xml:space="preserve"> </w:t>
      </w:r>
      <w:proofErr w:type="spellStart"/>
      <w:r>
        <w:t>numra</w:t>
      </w:r>
      <w:proofErr w:type="spellEnd"/>
      <w:r>
        <w:t xml:space="preserve"> </w:t>
      </w:r>
      <w:proofErr w:type="spellStart"/>
      <w:r>
        <w:t>fizike</w:t>
      </w:r>
      <w:proofErr w:type="spellEnd"/>
      <w:r>
        <w:t xml:space="preserve">. Nuk </w:t>
      </w:r>
      <w:proofErr w:type="spellStart"/>
      <w:r>
        <w:t>është</w:t>
      </w:r>
      <w:proofErr w:type="spellEnd"/>
      <w:r>
        <w:t xml:space="preserve"> se </w:t>
      </w:r>
      <w:proofErr w:type="spellStart"/>
      <w:r>
        <w:t>kështu</w:t>
      </w:r>
      <w:proofErr w:type="spellEnd"/>
      <w:r>
        <w:t xml:space="preserve"> </w:t>
      </w:r>
      <w:proofErr w:type="spellStart"/>
      <w:r>
        <w:t>aparati</w:t>
      </w:r>
      <w:proofErr w:type="spellEnd"/>
      <w:r>
        <w:t xml:space="preserve"> </w:t>
      </w:r>
      <w:proofErr w:type="spellStart"/>
      <w:r>
        <w:t>është</w:t>
      </w:r>
      <w:proofErr w:type="spellEnd"/>
      <w:r>
        <w:t xml:space="preserve"> </w:t>
      </w:r>
      <w:proofErr w:type="spellStart"/>
      <w:r>
        <w:t>aparat</w:t>
      </w:r>
      <w:proofErr w:type="spellEnd"/>
      <w:r>
        <w:t xml:space="preserve">. </w:t>
      </w:r>
      <w:proofErr w:type="spellStart"/>
      <w:r>
        <w:t>Punojnë</w:t>
      </w:r>
      <w:proofErr w:type="spellEnd"/>
      <w:r>
        <w:t xml:space="preserve"> </w:t>
      </w:r>
      <w:proofErr w:type="spellStart"/>
      <w:r>
        <w:t>në</w:t>
      </w:r>
      <w:proofErr w:type="spellEnd"/>
      <w:r>
        <w:t xml:space="preserve"> </w:t>
      </w:r>
      <w:proofErr w:type="spellStart"/>
      <w:r>
        <w:t>zyrë</w:t>
      </w:r>
      <w:proofErr w:type="spellEnd"/>
      <w:r>
        <w:t xml:space="preserve"> </w:t>
      </w:r>
      <w:proofErr w:type="spellStart"/>
      <w:r>
        <w:t>të</w:t>
      </w:r>
      <w:proofErr w:type="spellEnd"/>
      <w:r>
        <w:t xml:space="preserve"> </w:t>
      </w:r>
      <w:proofErr w:type="spellStart"/>
      <w:r>
        <w:t>Bashkisë</w:t>
      </w:r>
      <w:proofErr w:type="spellEnd"/>
      <w:r>
        <w:t xml:space="preserve"> </w:t>
      </w:r>
      <w:proofErr w:type="spellStart"/>
      <w:r>
        <w:t>së</w:t>
      </w:r>
      <w:proofErr w:type="spellEnd"/>
      <w:r>
        <w:t xml:space="preserve"> </w:t>
      </w:r>
      <w:proofErr w:type="spellStart"/>
      <w:r>
        <w:t>Fushërazit</w:t>
      </w:r>
      <w:proofErr w:type="spellEnd"/>
      <w:r>
        <w:t xml:space="preserve">. </w:t>
      </w:r>
      <w:proofErr w:type="spellStart"/>
      <w:r>
        <w:t>Janë</w:t>
      </w:r>
      <w:proofErr w:type="spellEnd"/>
      <w:r>
        <w:t xml:space="preserve"> 17 </w:t>
      </w:r>
      <w:proofErr w:type="spellStart"/>
      <w:r>
        <w:t>veta</w:t>
      </w:r>
      <w:proofErr w:type="spellEnd"/>
      <w:r>
        <w:t xml:space="preserve"> </w:t>
      </w:r>
      <w:proofErr w:type="spellStart"/>
      <w:r>
        <w:t>për</w:t>
      </w:r>
      <w:proofErr w:type="spellEnd"/>
      <w:r>
        <w:t xml:space="preserve"> </w:t>
      </w:r>
      <w:proofErr w:type="spellStart"/>
      <w:r>
        <w:t>çdo</w:t>
      </w:r>
      <w:proofErr w:type="spellEnd"/>
      <w:r>
        <w:t xml:space="preserve"> 1.000 </w:t>
      </w:r>
      <w:proofErr w:type="spellStart"/>
      <w:r>
        <w:t>banorë</w:t>
      </w:r>
      <w:proofErr w:type="spellEnd"/>
      <w:r>
        <w:t xml:space="preserve">. </w:t>
      </w:r>
      <w:proofErr w:type="spellStart"/>
      <w:r>
        <w:t>Janë</w:t>
      </w:r>
      <w:proofErr w:type="spellEnd"/>
      <w:r>
        <w:t xml:space="preserve"> </w:t>
      </w:r>
      <w:proofErr w:type="spellStart"/>
      <w:r>
        <w:t>zyrëto</w:t>
      </w:r>
      <w:proofErr w:type="spellEnd"/>
      <w:r>
        <w:t xml:space="preserve">. Nuk </w:t>
      </w:r>
      <w:proofErr w:type="spellStart"/>
      <w:r>
        <w:t>nuk</w:t>
      </w:r>
      <w:proofErr w:type="spellEnd"/>
      <w:r>
        <w:t xml:space="preserve"> </w:t>
      </w:r>
      <w:proofErr w:type="spellStart"/>
      <w:r>
        <w:t>marrin</w:t>
      </w:r>
      <w:proofErr w:type="spellEnd"/>
      <w:r>
        <w:t xml:space="preserve"> </w:t>
      </w:r>
      <w:proofErr w:type="spellStart"/>
      <w:r>
        <w:t>rrugët</w:t>
      </w:r>
      <w:proofErr w:type="spellEnd"/>
      <w:r>
        <w:t xml:space="preserve">. </w:t>
      </w:r>
      <w:proofErr w:type="spellStart"/>
      <w:r>
        <w:t>Faleminderit</w:t>
      </w:r>
      <w:proofErr w:type="spellEnd"/>
      <w:r>
        <w:t xml:space="preserve"> </w:t>
      </w:r>
      <w:proofErr w:type="spellStart"/>
      <w:r>
        <w:t>dhe</w:t>
      </w:r>
      <w:proofErr w:type="spellEnd"/>
      <w:r>
        <w:t xml:space="preserve"> </w:t>
      </w:r>
      <w:proofErr w:type="spellStart"/>
      <w:r>
        <w:t>ditë</w:t>
      </w:r>
      <w:proofErr w:type="spellEnd"/>
      <w:r>
        <w:t xml:space="preserve"> </w:t>
      </w:r>
      <w:proofErr w:type="spellStart"/>
      <w:r>
        <w:t>të</w:t>
      </w:r>
      <w:proofErr w:type="spellEnd"/>
      <w:r>
        <w:t xml:space="preserve"> </w:t>
      </w:r>
      <w:proofErr w:type="spellStart"/>
      <w:r>
        <w:t>mbarë</w:t>
      </w:r>
      <w:proofErr w:type="spellEnd"/>
      <w:r>
        <w:t>.</w:t>
      </w:r>
    </w:p>
    <w:p w14:paraId="4B5A5C2B" w14:textId="77777777" w:rsidR="00AB182B" w:rsidRDefault="00AB182B"/>
    <w:sectPr w:rsidR="00AB182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59DD"/>
    <w:rsid w:val="0010666C"/>
    <w:rsid w:val="0015074B"/>
    <w:rsid w:val="002175D2"/>
    <w:rsid w:val="00245782"/>
    <w:rsid w:val="0029639D"/>
    <w:rsid w:val="002A0529"/>
    <w:rsid w:val="002A6C30"/>
    <w:rsid w:val="00326F90"/>
    <w:rsid w:val="00364BBB"/>
    <w:rsid w:val="003F5DAE"/>
    <w:rsid w:val="00407D0A"/>
    <w:rsid w:val="00481C50"/>
    <w:rsid w:val="00640F5C"/>
    <w:rsid w:val="006B40D4"/>
    <w:rsid w:val="00871696"/>
    <w:rsid w:val="00940577"/>
    <w:rsid w:val="009F6479"/>
    <w:rsid w:val="00A312CC"/>
    <w:rsid w:val="00A4732B"/>
    <w:rsid w:val="00A979DB"/>
    <w:rsid w:val="00AA1D8D"/>
    <w:rsid w:val="00AB182B"/>
    <w:rsid w:val="00B47730"/>
    <w:rsid w:val="00BC7FD3"/>
    <w:rsid w:val="00CB0664"/>
    <w:rsid w:val="00DD1625"/>
    <w:rsid w:val="00FA588D"/>
    <w:rsid w:val="00FC693F"/>
    <w:rsid w:val="00FD42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614A9A"/>
  <w14:defaultImageDpi w14:val="300"/>
  <w15:docId w15:val="{DDDF00F7-05D1-4D03-90AB-E7FF0AB81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66C"/>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21995">
      <w:bodyDiv w:val="1"/>
      <w:marLeft w:val="0"/>
      <w:marRight w:val="0"/>
      <w:marTop w:val="0"/>
      <w:marBottom w:val="0"/>
      <w:divBdr>
        <w:top w:val="none" w:sz="0" w:space="0" w:color="auto"/>
        <w:left w:val="none" w:sz="0" w:space="0" w:color="auto"/>
        <w:bottom w:val="none" w:sz="0" w:space="0" w:color="auto"/>
        <w:right w:val="none" w:sz="0" w:space="0" w:color="auto"/>
      </w:divBdr>
    </w:div>
    <w:div w:id="72169423">
      <w:bodyDiv w:val="1"/>
      <w:marLeft w:val="0"/>
      <w:marRight w:val="0"/>
      <w:marTop w:val="0"/>
      <w:marBottom w:val="0"/>
      <w:divBdr>
        <w:top w:val="none" w:sz="0" w:space="0" w:color="auto"/>
        <w:left w:val="none" w:sz="0" w:space="0" w:color="auto"/>
        <w:bottom w:val="none" w:sz="0" w:space="0" w:color="auto"/>
        <w:right w:val="none" w:sz="0" w:space="0" w:color="auto"/>
      </w:divBdr>
    </w:div>
    <w:div w:id="93550775">
      <w:bodyDiv w:val="1"/>
      <w:marLeft w:val="0"/>
      <w:marRight w:val="0"/>
      <w:marTop w:val="0"/>
      <w:marBottom w:val="0"/>
      <w:divBdr>
        <w:top w:val="none" w:sz="0" w:space="0" w:color="auto"/>
        <w:left w:val="none" w:sz="0" w:space="0" w:color="auto"/>
        <w:bottom w:val="none" w:sz="0" w:space="0" w:color="auto"/>
        <w:right w:val="none" w:sz="0" w:space="0" w:color="auto"/>
      </w:divBdr>
    </w:div>
    <w:div w:id="94910965">
      <w:bodyDiv w:val="1"/>
      <w:marLeft w:val="0"/>
      <w:marRight w:val="0"/>
      <w:marTop w:val="0"/>
      <w:marBottom w:val="0"/>
      <w:divBdr>
        <w:top w:val="none" w:sz="0" w:space="0" w:color="auto"/>
        <w:left w:val="none" w:sz="0" w:space="0" w:color="auto"/>
        <w:bottom w:val="none" w:sz="0" w:space="0" w:color="auto"/>
        <w:right w:val="none" w:sz="0" w:space="0" w:color="auto"/>
      </w:divBdr>
    </w:div>
    <w:div w:id="97220556">
      <w:bodyDiv w:val="1"/>
      <w:marLeft w:val="0"/>
      <w:marRight w:val="0"/>
      <w:marTop w:val="0"/>
      <w:marBottom w:val="0"/>
      <w:divBdr>
        <w:top w:val="none" w:sz="0" w:space="0" w:color="auto"/>
        <w:left w:val="none" w:sz="0" w:space="0" w:color="auto"/>
        <w:bottom w:val="none" w:sz="0" w:space="0" w:color="auto"/>
        <w:right w:val="none" w:sz="0" w:space="0" w:color="auto"/>
      </w:divBdr>
    </w:div>
    <w:div w:id="122844262">
      <w:bodyDiv w:val="1"/>
      <w:marLeft w:val="0"/>
      <w:marRight w:val="0"/>
      <w:marTop w:val="0"/>
      <w:marBottom w:val="0"/>
      <w:divBdr>
        <w:top w:val="none" w:sz="0" w:space="0" w:color="auto"/>
        <w:left w:val="none" w:sz="0" w:space="0" w:color="auto"/>
        <w:bottom w:val="none" w:sz="0" w:space="0" w:color="auto"/>
        <w:right w:val="none" w:sz="0" w:space="0" w:color="auto"/>
      </w:divBdr>
    </w:div>
    <w:div w:id="132528683">
      <w:bodyDiv w:val="1"/>
      <w:marLeft w:val="0"/>
      <w:marRight w:val="0"/>
      <w:marTop w:val="0"/>
      <w:marBottom w:val="0"/>
      <w:divBdr>
        <w:top w:val="none" w:sz="0" w:space="0" w:color="auto"/>
        <w:left w:val="none" w:sz="0" w:space="0" w:color="auto"/>
        <w:bottom w:val="none" w:sz="0" w:space="0" w:color="auto"/>
        <w:right w:val="none" w:sz="0" w:space="0" w:color="auto"/>
      </w:divBdr>
    </w:div>
    <w:div w:id="187723588">
      <w:bodyDiv w:val="1"/>
      <w:marLeft w:val="0"/>
      <w:marRight w:val="0"/>
      <w:marTop w:val="0"/>
      <w:marBottom w:val="0"/>
      <w:divBdr>
        <w:top w:val="none" w:sz="0" w:space="0" w:color="auto"/>
        <w:left w:val="none" w:sz="0" w:space="0" w:color="auto"/>
        <w:bottom w:val="none" w:sz="0" w:space="0" w:color="auto"/>
        <w:right w:val="none" w:sz="0" w:space="0" w:color="auto"/>
      </w:divBdr>
    </w:div>
    <w:div w:id="207036112">
      <w:bodyDiv w:val="1"/>
      <w:marLeft w:val="0"/>
      <w:marRight w:val="0"/>
      <w:marTop w:val="0"/>
      <w:marBottom w:val="0"/>
      <w:divBdr>
        <w:top w:val="none" w:sz="0" w:space="0" w:color="auto"/>
        <w:left w:val="none" w:sz="0" w:space="0" w:color="auto"/>
        <w:bottom w:val="none" w:sz="0" w:space="0" w:color="auto"/>
        <w:right w:val="none" w:sz="0" w:space="0" w:color="auto"/>
      </w:divBdr>
    </w:div>
    <w:div w:id="273370021">
      <w:bodyDiv w:val="1"/>
      <w:marLeft w:val="0"/>
      <w:marRight w:val="0"/>
      <w:marTop w:val="0"/>
      <w:marBottom w:val="0"/>
      <w:divBdr>
        <w:top w:val="none" w:sz="0" w:space="0" w:color="auto"/>
        <w:left w:val="none" w:sz="0" w:space="0" w:color="auto"/>
        <w:bottom w:val="none" w:sz="0" w:space="0" w:color="auto"/>
        <w:right w:val="none" w:sz="0" w:space="0" w:color="auto"/>
      </w:divBdr>
    </w:div>
    <w:div w:id="301233631">
      <w:bodyDiv w:val="1"/>
      <w:marLeft w:val="0"/>
      <w:marRight w:val="0"/>
      <w:marTop w:val="0"/>
      <w:marBottom w:val="0"/>
      <w:divBdr>
        <w:top w:val="none" w:sz="0" w:space="0" w:color="auto"/>
        <w:left w:val="none" w:sz="0" w:space="0" w:color="auto"/>
        <w:bottom w:val="none" w:sz="0" w:space="0" w:color="auto"/>
        <w:right w:val="none" w:sz="0" w:space="0" w:color="auto"/>
      </w:divBdr>
    </w:div>
    <w:div w:id="311567881">
      <w:bodyDiv w:val="1"/>
      <w:marLeft w:val="0"/>
      <w:marRight w:val="0"/>
      <w:marTop w:val="0"/>
      <w:marBottom w:val="0"/>
      <w:divBdr>
        <w:top w:val="none" w:sz="0" w:space="0" w:color="auto"/>
        <w:left w:val="none" w:sz="0" w:space="0" w:color="auto"/>
        <w:bottom w:val="none" w:sz="0" w:space="0" w:color="auto"/>
        <w:right w:val="none" w:sz="0" w:space="0" w:color="auto"/>
      </w:divBdr>
    </w:div>
    <w:div w:id="312216843">
      <w:bodyDiv w:val="1"/>
      <w:marLeft w:val="0"/>
      <w:marRight w:val="0"/>
      <w:marTop w:val="0"/>
      <w:marBottom w:val="0"/>
      <w:divBdr>
        <w:top w:val="none" w:sz="0" w:space="0" w:color="auto"/>
        <w:left w:val="none" w:sz="0" w:space="0" w:color="auto"/>
        <w:bottom w:val="none" w:sz="0" w:space="0" w:color="auto"/>
        <w:right w:val="none" w:sz="0" w:space="0" w:color="auto"/>
      </w:divBdr>
    </w:div>
    <w:div w:id="329062819">
      <w:bodyDiv w:val="1"/>
      <w:marLeft w:val="0"/>
      <w:marRight w:val="0"/>
      <w:marTop w:val="0"/>
      <w:marBottom w:val="0"/>
      <w:divBdr>
        <w:top w:val="none" w:sz="0" w:space="0" w:color="auto"/>
        <w:left w:val="none" w:sz="0" w:space="0" w:color="auto"/>
        <w:bottom w:val="none" w:sz="0" w:space="0" w:color="auto"/>
        <w:right w:val="none" w:sz="0" w:space="0" w:color="auto"/>
      </w:divBdr>
    </w:div>
    <w:div w:id="345064005">
      <w:bodyDiv w:val="1"/>
      <w:marLeft w:val="0"/>
      <w:marRight w:val="0"/>
      <w:marTop w:val="0"/>
      <w:marBottom w:val="0"/>
      <w:divBdr>
        <w:top w:val="none" w:sz="0" w:space="0" w:color="auto"/>
        <w:left w:val="none" w:sz="0" w:space="0" w:color="auto"/>
        <w:bottom w:val="none" w:sz="0" w:space="0" w:color="auto"/>
        <w:right w:val="none" w:sz="0" w:space="0" w:color="auto"/>
      </w:divBdr>
    </w:div>
    <w:div w:id="391660589">
      <w:bodyDiv w:val="1"/>
      <w:marLeft w:val="0"/>
      <w:marRight w:val="0"/>
      <w:marTop w:val="0"/>
      <w:marBottom w:val="0"/>
      <w:divBdr>
        <w:top w:val="none" w:sz="0" w:space="0" w:color="auto"/>
        <w:left w:val="none" w:sz="0" w:space="0" w:color="auto"/>
        <w:bottom w:val="none" w:sz="0" w:space="0" w:color="auto"/>
        <w:right w:val="none" w:sz="0" w:space="0" w:color="auto"/>
      </w:divBdr>
    </w:div>
    <w:div w:id="433863809">
      <w:bodyDiv w:val="1"/>
      <w:marLeft w:val="0"/>
      <w:marRight w:val="0"/>
      <w:marTop w:val="0"/>
      <w:marBottom w:val="0"/>
      <w:divBdr>
        <w:top w:val="none" w:sz="0" w:space="0" w:color="auto"/>
        <w:left w:val="none" w:sz="0" w:space="0" w:color="auto"/>
        <w:bottom w:val="none" w:sz="0" w:space="0" w:color="auto"/>
        <w:right w:val="none" w:sz="0" w:space="0" w:color="auto"/>
      </w:divBdr>
    </w:div>
    <w:div w:id="558596017">
      <w:bodyDiv w:val="1"/>
      <w:marLeft w:val="0"/>
      <w:marRight w:val="0"/>
      <w:marTop w:val="0"/>
      <w:marBottom w:val="0"/>
      <w:divBdr>
        <w:top w:val="none" w:sz="0" w:space="0" w:color="auto"/>
        <w:left w:val="none" w:sz="0" w:space="0" w:color="auto"/>
        <w:bottom w:val="none" w:sz="0" w:space="0" w:color="auto"/>
        <w:right w:val="none" w:sz="0" w:space="0" w:color="auto"/>
      </w:divBdr>
    </w:div>
    <w:div w:id="563443305">
      <w:bodyDiv w:val="1"/>
      <w:marLeft w:val="0"/>
      <w:marRight w:val="0"/>
      <w:marTop w:val="0"/>
      <w:marBottom w:val="0"/>
      <w:divBdr>
        <w:top w:val="none" w:sz="0" w:space="0" w:color="auto"/>
        <w:left w:val="none" w:sz="0" w:space="0" w:color="auto"/>
        <w:bottom w:val="none" w:sz="0" w:space="0" w:color="auto"/>
        <w:right w:val="none" w:sz="0" w:space="0" w:color="auto"/>
      </w:divBdr>
    </w:div>
    <w:div w:id="574819899">
      <w:bodyDiv w:val="1"/>
      <w:marLeft w:val="0"/>
      <w:marRight w:val="0"/>
      <w:marTop w:val="0"/>
      <w:marBottom w:val="0"/>
      <w:divBdr>
        <w:top w:val="none" w:sz="0" w:space="0" w:color="auto"/>
        <w:left w:val="none" w:sz="0" w:space="0" w:color="auto"/>
        <w:bottom w:val="none" w:sz="0" w:space="0" w:color="auto"/>
        <w:right w:val="none" w:sz="0" w:space="0" w:color="auto"/>
      </w:divBdr>
    </w:div>
    <w:div w:id="598030535">
      <w:bodyDiv w:val="1"/>
      <w:marLeft w:val="0"/>
      <w:marRight w:val="0"/>
      <w:marTop w:val="0"/>
      <w:marBottom w:val="0"/>
      <w:divBdr>
        <w:top w:val="none" w:sz="0" w:space="0" w:color="auto"/>
        <w:left w:val="none" w:sz="0" w:space="0" w:color="auto"/>
        <w:bottom w:val="none" w:sz="0" w:space="0" w:color="auto"/>
        <w:right w:val="none" w:sz="0" w:space="0" w:color="auto"/>
      </w:divBdr>
    </w:div>
    <w:div w:id="679549156">
      <w:bodyDiv w:val="1"/>
      <w:marLeft w:val="0"/>
      <w:marRight w:val="0"/>
      <w:marTop w:val="0"/>
      <w:marBottom w:val="0"/>
      <w:divBdr>
        <w:top w:val="none" w:sz="0" w:space="0" w:color="auto"/>
        <w:left w:val="none" w:sz="0" w:space="0" w:color="auto"/>
        <w:bottom w:val="none" w:sz="0" w:space="0" w:color="auto"/>
        <w:right w:val="none" w:sz="0" w:space="0" w:color="auto"/>
      </w:divBdr>
    </w:div>
    <w:div w:id="681858287">
      <w:bodyDiv w:val="1"/>
      <w:marLeft w:val="0"/>
      <w:marRight w:val="0"/>
      <w:marTop w:val="0"/>
      <w:marBottom w:val="0"/>
      <w:divBdr>
        <w:top w:val="none" w:sz="0" w:space="0" w:color="auto"/>
        <w:left w:val="none" w:sz="0" w:space="0" w:color="auto"/>
        <w:bottom w:val="none" w:sz="0" w:space="0" w:color="auto"/>
        <w:right w:val="none" w:sz="0" w:space="0" w:color="auto"/>
      </w:divBdr>
    </w:div>
    <w:div w:id="753548675">
      <w:bodyDiv w:val="1"/>
      <w:marLeft w:val="0"/>
      <w:marRight w:val="0"/>
      <w:marTop w:val="0"/>
      <w:marBottom w:val="0"/>
      <w:divBdr>
        <w:top w:val="none" w:sz="0" w:space="0" w:color="auto"/>
        <w:left w:val="none" w:sz="0" w:space="0" w:color="auto"/>
        <w:bottom w:val="none" w:sz="0" w:space="0" w:color="auto"/>
        <w:right w:val="none" w:sz="0" w:space="0" w:color="auto"/>
      </w:divBdr>
    </w:div>
    <w:div w:id="756710300">
      <w:bodyDiv w:val="1"/>
      <w:marLeft w:val="0"/>
      <w:marRight w:val="0"/>
      <w:marTop w:val="0"/>
      <w:marBottom w:val="0"/>
      <w:divBdr>
        <w:top w:val="none" w:sz="0" w:space="0" w:color="auto"/>
        <w:left w:val="none" w:sz="0" w:space="0" w:color="auto"/>
        <w:bottom w:val="none" w:sz="0" w:space="0" w:color="auto"/>
        <w:right w:val="none" w:sz="0" w:space="0" w:color="auto"/>
      </w:divBdr>
    </w:div>
    <w:div w:id="771047914">
      <w:bodyDiv w:val="1"/>
      <w:marLeft w:val="0"/>
      <w:marRight w:val="0"/>
      <w:marTop w:val="0"/>
      <w:marBottom w:val="0"/>
      <w:divBdr>
        <w:top w:val="none" w:sz="0" w:space="0" w:color="auto"/>
        <w:left w:val="none" w:sz="0" w:space="0" w:color="auto"/>
        <w:bottom w:val="none" w:sz="0" w:space="0" w:color="auto"/>
        <w:right w:val="none" w:sz="0" w:space="0" w:color="auto"/>
      </w:divBdr>
    </w:div>
    <w:div w:id="809635912">
      <w:bodyDiv w:val="1"/>
      <w:marLeft w:val="0"/>
      <w:marRight w:val="0"/>
      <w:marTop w:val="0"/>
      <w:marBottom w:val="0"/>
      <w:divBdr>
        <w:top w:val="none" w:sz="0" w:space="0" w:color="auto"/>
        <w:left w:val="none" w:sz="0" w:space="0" w:color="auto"/>
        <w:bottom w:val="none" w:sz="0" w:space="0" w:color="auto"/>
        <w:right w:val="none" w:sz="0" w:space="0" w:color="auto"/>
      </w:divBdr>
    </w:div>
    <w:div w:id="814491767">
      <w:bodyDiv w:val="1"/>
      <w:marLeft w:val="0"/>
      <w:marRight w:val="0"/>
      <w:marTop w:val="0"/>
      <w:marBottom w:val="0"/>
      <w:divBdr>
        <w:top w:val="none" w:sz="0" w:space="0" w:color="auto"/>
        <w:left w:val="none" w:sz="0" w:space="0" w:color="auto"/>
        <w:bottom w:val="none" w:sz="0" w:space="0" w:color="auto"/>
        <w:right w:val="none" w:sz="0" w:space="0" w:color="auto"/>
      </w:divBdr>
    </w:div>
    <w:div w:id="920675113">
      <w:bodyDiv w:val="1"/>
      <w:marLeft w:val="0"/>
      <w:marRight w:val="0"/>
      <w:marTop w:val="0"/>
      <w:marBottom w:val="0"/>
      <w:divBdr>
        <w:top w:val="none" w:sz="0" w:space="0" w:color="auto"/>
        <w:left w:val="none" w:sz="0" w:space="0" w:color="auto"/>
        <w:bottom w:val="none" w:sz="0" w:space="0" w:color="auto"/>
        <w:right w:val="none" w:sz="0" w:space="0" w:color="auto"/>
      </w:divBdr>
    </w:div>
    <w:div w:id="938870141">
      <w:bodyDiv w:val="1"/>
      <w:marLeft w:val="0"/>
      <w:marRight w:val="0"/>
      <w:marTop w:val="0"/>
      <w:marBottom w:val="0"/>
      <w:divBdr>
        <w:top w:val="none" w:sz="0" w:space="0" w:color="auto"/>
        <w:left w:val="none" w:sz="0" w:space="0" w:color="auto"/>
        <w:bottom w:val="none" w:sz="0" w:space="0" w:color="auto"/>
        <w:right w:val="none" w:sz="0" w:space="0" w:color="auto"/>
      </w:divBdr>
    </w:div>
    <w:div w:id="944964168">
      <w:bodyDiv w:val="1"/>
      <w:marLeft w:val="0"/>
      <w:marRight w:val="0"/>
      <w:marTop w:val="0"/>
      <w:marBottom w:val="0"/>
      <w:divBdr>
        <w:top w:val="none" w:sz="0" w:space="0" w:color="auto"/>
        <w:left w:val="none" w:sz="0" w:space="0" w:color="auto"/>
        <w:bottom w:val="none" w:sz="0" w:space="0" w:color="auto"/>
        <w:right w:val="none" w:sz="0" w:space="0" w:color="auto"/>
      </w:divBdr>
    </w:div>
    <w:div w:id="960963110">
      <w:bodyDiv w:val="1"/>
      <w:marLeft w:val="0"/>
      <w:marRight w:val="0"/>
      <w:marTop w:val="0"/>
      <w:marBottom w:val="0"/>
      <w:divBdr>
        <w:top w:val="none" w:sz="0" w:space="0" w:color="auto"/>
        <w:left w:val="none" w:sz="0" w:space="0" w:color="auto"/>
        <w:bottom w:val="none" w:sz="0" w:space="0" w:color="auto"/>
        <w:right w:val="none" w:sz="0" w:space="0" w:color="auto"/>
      </w:divBdr>
    </w:div>
    <w:div w:id="966934485">
      <w:bodyDiv w:val="1"/>
      <w:marLeft w:val="0"/>
      <w:marRight w:val="0"/>
      <w:marTop w:val="0"/>
      <w:marBottom w:val="0"/>
      <w:divBdr>
        <w:top w:val="none" w:sz="0" w:space="0" w:color="auto"/>
        <w:left w:val="none" w:sz="0" w:space="0" w:color="auto"/>
        <w:bottom w:val="none" w:sz="0" w:space="0" w:color="auto"/>
        <w:right w:val="none" w:sz="0" w:space="0" w:color="auto"/>
      </w:divBdr>
    </w:div>
    <w:div w:id="971324619">
      <w:bodyDiv w:val="1"/>
      <w:marLeft w:val="0"/>
      <w:marRight w:val="0"/>
      <w:marTop w:val="0"/>
      <w:marBottom w:val="0"/>
      <w:divBdr>
        <w:top w:val="none" w:sz="0" w:space="0" w:color="auto"/>
        <w:left w:val="none" w:sz="0" w:space="0" w:color="auto"/>
        <w:bottom w:val="none" w:sz="0" w:space="0" w:color="auto"/>
        <w:right w:val="none" w:sz="0" w:space="0" w:color="auto"/>
      </w:divBdr>
    </w:div>
    <w:div w:id="983463406">
      <w:bodyDiv w:val="1"/>
      <w:marLeft w:val="0"/>
      <w:marRight w:val="0"/>
      <w:marTop w:val="0"/>
      <w:marBottom w:val="0"/>
      <w:divBdr>
        <w:top w:val="none" w:sz="0" w:space="0" w:color="auto"/>
        <w:left w:val="none" w:sz="0" w:space="0" w:color="auto"/>
        <w:bottom w:val="none" w:sz="0" w:space="0" w:color="auto"/>
        <w:right w:val="none" w:sz="0" w:space="0" w:color="auto"/>
      </w:divBdr>
    </w:div>
    <w:div w:id="996960428">
      <w:bodyDiv w:val="1"/>
      <w:marLeft w:val="0"/>
      <w:marRight w:val="0"/>
      <w:marTop w:val="0"/>
      <w:marBottom w:val="0"/>
      <w:divBdr>
        <w:top w:val="none" w:sz="0" w:space="0" w:color="auto"/>
        <w:left w:val="none" w:sz="0" w:space="0" w:color="auto"/>
        <w:bottom w:val="none" w:sz="0" w:space="0" w:color="auto"/>
        <w:right w:val="none" w:sz="0" w:space="0" w:color="auto"/>
      </w:divBdr>
    </w:div>
    <w:div w:id="1107389424">
      <w:bodyDiv w:val="1"/>
      <w:marLeft w:val="0"/>
      <w:marRight w:val="0"/>
      <w:marTop w:val="0"/>
      <w:marBottom w:val="0"/>
      <w:divBdr>
        <w:top w:val="none" w:sz="0" w:space="0" w:color="auto"/>
        <w:left w:val="none" w:sz="0" w:space="0" w:color="auto"/>
        <w:bottom w:val="none" w:sz="0" w:space="0" w:color="auto"/>
        <w:right w:val="none" w:sz="0" w:space="0" w:color="auto"/>
      </w:divBdr>
    </w:div>
    <w:div w:id="1112624664">
      <w:bodyDiv w:val="1"/>
      <w:marLeft w:val="0"/>
      <w:marRight w:val="0"/>
      <w:marTop w:val="0"/>
      <w:marBottom w:val="0"/>
      <w:divBdr>
        <w:top w:val="none" w:sz="0" w:space="0" w:color="auto"/>
        <w:left w:val="none" w:sz="0" w:space="0" w:color="auto"/>
        <w:bottom w:val="none" w:sz="0" w:space="0" w:color="auto"/>
        <w:right w:val="none" w:sz="0" w:space="0" w:color="auto"/>
      </w:divBdr>
    </w:div>
    <w:div w:id="1226338776">
      <w:bodyDiv w:val="1"/>
      <w:marLeft w:val="0"/>
      <w:marRight w:val="0"/>
      <w:marTop w:val="0"/>
      <w:marBottom w:val="0"/>
      <w:divBdr>
        <w:top w:val="none" w:sz="0" w:space="0" w:color="auto"/>
        <w:left w:val="none" w:sz="0" w:space="0" w:color="auto"/>
        <w:bottom w:val="none" w:sz="0" w:space="0" w:color="auto"/>
        <w:right w:val="none" w:sz="0" w:space="0" w:color="auto"/>
      </w:divBdr>
    </w:div>
    <w:div w:id="1287547746">
      <w:bodyDiv w:val="1"/>
      <w:marLeft w:val="0"/>
      <w:marRight w:val="0"/>
      <w:marTop w:val="0"/>
      <w:marBottom w:val="0"/>
      <w:divBdr>
        <w:top w:val="none" w:sz="0" w:space="0" w:color="auto"/>
        <w:left w:val="none" w:sz="0" w:space="0" w:color="auto"/>
        <w:bottom w:val="none" w:sz="0" w:space="0" w:color="auto"/>
        <w:right w:val="none" w:sz="0" w:space="0" w:color="auto"/>
      </w:divBdr>
    </w:div>
    <w:div w:id="1289430807">
      <w:bodyDiv w:val="1"/>
      <w:marLeft w:val="0"/>
      <w:marRight w:val="0"/>
      <w:marTop w:val="0"/>
      <w:marBottom w:val="0"/>
      <w:divBdr>
        <w:top w:val="none" w:sz="0" w:space="0" w:color="auto"/>
        <w:left w:val="none" w:sz="0" w:space="0" w:color="auto"/>
        <w:bottom w:val="none" w:sz="0" w:space="0" w:color="auto"/>
        <w:right w:val="none" w:sz="0" w:space="0" w:color="auto"/>
      </w:divBdr>
    </w:div>
    <w:div w:id="1294746855">
      <w:bodyDiv w:val="1"/>
      <w:marLeft w:val="0"/>
      <w:marRight w:val="0"/>
      <w:marTop w:val="0"/>
      <w:marBottom w:val="0"/>
      <w:divBdr>
        <w:top w:val="none" w:sz="0" w:space="0" w:color="auto"/>
        <w:left w:val="none" w:sz="0" w:space="0" w:color="auto"/>
        <w:bottom w:val="none" w:sz="0" w:space="0" w:color="auto"/>
        <w:right w:val="none" w:sz="0" w:space="0" w:color="auto"/>
      </w:divBdr>
    </w:div>
    <w:div w:id="1295326426">
      <w:bodyDiv w:val="1"/>
      <w:marLeft w:val="0"/>
      <w:marRight w:val="0"/>
      <w:marTop w:val="0"/>
      <w:marBottom w:val="0"/>
      <w:divBdr>
        <w:top w:val="none" w:sz="0" w:space="0" w:color="auto"/>
        <w:left w:val="none" w:sz="0" w:space="0" w:color="auto"/>
        <w:bottom w:val="none" w:sz="0" w:space="0" w:color="auto"/>
        <w:right w:val="none" w:sz="0" w:space="0" w:color="auto"/>
      </w:divBdr>
    </w:div>
    <w:div w:id="1308047562">
      <w:bodyDiv w:val="1"/>
      <w:marLeft w:val="0"/>
      <w:marRight w:val="0"/>
      <w:marTop w:val="0"/>
      <w:marBottom w:val="0"/>
      <w:divBdr>
        <w:top w:val="none" w:sz="0" w:space="0" w:color="auto"/>
        <w:left w:val="none" w:sz="0" w:space="0" w:color="auto"/>
        <w:bottom w:val="none" w:sz="0" w:space="0" w:color="auto"/>
        <w:right w:val="none" w:sz="0" w:space="0" w:color="auto"/>
      </w:divBdr>
    </w:div>
    <w:div w:id="1309746178">
      <w:bodyDiv w:val="1"/>
      <w:marLeft w:val="0"/>
      <w:marRight w:val="0"/>
      <w:marTop w:val="0"/>
      <w:marBottom w:val="0"/>
      <w:divBdr>
        <w:top w:val="none" w:sz="0" w:space="0" w:color="auto"/>
        <w:left w:val="none" w:sz="0" w:space="0" w:color="auto"/>
        <w:bottom w:val="none" w:sz="0" w:space="0" w:color="auto"/>
        <w:right w:val="none" w:sz="0" w:space="0" w:color="auto"/>
      </w:divBdr>
    </w:div>
    <w:div w:id="1311784922">
      <w:bodyDiv w:val="1"/>
      <w:marLeft w:val="0"/>
      <w:marRight w:val="0"/>
      <w:marTop w:val="0"/>
      <w:marBottom w:val="0"/>
      <w:divBdr>
        <w:top w:val="none" w:sz="0" w:space="0" w:color="auto"/>
        <w:left w:val="none" w:sz="0" w:space="0" w:color="auto"/>
        <w:bottom w:val="none" w:sz="0" w:space="0" w:color="auto"/>
        <w:right w:val="none" w:sz="0" w:space="0" w:color="auto"/>
      </w:divBdr>
    </w:div>
    <w:div w:id="1377656710">
      <w:bodyDiv w:val="1"/>
      <w:marLeft w:val="0"/>
      <w:marRight w:val="0"/>
      <w:marTop w:val="0"/>
      <w:marBottom w:val="0"/>
      <w:divBdr>
        <w:top w:val="none" w:sz="0" w:space="0" w:color="auto"/>
        <w:left w:val="none" w:sz="0" w:space="0" w:color="auto"/>
        <w:bottom w:val="none" w:sz="0" w:space="0" w:color="auto"/>
        <w:right w:val="none" w:sz="0" w:space="0" w:color="auto"/>
      </w:divBdr>
    </w:div>
    <w:div w:id="1451783409">
      <w:bodyDiv w:val="1"/>
      <w:marLeft w:val="0"/>
      <w:marRight w:val="0"/>
      <w:marTop w:val="0"/>
      <w:marBottom w:val="0"/>
      <w:divBdr>
        <w:top w:val="none" w:sz="0" w:space="0" w:color="auto"/>
        <w:left w:val="none" w:sz="0" w:space="0" w:color="auto"/>
        <w:bottom w:val="none" w:sz="0" w:space="0" w:color="auto"/>
        <w:right w:val="none" w:sz="0" w:space="0" w:color="auto"/>
      </w:divBdr>
    </w:div>
    <w:div w:id="1570339425">
      <w:bodyDiv w:val="1"/>
      <w:marLeft w:val="0"/>
      <w:marRight w:val="0"/>
      <w:marTop w:val="0"/>
      <w:marBottom w:val="0"/>
      <w:divBdr>
        <w:top w:val="none" w:sz="0" w:space="0" w:color="auto"/>
        <w:left w:val="none" w:sz="0" w:space="0" w:color="auto"/>
        <w:bottom w:val="none" w:sz="0" w:space="0" w:color="auto"/>
        <w:right w:val="none" w:sz="0" w:space="0" w:color="auto"/>
      </w:divBdr>
    </w:div>
    <w:div w:id="1585146296">
      <w:bodyDiv w:val="1"/>
      <w:marLeft w:val="0"/>
      <w:marRight w:val="0"/>
      <w:marTop w:val="0"/>
      <w:marBottom w:val="0"/>
      <w:divBdr>
        <w:top w:val="none" w:sz="0" w:space="0" w:color="auto"/>
        <w:left w:val="none" w:sz="0" w:space="0" w:color="auto"/>
        <w:bottom w:val="none" w:sz="0" w:space="0" w:color="auto"/>
        <w:right w:val="none" w:sz="0" w:space="0" w:color="auto"/>
      </w:divBdr>
    </w:div>
    <w:div w:id="1604998289">
      <w:bodyDiv w:val="1"/>
      <w:marLeft w:val="0"/>
      <w:marRight w:val="0"/>
      <w:marTop w:val="0"/>
      <w:marBottom w:val="0"/>
      <w:divBdr>
        <w:top w:val="none" w:sz="0" w:space="0" w:color="auto"/>
        <w:left w:val="none" w:sz="0" w:space="0" w:color="auto"/>
        <w:bottom w:val="none" w:sz="0" w:space="0" w:color="auto"/>
        <w:right w:val="none" w:sz="0" w:space="0" w:color="auto"/>
      </w:divBdr>
    </w:div>
    <w:div w:id="1616985961">
      <w:bodyDiv w:val="1"/>
      <w:marLeft w:val="0"/>
      <w:marRight w:val="0"/>
      <w:marTop w:val="0"/>
      <w:marBottom w:val="0"/>
      <w:divBdr>
        <w:top w:val="none" w:sz="0" w:space="0" w:color="auto"/>
        <w:left w:val="none" w:sz="0" w:space="0" w:color="auto"/>
        <w:bottom w:val="none" w:sz="0" w:space="0" w:color="auto"/>
        <w:right w:val="none" w:sz="0" w:space="0" w:color="auto"/>
      </w:divBdr>
    </w:div>
    <w:div w:id="1641113589">
      <w:bodyDiv w:val="1"/>
      <w:marLeft w:val="0"/>
      <w:marRight w:val="0"/>
      <w:marTop w:val="0"/>
      <w:marBottom w:val="0"/>
      <w:divBdr>
        <w:top w:val="none" w:sz="0" w:space="0" w:color="auto"/>
        <w:left w:val="none" w:sz="0" w:space="0" w:color="auto"/>
        <w:bottom w:val="none" w:sz="0" w:space="0" w:color="auto"/>
        <w:right w:val="none" w:sz="0" w:space="0" w:color="auto"/>
      </w:divBdr>
    </w:div>
    <w:div w:id="1732921333">
      <w:bodyDiv w:val="1"/>
      <w:marLeft w:val="0"/>
      <w:marRight w:val="0"/>
      <w:marTop w:val="0"/>
      <w:marBottom w:val="0"/>
      <w:divBdr>
        <w:top w:val="none" w:sz="0" w:space="0" w:color="auto"/>
        <w:left w:val="none" w:sz="0" w:space="0" w:color="auto"/>
        <w:bottom w:val="none" w:sz="0" w:space="0" w:color="auto"/>
        <w:right w:val="none" w:sz="0" w:space="0" w:color="auto"/>
      </w:divBdr>
    </w:div>
    <w:div w:id="1804151022">
      <w:bodyDiv w:val="1"/>
      <w:marLeft w:val="0"/>
      <w:marRight w:val="0"/>
      <w:marTop w:val="0"/>
      <w:marBottom w:val="0"/>
      <w:divBdr>
        <w:top w:val="none" w:sz="0" w:space="0" w:color="auto"/>
        <w:left w:val="none" w:sz="0" w:space="0" w:color="auto"/>
        <w:bottom w:val="none" w:sz="0" w:space="0" w:color="auto"/>
        <w:right w:val="none" w:sz="0" w:space="0" w:color="auto"/>
      </w:divBdr>
    </w:div>
    <w:div w:id="1845780463">
      <w:bodyDiv w:val="1"/>
      <w:marLeft w:val="0"/>
      <w:marRight w:val="0"/>
      <w:marTop w:val="0"/>
      <w:marBottom w:val="0"/>
      <w:divBdr>
        <w:top w:val="none" w:sz="0" w:space="0" w:color="auto"/>
        <w:left w:val="none" w:sz="0" w:space="0" w:color="auto"/>
        <w:bottom w:val="none" w:sz="0" w:space="0" w:color="auto"/>
        <w:right w:val="none" w:sz="0" w:space="0" w:color="auto"/>
      </w:divBdr>
    </w:div>
    <w:div w:id="1934124669">
      <w:bodyDiv w:val="1"/>
      <w:marLeft w:val="0"/>
      <w:marRight w:val="0"/>
      <w:marTop w:val="0"/>
      <w:marBottom w:val="0"/>
      <w:divBdr>
        <w:top w:val="none" w:sz="0" w:space="0" w:color="auto"/>
        <w:left w:val="none" w:sz="0" w:space="0" w:color="auto"/>
        <w:bottom w:val="none" w:sz="0" w:space="0" w:color="auto"/>
        <w:right w:val="none" w:sz="0" w:space="0" w:color="auto"/>
      </w:divBdr>
    </w:div>
    <w:div w:id="1958176276">
      <w:bodyDiv w:val="1"/>
      <w:marLeft w:val="0"/>
      <w:marRight w:val="0"/>
      <w:marTop w:val="0"/>
      <w:marBottom w:val="0"/>
      <w:divBdr>
        <w:top w:val="none" w:sz="0" w:space="0" w:color="auto"/>
        <w:left w:val="none" w:sz="0" w:space="0" w:color="auto"/>
        <w:bottom w:val="none" w:sz="0" w:space="0" w:color="auto"/>
        <w:right w:val="none" w:sz="0" w:space="0" w:color="auto"/>
      </w:divBdr>
    </w:div>
    <w:div w:id="1959331163">
      <w:bodyDiv w:val="1"/>
      <w:marLeft w:val="0"/>
      <w:marRight w:val="0"/>
      <w:marTop w:val="0"/>
      <w:marBottom w:val="0"/>
      <w:divBdr>
        <w:top w:val="none" w:sz="0" w:space="0" w:color="auto"/>
        <w:left w:val="none" w:sz="0" w:space="0" w:color="auto"/>
        <w:bottom w:val="none" w:sz="0" w:space="0" w:color="auto"/>
        <w:right w:val="none" w:sz="0" w:space="0" w:color="auto"/>
      </w:divBdr>
    </w:div>
    <w:div w:id="2037460664">
      <w:bodyDiv w:val="1"/>
      <w:marLeft w:val="0"/>
      <w:marRight w:val="0"/>
      <w:marTop w:val="0"/>
      <w:marBottom w:val="0"/>
      <w:divBdr>
        <w:top w:val="none" w:sz="0" w:space="0" w:color="auto"/>
        <w:left w:val="none" w:sz="0" w:space="0" w:color="auto"/>
        <w:bottom w:val="none" w:sz="0" w:space="0" w:color="auto"/>
        <w:right w:val="none" w:sz="0" w:space="0" w:color="auto"/>
      </w:divBdr>
    </w:div>
    <w:div w:id="2065831401">
      <w:bodyDiv w:val="1"/>
      <w:marLeft w:val="0"/>
      <w:marRight w:val="0"/>
      <w:marTop w:val="0"/>
      <w:marBottom w:val="0"/>
      <w:divBdr>
        <w:top w:val="none" w:sz="0" w:space="0" w:color="auto"/>
        <w:left w:val="none" w:sz="0" w:space="0" w:color="auto"/>
        <w:bottom w:val="none" w:sz="0" w:space="0" w:color="auto"/>
        <w:right w:val="none" w:sz="0" w:space="0" w:color="auto"/>
      </w:divBdr>
    </w:div>
    <w:div w:id="2071806920">
      <w:bodyDiv w:val="1"/>
      <w:marLeft w:val="0"/>
      <w:marRight w:val="0"/>
      <w:marTop w:val="0"/>
      <w:marBottom w:val="0"/>
      <w:divBdr>
        <w:top w:val="none" w:sz="0" w:space="0" w:color="auto"/>
        <w:left w:val="none" w:sz="0" w:space="0" w:color="auto"/>
        <w:bottom w:val="none" w:sz="0" w:space="0" w:color="auto"/>
        <w:right w:val="none" w:sz="0" w:space="0" w:color="auto"/>
      </w:divBdr>
    </w:div>
    <w:div w:id="2072580588">
      <w:bodyDiv w:val="1"/>
      <w:marLeft w:val="0"/>
      <w:marRight w:val="0"/>
      <w:marTop w:val="0"/>
      <w:marBottom w:val="0"/>
      <w:divBdr>
        <w:top w:val="none" w:sz="0" w:space="0" w:color="auto"/>
        <w:left w:val="none" w:sz="0" w:space="0" w:color="auto"/>
        <w:bottom w:val="none" w:sz="0" w:space="0" w:color="auto"/>
        <w:right w:val="none" w:sz="0" w:space="0" w:color="auto"/>
      </w:divBdr>
    </w:div>
    <w:div w:id="2096777185">
      <w:bodyDiv w:val="1"/>
      <w:marLeft w:val="0"/>
      <w:marRight w:val="0"/>
      <w:marTop w:val="0"/>
      <w:marBottom w:val="0"/>
      <w:divBdr>
        <w:top w:val="none" w:sz="0" w:space="0" w:color="auto"/>
        <w:left w:val="none" w:sz="0" w:space="0" w:color="auto"/>
        <w:bottom w:val="none" w:sz="0" w:space="0" w:color="auto"/>
        <w:right w:val="none" w:sz="0" w:space="0" w:color="auto"/>
      </w:divBdr>
    </w:div>
    <w:div w:id="2109422498">
      <w:bodyDiv w:val="1"/>
      <w:marLeft w:val="0"/>
      <w:marRight w:val="0"/>
      <w:marTop w:val="0"/>
      <w:marBottom w:val="0"/>
      <w:divBdr>
        <w:top w:val="none" w:sz="0" w:space="0" w:color="auto"/>
        <w:left w:val="none" w:sz="0" w:space="0" w:color="auto"/>
        <w:bottom w:val="none" w:sz="0" w:space="0" w:color="auto"/>
        <w:right w:val="none" w:sz="0" w:space="0" w:color="auto"/>
      </w:divBdr>
    </w:div>
    <w:div w:id="2113353993">
      <w:bodyDiv w:val="1"/>
      <w:marLeft w:val="0"/>
      <w:marRight w:val="0"/>
      <w:marTop w:val="0"/>
      <w:marBottom w:val="0"/>
      <w:divBdr>
        <w:top w:val="none" w:sz="0" w:space="0" w:color="auto"/>
        <w:left w:val="none" w:sz="0" w:space="0" w:color="auto"/>
        <w:bottom w:val="none" w:sz="0" w:space="0" w:color="auto"/>
        <w:right w:val="none" w:sz="0" w:space="0" w:color="auto"/>
      </w:divBdr>
    </w:div>
    <w:div w:id="2130855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34</Pages>
  <Words>16677</Words>
  <Characters>95062</Characters>
  <Application>Microsoft Office Word</Application>
  <DocSecurity>0</DocSecurity>
  <Lines>792</Lines>
  <Paragraphs>223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111516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admin</cp:lastModifiedBy>
  <cp:revision>2</cp:revision>
  <dcterms:created xsi:type="dcterms:W3CDTF">2026-06-05T11:00:00Z</dcterms:created>
  <dcterms:modified xsi:type="dcterms:W3CDTF">2026-06-05T11:00:00Z</dcterms:modified>
  <cp:category/>
</cp:coreProperties>
</file>